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Otsenta’y Otso</w:t>
      </w:r>
    </w:p>
    <w:p>
      <w:pPr>
        <w:pStyle w:val="ArticleSubtitle"/>
        <w:jc w:val="left"/>
      </w:pPr>
      <w:r>
        <w:rPr>
          <w:rFonts w:ascii="Arial" w:hAnsi="Arial" w:eastAsia="Arial" w:cs="Arial"/>
        </w:rPr>
        <w:t>Pagbutyag sa Mini nga Ulahing Ulan: Ang Propetikong Panaw sukad sa Setyembre 11, 2001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2024-02-21</w:t>
      </w:r>
    </w:p>
    <w:p>
      <w:pPr>
        <w:pStyle w:val="ArticleBody"/>
        <w:jc w:val="left"/>
      </w:pPr>
      <w:r>
        <w:rPr>
          <w:rFonts w:ascii="Times New Roman" w:hAnsi="Times New Roman" w:eastAsia="Times New Roman" w:cs="Times New Roman"/>
        </w:rPr>
        <w:t>Ang proseso sa pagsulay nga nagsugod sa dihang mokunsad ang manulonda ginarepresentahan pinaagi sa pagsulay kon kuhaon ba ang basahon gikan sa kamot sa manulonda ug kan-on kini. Kadtong mipili sa pagkaon sa mensahe gitakda dayon ngadto sa usa ka kapakyasan, diin ang pundok nga mibalibad sa pagkaon gibilin sa luyo. Ang gamayng basahon nga pagakan-on nagrepresentar sa usa ka “pagdugang sa kahibalo” bahin sa mensahe nga unang gihukas sa selyo sa “panahon sa katapusan” sa 1798 o 1989, ug unya sa ulahi gihulma ngadto sa usa ka mensahe nga magapahamtang sa tulubagon sa kaliwatan nga buhi niadtong panahona ngadto sa kahayag sa nagdugang nga kahibalo. Sa bisan hain nga kasaysayan, sa dihang natuman na ang tagna mahitungod sa Islam, ang mensahe nga pagakan-on diha sa kamot sa manulonda gidawat o gisalikway. Kon ang mensahe nga girepresentahan sa basahon isalikway, kadtong nagahimo niana, ug bisan pa niana nagapangita gihapon sa pagbarug sa ilang pag-angkon nga sila sa gihapon mao ang pinili sa Dios, napugos sa paghimo ug usa ka peke nga mensahe sa ulahing ulan.</w:t>
      </w:r>
    </w:p>
    <w:p>
      <w:pPr>
        <w:pStyle w:val="ArticleBody"/>
        <w:jc w:val="left"/>
      </w:pPr>
      <w:r>
        <w:rPr>
          <w:rFonts w:ascii="Times New Roman" w:hAnsi="Times New Roman" w:eastAsia="Times New Roman" w:cs="Times New Roman"/>
        </w:rPr>
        <w:t>Niadtong Setyembre 11, 2001, ang nangaging mga pagrebelde sa mga kaliwatan sa Adventismo gihimong pag-usab nga mga isyu sa pagsulay. Ang kapitulo dos sa Habakkuk nagtimaan sa usa ka lantugi nga mahitabo sulod sa mahimayaong kasaysayan nga gilarawan didto, nga usa ka kaparis nga propetikong linya sa sambingay sa napulo ka mga ulay. Sa dihang nangutana ang magbalantay kon unsa ang iyang tubagon sa kasaysayan sa sambingay sa napulo ka mga ulay, gisugo siya sa “isulat ang panan-awon, ug himoa kini nga tin-aw ibabaw sa mga papan.” Ang mga magbalantay sa kasaysayan sa mga Millerita nagmugna sa tsart sa 1843 niadtong 1842, ug ang pagkamugna niini nahimong usa ka timaan sa dalan. Kini mao ang “panan-awon” sa Habakkuk dos, nga gihimong tin-aw ibabaw sa mga papan, nga maoy mosulti sa katapusan.</w:t>
      </w:r>
    </w:p>
    <w:p>
      <w:pPr>
        <w:pStyle w:val="ArticleBody"/>
        <w:jc w:val="left"/>
      </w:pPr>
      <w:r>
        <w:rPr>
          <w:rFonts w:ascii="Times New Roman" w:hAnsi="Times New Roman" w:eastAsia="Times New Roman" w:cs="Times New Roman"/>
        </w:rPr>
        <w:t>Wala madugay human sa Septiyembre 11, 2001, kadtong nakaila sa kalihokan sa Islam sa ikatulong alaut, gidala sa pagbalik ngadto sa “karaang mga alagianan” ni Jeremias, ug sa paglakaw diha niana. Kadtong “karaang mga alagianan” nagpaila nga ang tulo ka mga alaut sa Pinadayag kapitulo otso, bersikulo trese nagrepresentar sa profetikanhong tahas sa Islam. Diha-diha dayon human niana, ang Future for America nagsugod sa pagpatik pag-usab sa duha ka mga tsart sa Habakkuk kapitulo dos sa mao gayud nga punto sa paralelong kasaysayan sa mga Millerite, ang duha ka mga tsart gipahimutang ingon nga usa ka timaan sa dalan, nga girepresentahan pinaagi sa pagmantala sa tsart sa 1843, niadtong 1842.</w:t>
      </w:r>
    </w:p>
    <w:p>
      <w:pPr>
        <w:pStyle w:val="ArticleScripture"/>
        <w:jc w:val="left"/>
      </w:pPr>
      <w:r>
        <w:rPr>
          <w:rFonts w:ascii="Times New Roman" w:hAnsi="Times New Roman" w:eastAsia="Times New Roman" w:cs="Times New Roman"/>
        </w:rPr>
        <w:t>“Sa Mayo, 1842, usa ka Kinatibuk-ang Komperensya ang gipahigayon sa Boston, [Massachusetts]. Sa pag-abli niining tigum, ang mga Igsoon nga si Charles Fitch ug Apollos Hale, taga-Haverhill, mipresentar sa hulagwayong mga tagna ni Daniel ug ni Juan, nga ilang gipintalan sa panapton, uban ang mga numero sa tagna, nga nagpakita sa ilang katumanan. Si Igsoon Fitch, sa pagpasabot gikan sa iyang tsart atubangan sa Komperensya, miingon nga, samtang iyang gisusi kining mga tagna, nakahunahuna siya nga kon makahimo siya ug usa ka butang nga sama niini nga gipakita dinhi, kini makapasayon sa hilisgutan ug makapadali kaniya sa pagpresentar niini ngadto sa usa ka tigpaminaw. Ania ang dugang pang kahayag sa among dalan. Kining mga igsoon nagbuhat sa gipakita sa Ginoo kang Habakkuk diha sa iyang panan-awon 2,468 ka tuig sa wala pa, nga nagaingon, ‘Isulat ang panan-awon ug himoa kini nga tin-aw sa ibabaw sa mga papan, aron makadalagan siya nga magabasa niini. Kay ang panan-awon alang pa sa gitakdang panahon.’ Habakkuk 2:2.</w:t>
      </w:r>
    </w:p>
    <w:p>
      <w:pPr>
        <w:pStyle w:val="ArticleScripture"/>
        <w:jc w:val="left"/>
      </w:pPr>
      <w:r>
        <w:rPr>
          <w:rFonts w:ascii="Times New Roman" w:hAnsi="Times New Roman" w:eastAsia="Times New Roman" w:cs="Times New Roman"/>
        </w:rPr>
        <w:t>“Human sa pipila ka panaghisgot bahin sa maong hilisgutan, sa hiniusang pagboto nakadesisyon nga ipalithograph ang tulo ka gatus nga susama niini, ug kini sa dili madugay natuman. Gitawag sila nga ‘ang mga tsart sa ‘43.’ Kini usa ka hilabihan ka mahinungdanong Komperensiya.” The Autobiography of Joseph Bates, 263.</w:t>
      </w:r>
    </w:p>
    <w:p>
      <w:pPr>
        <w:pStyle w:val="ArticleScripture"/>
        <w:jc w:val="left"/>
      </w:pPr>
      <w:r>
        <w:rPr>
          <w:rFonts w:ascii="Times New Roman" w:hAnsi="Times New Roman" w:eastAsia="Times New Roman" w:cs="Times New Roman"/>
        </w:rPr>
        <w:t>“Maoy nagkahiusang pagpamatuod sa mga magtutudlo ug mga pamantalaan sa Second Advent, sa dihang nanindog sila ibabaw sa ‘orihinal nga pagtoo,’ nga ang pagmantala sa tsart maoy katumanan sa Habakkuk 2:2, 3. Kon ang tsart usa ka hilisgutan sa tagna (ug kadtong mosalikway niini mibiya sa orihinal nga pagtoo), nan mosunod nga ang BC 457 mao ang tuig nga pagagikanan sa pag-ihap sa 2300 ka mga adlaw. Gikinahanglan nga ang 1843 mao unta ang unang gimantala nga panahon aron nga ‘ang panan-awon’ ‘malangan,’ o nga adunay usa ka panahon sa paglangan, diin ang pundok sa mga ulay magduka ug matulog mahitungod sa dakong hilisgutan sa panahon, sa dili pa sila pagapukawon pinaagi sa Tunga-tungang Gabii nga Singgit.” James White, Second Advent Review and Sabbath Herald, Volume I, Number 2.</w:t>
      </w:r>
    </w:p>
    <w:p>
      <w:pPr>
        <w:pStyle w:val="ArticleScripture"/>
        <w:jc w:val="left"/>
      </w:pPr>
      <w:r>
        <w:rPr>
          <w:rFonts w:ascii="Times New Roman" w:hAnsi="Times New Roman" w:eastAsia="Times New Roman" w:cs="Times New Roman"/>
        </w:rPr>
        <w:t>“Karon ang atong kasaysayan nagapakita nga dihay ginatusan nga nanudlo gikan sa mao rang mga tsart sa kronolohiya nga gigamit ni William Miller, silang tanan usa ra ug hulma. Niadtong panahona ang panaghiusa sa mensahe naa sa usa lamang ka tema, ang pag-anhi sa Ginoong Jesus sa usa ka piho nga panahon, 1844.” Joseph Bates, Early SDA Pamphlets, 17.</w:t>
      </w:r>
    </w:p>
    <w:p>
      <w:pPr>
        <w:pStyle w:val="ArticleBody"/>
        <w:jc w:val="left"/>
      </w:pPr>
      <w:r>
        <w:rPr>
          <w:rFonts w:ascii="Times New Roman" w:hAnsi="Times New Roman" w:eastAsia="Times New Roman" w:cs="Times New Roman"/>
        </w:rPr>
        <w:t>Ang pag-imprenta pag-usab sa mga tsart sa 1843 ug 1850, diha sa kasaysayan nga misunod dayon sa Septyembre 11, 2001, ingon usab kaayo nga katumanan sa Habacuc dos, maingon sa pagmantala sa tsart sa 1843 niadtong 1842. Ang paghimo sa mga lamesa kabahin sa asoy sa Habacuc kapitulo dos, ug kinahanglan gayud kini nga mahitabo. Niadtong Septyembre 11, 2001 ang pagrebelde sa 1863 gisubli pag-usab niadtong mga Adventistang Laodiceano nga midumili sa pagbalik sa “mga karaang alagianan” ni Jeremias.</w:t>
      </w:r>
    </w:p>
    <w:p>
      <w:pPr>
        <w:pStyle w:val="ArticleScripture"/>
        <w:jc w:val="left"/>
      </w:pPr>
      <w:r>
        <w:rPr>
          <w:rFonts w:ascii="Times New Roman" w:hAnsi="Times New Roman" w:eastAsia="Times New Roman" w:cs="Times New Roman"/>
        </w:rPr>
        <w:t>“Ang kaaway nagtinguha sa pagpalingiw sa mga hunahuna sa atong mga igsoon nga lalaki ug mga igsoon nga babaye gikan sa buluhaton sa pag-andam sa usa ka katawhan aron makatindog niining kaulahian nga mga adlaw. Ang iyang mga limbong nga pangatarungan gituyo aron sa pagdala sa mga hunahuna palayo gikan sa mga katalagman ug mga katungdanan sa maong takna. Ila nga giisip nga diyutay ra ug bili ang kahayag nga si Cristo mianhi gikan sa langit aron ihatag kang Juan alang sa Iyang katawhan. Ilang gitudlo nga ang mga hitabo nga ania na gayud sa atong atubangan dili igo ug kaimportante aron hatagan ug pinasahi nga pagtagad. Ilang gipawala ang gahum sa kamatuoran nga gikan sa langit, ug ilang gikawatan ang katawhan sa Dios sa ilang nangaging kasinatian, nga gipulihan hinoon kini ug usa ka bakak nga siyensiya. ‘Mao kini ang giingon sa Ginoo: Tindog kamo sa mga dalan, ug tan-awa, ug pangutan-a ang karaang mga alagianan, hain ba ang maayong dalan, ug lumakaw kamo niana.’ [Jeremiah 6:16.]”</w:t>
      </w:r>
    </w:p>
    <w:p>
      <w:pPr>
        <w:pStyle w:val="ArticleScripture"/>
        <w:jc w:val="left"/>
      </w:pPr>
      <w:r>
        <w:rPr>
          <w:rFonts w:ascii="Times New Roman" w:hAnsi="Times New Roman" w:eastAsia="Times New Roman" w:cs="Times New Roman"/>
        </w:rPr>
        <w:t>“Walay usa nga mangita sa paggisi sa mga patukoranan sa atong pagtoo,—ang mga patukoranan nga gibutang sa sinugdanan sa atong buluhaton, pinaagi sa mainampoon nga pagtuon sa Pulong ug pinaagi sa pagpadayag. Ibabaw niining mga patukoranan kita nagapadayon sa pagtukod sulod sa kapin sa kalim-an ka tuig. Ang mga tawo mahimong maghunahuna nga sila nakakaplag ug bag-ong paagi, nga sila makahimo sa pagbutang ug mas malig-on nga patukoranan kay niadtong nahamutang na; apan kini usa ka dakong limbong. ‘Kay walay laing patukoranan nga arang ikabutang ni bisan kinsa gawas niadtong nahamutang na.’ [1 Corinto 3:11.] Sa nangaging mga panahon, daghan ang misulay sa pagtukod ug bag-ong pagtoo, sa pagpahimutang ug bag-ong mga prinsipyo; apan hangtod kanus-a man mitindog ang ilang tinukod? Wala madugay kini napukan; kay wala man kini mapatukod ibabaw sa Bato.” Testimonies, tomo 8, 296, 297.</w:t>
      </w:r>
    </w:p>
    <w:p>
      <w:pPr>
        <w:pStyle w:val="ArticleBody"/>
        <w:jc w:val="left"/>
      </w:pPr>
      <w:r>
        <w:rPr>
          <w:rFonts w:ascii="Times New Roman" w:hAnsi="Times New Roman" w:eastAsia="Times New Roman" w:cs="Times New Roman"/>
        </w:rPr>
        <w:t>Gipaila ni Jeremias nga ang paglakaw diha sa “mga karaang dalan” mao ang pagkakaplag sa “kapahulayan,” ug ang kapahulayan mao ang “ulahing ulan,” nga nagsugod sa dihang nasuko ang mga nasod niadtong Septiyembre 11, 2001, sa dihang nangatumpag ang dagkong mga tinukod sa New York City. Kadtong mikaon sa mensahe nahimong mga magbalantay ni Habakuk nga gitugon sa “isulat ang panan-awon, ug himoa kini nga masabtan sa dayag.” Gipaila ni Jeremias kining maong mga magbalantay sa mao gihapong panahon sa “kapahulayan,” nga mao ang “ulahing ulan.”</w:t>
      </w:r>
    </w:p>
    <w:p>
      <w:pPr>
        <w:pStyle w:val="ArticleScripture"/>
        <w:jc w:val="left"/>
      </w:pPr>
      <w:r>
        <w:rPr>
          <w:rFonts w:ascii="Times New Roman" w:hAnsi="Times New Roman" w:eastAsia="Times New Roman" w:cs="Times New Roman"/>
        </w:rPr>
        <w:t>Mao kini ang giingon sa Ginoo: Tumindog kamo sa mga dalan, ug tan-awa, ug pangutan-a ang karaang mga agianan, hain ba ang maayong dalan, ug lakaw kamo niini, ug makakaplag kamo ug kapahulayan alang sa inyong mga kalag. Apan miingon sila, Dili kami molakaw niini. Usab nagbutang Ako ug mga magbalantay ibabaw kaninyo, nga nagaingon, Pamatia ang tingog sa trumpeta. Apan miingon sila, Dili kami mamati. Jeremias 6:16, 17.</w:t>
      </w:r>
    </w:p>
    <w:p>
      <w:pPr>
        <w:pStyle w:val="ArticleBody"/>
        <w:jc w:val="left"/>
      </w:pPr>
      <w:r>
        <w:rPr>
          <w:rFonts w:ascii="Times New Roman" w:hAnsi="Times New Roman" w:eastAsia="Times New Roman" w:cs="Times New Roman"/>
        </w:rPr>
        <w:t>Ang trumpeta nga ilang pagahuypon mao ang ikaunom nga trumpeta sa ikaduhang alaut sa kasaysayan sa mga Millerite, ug sa katapusang mga adlaw kini mao ang ikapitong trumpeta sa ikatulong alaut. Ang mga magbalantay ni Habakkuk, nga mao ang mga magbalantay ni Jeremias, nagapatunog ug usa ka mensahe sa pasidaan nga, sa rebelyon sa 1888, gisalikway. Ang ikaunom nga trumpeta nga gisalikway niadtong 1888 mao ang mensahe ngadto sa Laodicea.</w:t>
      </w:r>
    </w:p>
    <w:p>
      <w:pPr>
        <w:pStyle w:val="ArticleScripture"/>
        <w:jc w:val="left"/>
      </w:pPr>
      <w:r>
        <w:rPr>
          <w:rFonts w:ascii="Times New Roman" w:hAnsi="Times New Roman" w:eastAsia="Times New Roman" w:cs="Times New Roman"/>
        </w:rPr>
        <w:t>“Ang mensaheng gihatag kanato pinaagi kang A. T. Jones ug E. J. Waggoner mao ang mensahe sa Dios ngadto sa iglesya sa Laodicea, ug alaut ang bisan kinsa nga nagaangkon nga nagatoo sa kamatuoran apan wala magapadan-ag ngadto sa uban sa mga sidlak nga gihatag sa Dios.” The 1888 Materials, 1053.</w:t>
      </w:r>
    </w:p>
    <w:p>
      <w:pPr>
        <w:pStyle w:val="ArticleBody"/>
        <w:jc w:val="left"/>
      </w:pPr>
      <w:r>
        <w:rPr>
          <w:rFonts w:ascii="Times New Roman" w:hAnsi="Times New Roman" w:eastAsia="Times New Roman" w:cs="Times New Roman"/>
        </w:rPr>
        <w:t>Ang mensahe sa ikapitong trumpeta niadtong 1888 unang gipatugbaw ngadto sa Laodicea niadtong 1856, ug unya ang mensahe sa Laodicea gipahimutang sulod sa konteksto sa nagadugang nga kahayag sa “pito ka panahon.” Niadtong Septiyembre 11, 2001, ang tawag sa pagbalik ngadto sa karaang mga alagianan ni Jeremias, ug sa paglakaw diha niana aron madawat ang mensahe sa ulahing ulan, naglakip sa pasidaang mensahe sa ikapitong Trumpeta nga gihulagway ingon nga mensahe ngadto sa Laodicea, ug sa “pito ka panahon,” nga maoy simbolo sa mga patukoranan.</w:t>
      </w:r>
    </w:p>
    <w:p>
      <w:pPr>
        <w:pStyle w:val="ArticleBody"/>
        <w:jc w:val="left"/>
      </w:pPr>
      <w:r>
        <w:rPr>
          <w:rFonts w:ascii="Times New Roman" w:hAnsi="Times New Roman" w:eastAsia="Times New Roman" w:cs="Times New Roman"/>
        </w:rPr>
        <w:t>Ang “bakak” nga giila sa tagna nga maoy nagpatungha sa kusog nga limbong sa mga sinulat ni Pablo gisulod sa ikatulong kaliwatan sa Laodiceanong Adventismo niadtong 1931, napulo ug unom ka tuig human sa kamatayon sa babayeng manalagna. Ang “bakak” nga miabot sa ikatulong kaliwatan sa matagnaong paagi nahimutang sa yugto nga gihulagway ingon nga ang “mga babaye nga naghilak alang kang Tammuz,” ug busa kini may kalabutan sa bakak nga mensahe sa ulahing ulan.</w:t>
      </w:r>
    </w:p>
    <w:p>
      <w:pPr>
        <w:pStyle w:val="ArticleBody"/>
        <w:jc w:val="left"/>
      </w:pPr>
      <w:r>
        <w:rPr>
          <w:rFonts w:ascii="Times New Roman" w:hAnsi="Times New Roman" w:eastAsia="Times New Roman" w:cs="Times New Roman"/>
        </w:rPr>
        <w:t>Ang mga detalye kon sa unsang paagi gipakaylap ang “bakak” kinahanglan masabtan, maingon man ang matagnaong papel sa “bakak” diha sa tagna sa katapusan nga panahon. Ang mga mapanamastamon nga tawo nga nagmando sa Jerusalem sa panahon sa ulahing ulan, nga mao ang panahon sa pagpatik sa usa ka gatus ug kap-atan ug upat ka libo, naghimo ug bakak nga mensahe sa ulahing ulan sa ikatulong kaliwatan sa Adventismo, ingon sa gilarawan sa “mga babaye nga naghilak alang kang Tammuz,” diha sa Ezekiel kapitulo otso. Ang ilang bakak nga mensahe sa ulahing ulan gilarawan usab ni Ezekiel ingon nga bakak nga patukoranan, bakak nga paril sa panalipod, ug bakak nga mensahe sa kalinaw ug kasigurohan.</w:t>
      </w:r>
    </w:p>
    <w:p>
      <w:pPr>
        <w:pStyle w:val="ArticleScripture"/>
        <w:jc w:val="left"/>
      </w:pPr>
      <w:r>
        <w:rPr>
          <w:rFonts w:ascii="Times New Roman" w:hAnsi="Times New Roman" w:eastAsia="Times New Roman" w:cs="Times New Roman"/>
        </w:rPr>
        <w:t>Wala ba kamo makakita ug walay pulos nga panan-awon, ug wala ba kamo magsulti ug bakak nga tagna, samtang nagaingon kamo, Si Jehova nagaingon niini; bisan pa wala ako magsulti? Busa mao kini ang giingon sa Ginoong Jehova: Tungod kay nagsulti kamo ug kakawangan, ug nakakita ug mga bakak, busa, ania karon, ako batok kaninyo, nagaingon ang Ginoong Jehova. Ug ang akong kamot ipaatubang batok sa mga manalagna nga makakita ug kakawangan, ug managna ug mga bakak: dili sila mahiapil sa katigoman sa akong katawohan, ni mahisulat sa talaan sa balay sa Israel, ni makasulod sa yuta sa Israel; ug inyong mahibaloan nga ako mao ang Ginoong Jehova. Tungod kay, oo, tungod kay ilang gilimbongan ang akong katawohan, nga nagaingon, Pakigdait; apan walay pakigdait; ug ang usa nagtukod ug kuta, ug ania karon, ang uban nagpahid niini ug apog nga walay igong sagol: Ingna sila nga nagpahid niini ug apog nga walay igong sagol, nga kini mapukan: moabut ang ulan nga magbubo pag-ayo; ug kamo, Oh dagkung mga batong yelo, mangatagak; ug ang unos nga hangin magagisi niini. Ania karon, sa diha nga ang kuta mapukan na, dili ba isulti kaninyo, Hain man ang pinahiran nga inyong gipahid niini? Busa mao kini ang giingon sa Ginoong Jehova: Ako gayud kini gision pinaagi sa unos nga hangin sa akong kapungot; ug moabut ang ulan nga magbubo pag-ayo sa akong kasuko, ug dagkung mga batong yelo sa akong kapungot aron sa pag-ut-ut niini. Busa gun-obon ko ang kuta nga inyong gipahiran ug apog nga walay igong sagol, ug ipaubos ko kini sa yuta, aron ang patukoranan niini mapadayag, ug kini mapukan, ug kamo pagaut-uton sa taliwala niini: ug inyong mahibaloan nga ako mao si Jehova. Sa ingon pagatumanon ko ang akong kaligutgut batok sa kuta, ug batok kanila nga nagpahid niini ug apog nga walay igong sagol, ug moingon ako kaninyo, Wala na ang kuta, ni sila nga nagpahid niini; nga mao, ang mga manalagna sa Israel nga nanagna mahitungod sa Jerusalem, ug nga nakakita alang kaniya ug mga panan-awon sa pakigdait, apan walay pakigdait, nagaingon ang Ginoong Jehova. Ezekiel 13:7–16.</w:t>
      </w:r>
    </w:p>
    <w:p>
      <w:pPr>
        <w:pStyle w:val="ArticleBody"/>
        <w:jc w:val="left"/>
      </w:pPr>
      <w:r>
        <w:rPr>
          <w:rFonts w:ascii="Times New Roman" w:hAnsi="Times New Roman" w:eastAsia="Times New Roman" w:cs="Times New Roman"/>
        </w:rPr>
        <w:t>Ang kabakakan ug mga bakak nga gitagoan sa mga tampalasanong tawo sa Jerusalem diha sa Isaias kapitulo baynte-otso ug baynte-nuwebe sa kataposan pagahukman ug pagalaglagon pinaagi sa “nagaawas nga latigo.”</w:t>
      </w:r>
    </w:p>
    <w:p>
      <w:pPr>
        <w:pStyle w:val="ArticleScripture"/>
        <w:jc w:val="left"/>
      </w:pPr>
      <w:r>
        <w:rPr>
          <w:rFonts w:ascii="Times New Roman" w:hAnsi="Times New Roman" w:eastAsia="Times New Roman" w:cs="Times New Roman"/>
        </w:rPr>
        <w:t>Ang paghukom usab akong ibutang sa pising sa sukod, ug ang pagkamatarong sa hulog nga tingga; ug ang ulan-nga-yelo mopapas sa dalangpanan sa mga bakak, ug ang mga tubig molunop sa dapit nga tagoanan. Ug ang inyong tugon uban sa kamatayon pagawagtangon, ug ang inyong kasabutan uban sa impiyerno dili molungtad; sa diha nga moagi ang naglunop nga hampak, nan pagatamakan kamo niini. Isaias 28:17, 18.</w:t>
      </w:r>
    </w:p>
    <w:p>
      <w:pPr>
        <w:pStyle w:val="ArticleBody"/>
        <w:jc w:val="left"/>
      </w:pPr>
      <w:r>
        <w:rPr>
          <w:rFonts w:ascii="Times New Roman" w:hAnsi="Times New Roman" w:eastAsia="Times New Roman" w:cs="Times New Roman"/>
        </w:rPr>
        <w:t>Ang “malunopan nga latigo” ni Isaias mao ang “malunopan nga ulan” ni Ezequiel, nga gipadala ibabaw niadtong mga “nagtagna ug mga bakak,” pinaagi sa pagpresentar ug “walay pulos nga panan-awon” ug sa pag-angkon nga “miingon ang Ginoo niini,” “bisan pa” nga ang Ginoo “wala magsulti.” Ang “bakak” nga gitagoan ilalom sa karaang mga tawo gihulagway ingon nga usa ka butang nga ilang giangkon nga gisulti sa Ginoo, busa kini usa ka “bakak” mahitungod sa Pulong sa Dios. O ilang giila ang usa ka doktrina gikan sa Pulong sa Dios ingon nga kasaypanan, o sayop nilang giangkon nga ang Dios maoy naggiya sa ilang pagsabot (ang Dios namulong na), mahitungod sa usa ka doktrina sa Biblia.</w:t>
      </w:r>
    </w:p>
    <w:p>
      <w:pPr>
        <w:pStyle w:val="ArticleBody"/>
        <w:jc w:val="left"/>
      </w:pPr>
      <w:r>
        <w:rPr>
          <w:rFonts w:ascii="Times New Roman" w:hAnsi="Times New Roman" w:eastAsia="Times New Roman" w:cs="Times New Roman"/>
        </w:rPr>
        <w:t>Ang “bakak” nga miabot niadtong 1931 maoy pag-angkon nga si Sister White mihatag sa iyang pag-uyon sa sayop nga panglantaw bahin sa “ang adlaw-adlaw,” diha sa basahon ni Daniel. Ang sayop nga panglantaw nga ang “ang adlaw-adlaw” nagrepresentar sa ministeryo ni Cristo diha sa santuwaryo gipasukad sa usa ka “bakak” nga nagaingon nga niadtong 1910, gipahibalo ni Ellen White kang A. G. Daniells nga ang iyang panglantaw ug kang Prescott bahin sa “ang adlaw-adlaw,” nga nagrepresentar sa ministeryo ni Cristo diha sa santuwaryo, tinuod gayod nga husto, bisan pa sa iyang tin-aw nga sinulat nga mga pulong nga supak niana.</w:t>
      </w:r>
    </w:p>
    <w:p>
      <w:pPr>
        <w:pStyle w:val="ArticleBody"/>
        <w:jc w:val="left"/>
      </w:pPr>
      <w:r>
        <w:rPr>
          <w:rFonts w:ascii="Times New Roman" w:hAnsi="Times New Roman" w:eastAsia="Times New Roman" w:cs="Times New Roman"/>
        </w:rPr>
        <w:t>Ang bakakong panglantaw mahitungod sa “ang adlaw-adlaw,” nga niadtong panahona (1931) napalig-on sulod sa Laodicean Adventism, nahimong teolohikanhong patukoranan nga gigamit sa pagtukod sa usa ka mensahe nga gihulagway ni Ezekiel ingon nga “kalinaw ug kaluwasan.” Ang nagkalainlaing mga pamatuod nga gigamit sa pagpatunhay nianang bakakong patukoranan mao ang nagkalainlaing peke nga mga sinsilyo ug mga mutya nga nakita ni Miller sa iyang damgo. Sa kataposan sa iyang damgo ang iyang unang mga mutya hingpit nang natabonan sa mga peke ug sa mga basura, ug ang basura ug ang peke nga mga mutya ug mga sinsilyo nagrepresentar sa mensahe nga gipasukad sa ilang sayop nga patukoranan nga “ang adlaw-adlaw” nagrepresentar sa ministeryo ni Cristo sa santuwaryo.</w:t>
      </w:r>
    </w:p>
    <w:p>
      <w:pPr>
        <w:pStyle w:val="ArticleBody"/>
        <w:jc w:val="left"/>
      </w:pPr>
      <w:r>
        <w:rPr>
          <w:rFonts w:ascii="Times New Roman" w:hAnsi="Times New Roman" w:eastAsia="Times New Roman" w:cs="Times New Roman"/>
        </w:rPr>
        <w:t>Sa teksto ni Ezekiel, ang mga basura ug mini nga mga mutya gihulagway ingon nga usa ka “paril” nga gitukod pinaagi sa semento nga hilabihan ka huyang nga dili kini makatindog ilalom sa kabug-at sa “unos nga hangin” o sa “nag-awas nga ulan.”</w:t>
      </w:r>
    </w:p>
    <w:p>
      <w:pPr>
        <w:pStyle w:val="ArticleBody"/>
        <w:jc w:val="left"/>
      </w:pPr>
      <w:r>
        <w:rPr>
          <w:rFonts w:ascii="Times New Roman" w:hAnsi="Times New Roman" w:eastAsia="Times New Roman" w:cs="Times New Roman"/>
        </w:rPr>
        <w:t>Ang masupilon nga manalagna gikan sa Juda nga nagbadlong kang Jeroboam, sa katapusan namatay taliwala sa usa ka “asno” ug usa ka “leon”. Ang leon nagrepresentar sa Babilonia ug ang asno nagrepresentar sa Islam. Ang duha ka mga doktrina nga dili makita sa Laodicean nga Adventismo, nga girepresentahan sa kamatayon sa masupilon nga manalagna, mao ang mensahe sa pagka-papa (ang leon), ug ang mensahe sa Islam sa ikatulong Kaalaotan (ang asno).</w:t>
      </w:r>
    </w:p>
    <w:p>
      <w:pPr>
        <w:pStyle w:val="ArticleBody"/>
        <w:jc w:val="left"/>
      </w:pPr>
      <w:r>
        <w:rPr>
          <w:rFonts w:ascii="Times New Roman" w:hAnsi="Times New Roman" w:eastAsia="Times New Roman" w:cs="Times New Roman"/>
        </w:rPr>
        <w:t>Ang “unos nga hangin” ni Ezekiel usa ka simbolo sa “mabangis nga hangin nga gipahunong” ni Isaias sa “adlaw sa hangin sa sidlakan” diha sa kapitulo baynte-siyete. Ang “unos nga hangin” ni Ezekiel mao usab ang “upat ka hangin” sa Pinadayag kapitulo siyete, nga ginapugngan hangtod mapatikan ang mga alagad sa Dios. Ang “unos nga hangin” ni Ezekiel mao ang iyang mensahe gikan sa “upat ka hangin” diha sa kapitulo traynta’y-siyete, nga nagadala sa patay nga mga uga nga bukog ngadto sa kinabuhi ingon nga usa ka gamhanang kasundalohan. Ang “unos nga hangin” ni Ezekiel nga nagpukan sa “kuta nga gitukod pinaagi sa walay timpladong argamasa,” mao ang mensahe sa ulahing ulan sa ikatulong Kaalaotan.</w:t>
      </w:r>
    </w:p>
    <w:p>
      <w:pPr>
        <w:pStyle w:val="ArticleBody"/>
        <w:jc w:val="left"/>
      </w:pPr>
      <w:r>
        <w:rPr>
          <w:rFonts w:ascii="Times New Roman" w:hAnsi="Times New Roman" w:eastAsia="Times New Roman" w:cs="Times New Roman"/>
        </w:rPr>
        <w:t>Ang “nag-awas nga ulan” ni Ezekiel maoy usa ka simbolo sa pagkapapa, ug ilabina mao kini ang simbolo sa yugto sa krisis sa balaod sa Dominggo nga nagsugod sa hapit na moabot nga balaod sa Dominggo sa Estados Unidos. Ang masinupilon nga propeta gikan sa Juda nga namatay tali sa asno ug sa leon, nagrepresentar sa kamatayon sa Laodicean nga Adventismo nga mahitabo tali sa Septiyembre 11, 2001, sa pag-abot sa asno (ang ikatulong pagkaalaut), ug sa hapit na moabot nga balaod sa Dominggo (ang leon). Ang kamatayon sa Laodicean nga Adventismo mahitabo sulod sa pagpatik sa usa ka gatus ug kap-atan ug upat ka libo nga nagsugod sa dihang ang mga nasud nasuko, apan gipugngan kaniadtong Septiyembre 11, 2001, ug mahuman sa hapit na moabot nga balaod sa Dominggo. Ang ilang kamatayon, sumala sa gihulagway sa masinupilon nga propeta, mahitabo tungod kay sila mibalik sa metodolohiya sa apostatang Protestante, bisan tuod sila gitug-anan sa tin-aw gayud nga dili gayud mobalik sa “katiguman sa mga mayubiton.”</w:t>
      </w:r>
    </w:p>
    <w:p>
      <w:pPr>
        <w:pStyle w:val="ArticleBody"/>
        <w:jc w:val="left"/>
      </w:pPr>
      <w:r>
        <w:rPr>
          <w:rFonts w:ascii="Times New Roman" w:hAnsi="Times New Roman" w:eastAsia="Times New Roman" w:cs="Times New Roman"/>
        </w:rPr>
        <w:t>Ang ilang kamatayon mahitabo sulod sa kasaysayan sa pagtimri sa usa ka gatus kap-atan ug upat ka libo. Sa diha nga ang katawohan sa Dios matimrihan na, ang nagalaglag nga mga manulonda mosugod sa ilang buluhaton. Gikan sa Septyembre 11, 2001 hangtod sa umalabot na nga sugo sa Domingo, ang paghukom sa mga buhi matuman sa iglesia sa Dios, kay ang paghukom magsugod sa Jerusalem, ug kini magsugod sa mga tigulang nga mga tawo nga maoy angay unta mahimong mga magbalantay sa katawohan, apan nga mibiya sa ilang mga katungdanan sulod sa upat ka kaliwatan. Kadtong modawat sa timri niadtong panahona mao ang bandera nga ipataas ngadto sa mga nasud. Sila timrihan sa dili pa ang umalabot na nga sugo sa Domingo, kay ang bugtong paagi nga ang laing panon sa Dios mapasidan-an mao ang pagtan-aw sa mga lalaki ug mga babaye diha sa krisis sa sugo sa Domingo nga adunay timri sa Dios.</w:t>
      </w:r>
    </w:p>
    <w:p>
      <w:pPr>
        <w:pStyle w:val="ArticleScripture"/>
        <w:jc w:val="left"/>
      </w:pPr>
      <w:r>
        <w:rPr>
          <w:rFonts w:ascii="Times New Roman" w:hAnsi="Times New Roman" w:eastAsia="Times New Roman" w:cs="Times New Roman"/>
        </w:rPr>
        <w:t>“Ang buluhaton sa Espiritu Santo mao ang pagpasiguro sa kalibotan mahitungod sa sala, sa pagkamatarong ug sa paghukom. Ang kalibotan mapasidan-an lamang pinaagi sa pagtan-aw niadtong mga nagatoo sa kamatuoran nga ginabalaan pinaagi sa kamatuoran, nga nagalihok sumala sa hataas ug balaan nga mga prinsipyo, nga nagapakita, sa usa ka hataas ug halangdon nga diwa, sa tin-aw nga linya sa pagkalahi tali sa mga nagabantay sa mga sugo sa Dios, ug sa mga nagayatak niini ilalom sa ilang mga tiil. Ang pagbalaan sa Espiritu nagtimaan sa kalainan tali sa mga adunay patik sa Dios, ug sa mga nagsaulog sa usa ka mini nga adlaw sa pagpahulay. Sa dihang moabot ang pagsulay, sa dayag ipakita kon unsa ang marka sa mananap. Kini mao ang pagsaulog sa Domingo. Kadtong human makadungog sa kamatuoran, magapadayon sa pag-isip niining adlawa nga balaan, nagadala sa timaan sa tawo sa sala, nga naghunahuna sa pag-usab sa mga panahon ug sa mga balaod.” Bible Training School, December 1, 1903.</w:t>
      </w:r>
    </w:p>
    <w:p>
      <w:pPr>
        <w:pStyle w:val="ArticleBody"/>
        <w:jc w:val="left"/>
      </w:pPr>
      <w:r>
        <w:rPr>
          <w:rFonts w:ascii="Times New Roman" w:hAnsi="Times New Roman" w:eastAsia="Times New Roman" w:cs="Times New Roman"/>
        </w:rPr>
        <w:t>Ang kamatayon sa Laodiceanong Adventismo matuman sa panahon sa kasaysayan sa ulahing ulan, nga nagsugod sa pagwisik niadtong Septyembre 11, 2001, ug igaula nga walay sukod sa hapit na moabot nga balaod sa Dominggo, sa dihang ang Dios nagtukod ug unya mopataas ingon nga usa ka bandila sa usa ka katawhan nga natimrihan alang sa kahangturan.</w:t>
      </w:r>
    </w:p>
    <w:p>
      <w:pPr>
        <w:pStyle w:val="ArticleBody"/>
        <w:jc w:val="left"/>
      </w:pPr>
      <w:r>
        <w:rPr>
          <w:rFonts w:ascii="Times New Roman" w:hAnsi="Times New Roman" w:eastAsia="Times New Roman" w:cs="Times New Roman"/>
        </w:rPr>
        <w:t>Nianang panahona, kadtong anaa sa Laodiceanong Adventismo nga nangandam alang sa, ug modawat sa marka sa mananap, girepresentahan sa kaluhaan ug lima ka mga lalaki nga misimba sa adlaw diha sa ikawalong kapitulo sa Ezekiel. Sila mao kadtong midawat sa bakak nga mensahe ni Ezekiel bahin sa “pakigdait ug kaluwasan,” nga nagrepresentar sa usa ka peke sa tinuod nga mensahe sa ulahing ulan, nga ginamantala sa tinuod nga mga magbalantay nianang kasaysayana. Ang patukoranan nianang bakak nga mensahe sa ulahing ulan mao ang pag-ila nga ang “adlaw-adlaw” diha sa basahon ni Daniel usa ka simbolo ni Cristo, sa dihang sa pagkatinuod simbolo kini ni Satanas. Kadtong bakak nga batakang pagtuo mao ang doktrina nga gigamit sa “mga tawo nga mapanasipalahon nga nagmando sa katawohan sa Jerusalem” aron sa pagtukod sa ilang kuta nga walay hustong pagsagol.</w:t>
      </w:r>
    </w:p>
    <w:p>
      <w:pPr>
        <w:pStyle w:val="ArticleBody"/>
        <w:jc w:val="left"/>
      </w:pPr>
      <w:r>
        <w:rPr>
          <w:rFonts w:ascii="Times New Roman" w:hAnsi="Times New Roman" w:eastAsia="Times New Roman" w:cs="Times New Roman"/>
        </w:rPr>
        <w:t>Ang pag-ila sa “kanunay,” isip usa ka simbolo ni Cristo, sa kasaysayan gipahimutang pinaagi sa usa ka “bakak,” sa 1931. Gikan niadto padayon, ang walay-temper nga paril sa peke nga mga sensilyo ug mga hiyas gitukod. Kadtong “paril” gitakda nga mapukan sa dihang moabot ang tawong may sipilyo sa abog aron sa hingpit paghinlo sa Iyang salog. Kana nga paghinlo matuman sulod sa matagnaong yugto sa kasaysayan tali sa “unos nga hangin” (ang asno sa Septyembre 11, 2001), ug sa “nag-awas nga mga ulan” (ang leon sa haduol nang umaabot nga balaod sa Dominggo). Niana nga kasaysayan ang masinupakon nga manalagna pagapatyon ug ilubong sa lubnganan sa mini nga manalagna sa Bethel. Giila ni Sister White ang “paril” sa tagna isip balaod sa Dios.</w:t>
      </w:r>
    </w:p>
    <w:p>
      <w:pPr>
        <w:pStyle w:val="ArticleScripture"/>
        <w:jc w:val="left"/>
      </w:pPr>
      <w:r>
        <w:rPr>
          <w:rFonts w:ascii="Times New Roman" w:hAnsi="Times New Roman" w:eastAsia="Times New Roman" w:cs="Times New Roman"/>
        </w:rPr>
        <w:t>“Ang propeta dinhi naghulagway sa usa ka katawhan nga, sa panahon sa kinatibuk-ang pagtalikod gikan sa kamatuoran ug pagkamatarung, naninguha sa pagpahiuli sa mga prinsipyo nga mao ang patukoranan sa gingharian sa Dios. Sila mao ang mga mag-aayo sa nangabungkag nga bahin nga nahimo sa balaod sa Dios—ang kuta nga Iyang gibutang libot sa Iyang pinili alang sa ilang panalipod, ug ang pagkamasinugtanon sa mga lagda niini sa hustisya, kamatuoran, ug kaputli mao ang ilang walay hunong nga panalipod.</w:t>
      </w:r>
    </w:p>
    <w:p>
      <w:pPr>
        <w:pStyle w:val="ArticleScripture"/>
        <w:jc w:val="left"/>
      </w:pPr>
      <w:r>
        <w:rPr>
          <w:rFonts w:ascii="Times New Roman" w:hAnsi="Times New Roman" w:eastAsia="Times New Roman" w:cs="Times New Roman"/>
        </w:rPr>
        <w:t>“Pinaagi sa mga pulong nga dili ikasayop ang kahulogan, gipakita sa manalagna ang piho nga buluhaton niining salin nga katawhan nga nagatukod sa kuta. ‘Kon ilikay mo ang imong tiil gikan sa Adlaw nga Igpapahulay, gikan sa pagbuhat sa imong kalipay sa Akong balaang adlaw; ug tawgon mo ang Adlaw nga Igpapahulay nga kalipay, ang balaan sa Ginoo, nga dungganon; ug pasidunggan mo Siya, nga dili magbuhat sa imong kaugalingong mga dalan, ni mangita sa imong kaugalingong kalipay, ni magasulti sa imong kaugalingong mga pulong: nan magakalipay ka sa imong kaugalingon diha sa Ginoo; ug pasakyon Ko ikaw ibabaw sa hatag-as nga mga dapit sa yuta, ug pakan-on Ko ikaw sa panulondon ni Jacob nga imong amahan: kay ang baba sa Ginoo maoy nagsulti niini.’ Isaias 58:13, 14.” Prophets and Kings, 678.</w:t>
      </w:r>
    </w:p>
    <w:p>
      <w:pPr>
        <w:pStyle w:val="ArticleBody"/>
        <w:jc w:val="left"/>
      </w:pPr>
      <w:r>
        <w:rPr>
          <w:rFonts w:ascii="Times New Roman" w:hAnsi="Times New Roman" w:eastAsia="Times New Roman" w:cs="Times New Roman"/>
        </w:rPr>
        <w:t>Ang sinugdanan sa ikaupat nga kaliwatan sa Adventismo gimarkahan pinaagi sa pagmantala sa usa ka libro, maingon usab sa sinugdanan sa ikatulong kaliwatan. Ang ikatulong kaliwatan nagsugod sa pagmantala sa The Doctrine of Christ ni W. W. Prescott, ug kana nga kaliwatan natapos sa pagmantala sa Questions on Doctrine. Ang The Doctrine of Christ mipresentar ug usa ka ebanghelyo nga tinuyoan nga walay sulod sa Millerite nga mensaheng profesiya. Ang Questions on Doctrine mipresentar ug usa ka ebanghelyo nga milimod sa buhat sa pagkabalaan nga ginatuman ni Cristo. Ang The Doctrine of Christ mipapas sa kahayag sa panan-awon nga (chazon) sa propetikong kasaysayan, ug ang Questions on Doctrine mipapas sa kahayag sa panan-awon nga (Mareh) sa “pagpakita” ni Cristo.</w:t>
      </w:r>
    </w:p>
    <w:p>
      <w:pPr>
        <w:pStyle w:val="ArticleBody"/>
        <w:jc w:val="left"/>
      </w:pPr>
      <w:r>
        <w:rPr>
          <w:rFonts w:ascii="Times New Roman" w:hAnsi="Times New Roman" w:eastAsia="Times New Roman" w:cs="Times New Roman"/>
        </w:rPr>
        <w:t>Taliwala niadtong duha ka mga basahon, napalambo ang bakak nga mensahe sa ulahing ulan nga girepresentahan sa “mga babaye nga naghilak alang kang Tammuz.” Diha sa maong kasaysayan gipasiugdahan ang “bakak sa 1931.” Kadtong ikatulong kaliwatan (kangil-ad) girepresentahan usab pinaagi sa pagkompromiso sa ikatulong iglesia sa Pergamos. Ang simbolo sa pagkompromiso diha sa ikatulong iglesia nagtimaan sa buhat sa pagpangita ug akreditasyon gikan sa kalibutanong mga institusyon nga nagdikta ug mga lagda alang sa teyolohiya ug mga lagda alang sa medisina. Diha sa ikatulong kaliwatan natuman ang pagkompromiso sa kamatuoran, nga naglakip sa pagpaila ug pagpasiugda sa paggamit sa mga Biblia nga gihubad gikan sa mga dunot nga manuskrito.</w:t>
      </w:r>
    </w:p>
    <w:p>
      <w:pPr>
        <w:pStyle w:val="ArticleBody"/>
        <w:jc w:val="left"/>
      </w:pPr>
      <w:r>
        <w:rPr>
          <w:rFonts w:ascii="Times New Roman" w:hAnsi="Times New Roman" w:eastAsia="Times New Roman" w:cs="Times New Roman"/>
        </w:rPr>
        <w:t>Sa 1957, ang librong Questions on Doctrine nagrepresentar sa usa ka pagsurender sa pangunang kamatuoran sa ebanghelyo. Kana nga kamatuoran mao nga si Jesus namatay aron luwason kita “gikan sa” sala, apan wala Siya mamatay aron luwason kita “diha sa” sala. Ang Katoliko ug apostatang Protestante nga pagtulon-an nga ang usa ka tawo dili mahimong masinugtanon sa Pulong sa Dios mao ang walay-katapusang pangatarungan ni Satanas. Ang tawo makahimo, ug kinahanglan, nga mahimong masinugtanon sa Pulong sa Dios, bisan pa kon si Satanas moingon nga “thou shall not surely die.” Ang nahulog nga apostatang Protestante nga panglantaw nga ang mga tawo dili makabuntog sa sala, ug busa ang mga tawo dili mahimong masinugtanon sa balaod sa Dios hangtod nga si Jesus sa milagroso nga paagi mag-usab kanila ngadto sa masinugtanon nga mga robot sa Iyang ikaduhang pag-anhi, giapil ngadto sa mga pagtulon-an sa librong Questions on Doctrine.</w:t>
      </w:r>
    </w:p>
    <w:p>
      <w:pPr>
        <w:pStyle w:val="ArticleBody"/>
        <w:jc w:val="left"/>
      </w:pPr>
      <w:r>
        <w:rPr>
          <w:rFonts w:ascii="Times New Roman" w:hAnsi="Times New Roman" w:eastAsia="Times New Roman" w:cs="Times New Roman"/>
        </w:rPr>
        <w:t>Sa 1957, nagsugod ang ikaupat nga henerasyon sa Laodiceanong Adventismo, ug ang iyang bungbong nga walay timpla (balaod) napahimutang na, sa ingon naghatag sa lohika nga motugot sa kaluhaan ug lima ka mga tigulang nga lalaki sa pagyukbo ngadto sa adlaw sa pagtapos sa panahon sa pagpatik sa usa ka gatus kap-atan ug upat ka libo. Kadtong bungbong nga walay timpla, nga mao ang pagtuo nga ang pagbantay sa balaod sa Dios dili mahimo, pagahapsayon sa dihang kuhaon ang “bungbong” sa pagbulag sa Iglesia ug Estado, sa haduol nga balaod sa Domingo. Ang balaod sa Domingo mao ang mga ulan nga nagaawas, o sumala sa pagpahayag ni Isaias, kini mao ang nagaawas nga hampak, ug kana nga lunop magsugod sa haduol nga balaod sa Domingo sa Tinipong Bansa.</w:t>
      </w:r>
    </w:p>
    <w:p>
      <w:pPr>
        <w:pStyle w:val="ArticleBody"/>
        <w:jc w:val="left"/>
      </w:pPr>
      <w:r>
        <w:rPr>
          <w:rFonts w:ascii="Times New Roman" w:hAnsi="Times New Roman" w:eastAsia="Times New Roman" w:cs="Times New Roman"/>
        </w:rPr>
        <w:t>Sa pagpatuman sa balaod sa Dominggo sa Estados Unidos ang kaaway (ang papa) moabut “ingon sa baha” (ang nag-awas nga hampak), ug niadto gayud nga panahon “ang bandila” ipatindog batok kaniya. Niadto usab nga panahon ang “dingding nga walay timpla” nga gitukod sa Laodicean nga Adventismo ibabaw sa sayop nga pag-aplikar sa “ang adlaw-adlaw” pagawason ug pakanaugon.</w:t>
      </w:r>
    </w:p>
    <w:p>
      <w:pPr>
        <w:pStyle w:val="ArticleScripture"/>
        <w:jc w:val="left"/>
      </w:pPr>
      <w:r>
        <w:rPr>
          <w:rFonts w:ascii="Times New Roman" w:hAnsi="Times New Roman" w:eastAsia="Times New Roman" w:cs="Times New Roman"/>
        </w:rPr>
        <w:t>Sumala sa ilang mga binuhatan, sa ingon niana Siya magabayad: kapungot alang sa Iyang mga kabatok, balos alang sa Iyang mga kaaway; sa mga pulo Siya magabayad ug balos. Busa mahadlok sila sa ngalan sa Ginoo gikan sa kasadpan, ug sa Iyang himaya gikan sa pagsubang sa adlaw. Sa diha nga ang kaaway moabut ingon sa baha, ang Espiritu sa Ginoo magapatindog ug bandila batok kaniya. Ug ang Manunubos moanhi sa Sion, ug ngadto kanila nga motalikod sa kalapasan diha kang Jacob, nagaingon ang Ginoo. Mahitungod Kanako, kini mao ang Akong tugon uban kanila, nagaingon ang Ginoo: Ang Akong Espiritu nga anaa sa ibabaw nimo, ug ang Akong mga pulong nga Akong gibutang sa imong baba, dili mobiya gikan sa imong baba, ni gikan sa baba sa imong kaliwat, ni gikan sa baba sa kaliwat sa imong kaliwat, nagaingon ang Ginoo, sukad karon ug hangtod sa kahangtoran. Bumangon ka, sidlak; kay ang imong kahayag miabut na, ug ang himaya sa Ginoo misilang ibabaw kanimo. Kay, ania karon, ang kangitngit motabon sa yuta, ug mabagang kangitngit sa mga katawhan: apan ang Ginoo mosilang ibabaw kanimo, ug ang Iyang himaya makita diha kanimo. Ug ang mga Hentil moanhi sa imong kahayag, ug ang mga hari sa kasidlak sa imong pagsubang. Isaias 59:18–60:3.</w:t>
      </w:r>
    </w:p>
    <w:p>
      <w:pPr>
        <w:pStyle w:val="ArticleBody"/>
        <w:jc w:val="left"/>
      </w:pPr>
      <w:r>
        <w:rPr>
          <w:rFonts w:ascii="Times New Roman" w:hAnsi="Times New Roman" w:eastAsia="Times New Roman" w:cs="Times New Roman"/>
        </w:rPr>
        <w:t>Ang mga Hentil moanhi ngadto sa kahayag sa diha nga ang himaya sa Dios anaa sa Iyang katawhan, ug kini mahitabo sa diha nga ang kaaway mosulod ingon sa usa ka baha. Sa diha nga kana nga kaaway mosulod, ang Dios mopataas ug usa ka bandila (timaan) batok kaniya. Ang himaya sa Ginoo nga anaa ibabaw niadtong katawhan nga gitubag sa mga Hentil mao ang Iyang kinaiya, ug ang Iyang kinaiya dili makasala. Usa kini ka bakak nga mensahe sa pakigdait ug kaluwasan nga nagatudlo nga ang kalalakin-an ug kababayen-an dili makabuntog sa sala. Kana nga mensahe maoy usa ka bakak nga mensahe sa ulahing ulan nga gimantala sa panahon sa tinuod nga mensahe sa ulahing ulan, nga miabut niadtong Septiyembre 11, 2001. Kana nga bakak nga mensahe usa ka bakak nga mensahe mahitungod sa balaod sa Dios, nga mao ang “paril.” Kana nga bakak nga doktrina gilarawan sa libro nga Questions on Doctrine, nga nagtimaan sa pag-abot sa ikaupat ug kataposang kaliwatan sa Laodiceanong Adventismo.</w:t>
      </w:r>
    </w:p>
    <w:p>
      <w:pPr>
        <w:pStyle w:val="ArticleBody"/>
        <w:jc w:val="left"/>
      </w:pPr>
      <w:r>
        <w:rPr>
          <w:rFonts w:ascii="Times New Roman" w:hAnsi="Times New Roman" w:eastAsia="Times New Roman" w:cs="Times New Roman"/>
        </w:rPr>
        <w:t>Niadtong Septiyembre 11, 2001, ang upat ka mga pagrebelde sa Laodicean nga Adventismo miabut aron sulayan kadtong katapusang kaliwatan pinaagi sa mga sala sa ilang mga amahan. Niadtong maong petsa gimandoan sa Dios ang Iyang katawohan sa pagbalik ngadto sa mga karaang alagianan ni Jeremias, aron ilang masabtan ug dawaton ang pundasyonal nga mensahe nga girepresentahan ingon nga mga mutya ni Miller. Kon ilang buhaton kini, ilang makaplagan ang ulahing ulan, nga gitawag ni Jeremias nga ang “kapahulayan.” Ang tawag sa pagbalik ngadto sa mga karaang alagianan usa ka pag-usab sa pagsulay nga mipamunga sa pagrebelde sa 1863.</w:t>
      </w:r>
    </w:p>
    <w:p>
      <w:pPr>
        <w:pStyle w:val="ArticleBody"/>
        <w:jc w:val="left"/>
      </w:pPr>
      <w:r>
        <w:rPr>
          <w:rFonts w:ascii="Times New Roman" w:hAnsi="Times New Roman" w:eastAsia="Times New Roman" w:cs="Times New Roman"/>
        </w:rPr>
        <w:t>Niadtong Septiyembre 11, 2001, nga mao ang “adlaw sa sidlakan ug sa mabangis nga hangin” ni Isaias, ang “awit sa kaparrasan” pag-aawiton unta niadtong mga, nga diha sa Pinadayag kapitulo katorse, bersikulo tulo, ug usab sa kapitulo kinse, bersikulo tulo, nagaawit sa awit ni Moises ug sa Cordero. Kining maong awit mao ang mensahe sa Laodicea nga nagaila nga ang kanhing pinili nga katawohan niadto ginapahiklin na, kay ang Dios niadto anaa sa proseso sa paghatag sa Iyang kaparrasan ngadto sa mga lalaki ug mga babaye nga magapamunga sa gituyo nga mga bunga sa kaparrasan. Kana nga mensahe sa kaparrasan mao ang mensahe ngadto sa Laodicea, nga mao ang mensahe nga gipresentar nila Jones ug Waggoner sa pagrebelde sa 1888.</w:t>
      </w:r>
    </w:p>
    <w:p>
      <w:pPr>
        <w:pStyle w:val="ArticleBody"/>
        <w:jc w:val="left"/>
      </w:pPr>
      <w:r>
        <w:rPr>
          <w:rFonts w:ascii="Times New Roman" w:hAnsi="Times New Roman" w:eastAsia="Times New Roman" w:cs="Times New Roman"/>
        </w:rPr>
        <w:t>Niadtong Setyembre 11, 2001, nagsugod ang ulahing ulan, ug sa pakiglalis sa Habakkuk kapitulo dos kini nag-ila sa usa ka hut-ong nga nagpresentar sa mensahe sa duha ka papan, kay sila nanumbalik sa karaang mga alagianan ni Jeremias ug nagdawat sa “kapahulayan ug kahayahay,” nga giila ni Isaias nga ipahamtang ibabaw niadtong ang pamaagi mao ang “linya ibabaw sa linya.” Ang pakiglalis nga ilang giapilan batok sa usa ka mini nga mensahe sa ulahing ulan, nga gihulagway sa “mga babaye nga naghilak alang kang Tammuz,” nga nagdasig sa natulog nga katawhang Laodiceano pinaagi sa mensahe sa kalinaw ug kaluwasan.</w:t>
      </w:r>
    </w:p>
    <w:p>
      <w:pPr>
        <w:pStyle w:val="ArticleBody"/>
        <w:jc w:val="left"/>
      </w:pPr>
      <w:r>
        <w:rPr>
          <w:rFonts w:ascii="Times New Roman" w:hAnsi="Times New Roman" w:eastAsia="Times New Roman" w:cs="Times New Roman"/>
        </w:rPr>
        <w:t>Ang mensahe sa pakigdait ug kasigurohan nagaangkon nga dili mahimo alang sa mga lalaki ug mga babaye nga dili makasala, ug busa ang Dios makahimo lamang ug magamatarong kanila “diha sa” ilang mga sala. Ang mga mapinatuyangong tawo nagaangkon nga ang ilang mensahe sa pakigdait ug kasigurohan mao ang matuod nga mensahe sa pagkamatarong pinaagi sa pagtuo, nga gipresentar nila Jones ug Waggoner, apan gibiyaan niini ang kamatuoran nga ang iyang gimatarong sa Dios, iya usab nga gibalaan, kay ang Dios wala mamatay aron luwason ang mga tawo diha sa ilang mga sala, kondili gikan sa ilang mga sala.</w:t>
      </w:r>
    </w:p>
    <w:p>
      <w:pPr>
        <w:pStyle w:val="ArticleBody"/>
        <w:jc w:val="left"/>
      </w:pPr>
      <w:r>
        <w:rPr>
          <w:rFonts w:ascii="Times New Roman" w:hAnsi="Times New Roman" w:eastAsia="Times New Roman" w:cs="Times New Roman"/>
        </w:rPr>
        <w:t>Ang Septiyembre 11, 2001, maoy nagtimaan sa sinugdanan sa yugto sa pagsilyo sa usa ka gatos ug kap-atan ug upat ka libo nga matapos uban sa usa ka hut-ong nga modawat sa selyo sa Dios, ingon sa girepresentahan niadtong mga nanghupaw ug nanaghilak tungod sa mga dulomtanan diha sa iglesia ug sa yuta, ug sa laing hut-ong nga mitalikod sa templo, diin ginatuman ang katapusang buhat sa ikatulong manulonda, ug sila nanagyukbo ngadto sa adlaw. Ang kasaysayan sa mga Millerite naghulagway sa kasaysayan sa kalihokan sa ikatulong manulonda, ug sa pagbuhat niana ang kinatumyan may kalabotan sa mensahe sa ulahing ulan, ug sa kasinatian nga mapamunga niini diha niadtong mopili sa pagkaon.</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pagkadili-andam sa pagbiya sa daan nang nadawat nga mga opinyon, ug sa pagdawat niining kamatuoran, maoy nahimong patukoranan sa dakong bahin sa pagsupak nga gipadayag didto sa Minneapolis batok sa mensahe sa Ginoo pinaagi kang mga Igsoon nga sila Waggoner ug Jones. Pinaagi sa pagpukaw niana nga pagsupak, si Satanas nagmalampuson sa pagpalayo gikan sa atong katawhan, sa dakong sukod, sa pinasahi nga gahum sa Espiritu Santo nga dugay nang gihandum sa Dios nga ipahat ngadto kanila. Gipugngan sila sa kaaway sa pag-angkon sa pagkaepektibo nga mahimo unta nilang maangkon sa pagdala sa kamatuoran ngadto sa kalibotan, maingon sa gipahibalo kini sa mga apostoles human sa adlaw sa Pentecostes. Ang kahayag nga maoy mopasanag sa tibook yuta uban sa iyang himaya gisukol, ug pinaagi sa binuhatan sa atong kaugalingong mga igsoon sa dakong sukod napalayo gikan sa kalibotan.” Selected Messages, book 1,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Otsenta’y Otso</dc:title>
  <dc:subject>Pagbutyag sa Mini nga Ulahing Ulan: Ang Propetikong Panaw sukad sa Setyembre 11, 2001</dc:subject>
  <dc:creator>Jeff Pippenger</dc:creator>
  <cp:keywords/>
  <dc:description>Generated by ArticleDigger from daniel\88_daniel.json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