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Elias — Numero Onse</w:t>
      </w:r>
    </w:p>
    <w:p>
      <w:pPr>
        <w:pStyle w:val="ArticleSubtitle"/>
        <w:jc w:val="left"/>
      </w:pPr>
      <w:r>
        <w:rPr>
          <w:rFonts w:ascii="Arial" w:hAnsi="Arial" w:eastAsia="Arial" w:cs="Arial"/>
        </w:rPr>
        <w:t>Ang Unang Sayop</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2023-10-15</w:t>
      </w:r>
    </w:p>
    <w:p>
      <w:pPr>
        <w:pStyle w:val="ArticleBody"/>
        <w:jc w:val="left"/>
      </w:pPr>
      <w:r>
        <w:rPr>
          <w:rFonts w:ascii="Times New Roman" w:hAnsi="Times New Roman" w:eastAsia="Times New Roman" w:cs="Times New Roman"/>
        </w:rPr>
        <w:t>Ang pagrebelde sa bulawang nating baka ni Aaron sa sinugdanan sa karaang Israel, sa paagi nga profesiyal, nahiuyon sa pagrebelde ni Jeroboam sa sinugdanan sa napulo ka banay sa amihanang gingharian sa Ephraim. Kining mga balaang kasaysayan nagatipolohiya sa pagrebelde sa Adventismo niadtong 1863.</w:t>
      </w:r>
    </w:p>
    <w:p>
      <w:pPr>
        <w:pStyle w:val="ArticleBody"/>
        <w:jc w:val="left"/>
      </w:pPr>
      <w:r>
        <w:rPr>
          <w:rFonts w:ascii="Times New Roman" w:hAnsi="Times New Roman" w:eastAsia="Times New Roman" w:cs="Times New Roman"/>
        </w:rPr>
        <w:t>Adunay siyempre uban pang mga saksi bahin sa 1863, apan si Aaron ug si haring Jeroboam naghatag ug mga saksi nga nagapatong ibabaw sa kasaysayan sa 1863, ug kining tanang mga kasaysayan naghulagway sa kalihokan sa usa ka gatos ug kap-atan ug upat ka libo, nga mao ang Protestante nga sungay, dili lamang sa katapusang mga adlaw sa ikaunom nga gingharian sa tagna sa Biblia, kondili hangtod gayod sa panapos sa panahon sa pagsulay. Kining maong mga kasaysayan naghisgot usab sa managsama nga kasaysayan sa Republikano nga sungay sulod sa ikaunom nga gingharian.</w:t>
      </w:r>
    </w:p>
    <w:p>
      <w:pPr>
        <w:pStyle w:val="ArticleBody"/>
        <w:jc w:val="left"/>
      </w:pPr>
      <w:r>
        <w:rPr>
          <w:rFonts w:ascii="Times New Roman" w:hAnsi="Times New Roman" w:eastAsia="Times New Roman" w:cs="Times New Roman"/>
        </w:rPr>
        <w:t>Sa kinatibuk-an, usa kini ka lisod kaayo nga kamatuoran alang niadtong nagatoo, nga ang iglesya sa Seventh-day Adventist mao ang nahibiling katawhan sa Dios sa kataposan sa kalibotan. Kana nga pagtoo mao ang atong unang sayop. Walay biblikanhong ebidensiya nga ang iglesya sa Laodicea nagrepresentar sa katawhan nga ipataas ingon nga usa ka bandila panahon sa krisis sa balaod sa Domingo. Ang atong unang sayop mao ang pagdawat sa bakak nga pasiuna nga mao kini ang kahimtang. Ang bandila sa kataposan sa kalibotan gilangkob niadtong mga gipapahawa sa mga sakop sa sinagoga ni Satanas.</w:t>
      </w:r>
    </w:p>
    <w:p>
      <w:pPr>
        <w:pStyle w:val="ArticleScripture"/>
        <w:jc w:val="left"/>
      </w:pPr>
      <w:r>
        <w:rPr>
          <w:rFonts w:ascii="Times New Roman" w:hAnsi="Times New Roman" w:eastAsia="Times New Roman" w:cs="Times New Roman"/>
        </w:rPr>
        <w:t>Ug siya magapatindog ug usa ka bandila alang sa mga nasod, ug pagatigumon niya ang mga sinalikway sa Israel, ug pagahipuson sa tingub ang mga nagkatibulaag sa Juda gikan sa upat ka suok sa yuta. Isaias 11:12.</w:t>
      </w:r>
    </w:p>
    <w:p>
      <w:pPr>
        <w:pStyle w:val="ArticleBody"/>
        <w:jc w:val="left"/>
      </w:pPr>
      <w:r>
        <w:rPr>
          <w:rFonts w:ascii="Times New Roman" w:hAnsi="Times New Roman" w:eastAsia="Times New Roman" w:cs="Times New Roman"/>
        </w:rPr>
        <w:t>Ang mga Adventista nga Laodicean mao ang nagapapahawa niadtong mga mahimong bandera.</w:t>
      </w:r>
    </w:p>
    <w:p>
      <w:pPr>
        <w:pStyle w:val="ArticleScripture"/>
        <w:jc w:val="left"/>
      </w:pPr>
      <w:r>
        <w:rPr>
          <w:rFonts w:ascii="Times New Roman" w:hAnsi="Times New Roman" w:eastAsia="Times New Roman" w:cs="Times New Roman"/>
        </w:rPr>
        <w:t>Pamati ang pulong sa Ginoo, kamong mga nanagkurog sa iyang pulong; Ang inyong mga igsoon nga nagdumot kaninyo, nga nagsalikway kaninyo tungod sa akong ngalan, miingon, Hinaut nga ang Ginoo pagahimayaon: apan siya magapakita alang sa inyong kalipay, ug sila pagapakaulawan. Isaias 66:5.</w:t>
      </w:r>
    </w:p>
    <w:p>
      <w:pPr>
        <w:pStyle w:val="ArticleBody"/>
        <w:jc w:val="left"/>
      </w:pPr>
      <w:r>
        <w:rPr>
          <w:rFonts w:ascii="Times New Roman" w:hAnsi="Times New Roman" w:eastAsia="Times New Roman" w:cs="Times New Roman"/>
        </w:rPr>
        <w:t>Kadtong mga timaan ginapapahawa tungod sa “ngalan” ni Cristo. Ang ngalan nga nagapatungha sa pagdumot mao ang Alpha ug Omega, kay ang prinsipyo sa Alpha ug Omega mao ang tin-aw nga nagaila kon kinsa ang girepresentahan sa iglesya nga Seventh-day Adventist diha sa tagna sa Biblia. Ang sambingay sa napulo ka mga ulay nagarepresentar sa Adventismo.</w:t>
      </w:r>
    </w:p>
    <w:p>
      <w:pPr>
        <w:pStyle w:val="ArticleScripture"/>
        <w:jc w:val="left"/>
      </w:pPr>
      <w:r>
        <w:rPr>
          <w:rFonts w:ascii="Times New Roman" w:hAnsi="Times New Roman" w:eastAsia="Times New Roman" w:cs="Times New Roman"/>
        </w:rPr>
        <w:t>“Ang sambingay sa napulo ka ulay diha sa Mateo 25 naglarawan usab sa kasinatian sa katawhan nga Adventista.” The Great Controversy, 393.</w:t>
      </w:r>
    </w:p>
    <w:p>
      <w:pPr>
        <w:pStyle w:val="ArticleBody"/>
        <w:jc w:val="left"/>
      </w:pPr>
      <w:r>
        <w:rPr>
          <w:rFonts w:ascii="Times New Roman" w:hAnsi="Times New Roman" w:eastAsia="Times New Roman" w:cs="Times New Roman"/>
        </w:rPr>
        <w:t>Ang sambingay natuman sa sinugdanan sa Adventismo ug natuman kini pag-usab sa tumang pagkahingpit sa katapusan.</w:t>
      </w:r>
    </w:p>
    <w:p>
      <w:pPr>
        <w:pStyle w:val="ArticleScripture"/>
        <w:jc w:val="left"/>
      </w:pPr>
      <w:r>
        <w:rPr>
          <w:rFonts w:ascii="Times New Roman" w:hAnsi="Times New Roman" w:eastAsia="Times New Roman" w:cs="Times New Roman"/>
        </w:rPr>
        <w:t>“Ako sa kanunayng gidani ngadto sa sambingay mahitungod sa napulo ka ulay, lima kanila maalamon, ug lima buang. Kini nga sambingay natuman na ug pagatumanon pa hangtod sa pinakatukma sa matag pulong, kay kini may pinasahi nga pagkapadapat alang niining panahona, ug, sama sa mensahe sa ikatulong manulonda, natuman na ug magapadayon nga maoy kamatuoran alang niining panahona hangtod sa katapusan sa panahon.” Review and Herald, Agosto 19, 1890.</w:t>
      </w:r>
    </w:p>
    <w:p>
      <w:pPr>
        <w:pStyle w:val="ArticleBody"/>
        <w:jc w:val="left"/>
      </w:pPr>
      <w:r>
        <w:rPr>
          <w:rFonts w:ascii="Times New Roman" w:hAnsi="Times New Roman" w:eastAsia="Times New Roman" w:cs="Times New Roman"/>
        </w:rPr>
        <w:t>Ang mga buang nga ulay nga mahigmata ug makaamgo nga wala silay lana mao ang mga Laodiceano.</w:t>
      </w:r>
    </w:p>
    <w:p>
      <w:pPr>
        <w:pStyle w:val="ArticleScripture"/>
        <w:jc w:val="left"/>
      </w:pPr>
      <w:r>
        <w:rPr>
          <w:rFonts w:ascii="Times New Roman" w:hAnsi="Times New Roman" w:eastAsia="Times New Roman" w:cs="Times New Roman"/>
        </w:rPr>
        <w:t>“Ang kahimtang sa Iglesia nga girepresentahan sa mga buang nga ulay, gihisgotan usab ingon nga kahimtang sa Laodicea.” Review and Herald, Agosto 19, 1890.</w:t>
      </w:r>
    </w:p>
    <w:p>
      <w:pPr>
        <w:pStyle w:val="ArticleBody"/>
        <w:jc w:val="left"/>
      </w:pPr>
      <w:r>
        <w:rPr>
          <w:rFonts w:ascii="Times New Roman" w:hAnsi="Times New Roman" w:eastAsia="Times New Roman" w:cs="Times New Roman"/>
        </w:rPr>
        <w:t>Ang pakigbisog sa mga maalamong ulay, nga gihulagway usab ingon nga ang iglesia sa Filadelfia, anaa batok sa usa ka iglesia nga nagaangkon nga sila mga Judio, apan dili sila ingon niana.</w:t>
      </w:r>
    </w:p>
    <w:p>
      <w:pPr>
        <w:pStyle w:val="ArticleScripture"/>
        <w:jc w:val="left"/>
      </w:pPr>
      <w:r>
        <w:rPr>
          <w:rFonts w:ascii="Times New Roman" w:hAnsi="Times New Roman" w:eastAsia="Times New Roman" w:cs="Times New Roman"/>
        </w:rPr>
        <w:t>Tan-awa, himoon ko sila nga gikan sa sinagoga ni Satanas, nga nagaingon nga sila mga Judio, ug dili man, kondili nagbakak; tan-awa, himoon ko sila nga moanhi ug mosimba sa atubangan sa imong mga tiil, ug makaila nga gihigugma ko ikaw. Pinadayag 3:9.</w:t>
      </w:r>
    </w:p>
    <w:p>
      <w:pPr>
        <w:pStyle w:val="ArticleBody"/>
        <w:jc w:val="left"/>
      </w:pPr>
      <w:r>
        <w:rPr>
          <w:rFonts w:ascii="Times New Roman" w:hAnsi="Times New Roman" w:eastAsia="Times New Roman" w:cs="Times New Roman"/>
        </w:rPr>
        <w:t>Gituki ni Sister White kining bersikulo diha sa unang publikasyon gayud human sa dakong kasagmuyo.</w:t>
      </w:r>
    </w:p>
    <w:p>
      <w:pPr>
        <w:pStyle w:val="ArticleScripture"/>
        <w:jc w:val="left"/>
      </w:pPr>
      <w:r>
        <w:rPr>
          <w:rFonts w:ascii="Times New Roman" w:hAnsi="Times New Roman" w:eastAsia="Times New Roman" w:cs="Times New Roman"/>
        </w:rPr>
        <w:t>“Naghunahuna ka nga kadtong mosimba sa atubangan sa mga tiil sa mga balaan, (Pinadayag 3:9), maluwas gayud sa katapusan. Dinhi kinahanglan mosupak ako kanimo; kay gipakita kanako sa Dios nga kining pundoka mga Adventista nga nag-angkon sa pagtoo, nga nangahulog palayo, ug ‘gilansang pag-usab alang sa ilang kaugalingon ang Anak sa Dios sa krus, ug gipakaulawan siya sa dayag.’ Ug sa ‘takna sa pagtintal,’ nga umaabot pa, aron mapadayag ang tinuod nga kinaiya sa matag usa, mahibaloan nila nga sila nawala na sa walay kataposan; ug tungod sa hilabihang kasakit sa espiritu, moyukbo sila sa atubangan sa mga tiil sa mga balaan.” Word to the Little Flock, 12.</w:t>
      </w:r>
    </w:p>
    <w:p>
      <w:pPr>
        <w:pStyle w:val="ArticleBody"/>
        <w:jc w:val="left"/>
      </w:pPr>
      <w:r>
        <w:rPr>
          <w:rFonts w:ascii="Times New Roman" w:hAnsi="Times New Roman" w:eastAsia="Times New Roman" w:cs="Times New Roman"/>
        </w:rPr>
        <w:t>Sa Isaias kapitulo singko, ang awit bahin sa parrasan, nga sa ulahi gigamit ni Cristo, gihisgutan sa unang higayon.</w:t>
      </w:r>
    </w:p>
    <w:p>
      <w:pPr>
        <w:pStyle w:val="ArticleScripture"/>
        <w:jc w:val="left"/>
      </w:pPr>
      <w:r>
        <w:rPr>
          <w:rFonts w:ascii="Times New Roman" w:hAnsi="Times New Roman" w:eastAsia="Times New Roman" w:cs="Times New Roman"/>
        </w:rPr>
        <w:t>Karon moawit ako alang sa akong hinigugma pag-ayo ug usa ka awit mahitungod sa akong hinigugma ug sa iyang parasan. Ang akong hinigugma pag-ayo may usa ka parasan sa ibabaw sa usa ka bungtod nga labi ka mabungahon: Ug kini iyang gipalibotan, ug gikuha ang mga bato niini, ug gitanoman kini sa labing pinili nga parrasan, ug nagtukod ug usa ka tore sa taliwala niini, ug naghimo usab ug pisaan sa bino sa sulod niini: ug gilaoman niya nga kini mamunga ug mga ubas, apan kini namunga hinuon ug ihalas nga mga ubas. Ug karon, O mga pumoluyo sa Jerusalem, ug mga tawo sa Juda, hukmi, ako nangamuyo kaninyo, tali kanako ug sa akong parasan. Unsay labaw pa nga mahimo pa alang sa akong parasan, nga wala ko mahimo diha niini? nganong, sa diha nga gilaoman ko nga kini mamunga ug mga ubas, namunga man hinuon kini ug ihalas nga mga ubas? Isaias 5:1–4.</w:t>
      </w:r>
    </w:p>
    <w:p>
      <w:pPr>
        <w:pStyle w:val="ArticleBody"/>
        <w:jc w:val="left"/>
      </w:pPr>
      <w:r>
        <w:rPr>
          <w:rFonts w:ascii="Times New Roman" w:hAnsi="Times New Roman" w:eastAsia="Times New Roman" w:cs="Times New Roman"/>
        </w:rPr>
        <w:t>Ang sambingay, sa Daang Tugon man o sa Bag-ong Tugon, nagaila sa iglesia sa Dios ingon nga gisalikway sa Dios tungod sa ilang pagdumili sa pagpamunga sa mga bunga nga alang niana sila gitukod aron mamunga. Sa Isaias 5, sa kataposan sa sambingay, ang silot sa parasan gipaila, samtang sa maong higayon gisaad usab ang pagbayaw sa usa ka bandera alang sa mga nasod. Dayag nga ang parasan dili mao ang bandera.</w:t>
      </w:r>
    </w:p>
    <w:p>
      <w:pPr>
        <w:pStyle w:val="ArticleScripture"/>
        <w:jc w:val="left"/>
      </w:pPr>
      <w:r>
        <w:rPr>
          <w:rFonts w:ascii="Times New Roman" w:hAnsi="Times New Roman" w:eastAsia="Times New Roman" w:cs="Times New Roman"/>
        </w:rPr>
        <w:t>Busa niana misilaob ang kasuko sa Ginoo batok sa iyang katawohan, ug gituy-od niya ang iyang kamot batok kanila, ug iyang gihampak sila; ug ang kabungtoran nangurog, ug ang ilang mga patayng lawas nangapikas sa taliwala sa mga dalan. Tungod niining tanan ang iyang kasuko wala mapalong, kondili ang iyang kamot gituy-od pa gihapon. Ug iyang ibayaw ang usa ka bandila ngadto sa mga nasud nga atua sa halayo, ug motaghoy siya ngadto kanila gikan sa kinatumyan sa yuta; ug, ania karon, moanhi sila sa katulin sa madali. Isaias 5:25, 26.</w:t>
      </w:r>
    </w:p>
    <w:p>
      <w:pPr>
        <w:pStyle w:val="ArticleBody"/>
        <w:jc w:val="left"/>
      </w:pPr>
      <w:r>
        <w:rPr>
          <w:rFonts w:ascii="Times New Roman" w:hAnsi="Times New Roman" w:eastAsia="Times New Roman" w:cs="Times New Roman"/>
        </w:rPr>
        <w:t>Sa diha nga si Jesus sa ulahi nag-awit sa awit ingon nga usa ka sambingay, ang Iyang konklusyon ingon man niana mapihigon ug mahukmanon.</w:t>
      </w:r>
    </w:p>
    <w:p>
      <w:pPr>
        <w:pStyle w:val="ArticleScripture"/>
        <w:jc w:val="left"/>
      </w:pPr>
      <w:r>
        <w:rPr>
          <w:rFonts w:ascii="Times New Roman" w:hAnsi="Times New Roman" w:eastAsia="Times New Roman" w:cs="Times New Roman"/>
        </w:rPr>
        <w:t>Pamati ang laing sambingay: May usa ka tagbalay nga nagtanom ug usa ka parasan, ug gilibotan kini ug koral, ug nagkalot ug pisaanan sa vino diha niini, ug nagtukod ug usa ka tore, ug gipasaopan kini sa mga mag-uuma, ug milakaw ngadto sa usa ka halayong dapit. Ug sa diha nga nagkaduol na ang panahon sa bunga, iyang gipadala ang iyang mga sulugoon ngadto sa mga mag-uuma, aron pagadawaton nila ang mga bunga niini. Ug gidakop sa mga mag-uuma ang iyang mga sulugoon, ug gibunalan ang usa, ug gipatay ang lain, ug gibato ang lain. Mipadála na usab siya ug ubang mga sulugoon, nga labi pa kadaghan kay sa nahauna; ug gibuhatan usab nila sila sa mao rang paagi. Apan sa katapusan sa tanan iyang gipadala ngadto kanila ang iyang anak, nga nagaingon, Tahuron nila ang akong anak. Apan sa pagkakita sa mga mag-uuma sa anak, sila miingon sa ilang kaugalingon, Kini mao ang manununod; umari kamo, patyon nato siya, ug kuhaon nato ang iyang panulondon. Ug ila siyang gidakop, ug giitsa sa gawas sa parasan, ug gipatay. Busa, sa pag-abot sa agalon sa parasan, unsa man ang iyang pagabuhaton niadtong mga mag-uuma? Sila miingon kaniya, Laglagon niya sa hilabihang kangil-ad kadtong daotang mga tawo, ug ipasaop niya ang iyang parasan ngadto sa ubang mga mag-uuma, nga mohatag kaniya sa mga bunga sa ilang mga panahon. Si Jesus miingon kanila, Wala ba gayud kamo makabasa sa mga kasulatan, Ang bato nga gisalikway sa mga magtutukod, mao usab kini ang nahimong ulohan sa pamag-ang: kini maoy binuhatan sa Ginoo, ug kahibulongan kini sa atong mga mata? Busa nagaingon ako kaninyo, Ang gingharian sa Dios pagakuhaon gikan kaninyo, ug ihatag ngadto sa usa ka nasud nga magapamunga sa mga bunga niini. Ug bisan kinsa nga mahulog niining batua mabugto; apan bisan kinsa ang matumpagan niini, pagadugmokon siya niini ngadto sa abog. Ug sa pagkadungog sa mga pangulong sacerdote ug sa mga Fariseo sa iyang mga sambingay, ilang nasabtan nga siya naghisgot mahitungod kanila. Mateo 21:33–45.</w:t>
      </w:r>
    </w:p>
    <w:p>
      <w:pPr>
        <w:pStyle w:val="ArticleBody"/>
        <w:jc w:val="left"/>
      </w:pPr>
      <w:r>
        <w:rPr>
          <w:rFonts w:ascii="Times New Roman" w:hAnsi="Times New Roman" w:eastAsia="Times New Roman" w:cs="Times New Roman"/>
        </w:rPr>
        <w:t>Ang iglesia sa Laodicea nga Seventh-day Adventist dili mao ang bandera nga gipataas. Ang parrasan sa ulahing mga adlaw nga gihulagway daan pinaagi sa karaang Israel mao ang iglesia sa Laodicea nga Seventh-day Adventist, apan aduna’y usa ka nasod nga magapamunga sa bunga nga maoy nagapahimo niini nga mahimong unang mga bunga, nga mao ang usa ka gatus ug kap-atan ug upat ka libo.</w:t>
      </w:r>
    </w:p>
    <w:p>
      <w:pPr>
        <w:pStyle w:val="ArticleScripture"/>
        <w:jc w:val="left"/>
      </w:pPr>
      <w:r>
        <w:rPr>
          <w:rFonts w:ascii="Times New Roman" w:hAnsi="Times New Roman" w:eastAsia="Times New Roman" w:cs="Times New Roman"/>
        </w:rPr>
        <w:t>Kini sila ang wala mahugawi uban sa mga babaye; kay sila mga ulay. Kini sila ang nagsunod sa Cordero bisan asa siya moadto. Kini sila ang gilukat gikan sa taliwala sa mga tawo, ingon nga unang mga bunga alang sa Dios ug alang sa Cordero. Pinadayag 14:4.</w:t>
      </w:r>
    </w:p>
    <w:p>
      <w:pPr>
        <w:pStyle w:val="ArticleBody"/>
        <w:jc w:val="left"/>
      </w:pPr>
      <w:r>
        <w:rPr>
          <w:rFonts w:ascii="Times New Roman" w:hAnsi="Times New Roman" w:eastAsia="Times New Roman" w:cs="Times New Roman"/>
        </w:rPr>
        <w:t>Ingon usa ka bandila sila pagagamiton sa Agalon sa Panimalay aron tipunon ang kataposang ani. Ang iglesya sa Laodicea nga Seventh-day Adventist mao ang kaparrasan nga misalikway sa batong pamag-ang nga patukoranan sa pito ka panahon ni Moises. Gikan nianang puntoha, kini nahimong usa ka padayonng pagkahulog ngadto sa labi pa ug labi pang kangitngit. Ang bandila mahimong “usa ka gamut ni Jesse.” Ang gamut ni Jesse, o si David, nagrepresentar sa pinakakataposang kamatuoran nga gipresentar ni Jesus ngadto sa mga Judiong mapanghimakak sa kasaysayan Niya. Kini usa ka simbolo sa prinsipyo sa Alpha ug Omega, nga gisalikway sabton sa mga dili matinumanong mag-uuma sa kaparrasan sa karaan ug modernong Israel.</w:t>
      </w:r>
    </w:p>
    <w:p>
      <w:pPr>
        <w:pStyle w:val="ArticleScripture"/>
        <w:jc w:val="left"/>
      </w:pPr>
      <w:r>
        <w:rPr>
          <w:rFonts w:ascii="Times New Roman" w:hAnsi="Times New Roman" w:eastAsia="Times New Roman" w:cs="Times New Roman"/>
        </w:rPr>
        <w:t>Ug sa maong adlaw adunay usa ka gamot ni Jesse, nga motindog ingon nga usa ka bandila alang sa mga katawohan; kaniya mangita ang mga Gentil: ug ang iyang kapahulayan mahimayaon. Isaias 11:10.</w:t>
      </w:r>
    </w:p>
    <w:p>
      <w:pPr>
        <w:pStyle w:val="ArticleBody"/>
        <w:jc w:val="left"/>
      </w:pPr>
      <w:r>
        <w:rPr>
          <w:rFonts w:ascii="Times New Roman" w:hAnsi="Times New Roman" w:eastAsia="Times New Roman" w:cs="Times New Roman"/>
        </w:rPr>
        <w:t>Si Sister White ug si James White sa tin-aw nga paagi nagpaila nga sa tuig 1856 ang kalihokan nahimong Laodicea; busa, kanus-a man niya gipaila nga kini bisan kanus-a midawat sa mensahe ngadto sa mga Laodiceano? Wala gayud niya kini buhata. Ang atong unang sayop mao ang pagdawat sa pag-angkon nga ang iglesya sa Seventh-day Adventist nahimong usa ka madaugon nga iglesya samtang miagi kini sa kasaysayan. Ang tinuod mao ang hingpit nga kasukwahi. Kon atong dawaton kadtong unang sayop nga pasikaran, ang atong mga mata mapiyong ngadto sa mga kamatuoran sa tagna nga nagtudlo sa laing kahimtang. Pananglitan, si Sister White sa makadaghang higayon nagpaila nga ang kasaysayan sa karaang literal nga Israel naghulagway sa kasinatian ug kasaysayan sa modernong espirituwal nga Israel. Sa kasagaran, sa dihang iyang hisgutan ang karaang Israel ingon nga panig-ingnan alang sa modernong Israel, dungan usab niyang kutloon ang klasiko nga pamahayag ni apostol Pablo mahitungod niining maong kamatuoran.</w:t>
      </w:r>
    </w:p>
    <w:p>
      <w:pPr>
        <w:pStyle w:val="ArticleScripture"/>
        <w:jc w:val="left"/>
      </w:pPr>
      <w:r>
        <w:rPr>
          <w:rFonts w:ascii="Times New Roman" w:hAnsi="Times New Roman" w:eastAsia="Times New Roman" w:cs="Times New Roman"/>
        </w:rPr>
        <w:t>Karon kining tanang mga butanga nahitabo kanila ingon nga mga panig-ingnan; ug kini gisulat alang sa atong pagpahimangno, kanato nga naabut na sa mga katapusan sa kalibotan. 1 Corinto 10:11.</w:t>
      </w:r>
    </w:p>
    <w:p>
      <w:pPr>
        <w:pStyle w:val="ArticleBody"/>
        <w:jc w:val="left"/>
      </w:pPr>
      <w:r>
        <w:rPr>
          <w:rFonts w:ascii="Times New Roman" w:hAnsi="Times New Roman" w:eastAsia="Times New Roman" w:cs="Times New Roman"/>
        </w:rPr>
        <w:t>Ang apostol nga si Pablo sa bersikulo onse nagasumaryo sa nag-unang napulo ka mga bersikulo.</w:t>
      </w:r>
    </w:p>
    <w:p>
      <w:pPr>
        <w:pStyle w:val="ArticleScripture"/>
        <w:jc w:val="left"/>
      </w:pPr>
      <w:r>
        <w:rPr>
          <w:rFonts w:ascii="Times New Roman" w:hAnsi="Times New Roman" w:eastAsia="Times New Roman" w:cs="Times New Roman"/>
        </w:rPr>
        <w:t>Labut pa, mga igsoon, dili ko buot nga kamo mawalay kahibalo, nga ang tanan natong mga amahan didto sa ilalum sa panganod, ug ang tanan miagi sa dagat; Ug silang tanan gibautismohan ngadto kang Moises diha sa panganod ug sa dagat; Ug silang tanan mikaon sa mao rang espirituhanong kalan-on; Ug silang tanan miinom sa mao rang espirituhanong ilimnon: kay miinom sila gikan niadtong espirituhanong Bato nga nagsunod kanila: ug ang maong Bato mao si Cristo. Apan sa kadaghanan kanila ang Dios wala mahimuot: kay sila nangapukan didto sa kamingawan. Karon kining mga butanga nahimong mga panig-ingnan alang kanato, aron dili kita mangibog sa dautang mga butang, maingon nga sila usab nangibog. Ni dili usab kamo mahimong mga magsisimba sa mga diosdios, ingon sa uban kanila; sumala sa nahisulat, Ang katawohan nanglingkod aron sa pagkaon ug pag-inom, ug nanindog aron sa pagdula. Ni dili usab kita magpakighilawas, maingon sa uban kanila nga nakahimo niini, ug nangapukan sa usa ka adlaw ang kaluhaan ug tolo ka libo. Ni dili usab nato sulayan si Cristo, maingon sa uban kanila usab nga misulay, ug gilaglag sa mga bitin. Ni ayaw usab kamo pagbagulbol, maingon sa uban kanila usab nga nanagbagulbol, ug gilaglag sa maglalaglag. 1 Corinto 10:1–10.</w:t>
      </w:r>
    </w:p>
    <w:p>
      <w:pPr>
        <w:pStyle w:val="ArticleBody"/>
        <w:jc w:val="left"/>
      </w:pPr>
      <w:r>
        <w:rPr>
          <w:rFonts w:ascii="Times New Roman" w:hAnsi="Times New Roman" w:eastAsia="Times New Roman" w:cs="Times New Roman"/>
        </w:rPr>
        <w:t>Si Pablo ug si Sister White wala mogamit sa karaang Israel ingon nga panig-ingnan sa usa ka mapinangdaogon ug matarong nga katawhan. Hinoon, sukwahi gayud. Gihulagway ni Pablo sa bersikulo onse ang kabilin sa unang napulo ka bersikulo, ug unya sa mosunod nga bersikulo gipahayag niya ang leksiyon nga ang kasaysayan sa karaang Israel kinahanglan ipahayag ngadto niadtong makakita.</w:t>
      </w:r>
    </w:p>
    <w:p>
      <w:pPr>
        <w:pStyle w:val="ArticleScripture"/>
        <w:jc w:val="left"/>
      </w:pPr>
      <w:r>
        <w:rPr>
          <w:rFonts w:ascii="Times New Roman" w:hAnsi="Times New Roman" w:eastAsia="Times New Roman" w:cs="Times New Roman"/>
        </w:rPr>
        <w:t>Busa siya nga nagadahom nga nagatindog, magmatngon aron dili siya mapukan. 1 Corinto 10:12.</w:t>
      </w:r>
    </w:p>
    <w:p>
      <w:pPr>
        <w:pStyle w:val="ArticleBody"/>
        <w:jc w:val="left"/>
      </w:pPr>
      <w:r>
        <w:rPr>
          <w:rFonts w:ascii="Times New Roman" w:hAnsi="Times New Roman" w:eastAsia="Times New Roman" w:cs="Times New Roman"/>
        </w:rPr>
        <w:t>Ang karaang Israel naghatag ug panig-ingnan sa usa ka katawhan nga gitawag sa Dios, gimandoan sa Dios, nagtuman sa mga tagna sa Dios, ug misukol batok sa Dios sa matag lakang sa ilang paglakaw, ug sa katapusan gilansang sa krus ang Magbubuhat sa langit ug sa yuta! Ang mga Adventista walay kalisdanan sa pag-angkon niining mga kamatuoran mahitungod sa karaang Israel, apan talagsa ra nila tugotan ang gituyo nga pasidaan nga molusot sa ilang Laodiceanhong pagkabuta. Mahimo nilang kutloon ang mga pahayag diin giila ni Sister White ang iglesia ingon nga mutya sa mata sa Dios, ug ingon man kini, apan ang gugma sa Dios alang sa Iyang katawhan dili motabon sa ilang tinuod nga kahimtang. Ang mga gihigugma Niya Iyang badlongon ug silotan. Bisan pa nga ang iglesia sa Dios mao ang mutya sa mata sa Dios, si Jesus sa labing tin-aw nga paagi misumada sa Iyang relasyon nianang mutya, sa Iyang mutya.</w:t>
      </w:r>
    </w:p>
    <w:p>
      <w:pPr>
        <w:pStyle w:val="ArticleScripture"/>
        <w:jc w:val="left"/>
      </w:pPr>
      <w:r>
        <w:rPr>
          <w:rFonts w:ascii="Times New Roman" w:hAnsi="Times New Roman" w:eastAsia="Times New Roman" w:cs="Times New Roman"/>
        </w:rPr>
        <w:t>O Jerusalem, Jerusalem, nga nagapatay sa mga propeta, ug nagabato niadtong mga gipadala kanimo; makapila na unta nga buot ko nga tigumon ang imong mga anak, maingon sa himungaan nga nagatigom sa iyang mga piso ilalom sa iyang mga pako, apan kamo dili buot! Tan-awa, ang inyong balay gibiyaan kaninyo nga biniyaan: ug sa pagkatinuod nagaingon ako kaninyo, Dili na ninyo ako makita, hangtod moabot ang panahon nga magaingon kamo, Bulahan siya nga nagaanhi sa ngalan sa Ginoo. Lucas 13:34, 35.</w:t>
      </w:r>
    </w:p>
    <w:p>
      <w:pPr>
        <w:pStyle w:val="ArticleBody"/>
        <w:jc w:val="left"/>
      </w:pPr>
      <w:r>
        <w:rPr>
          <w:rFonts w:ascii="Times New Roman" w:hAnsi="Times New Roman" w:eastAsia="Times New Roman" w:cs="Times New Roman"/>
        </w:rPr>
        <w:t>Angayng ipangutana ang mga pangutana, “Tinuod ba nga gihulagway ni Jesus ang katapusan pinaagi sa sinugdanan? Tinuod ba nga ang karaang Israel maoy hulagway sa modernong Israel?” Ang suliran sa karaang Israel sa tibuok nilang kasaysayan mao nga nagtuo sila nga ang ilang panulondon maoy pamatuod nga sila mga katawohan sa Dios, ug busa nga dili sila mahimong lain gawas sa mga katawohan sa Dios. Mao kana ang hinungdan nga sa mga adlaw ni Jeremias ilang giangkon nga sila mao ang templo sa Ginoo.</w:t>
      </w:r>
    </w:p>
    <w:p>
      <w:pPr>
        <w:pStyle w:val="ArticleScripture"/>
        <w:jc w:val="left"/>
      </w:pPr>
      <w:r>
        <w:rPr>
          <w:rFonts w:ascii="Times New Roman" w:hAnsi="Times New Roman" w:eastAsia="Times New Roman" w:cs="Times New Roman"/>
        </w:rPr>
        <w:t>Ang pulong nga miabot kang Jeremias gikan sa Ginoo, nga nagaingon: Tindog ka sa ganghaan sa balay sa Ginoo, ug imantala didto kining pulonga, ug ingna: Pamati kamo sa pulong sa Ginoo, kamong tanan sa Juda, nga mosulod niining mga ganghaan sa pagsimba sa Ginoo. Kini mao ang giingon sa Ginoo sa mga panon, ang Dios sa Israel: Usba ninyo ang inyong mga dalan ug ang inyong mga buhat, ug pahayuon ko kamo sa pagpuyo niining dapita. Ayaw kamo pagsalig sa malimbongong mga pulong, nga nagaingon: Ang templo sa Ginoo, Ang templo sa Ginoo, Ang templo sa Ginoo, mao kini. Jeremias 7:1–4.</w:t>
      </w:r>
    </w:p>
    <w:p>
      <w:pPr>
        <w:pStyle w:val="ArticleBody"/>
        <w:jc w:val="left"/>
      </w:pPr>
      <w:r>
        <w:rPr>
          <w:rFonts w:ascii="Times New Roman" w:hAnsi="Times New Roman" w:eastAsia="Times New Roman" w:cs="Times New Roman"/>
        </w:rPr>
        <w:t>Kining maong limbong gihugtan usab sa pagpasabot ni Juan Bautista.</w:t>
      </w:r>
    </w:p>
    <w:p>
      <w:pPr>
        <w:pStyle w:val="ArticleScripture"/>
        <w:jc w:val="left"/>
      </w:pPr>
      <w:r>
        <w:rPr>
          <w:rFonts w:ascii="Times New Roman" w:hAnsi="Times New Roman" w:eastAsia="Times New Roman" w:cs="Times New Roman"/>
        </w:rPr>
        <w:t>Ug didto sila niya bautismohi sa Jordan, nga nagasugid sa ilang mga sala. Apan sa dihang nakita niya ang daghan sa mga Pariseo ug mga Saduseo nga nangadto sa iyang bautismo, siya miingon kanila, Kamong kaliwatan sa mga bitin, kinsa ba ang nagpahimangno kaninyo sa pagkalagiw gikan sa kapungot nga umaabot? Busa pagpagula kamo ug mga bunga nga angay sa paghinulsol: Ug ayaw kamo paghunahuna sa pagsulti sulod sa inyong kaugalingon, Si Abraham mao ang among amahan: kay ako magaingon kaninyo, nga ang Dios makahimo gikan niining mga bato sa pagpatindog ug mga anak alang kang Abraham. Ug karon usab ang wasay gibutang na sa gamot sa mga kahoy: busa ang matag kahoy nga wala magapamunga ug maayong bunga pagaputlon, ug igasalibay ngadto sa kalayo. Mateo 3:6–10.</w:t>
      </w:r>
    </w:p>
    <w:p>
      <w:pPr>
        <w:pStyle w:val="ArticleBody"/>
        <w:jc w:val="left"/>
      </w:pPr>
      <w:r>
        <w:rPr>
          <w:rFonts w:ascii="Times New Roman" w:hAnsi="Times New Roman" w:eastAsia="Times New Roman" w:cs="Times New Roman"/>
        </w:rPr>
        <w:t>Ang mao gyud nga sayop nga pagsabot sulod sa Adventismo nga gisimbuloan sa pahayag nga “Ang templo sa Ginoo, kami,” ug nga kita mao ang espirituwal nga “binhi” ni Abraham, mao ang nag-unang pagpadayag sa pagkabuta sa Laodicea.</w:t>
      </w:r>
    </w:p>
    <w:p>
      <w:pPr>
        <w:pStyle w:val="ArticleScripture"/>
        <w:jc w:val="left"/>
      </w:pPr>
      <w:r>
        <w:rPr>
          <w:rFonts w:ascii="Times New Roman" w:hAnsi="Times New Roman" w:eastAsia="Times New Roman" w:cs="Times New Roman"/>
        </w:rPr>
        <w:t>“Ang Dios nagpadala ug mga mensahero aron isulti sa Iyang katawhan kon unsa sila kinahanglan mamahimo ug buhaton aron matuman nila ang Iyang mga balaod sa pagkamatarung, nga kon kini pagabuhaton sa usa ka tawo, siya usab mabuhi diha niini. Kinahanglan nilang higugmaon ang Dios labaw sa tanan, nga walay laing mga dios sa atubangan Niya; ug kinahanglan nilang higugmaon ang ilang silingan ingon sa ilang kaugalingon, nga magbuhat ngadto kaniya sumala sa ilang gustong pagabuhaton usab ngadto kanila.</w:t>
      </w:r>
    </w:p>
    <w:p>
      <w:pPr>
        <w:pStyle w:val="ArticleScripture"/>
        <w:jc w:val="left"/>
      </w:pPr>
      <w:r>
        <w:rPr>
          <w:rFonts w:ascii="Times New Roman" w:hAnsi="Times New Roman" w:eastAsia="Times New Roman" w:cs="Times New Roman"/>
        </w:rPr>
        <w:t>“Bisan usa ka tuldok sa balaang kasugoan sa Dios dili angay pagtagdon nga walay bili o pagtrataron nga walay pagtahod. Kadtong naglapas sa usa ka ‘Mao kini ang giingon sa Ginoo,’ nagabarog ilalom sa bandila sa principe sa kangitngit, diha sa pagsukol batok sa ilang Magbubuhat ug sa ilang Manunubos. Ila nga gipanag-iya ang mga saad nga gihatag ngadto sa mga matinumanon, nga nagaingon, Ang templo sa Ginoo, ang templo sa Ginoo kami, samtang ilang gipasipalahan ang Dios pinaagi sa sayop nga pagrepresentar sa Iyang kinaiya, pinaagi sa pagbuhat sa mismong mga butang nga Iyang gisultihan sila nga dili buhaton. Ilang gipahimutang ang usa ka sukdanan nga wala ihatag sa Dios. Ang ilang ehemplo makapahisalaag, ang ilang impluwensiya makadaot. Dili sila mga suga sa kalibotan, kay wala sila magsunod sa mga prinsipyo sa pagkamatarong.</w:t>
      </w:r>
    </w:p>
    <w:p>
      <w:pPr>
        <w:pStyle w:val="ArticleScripture"/>
        <w:jc w:val="left"/>
      </w:pPr>
      <w:r>
        <w:rPr>
          <w:rFonts w:ascii="Times New Roman" w:hAnsi="Times New Roman" w:eastAsia="Times New Roman" w:cs="Times New Roman"/>
        </w:rPr>
        <w:t>“Ang mga tawo dili makahimo ug labi pang dakong pagbudhi ngadto sa Dios kay sa pagsalikway sa kahayag nga Iyang gipadala kanila. Kadtong nagabuhat niini nagapasayop sa mga walay kahibalo, kay sila nagatukod ug mini nga mga ilhanan sa dalan. Sa kanunay ilang ginabaliko ang maputli nga mga prinsipyo....”</w:t>
      </w:r>
    </w:p>
    <w:p>
      <w:pPr>
        <w:pStyle w:val="ArticleScripture"/>
        <w:jc w:val="left"/>
      </w:pPr>
      <w:r>
        <w:rPr>
          <w:rFonts w:ascii="Times New Roman" w:hAnsi="Times New Roman" w:eastAsia="Times New Roman" w:cs="Times New Roman"/>
        </w:rPr>
        <w:t>“Sa mga pulong sa Balaang Kasulatan, tin-aw gayod nga gisuginlan kita nganong miabot ang kalaglagan ibabaw sa nasod nga Judio. Aduna silay dakong kahayag, madagayaong mga panalangin, ug kahibulongang kauswagan. Apan sila napamatud-ang dili matinumanon sa salig nga gitugyan kanila. Wala nila ampingi sa pagkamatinumanon ang parasan sa Ginoo, ni ihalad Kaniya ang mga bunga niini. Naglihok sila ingon nga walay Dios, ug busa ang katalagman miabut kanila.” Manuscript Releases, bolyum 14, 343–345.</w:t>
      </w:r>
    </w:p>
    <w:p>
      <w:pPr>
        <w:pStyle w:val="ArticleBody"/>
        <w:jc w:val="left"/>
      </w:pPr>
      <w:r>
        <w:rPr>
          <w:rFonts w:ascii="Times New Roman" w:hAnsi="Times New Roman" w:eastAsia="Times New Roman" w:cs="Times New Roman"/>
        </w:rPr>
        <w:t>Ang Israel nagtuo nga tungod kay sila gipili sa Dios sa sinugdanan sa ilang kasaysayan, sila magpabilin sa gihapon nga Iyang piniling katawhan. Mas labi pa gayud, nagtuo usab sila nga tungod kay sila mao ang Iyang piniling katawhan, Iyang pasidunggan sila, bisan pa sa kamatuoran nga sila nagdumili sa pagpasidungog Kaniya. Sa tagna, sila mao ang Iyang piniling katawhan hangtod nga sila gibulagan, apan wala gayud sila mahimong katawhan nga gitinguha sa Dios nga mahimo unta nila. Ang pagkamatarung sa piniling katawhan wala matino pinaagi sa kinsa ang ilang gihunahuna nga sila mao. Ang karaang Israel mao ang nag-unang panig-ingnan sa iglesia nga Seventh-day Adventist, apan sa dihang dawaton ang bakak nga pasiuna nga sila nagrepresentar sa usa ka gatus ug kap-atan ug upat ka libo sa katapusan sa kalibutan, ang pagkabuta sa Laodicea mapadayag, maingon sa nahitabo sa karaang Israel. Ang Adventismo nagtuo ug nagatudlo nga sila mao ang salin nga katawhan sa Dios sa katapusan sa kalibutan, bisan pa sa hayag nga mga pamatuod nga supak niini.</w:t>
      </w:r>
    </w:p>
    <w:p>
      <w:pPr>
        <w:pStyle w:val="ArticleBody"/>
        <w:jc w:val="left"/>
      </w:pPr>
      <w:r>
        <w:rPr>
          <w:rFonts w:ascii="Times New Roman" w:hAnsi="Times New Roman" w:eastAsia="Times New Roman" w:cs="Times New Roman"/>
        </w:rPr>
        <w:t>Kon mas nagkaduol kita sa pagsira sa panahon sa pagsulay, mas kinahanglan nga mahimong mas seryoso ug mas diretso ang mensahe ngadto sa katawhang Laodicea. Kon kana nga bakak nga pasikaran dili isalikway alang sa kamatuoran, nan ang mga panig-ingnan ni Aaron, Jeroboam, ug 1863 matabonan ilalom sa kupo sa tradisyon ug nabatasan. Haduol na kaayo kini sa pagsira sa panahon sa pagsulay aron magpadayon pa sa pagtago ilalom niana nga kupo.</w:t>
      </w:r>
    </w:p>
    <w:p>
      <w:pPr>
        <w:pStyle w:val="ArticleScripture"/>
        <w:jc w:val="left"/>
      </w:pPr>
      <w:r>
        <w:rPr>
          <w:rFonts w:ascii="Times New Roman" w:hAnsi="Times New Roman" w:eastAsia="Times New Roman" w:cs="Times New Roman"/>
        </w:rPr>
        <w:t>Ug kini mao ang hukom, nga ang kahayag miabut na sa kalibutan, ug ang mga tawo nahigugma sa kangitngit labaw pa kay sa kahayag, tungod kay daotan ang ilang mga buhat. Kay ang matag usa nga nagabuhat ug daotan nagadumot sa kahayag, ug dili moduol sa kahayag, aron ang iyang mga buhat dili mabadlong. Juan 3:19, 20.</w:t>
      </w:r>
    </w:p>
    <w:p>
      <w:pPr>
        <w:pStyle w:val="ArticleBody"/>
        <w:jc w:val="left"/>
      </w:pPr>
      <w:r>
        <w:rPr>
          <w:rFonts w:ascii="Times New Roman" w:hAnsi="Times New Roman" w:eastAsia="Times New Roman" w:cs="Times New Roman"/>
        </w:rPr>
        <w:t>Ang kasaysayan sa mga apostasya sa Adventismo natala diha sa pulong nga matagnaon sa Dios. Kini usa ka matagnaong kamatuoran. Ang unang pamatuod niini mao ang karaang Israel. Ang karaang Israel usa ka kasaysayan sa nagpadayon ug nagkakusog nga apostasya, ug bisan pa niana, ang Biblia ug ang Espiritu sa Tagna nagtudlo nga ang karaang Israel nagatipo sa modernong Israel. Bisan og makasubo kini, wala pa gayud kini mahimong mas importante nga sabton nga kamatuoran kay niining kasamtangang panahona. Ang ginabuklad pinaagi sa Pinadayag ni Jesu-Cristo mao ang kamatuoran nga ang kasaysayan sa Adventismo ingon nga Protestante nga sungay nagakaangay sa kasaysayan sa Republikano nga sungay. Ang duha ka sungay nagahatag ug ikaduhang saksi alang sa usag usa, ug ang pagdumili sa tukmang pagtan-aw sa usa sa mga saksi, sa samang higayon nagapugong sa pag-ila sa laing saksi.</w:t>
      </w:r>
    </w:p>
    <w:p>
      <w:pPr>
        <w:pStyle w:val="ArticleBody"/>
        <w:jc w:val="left"/>
      </w:pPr>
      <w:r>
        <w:rPr>
          <w:rFonts w:ascii="Times New Roman" w:hAnsi="Times New Roman" w:eastAsia="Times New Roman" w:cs="Times New Roman"/>
        </w:rPr>
        <w:t>Ang mga linya ni Aaron, Jeroboam, ug 1863 nagaila sa sinugdanan sa modernong espirituwal nga Israel, ug sa pagbuhat niini nagaila usab sila sa sinugdanan sa Republikano nga sungay. Ang mensahe sa ikatulong manulonda maoy usa ka pasidaan batok sa pagdawat sa marka sa mapintas nga mananap. Ang Tinipong Bansa sa Amerika mao ang unang mopasa ug balaod sa Dominggo ug unya mopugos sa tibuok kalibotan sa pagbuhat sa mao gihapon.</w:t>
      </w:r>
    </w:p>
    <w:p>
      <w:pPr>
        <w:pStyle w:val="ArticleScripture"/>
        <w:jc w:val="left"/>
      </w:pPr>
      <w:r>
        <w:rPr>
          <w:rFonts w:ascii="Times New Roman" w:hAnsi="Times New Roman" w:eastAsia="Times New Roman" w:cs="Times New Roman"/>
        </w:rPr>
        <w:t>“Ang langyawng mga nasod mosunod sa panig-ingnan sa Estados Unidos. Bisan pa nga siya maoy manguna, apan ang maong sama nga krisis moabot sa atong katawhan sa tanang bahin sa kalibotan.” Testimonies, volume 6, 395.</w:t>
      </w:r>
    </w:p>
    <w:p>
      <w:pPr>
        <w:pStyle w:val="ArticleBody"/>
        <w:jc w:val="left"/>
      </w:pPr>
      <w:r>
        <w:rPr>
          <w:rFonts w:ascii="Times New Roman" w:hAnsi="Times New Roman" w:eastAsia="Times New Roman" w:cs="Times New Roman"/>
        </w:rPr>
        <w:t>Ang mga propetikong kamatuoran nga nalangkit sa krisis sa balaod sa Domingo dili mahimong bulagon gikan sa buluhaton sa Estados Unidos. Ang mapintas nga mananap sa yuta sa Pinadayag trese mao ang ikaunom nga gingharian sa tagna sa Biblia, nga nagahari sulod sa kapitoan ka propetikong mga tuig sumala sa Isaias baynte-tres. Kini nga mapintas nga mananap sa yuta mao ang may duha ka sungay. Ang mga kamatuoran nga may kalabutan sa relasyon niadtong duha ka sungay karon ginabuksan na, apan alang lamang kanila nga mopili sa pagsabot nga si Jesus nagatuman sa pag-abli sa Pinadayag ni Jesucristo pinaagi sa paggamit sa sinugdanan sa usa ka butang aron sa paghulagway sa katapusan sa usa ka butang.</w:t>
      </w:r>
    </w:p>
    <w:p>
      <w:pPr>
        <w:pStyle w:val="ArticleBody"/>
        <w:jc w:val="left"/>
      </w:pPr>
      <w:r>
        <w:rPr>
          <w:rFonts w:ascii="Times New Roman" w:hAnsi="Times New Roman" w:eastAsia="Times New Roman" w:cs="Times New Roman"/>
        </w:rPr>
        <w:t>Ang Tinipong Bansa sa Amerika nagsugod isip ikaunom nga gingharian sa tagna sa Biblia niadtong 1798, ug sulod sa misunod nga kan-uman ug lima ka tuig, ang duha ka sungay nga mag-uban sa kasaysayan gipahimutang diha sa usa ka kahimtang nga mailhan, apan lamang sa mga andam motan-aw. Ang kan-uman ug lima ka tuig nga gipadayag sa Isaias kapitulo pito nagsugod niadtong 742 BC ug natapos niadtong 677 BC. Gikan sa 1798 hangtod sa 1863, kadtong mga tuiga gisubli. Kadtong kan-uman ug lima ka tuig nagtimaan sa usa ka proseso sa krisis sa duha ka sungay.</w:t>
      </w:r>
    </w:p>
    <w:p>
      <w:pPr>
        <w:pStyle w:val="ArticleBody"/>
        <w:jc w:val="left"/>
      </w:pPr>
      <w:r>
        <w:rPr>
          <w:rFonts w:ascii="Times New Roman" w:hAnsi="Times New Roman" w:eastAsia="Times New Roman" w:cs="Times New Roman"/>
        </w:rPr>
        <w:t>Pagka 1863, ang sinugdanang yugto sa mga mahimatikodong “mga adlaw sa usa ka hari” sa Isaias 23 natapos na, ug pinaagi niini natukod ang mga mahimatikodong timaan sa dalan sa kataposang yugto sa “mga adlaw sa usa ka hari.” Ang pagtapos sa simbolikong kapitoan sa Isaias 23 gihulagway pinaagi sa unang kan-uman ug lima ka tuig. Ang 1863 hangtod sa panahon sa katapusan sa 1989 mao ang yugto sa iglesia Adventista sa Laodicea, nga nagsugod gikan sa kalihukang Millerita ug matapos sa kalihukan sa usa ka gatus ug kap-atan ug upat ka libo. Aron masabtan ang yugto sa katapusan, kinahanglan nato sabton ang yugto sa sinugdanan. Dili kini mahimo sa Adventismo, kay ang sinugdanan niini gimarkahan pinaagi sa iyang pagsalikway sa panumpa ni Moises, nga nagtimailhan sa mismong kan-uman ug lima ka tuig nga nagrepresentar sa sinugdanan ug katapusan sa Adventismo ug sa Tinipong Bansa.</w:t>
      </w:r>
    </w:p>
    <w:p>
      <w:pPr>
        <w:pStyle w:val="ArticleBody"/>
        <w:jc w:val="left"/>
      </w:pPr>
      <w:r>
        <w:rPr>
          <w:rFonts w:ascii="Times New Roman" w:hAnsi="Times New Roman" w:eastAsia="Times New Roman" w:cs="Times New Roman"/>
        </w:rPr>
        <w:t>Tungod niini, ug kini maoy usa ka rason nga adunay hataas kaayong kamahinungdanon, kining artikulo naningkamot sa pagpalig-on sa usa ka kamatuorang propetiko nga karon ginabuksan na sa Leon sa banay ni Juda. Ang kamatuoran mao nga kon dili ka andam moila nga ang iglesya sa Seventh-day Adventist sa kanunay anaa sa kahimtang sa Laodicea, nan sa lohikal dili ka makahimo sa hustong pagbahinbahin sa kasaysayan sa Adventismo, ug kon wala ang hustong pagbahinbahin sa kasaysayan sa Adventismo ikaw dili arang sa hustong pag-ila sa sungay sa Republicanismo.</w:t>
      </w:r>
    </w:p>
    <w:p>
      <w:pPr>
        <w:pStyle w:val="ArticleScripture"/>
        <w:jc w:val="left"/>
      </w:pPr>
      <w:r>
        <w:rPr>
          <w:rFonts w:ascii="Times New Roman" w:hAnsi="Times New Roman" w:eastAsia="Times New Roman" w:cs="Times New Roman"/>
        </w:rPr>
        <w:t>Kay kon human sa dihang sila nakaikyas na gikan sa mga kahugawan sa kalibotan pinaagi sa kahibalo sa Ginoo ug Manluluwas nga si Jesu-Cristo, apan nangasangkot pag-usab niana ug napildi, ang ulahi nilang kahimtang labi pang daotan kay sa sinugdanan. Kay labi pang maayo unta alang kanila nga wala makaila sa dalan sa pagkamatarong, kay sa human nila kini maila, motalikod gikan sa balaang sugo nga gitugyan ngadto kanila. Apan nahitabo kanila sumala sa tinuod nga panultihon: Ang iro mibalik pag-usab sa iyang kaugalingong suka; ug ang baboy nga nahugasan mibalik sa paglinigid diha sa lapok. 2 Pedro 2:20–22.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Elias — Numero Onse</dc:title>
  <dc:subject>Ang Unang Sayop</dc:subject>
  <dc:creator>Jeff Pippenger</dc:creator>
  <cp:keywords/>
  <dc:description>Generated by ArticleDigger from elijah\11_elijah.json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