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Umaabot nga Kaugmaon alang sa Amerika ug Hulyo 18, 2020 - Numero Upat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Ang mensahe sa Daniel kapitulo otso ug nuwebe nga girepresentahan sa Suba sa Ulai giablihan sa 1798. Ang tagna sa kapitulo otso gihubad sa kapitulo nuwebe pinaagi ni Gabriel, apan dili hangtod nga si Daniel nakahalad una ug usa ka pag-ampo nga giisip nga usa sa labing mahinungdanong tawhanong mga pag-ampo sa Biblia. Niadtong pag-ampoha, gipaila ni Daniel nga iyang nasabtan nga ang pagkalaglag sa Jerusalem molungtad ug kapitoan ka tuig sumala sa iyang nadiskobrehan sa basahon ni Jeremias.</w:t>
      </w:r>
    </w:p>
    <w:p>
      <w:pPr>
        <w:pStyle w:val="ArticleScripture"/>
        <w:jc w:val="left"/>
      </w:pPr>
      <w:r>
        <w:rPr>
          <w:rFonts w:ascii="Times New Roman" w:hAnsi="Times New Roman" w:eastAsia="Times New Roman" w:cs="Times New Roman"/>
        </w:rPr>
        <w:t>Sa unang tuig ni Dario nga anak ni Ahasuerus, nga kaliwat sa mga Medo, nga gihimong hari ibabaw sa gingharian sa mga Caldeahanon; sa unang tuig sa iyang paghari ako si Daniel nakasabut pinaagi sa mga basahon sa gidaghanon sa mga tuig, mahitungod niana ang pulong sa Ginoo miabot kang Jeremias nga manalagna, nga Iyang tumanon ang kapitoan ka tuig sa pagkabiniyaan sa Jerusalem. Daniel 9:1, 2.</w:t>
      </w:r>
    </w:p>
    <w:p>
      <w:pPr>
        <w:pStyle w:val="ArticleBody"/>
        <w:jc w:val="left"/>
      </w:pPr>
      <w:r>
        <w:rPr>
          <w:rFonts w:ascii="Times New Roman" w:hAnsi="Times New Roman" w:eastAsia="Times New Roman" w:cs="Times New Roman"/>
        </w:rPr>
        <w:t>Gipaila usab ni Jeremias nga sa katapusan niadtong kapitoan ka tuig mamatay si Belshazzar samtang si Ciro, ang Heneral ni Dario, magabuntog sa Babilonia.</w:t>
      </w:r>
    </w:p>
    <w:p>
      <w:pPr>
        <w:pStyle w:val="ArticleScripture"/>
        <w:jc w:val="left"/>
      </w:pPr>
      <w:r>
        <w:rPr>
          <w:rFonts w:ascii="Times New Roman" w:hAnsi="Times New Roman" w:eastAsia="Times New Roman" w:cs="Times New Roman"/>
        </w:rPr>
        <w:t>Ug kining tibook nga yuta mahimong usa ka awaaw ug kahibulongan; ug kining mga nasod mag-alagad sa hari sa Babilonia sulod sa kapitoan ka tuig. Ug mahitabo, sa diha nga matuman na ang kapitoan ka tuig, nga silotan ko ang hari sa Babilonia, ug kanang nasora, nagaingon ang Ginoo, tungod sa ilang kasal-anan, ug ang yuta sa mga Caldeanhon, ug himoon ko kini nga walay-katapusang mga kalaglagan. Jeremias 25:11, 12.</w:t>
      </w:r>
    </w:p>
    <w:p>
      <w:pPr>
        <w:pStyle w:val="ArticleBody"/>
        <w:jc w:val="left"/>
      </w:pPr>
      <w:r>
        <w:rPr>
          <w:rFonts w:ascii="Times New Roman" w:hAnsi="Times New Roman" w:eastAsia="Times New Roman" w:cs="Times New Roman"/>
        </w:rPr>
        <w:t>Giila usab ni Daniel nga ang kapitoan ka tuig sa pagkalumpag maoy katumanan sa usa ka tagna nga gisulat ni Moises.</w:t>
      </w:r>
    </w:p>
    <w:p>
      <w:pPr>
        <w:pStyle w:val="ArticleScripture"/>
        <w:jc w:val="left"/>
      </w:pPr>
      <w:r>
        <w:rPr>
          <w:rFonts w:ascii="Times New Roman" w:hAnsi="Times New Roman" w:eastAsia="Times New Roman" w:cs="Times New Roman"/>
        </w:rPr>
        <w:t>Oo, ang tibook Israel nakalapas sa imong balaod, bisan pa pinaagi sa pagtalikod, aron sila dili motuman sa imong tingog; busa ang tunglo gibubo sa ibabaw namo, ug ang panumpa nga nahisulat sa balaod ni Moises nga alagad sa Dios, tungod kay kami nakasala batok kaniya. Ug iyang gituman ang iyang mga pulong, nga iyang gisulti batok kanamo, ug batok sa among mga maghuhukom nga naghukom kanamo, pinaagi sa pagpadangat kanamo ug dakong kadautan; kay sa ilalom sa tibook langit walay nahimo nga sama sa nahimo batok sa Jerusalem. Sumala sa nahisulat sa balaod ni Moises, kining tibook kadautan nahiabut kanamo: apan wala kami mag-ampo sa atubangan sa Ginoo nga among Dios, aron unta kami motalikod gikan sa among mga kasal-anan, ug makasabut sa imong kamatuoran. Daniel 9:11–13.</w:t>
      </w:r>
    </w:p>
    <w:p>
      <w:pPr>
        <w:pStyle w:val="ArticleBody"/>
        <w:jc w:val="left"/>
      </w:pPr>
      <w:r>
        <w:rPr>
          <w:rFonts w:ascii="Times New Roman" w:hAnsi="Times New Roman" w:eastAsia="Times New Roman" w:cs="Times New Roman"/>
        </w:rPr>
        <w:t>Ang “panumpa” nga gilapas sa Israel nga maoy nagpahinabo sa “tunglo” mao ang “pito ka panahon” sa Levitico 26. Ang pulong nga gihubad nga “pito ka panahon” sa Levitico 26 mao ra usab ang mao nga Hebreohanong pulong nga gihubad nga “panumpa” sa Daniel 9. Ang panumpa ni Moises nga gilarawan pinaagi sa pulong nga gihubad nga “pito ka panahon” mao ang unang tagna bahin sa panahon nga nadiskobrehan ni William Miller, ug kini mao ang una sa iyang mga patukoranan nga mga kamatuoran nga gisalikway niadtong 1863. Si William Miller nagrepresentar kang Elias, ug kini gipamatud-an sa Espiritu sa Tagna.</w:t>
      </w:r>
    </w:p>
    <w:p>
      <w:pPr>
        <w:pStyle w:val="ArticleScripture"/>
        <w:jc w:val="left"/>
      </w:pPr>
      <w:r>
        <w:rPr>
          <w:rFonts w:ascii="Times New Roman" w:hAnsi="Times New Roman" w:eastAsia="Times New Roman" w:cs="Times New Roman"/>
        </w:rPr>
        <w:t>“Liniboan ang gidala ngadto sa pagdawat sa kamatuoran nga giwali ni William Miller, ug ang mga alagad sa Dios gipatindog diha sa espiritu ug gahum ni Elias aron sa pagmantala sa mensahe.” Early Writings, 233.</w:t>
      </w:r>
    </w:p>
    <w:p>
      <w:pPr>
        <w:pStyle w:val="ArticleBody"/>
        <w:jc w:val="left"/>
      </w:pPr>
      <w:r>
        <w:rPr>
          <w:rFonts w:ascii="Times New Roman" w:hAnsi="Times New Roman" w:eastAsia="Times New Roman" w:cs="Times New Roman"/>
        </w:rPr>
        <w:t>Niadtong 1863 ang kalihukang Millerite natapos sa dihang kadtong kaniadto anaa sa maong kalihukan nagsugod sa iglesya sa Seventh-day Adventist. Sa ilang pagsugod isip usa ka iglesya, natapos ang kalihukan. Natapos kini sa dihang ilang gipatay si Moises sumala sa gihulagway sa “pito ka panahon” sa Levitico 26, ug sa dihang sa maong higayon ilang gipatay usab si Elias, ang mensahero nga nagpresentar sa “panumpa” ni Moises ngadto sa kalihukan. Si Moises ug si Elias kapuwa gipatay niadtong 1863 ug dili pagabanhawon hangtod sa human sa Setyembre 11, 2001, sa dihang gidala sa Dios ang kalihukan nga Future for America balik ngadto sa karaang mga alagianan.</w:t>
      </w:r>
    </w:p>
    <w:p>
      <w:pPr>
        <w:pStyle w:val="ArticleBody"/>
        <w:jc w:val="left"/>
      </w:pPr>
      <w:r>
        <w:rPr>
          <w:rFonts w:ascii="Times New Roman" w:hAnsi="Times New Roman" w:eastAsia="Times New Roman" w:cs="Times New Roman"/>
        </w:rPr>
        <w:t>Giila sa Future for America ang Septyembre 11, 2001 ingon nga pag-abot sa ikatulong kaalautan, ug ang nagpalig-on niana nga pag-ila sa pag-atake sa Islam niadtong Septyembre 11 mao ang kasaysayan sa unang duha ka kaalautan sumala sa pag-ila sa mga Millerite, nga espesipikong girepresentahan sa duha ka pioneer charts sa 1843 ug 1850. Pinaagi sa pagbalik sa kasaysayan sa mga Millerite aron pagtuboy sa moderno nga papel sa Islam, dayon giablihan sa Ginoo ang pagsabot sa Future for America mahitungod sa “pito ka mga panahon” sa Levitico 26, nga grapikong girepresentahan sa duha ka charts diha sa tunga nga kolum. Ug sa duha ka charts, ang sentro sa tunga nga kolum mao ang krus. Sa dihang ang Dios nagmando sa paghimo sa duha ka lamesa ni Habacuc, Iyang gisiguro nga ang “panumpa” ni Moises, ang “pito ka mga panahon” sa Levitico 26, mao ang sentro sa tanang uban pang mga hulagwayng matagnaon ug nga sa duha ka lamesa si Cristo gibutang gayod sa pinakasentro.</w:t>
      </w:r>
    </w:p>
    <w:p>
      <w:pPr>
        <w:pStyle w:val="ArticleBody"/>
        <w:jc w:val="left"/>
      </w:pPr>
      <w:r>
        <w:rPr>
          <w:rFonts w:ascii="Times New Roman" w:hAnsi="Times New Roman" w:eastAsia="Times New Roman" w:cs="Times New Roman"/>
        </w:rPr>
        <w:t>Kini nahiuyon sa usa ka yugto sa panahon nga nahimutang sa laing tagna nga gihubad ni Gabriel sa ikasiyam nga kapitulo sa Daniel, nga nagpaila nga si Cristo magapamatuod sa tugon uban sa daghan sulod sa usa ka semana.</w:t>
      </w:r>
    </w:p>
    <w:p>
      <w:pPr>
        <w:pStyle w:val="ArticleScripture"/>
        <w:jc w:val="left"/>
      </w:pPr>
      <w:r>
        <w:rPr>
          <w:rFonts w:ascii="Times New Roman" w:hAnsi="Times New Roman" w:eastAsia="Times New Roman" w:cs="Times New Roman"/>
        </w:rPr>
        <w:t>Ug iyang lig-onon ang tugon uban sa daghan sulod sa usa ka semana; ug sa taliwala sa semana iyang pahunongon ang halad ug ang halad-nga-kalan-on, ug tungod sa pagkatag sa mga dulumtanan iyang himoon kini nga awaaw, bisan hangtod sa katapusang katumanan; ug ang gitino pagabuboan ibabaw sa mabiniyaan. Daniel 9:27.</w:t>
      </w:r>
    </w:p>
    <w:p>
      <w:pPr>
        <w:pStyle w:val="ArticleBody"/>
        <w:jc w:val="left"/>
      </w:pPr>
      <w:r>
        <w:rPr>
          <w:rFonts w:ascii="Times New Roman" w:hAnsi="Times New Roman" w:eastAsia="Times New Roman" w:cs="Times New Roman"/>
        </w:rPr>
        <w:t>Ang usa ka matagnaong semana mao ang duha ka libo lima ka gatus ug baynte ka simbolikong mga adlaw, ug ang tagna nga gihubad ni Gabriel nagpaila nga sa “taliwala” o sentro nianang duha ka libo lima ka gatus ug baynte ka simbolikong mga adlaw si Cristo ilansang sa krus. Si Cristo mao ang sentro sa ‘the twenty-five twenty’ diha sa duha ka lamesa ni Habakkuk ug usab sa semana diin Iyang gipalig-on ang pakigsaad uban sa daghan.</w:t>
      </w:r>
    </w:p>
    <w:p>
      <w:pPr>
        <w:pStyle w:val="ArticleBody"/>
        <w:jc w:val="left"/>
      </w:pPr>
      <w:r>
        <w:rPr>
          <w:rFonts w:ascii="Times New Roman" w:hAnsi="Times New Roman" w:eastAsia="Times New Roman" w:cs="Times New Roman"/>
        </w:rPr>
        <w:t>Niadtong 1863 ang Adventismo nagsugod ingon nga usa ka iglesia, ug ang kalihukang Millerite nga gihatagan ug gahum pinaagi sa espiritu ni Elias gipatay. Ang kalihukang Millerite nakasabut nga sa konteksto sa pito ka mga iglesia sa Pinadayag sila mao ang iglesia sa Filadelfia. Kadtong mibulag gikan kanila human sa Dakong Kapakyasan sa 1844, giila dayon ingon nga mga Laodiceano. Niadtong 1856 si James White nagsugod ug usa ka sunod-sunod nga mga artikulo sa Review and Herald nga nagpakita nga ang kalihukan nga nagsugod ingon nga Filadelfia nahimong Laodicea, ug nga ang mga miyembro kinahanglan dayon mangita sa tambal nga gitanyag ngadto sa iglesia sa Laodicea. Nianang maong tuig, sa maong publikasyon, si James White nagpatik ug usa ka sunod-sunod nga mga artikulo nga gisulat ni Hiram Edson mahitungod sa tagna sa duha ka libo lima ka gatus ug kaluhaan ka tuig sa Levitico baynte-sais. Ang mga artikulo wala gayod mahuman.</w:t>
      </w:r>
    </w:p>
    <w:p>
      <w:pPr>
        <w:pStyle w:val="ArticleBody"/>
        <w:jc w:val="left"/>
      </w:pPr>
      <w:r>
        <w:rPr>
          <w:rFonts w:ascii="Times New Roman" w:hAnsi="Times New Roman" w:eastAsia="Times New Roman" w:cs="Times New Roman"/>
        </w:rPr>
        <w:t>Sa dihang gidala sa Ginoo ang kalihukan sa Future for America pabalik ngadto sa karaang mga alagianan human sa Septiyembre 11, 2001, ang mga artikulo ni Edson nadiskubrehan pag-usab, ug sa unang higayon sa kasaysayan ang duha ka yugto sa duha ka libo lima ka gatus ug baynte ka tuig giila ingon nga duha ka mga tunglo. Ang usa batok sa napulo ka tribo sa amihanan ug ang usa batok sa duha ka tribo sa habagatan. Giila ni Miller ang pito ka mga panahon batok sa habagatang gingharian sa Juda, apan giila ni Edson ang pito ka mga panahon batok sa amihanang gingharian sa Israel. Nakita sa Future for America nga silang duha angay nga ipatuman. Sa dihang ang duha ka mga pagpatibulaag gisagol, naghatag kini ug matagnaong kahayag nga wala gayod mailhi ni Miller ni ni Edson.</w:t>
      </w:r>
    </w:p>
    <w:p>
      <w:pPr>
        <w:pStyle w:val="ArticleBody"/>
        <w:jc w:val="left"/>
      </w:pPr>
      <w:r>
        <w:rPr>
          <w:rFonts w:ascii="Times New Roman" w:hAnsi="Times New Roman" w:eastAsia="Times New Roman" w:cs="Times New Roman"/>
        </w:rPr>
        <w:t>Sa dihang gipabalik sa Ginoo ang Future for America ngadto sa karaang mga alagianan human sa 2001, ang “panumpa” ni Moises nabuhi pag-usab ug mitindog sa iyang mga tiil. Ang mensahe nga nalangkit sa “panumpa” gipahayag dayon sa mga mensahero sa ikatulong manulonda maingon sa paagi nga kini gipahayag ug gitipohan sa mga mensahero sa unang manulonda. Ang Future for America mao ang kalihukan nga nagmantala sa mensahe nga girepresentahan ni “Moises” diha sa gahum ni “Elias,” ug si Elias sa tin-aw mihatag sa pagpamatuod ni Moises hangtod sa pagtapos sa usa ka sunod-sunod nga mga presentasyon nga giulohan og Habakkuk’s Tables nga natapos mga 2012. Sa dihang natapos kadtong sunod-sunod nga mga presentasyon, ang mananap gikan sa bung-aw nga walay kinatumyan misaka aron makiggubat batok kang Moises ug Elias. Kana nga pakiggubat nagsugod sa dihang ang Future for America mihukom sa paghunong sa buluhaton nga iyang gibuhat sukad pa sa 1996, ug sa pagsugod og usa ka tulunghaan, nga tungod sa iyang pagkamapahitas-on gitawag niini og, The School of the Prophets. Mas maayo pa unta nga gitawag ang maong tulunghaan nga, ang tulunghaan sa mga mini nga propeta!</w:t>
      </w:r>
    </w:p>
    <w:p>
      <w:pPr>
        <w:pStyle w:val="ArticleBody"/>
        <w:jc w:val="left"/>
      </w:pPr>
      <w:r>
        <w:rPr>
          <w:rFonts w:ascii="Times New Roman" w:hAnsi="Times New Roman" w:eastAsia="Times New Roman" w:cs="Times New Roman"/>
        </w:rPr>
        <w:t>Ang kagubot ug kalibog nga misunod sa dihang ang tulunghaan misugod sa pagtugot niadtong wala gayud mapamatud-i sa Ginoo ingon nga Iyang mga sinugo sa pagpaila sa ilang kaugalingong mga ideya natapos pinaagi sa kamatayon sa Future for America niadtong Hulyo 18, 2020. Nianang higayona si Moises ug si Elias gipatay na sa kadalanan.</w:t>
      </w:r>
    </w:p>
    <w:p>
      <w:pPr>
        <w:pStyle w:val="ArticleScripture"/>
        <w:jc w:val="left"/>
      </w:pPr>
      <w:r>
        <w:rPr>
          <w:rFonts w:ascii="Times New Roman" w:hAnsi="Times New Roman" w:eastAsia="Times New Roman" w:cs="Times New Roman"/>
        </w:rPr>
        <w:t>Ug sa mahuman na nila ang ilang pagpamatuod, ang mananap nga motungas gikan sa kahiladman nga walay kinutoban makiggubat batok kanila, ug modaug batok kanila, ug mopatay kanila. Ug ang ilang mga patay nga lawas mahigda sa dalan sa dakong siyudad, nga sa espirituwal gitawag ug Sodoma ug Egipto, diin usab ang atong Ginoo gilansang sa krus. Pinadayag 11:7, 8.</w:t>
      </w:r>
    </w:p>
    <w:p>
      <w:pPr>
        <w:pStyle w:val="ArticleBody"/>
        <w:jc w:val="left"/>
      </w:pPr>
      <w:r>
        <w:rPr>
          <w:rFonts w:ascii="Times New Roman" w:hAnsi="Times New Roman" w:eastAsia="Times New Roman" w:cs="Times New Roman"/>
        </w:rPr>
        <w:t>Ang kasaligang pagpamatuod mao ang pagpamatuod nga natapos sa pagtapos sa sunod-sunod nga sinulat nga giulohan og Habakkuk’s Tables. Unya miatake ang mapintas nga mananap. Wala akoy ideya kinsa ang nagsunod niining kasamtangang mga artikulo, apan nagtuo ako nga kini gilangkuban sa samang kadaghanon sa mga kaaway sa Future for America ingon man sa mga nagapaningkamot gihapon sa pagdawat sa kasubo sa Hulyo 18. Busa nagpaabot ako nga kadtong anaa sa kategoriya nga akong gihubit ingong mga kaaway, motudlo kon daw unsa ka makaalagad sa kaugalingon kini nga pag-aplikar sa matagnaong kasaysayan sa ilang panghunahuna. Himoa kini. Mubo na kaayo ang panahon aron magpakaaron-ingnon nga ang kasaysayan sa Future for America wala sa tin-aw nga paagi mailhi ingon nga kalihukan nga gitipoan na daan sa kalihukang Millerite, ug mubo na kaayo kini aron magpakaaron-ingnon nga ang may kakulangan nga tawhanong mensahero sa Laodicea nga gipatindog aron manguna nianang kalihukana wala gitipoan ni William Miller.</w:t>
      </w:r>
    </w:p>
    <w:p>
      <w:pPr>
        <w:pStyle w:val="ArticleBody"/>
        <w:jc w:val="left"/>
      </w:pPr>
      <w:r>
        <w:rPr>
          <w:rFonts w:ascii="Times New Roman" w:hAnsi="Times New Roman" w:eastAsia="Times New Roman" w:cs="Times New Roman"/>
        </w:rPr>
        <w:t>Si Miller usa ka Philadelphian, ug ako miabot sa Adventismo gikan sa kalibotan niadtong 1975; busa ako usa ka sertipikadong Laodicean nga Adventista. Ang kasaysayan sa akong kinabuhi nagapamatuod niana nga kamatuoran. Bisan pa niana, ang maloloy-on nga Dios sa langit bag-o lang nagtudlo kanako nga isulat ang mensahe nga Iyang ginapadayag karon ug ipadala kini ngadto sa mga iglesia. Ang Iyang pagtudlo giubanan sa saad nga sa diha nga Iyang banhawon si Moises ug si Elias, banhawon sila ingon nga mga Philadelphian, dili ingon nga mga Laodicean. Ang kalihukan nga nagsugod sa kasaysayan sa mga Millerite mao ang panahon sa Philadelphia, nga sa katapusan miuswag ngadto sa Laodicea niadtong 1856 sa diha nga nagsugod kini sa proseso sa pagsalikway niini sa mga patukoranan nga gipahimutang sa mga Millerite. Ang pagsalikway nagsugod pinaagi sa pagsalikway sa bag-ong kalamboan sa kahayag nga gitanyag pinaagi sa sinulat ni Hiram Edson. Pito ka tuig sa ulahi, niadtong 1863, ang kalihukan ni Elias nga nagpresentar sa mensahe ni Moises gipatay. Sa maong higayon nga gipatay ang kalihukan, usa ka iglesia gipaila aron mopuli sa kalihukan. Si Moises ug si Elias gipatay sa sinugdanan sa Adventismo, ug gipatay sila pag-usab sa katapusan sa Adventismo.</w:t>
      </w:r>
    </w:p>
    <w:p>
      <w:pPr>
        <w:pStyle w:val="ArticleBody"/>
        <w:jc w:val="left"/>
      </w:pPr>
      <w:r>
        <w:rPr>
          <w:rFonts w:ascii="Times New Roman" w:hAnsi="Times New Roman" w:eastAsia="Times New Roman" w:cs="Times New Roman"/>
        </w:rPr>
        <w:t>Sa pagtapos sa matagnaong Laodicea, niadtong 1989 ang panan-awon sa suba sa Hiddekel giablihan, ug misugod ang usa ka kalihokan nga natawo gikan sa inahan nga Laodicean. Ang Ginoo wala makabsanag, ug nahibalo Siya nga tapuson Niya ang Iyang buluhaton sa tulo ka mga manulonda maingon sa Iyang pagsugod niini. Tapuson Niya kini pinaagi sa usa ka kalihokan sa mga Philadelphian, maingon sa Iyang pagsugod niini, ug aron mahimo kini ang kalihokan nga Laodicean pinaagi sa pagkatawo kinahanglan patyon ug banhawon ingon nga mga Philadelphian. Sa pagbuhat niini, ang kalihokan nga gipagula gikan sa iglesia sa Laodicea mahimong ikawalo nga gikan sa pito, sa maong kasaysayan gayod diin ang tulo-ka-pilo nga panaghiusa mahimong ikawalo nga gikan sa pito. Ug sa maong mao usab nga kasaysayan ang sungay sa Republicanism makasinati usab sa usa ka pagkabanhaw sa ikawalo nga gikan sa pito ug gipatay pinaagi sa “woke-ism” sa Egipto ug Sodoma, apan kana nga linya sa tagna hisgutan sa ulahi sa mga artikulo.</w:t>
      </w:r>
    </w:p>
    <w:p>
      <w:pPr>
        <w:pStyle w:val="ArticleScripture"/>
        <w:jc w:val="left"/>
      </w:pPr>
      <w:r>
        <w:rPr>
          <w:rFonts w:ascii="Times New Roman" w:hAnsi="Times New Roman" w:eastAsia="Times New Roman" w:cs="Times New Roman"/>
        </w:rPr>
        <w:t>Ug ang mga gikan sa mga katawohan ug mga kaliwatan ug mga sinultihan ug mga nasod motan-aw sa ilang mga lawas nga patay sulod sa tulo ka adlaw ug tunga, ug dili motugot nga ang ilang mga lawas nga patay igabutang sa mga lubnganan. Ug ang mga nanagpuyo sa yuta magakalipay tungod kanila, ug magakahimayaon, ug magapadalahigay ug mga gasa sa usa ug usa; kay kining duruha ka mga manalagna nagsakit kanila nga nanagpuyo sa yuta. Ug tapos sa tulo ka adlaw ug tunga ang Espiritu sa kinabuhi nga gikan sa Dios misulod kanila, ug sila mitindog sa ilang mga tiil; ug daku nga kahadlok miabut ibabaw kanila nga nakakita kanila. Pinadayag 11:9–11.</w:t>
      </w:r>
    </w:p>
    <w:p>
      <w:pPr>
        <w:pStyle w:val="ArticleBody"/>
        <w:jc w:val="left"/>
      </w:pPr>
      <w:r>
        <w:rPr>
          <w:rFonts w:ascii="Times New Roman" w:hAnsi="Times New Roman" w:eastAsia="Times New Roman" w:cs="Times New Roman"/>
        </w:rPr>
        <w:t>Ang Future for America wala ibutang sa lubnganan; nahigda lamang kini didto sa dalan diin kini gipatay, samtang ang iyang mga kaaway nagmaya tungod sa iyang dayag nga kamatayon. Apan “human sa tulo ka adlaw ug tunga ang Espiritu sa kinabuhi gikan sa Dios misulod kanila, ug mitindog sila sa ilang mga tiil.” Ang panahon wala na, busa ang tulo ug tunga ka adlaw simboliko sa usa ka libo duha ka gatus ug kan-uman ka adlaw o mga tuig, nga sa Pinadayag dose bersikulo sais ug katorse nagrepresentar sa kamingawan diin ang balaang puluy-anan ug ang panon gitamakan. Kon sila gibutang pa sa lubnganan, dili unta sila atua sa usa ka dalan diin sila mahimong tamakan. Ang pagtamak sa Future for America dili lamang usa ka simbolikong yugto sa panahon, kondili mao ang simbolikong yugto sa mensahe sa “pito ka mga panahon” nga girepresentahan sa panumpa ni Moises.</w:t>
      </w:r>
    </w:p>
    <w:p>
      <w:pPr>
        <w:pStyle w:val="ArticleScripture"/>
        <w:jc w:val="left"/>
      </w:pPr>
      <w:r>
        <w:rPr>
          <w:rFonts w:ascii="Times New Roman" w:hAnsi="Times New Roman" w:eastAsia="Times New Roman" w:cs="Times New Roman"/>
        </w:rPr>
        <w:t>Ug sila mangapukan pinaagi sa sulab sa espada, ug pagadad-on nga mga binihag ngadto sa tanang kanasoran; ug ang Jerusalem pagatamakan sa mga Gentil, hangtud nga matuman ang mga panahon sa mga Gentil. Lucas 21:24.</w:t>
      </w:r>
    </w:p>
    <w:p>
      <w:pPr>
        <w:pStyle w:val="ArticleBody"/>
        <w:jc w:val="left"/>
      </w:pPr>
      <w:r>
        <w:rPr>
          <w:rFonts w:ascii="Times New Roman" w:hAnsi="Times New Roman" w:eastAsia="Times New Roman" w:cs="Times New Roman"/>
        </w:rPr>
        <w:t>Adunay tulo ka higayon nga ang Jerusalem gitamakan. Una, pinaagi sa Babilonya sukad sa 677 BC hangtod sa 607 BC. Ang ikaduhang pagyatak mao ang pinaagi sa paganong Roma sukad sa 66 AD hangtod sa 70 AD. Ang ikatulong higayon mao ang pinaagi sa espirituwal nga Roma sukad sa 538 hangtod sa 1798. Ang pagyatak sa Jerusalem sa mga Hentil nga giila diha sa Lucas 21 mao ang usa ka libo duha ka gatus ug kan-uman ka tuig sa pagmando sa pagka-papa. Ang Pinadayag 11, diin atong makita ang pagpamatuod ni Moises ug ni Elias, nagbukas pinaagi sa pag-ila nianang yugto sa panahon.</w:t>
      </w:r>
    </w:p>
    <w:p>
      <w:pPr>
        <w:pStyle w:val="ArticleScripture"/>
        <w:jc w:val="left"/>
      </w:pPr>
      <w:r>
        <w:rPr>
          <w:rFonts w:ascii="Times New Roman" w:hAnsi="Times New Roman" w:eastAsia="Times New Roman" w:cs="Times New Roman"/>
        </w:rPr>
        <w:t>Ug gihatagan ako ug usa ka bagakay nga sama sa usa ka sungkod; ug mitindog ang manulonda, nga nagaingon, Tindog, ug sukda ang templo sa Dios, ug ang halaran, ug ang mga nagasimba didto. Apan ang hawanan nga anaa sa gawas sa templo biyae, ug ayaw kini sukda; kay kini gihatag ngadto sa mga Gentil: ug pagatamakan nila ang balaang siyudad sulod sa kap-atan ug duha ka bulan. Pinadayag 11:1, 2.</w:t>
      </w:r>
    </w:p>
    <w:p>
      <w:pPr>
        <w:pStyle w:val="ArticleBody"/>
        <w:jc w:val="left"/>
      </w:pPr>
      <w:r>
        <w:rPr>
          <w:rFonts w:ascii="Times New Roman" w:hAnsi="Times New Roman" w:eastAsia="Times New Roman" w:cs="Times New Roman"/>
        </w:rPr>
        <w:t>Ang sugo kang Juan nga sukdon ang templo ug ang mga magsisimba didto naghulagway sa pag-abli sa paghukom niadtong 1844, kay ang duha ka miaging bersikulo nagpakilala kang Juan ingon nga nakasinati sa kapait sa Dakong Kapakyasan niadtong 1844; unya, human siya sultihan nga kinahanglan niyang usbon ang buluhaton sa pagmantala sa mensahe, ang bersikulo uno sa kapitulo onse nagpakita nga ang maong paghukom bag-o pa lamang nagsugod.</w:t>
      </w:r>
    </w:p>
    <w:p>
      <w:pPr>
        <w:pStyle w:val="ArticleScripture"/>
        <w:jc w:val="left"/>
      </w:pPr>
      <w:r>
        <w:rPr>
          <w:rFonts w:ascii="Times New Roman" w:hAnsi="Times New Roman" w:eastAsia="Times New Roman" w:cs="Times New Roman"/>
        </w:rPr>
        <w:t>“Miabot na ang panahon nga ang tanan nga mahimo’g uyogon pagauyogon, aron ang mga butang nga dili mahimo’g uyogon magpabilin. Ang matag kahimtang pagausisahon na sa atubangan sa Dios; kay iyang gisukod ang templo sa Dios, ug ang mga magsisimba didto. ‘Kini nga mga butang, nagaingon siya nga nagakupot sa pito ka mga bitoon sa iyang too nga kamot, nga nagalakaw sa taliwala sa pito ka bulawanong mga tangkawan; Nahibalo ako sa imong mga buhat…. Aduna akoy batok kanimo, tungod kay gibiyaan mo ang imong unang gugma; busa hinumdumi kon diin ka nahulog, ug paghinulsol, ug buhata ang unang mga buhat; kay kon dili, moanhi ako kanimo sa madali, ug kuhaon ko ang tangkawan gikan sa iyang dapit.’ ‘Paghinulsol; kay kon dili, moanhi ako kanimo sa madali, ug makig-away ako batok kanimo pinaagi sa espada sa akong baba. Ang may igdulungog, pamation niya ang gisulti sa Espiritu ngadto sa mga iglesia: Ang magmadaogon hatagan ko sa pagkaon gikan sa tinagong manna, ug hatagan ko siya ug puti nga bato, ug sa bato usa ka bag-ong ngalan nga nahisulat, nga walay tawo nga nakaila gawas kaniya nga nakadawat niini.’” The 1888 Materials, 1116.</w:t>
      </w:r>
    </w:p>
    <w:p>
      <w:pPr>
        <w:pStyle w:val="ArticleBody"/>
        <w:jc w:val="left"/>
      </w:pPr>
      <w:r>
        <w:rPr>
          <w:rFonts w:ascii="Times New Roman" w:hAnsi="Times New Roman" w:eastAsia="Times New Roman" w:cs="Times New Roman"/>
        </w:rPr>
        <w:t>Samtang si Juan nagrepresentar sa pag-abli sa hukom nga masusi sa 1844, gisugo siya nga biyaan ang hawanan sa templo, kay kini gihatag sa mga Hentil nga molatas sa balaang siyudad sulod sa usa ka libo duha ka gatos ug kan-uman ka tuig. Ang Lucas baynte-uno nag-ila nga ang mga Hentil molatas sa Jerusalem hangtod matuman ang “mga panahon” sa mga Hentil. Si Juan sa kapitulo onse bag-o lang nag-ila nga ang panahon sa paglatas sa Jerusalem sa mga Hentil mao ang kasaysayan gikan sa 538 hangtod sa 1798. Si Juan nag-ila niini nga yugto sa makaduha sa kapitulo dose ingon nga kamingawan, usa ka yugto sa panahon diin ang iglesia mikalagiw aron makalikay sa paglutos nga gidala sa papa.</w:t>
      </w:r>
    </w:p>
    <w:p>
      <w:pPr>
        <w:pStyle w:val="ArticleBody"/>
        <w:jc w:val="left"/>
      </w:pPr>
      <w:r>
        <w:rPr>
          <w:rFonts w:ascii="Times New Roman" w:hAnsi="Times New Roman" w:eastAsia="Times New Roman" w:cs="Times New Roman"/>
        </w:rPr>
        <w:t>Sa diha nga si Moises ug si Elias pagapatyon ug biyaan sa dalan aron pagatamakan sulod sa tulo ug tunga ka adlaw, ang tulo ka nangaging kasaysayan sa dihang ang Jerusalem gitamakan kinahanglan sabton ingon nga mga hulagway nianang yugto sa panahon. Sa Lucas 21 ang mga Hentil magatamak sa balaang siyudad hangtod nga matuman ang “mga panahon” sa mga Hentil.</w:t>
      </w:r>
    </w:p>
    <w:p>
      <w:pPr>
        <w:pStyle w:val="ArticleBody"/>
        <w:jc w:val="left"/>
      </w:pPr>
      <w:r>
        <w:rPr>
          <w:rFonts w:ascii="Times New Roman" w:hAnsi="Times New Roman" w:eastAsia="Times New Roman" w:cs="Times New Roman"/>
        </w:rPr>
        <w:t>Busa, ang Lucas nagaila sa labaw pa kay sa usa ka panahon sa mga Gentil, apan nahibalo kita nga ang panahon sa mga Gentil nga natuman mao ang 1798. Ang nahaunang “panahon sa mga Gentil” nagsugod niadtong 723 BC sa dihang ang amihanang gingharian sa Israel gitamakan sa Asiria. Kadtong pagyatak nagsugod sa usa ka pagpanamastamas pinaagi sa usa ka pagano nga gahum ug nagpadayon hangtod sa 538 sa dihang ang gahum sa kapapahan mipadayon sa maong buluhaton hangtod sa 1798. Ang paganismo nagpatibulaag ug nagtamak sa literal nga Israel ug ang kapapahan nagpatibulaag ug nagtamak sa espirituhanong Israel. Ang mga “panahon” sa mga Gentil nagarepresentar sa duha ka libo lima ka gatos ug kaluhaan ka tuig sa Levitico 26 nga nagarepresentar sa duha ka yugto sa pagyatak. Ang nahauna gihimo sa paganismo ingon sa girepresentahan sa Asiria, unya sa Babilonia, unya sa paganong Roma. Unya ang ikaduhang makamingaw nga gahum nga giila ni Miller sulod sa balaang gambalay sa tagna nga iyang gigamit, mao ang kapapahan nga mopadayon sa pagyatak hangtod sa 1798. Ang pagyatak sa paganismo ug sa kapapahan mao gayud ang mismong pangutana nga gipukaw diha sa langitnong pakigpulong nga nagpatungha sa tubag nga mao ang patukoranan ug sentral nga haligi sa Adventismo.</w:t>
      </w:r>
    </w:p>
    <w:p>
      <w:pPr>
        <w:pStyle w:val="ArticleScripture"/>
        <w:jc w:val="left"/>
      </w:pPr>
      <w:r>
        <w:rPr>
          <w:rFonts w:ascii="Times New Roman" w:hAnsi="Times New Roman" w:eastAsia="Times New Roman" w:cs="Times New Roman"/>
        </w:rPr>
        <w:t>Unya nadungog ko ang usa ka balaan nga nagsulti, ug ang laing balaan miingon niadtong maong balaan nga nagsulti, Hangtod kanus-a man ang panan-awon mahitungod sa adlaw-adlaw nga halad-nga-sinunog, ug sa kalapasan nga makapahimong awaaw, sa pagtugyan sa balaang puloy-anan ug sa panon aron yatakan sa tiil? Ug siya miingon kanako, Hangtod sa duruha ka libo ug tulo ka gatus ka adlaw; unya ang balaang puloy-anan pagahinloan. Daniel 8:13, 14.</w:t>
      </w:r>
    </w:p>
    <w:p>
      <w:pPr>
        <w:pStyle w:val="ArticleBody"/>
        <w:jc w:val="left"/>
      </w:pPr>
      <w:r>
        <w:rPr>
          <w:rFonts w:ascii="Times New Roman" w:hAnsi="Times New Roman" w:eastAsia="Times New Roman" w:cs="Times New Roman"/>
        </w:rPr>
        <w:t>Ang manulonda nga si Gabriel ug ang ubang mga manulonda nagmando kang Miller sa pagsabot nga ang “adlaw-adlaw” nagrepresentar sa paganismo ug nga ang “paglapas sa pagkalaglag” nagrepresentar sa papado. Ang paganismo ug ang papado parehong magatamak sa balaang puloy-anan ug sa panon. Busa ang “mga panahon” sa mga Hentil nga gihisgutan ni Lucas mao ang duha ka mga yugto sa pagkatamak sulod sa usa ka libo duha ka gatus ug kan-uman ka tuig, nga sa tingub mao ang pito ka mga panahon sa Levitico bente-sais.</w:t>
      </w:r>
    </w:p>
    <w:p>
      <w:pPr>
        <w:pStyle w:val="ArticleBody"/>
        <w:jc w:val="left"/>
      </w:pPr>
      <w:r>
        <w:rPr>
          <w:rFonts w:ascii="Times New Roman" w:hAnsi="Times New Roman" w:eastAsia="Times New Roman" w:cs="Times New Roman"/>
        </w:rPr>
        <w:t>Ang mensahe sa “panumpa” ni Moises gipatay niadtong 1863, uban sa mensahero nga si Elias nga maoy mipasundayag sa mensahe ni Moises. Ang mensahe ni Moises ug ang mensaherong si Elias gibanhaw pag-usab human sa Septyembre 11, 2001. Human ang mensahe ni Moises gipahibalo pag-usab ni Elias, silang duha gipatay ug dayon gibiyaan sa dalan nga walay paglubong sulod sa usa ka libo duha ka gatus ug kan-uman ka adlaw, nga usa ka tuwirang kalambigitan sa mensahe sa “pito ka mga panahon” nga gitawag ni Daniel nga “panumpa” ni Moises. Ang kalihukan ug ang mensahero nga nagbalik sa mensahe ni Elias mahitungod kang Moises, sumala sa gihulagway pinaagi kang Miller ug sa mga Millerita, sa katapusan motindog pag-usab ug banhawon.</w:t>
      </w:r>
    </w:p>
    <w:p>
      <w:pPr>
        <w:pStyle w:val="ArticleScripture"/>
        <w:jc w:val="left"/>
      </w:pPr>
      <w:r>
        <w:rPr>
          <w:rFonts w:ascii="Times New Roman" w:hAnsi="Times New Roman" w:eastAsia="Times New Roman" w:cs="Times New Roman"/>
        </w:rPr>
        <w:t>Ug human sa tulo ka adlaw ug tunga, ang Espiritu sa kinabuhi gikan sa Dios misulod kanila, ug sila mitindog ibabaw sa ilang mga tiil; ug dakung kahadlok miabut ibabaw niadtong mga nakakita kanila. Ug sila nakadungog ug dakung tingog gikan sa langit nga nagaingon kanila, Saka kamo dinhi. Ug sila misaka ngadto sa langit sulod sa usa ka panganod; ug ang ilang mga kaaway nakakita kanila. Pinadayag 11:11, 12.</w:t>
      </w:r>
    </w:p>
    <w:p>
      <w:pPr>
        <w:pStyle w:val="ArticleBody"/>
        <w:jc w:val="left"/>
      </w:pPr>
      <w:r>
        <w:rPr>
          <w:rFonts w:ascii="Times New Roman" w:hAnsi="Times New Roman" w:eastAsia="Times New Roman" w:cs="Times New Roman"/>
        </w:rPr>
        <w:t>Atong hisgutan kining kamatuoran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Umaabot nga Kaugmaon alang sa Amerika ug Hulyo 18, 2020 - Numero Upat</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