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Umaabot nga Kaugmaon alang sa Amerika ug Hulyo 18, 2020 - Numero Unom</w:t>
      </w:r>
    </w:p>
    <w:p>
      <w:pPr>
        <w:pStyle w:val="ArticleSubtitle"/>
        <w:jc w:val="left"/>
      </w:pPr>
      <w:r>
        <w:rPr>
          <w:rFonts w:ascii="Arial" w:hAnsi="Arial" w:eastAsia="Arial" w:cs="Arial"/>
        </w:rPr>
        <w:t>Ang Bandila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2023-09-23</w:t>
      </w:r>
    </w:p>
    <w:p>
      <w:pPr>
        <w:pStyle w:val="ArticleScripture"/>
        <w:jc w:val="left"/>
      </w:pPr>
      <w:r>
        <w:rPr>
          <w:rFonts w:ascii="Times New Roman" w:hAnsi="Times New Roman" w:eastAsia="Times New Roman" w:cs="Times New Roman"/>
        </w:rPr>
        <w:t>Ug sa tapos sa tulo ka adlaw ug tunga, ang Espiritu sa kinabuhi nga gikan sa Dios misulod kanila, ug mitindog sila sa ilang mga tiil; ug miabut ang dakung kahadlok ibabaw niadtong mga nakakita kanila. Ug nakadungog sila ug usa ka dakung tingog gikan sa langit nga nagaingon kanila, Saka kamo ngari. Ug mitungas sila ngadto sa langit diha sa usa ka panganod; ug nakita sila sa ilang mga kaaway. Pinadayag 11:11, 12.</w:t>
      </w:r>
    </w:p>
    <w:p>
      <w:pPr>
        <w:pStyle w:val="ArticleBody"/>
        <w:jc w:val="left"/>
      </w:pPr>
      <w:r>
        <w:rPr>
          <w:rFonts w:ascii="Times New Roman" w:hAnsi="Times New Roman" w:eastAsia="Times New Roman" w:cs="Times New Roman"/>
        </w:rPr>
        <w:t>Human mapahigda sa dalan, si Elias ug si Moises midawat sa Maghuhupay ug unya mitindog sila sa ilang mga tiil. Ang walog sa mga bukog ni Ezekiel una nakadungog ug usa ka tingog ug unya nakasinati ug usa ka pag-uyog, apan wala pa gihapon silay gininhawa.</w:t>
      </w:r>
    </w:p>
    <w:p>
      <w:pPr>
        <w:pStyle w:val="ArticleScripture"/>
        <w:jc w:val="left"/>
      </w:pPr>
      <w:r>
        <w:rPr>
          <w:rFonts w:ascii="Times New Roman" w:hAnsi="Times New Roman" w:eastAsia="Times New Roman" w:cs="Times New Roman"/>
        </w:rPr>
        <w:t>Busa nanagna ako sumala sa gisugo kanako: ug sa nanagna ako, dihay usa ka dinahunog, ug ania karon, usa ka pag-uyog, ug ang mga bukog nagkatapok, bukog ngadto sa iyang kaubanan nga bukog. Ug sa diha nga mitan-aw ako, ania karon, ang mga ugat ug ang unod mitubo ibabaw kanila, ug ang panit mitabon kanila sa ibabaw: apan walay gininhawa diha kanila. Ezekiel 37:7, 8.</w:t>
      </w:r>
    </w:p>
    <w:p>
      <w:pPr>
        <w:pStyle w:val="ArticleBody"/>
        <w:jc w:val="left"/>
      </w:pPr>
      <w:r>
        <w:rPr>
          <w:rFonts w:ascii="Times New Roman" w:hAnsi="Times New Roman" w:eastAsia="Times New Roman" w:cs="Times New Roman"/>
        </w:rPr>
        <w:t>Sa dihang mapahiuli na ang mga lawas, madungog nila ang mensahe sa upat ka hangin.</w:t>
      </w:r>
    </w:p>
    <w:p>
      <w:pPr>
        <w:pStyle w:val="ArticleScripture"/>
        <w:jc w:val="left"/>
      </w:pPr>
      <w:r>
        <w:rPr>
          <w:rFonts w:ascii="Times New Roman" w:hAnsi="Times New Roman" w:eastAsia="Times New Roman" w:cs="Times New Roman"/>
        </w:rPr>
        <w:t>Unya miingon siya kanako, Panagna ngadto sa hangin, panagna, anak sa tawo, ug ingna ang hangin, Mao kini ang giingon sa Ginoong Dios: Umari ka gikan sa upat ka hangin, O gininhawa, ug huyopi kining mga pinatay, aron sila mabuhi. Busa nanagna ako sumala sa iyang gisugo kanako, ug ang gininhawa misulod kanila, ug sila nabuhi, ug mitindog sa ilang mga tiil, usa ka hilabihan ka daku nga panon. Ezekiel 37:9, 10.</w:t>
      </w:r>
    </w:p>
    <w:p>
      <w:pPr>
        <w:pStyle w:val="ArticleBody"/>
        <w:jc w:val="left"/>
      </w:pPr>
      <w:r>
        <w:rPr>
          <w:rFonts w:ascii="Times New Roman" w:hAnsi="Times New Roman" w:eastAsia="Times New Roman" w:cs="Times New Roman"/>
        </w:rPr>
        <w:t>Ang tanang mga propeta nag-ila sa katapusan sa kalibotan, busa ang pahayag gikan sa Ezekiel nagmugna ug usa ka kalisdanan alang niadtong buot molikay sa mensahe sa duha ka mga propeta sa Pinadayag onse. Siyempre, alang niadtong buot mosalikway sa mensahe, ang labing sayon nga bakak nga ilang masulti sa ilang kaugalingon mao nga ang Pinadayag onse usa lamang ka kasaysayan nga nagrepresentar sa Rebolusyong Pranses, ug wala kiniy aplikasyon sa katapusan sa kalibotan. Apan kon dawaton mo ang pasiuna nga bisan ang Pinadayag onse nag-ila sa katapusan sa kalibotan, nan kinahanglan mong ipahiuyon ang kamatuoran nga ang gamhanang kasundalohan sa katapusan sa kalibotan nga nagpresentar sa mensahe sa ikatulong manulonda diha sa makusog nga singgit giila ingon nga namatay ug nabanhaw na sa dili pa sila motindog ingon nga kasundalohan sa Dios.</w:t>
      </w:r>
    </w:p>
    <w:p>
      <w:pPr>
        <w:pStyle w:val="ArticleScripture"/>
        <w:jc w:val="left"/>
      </w:pPr>
      <w:r>
        <w:rPr>
          <w:rFonts w:ascii="Times New Roman" w:hAnsi="Times New Roman" w:eastAsia="Times New Roman" w:cs="Times New Roman"/>
        </w:rPr>
        <w:t>Unya miingon siya kanako, Anak sa tawo, kining mga bukog mao ang tibook balay sa Israel: ania karon, nagaingon sila, Nangauga ang among mga bukog, ug nawala ang among paglaum: kami giputol na bahin sa among kaugalingon. Busa panagna ug ingna sila, Mao kini ang giingon sa Ginoong Dios; Ania karon, O akong katawohan, ablihan ko ang inyong mga lubnganan, ug pasakahon ko kamo gikan sa inyong mga lubnganan, ug dad-on ko kamo ngadto sa yuta sa Israel. Ug kamo makaila nga ako mao ang Ginoo, sa diha nga naablihan ko na ang inyong mga lubnganan, O akong katawohan, ug gipasaka ko kamo gikan sa inyong mga lubnganan, Ug ibutang ko ang akong espiritu diha kaninyo, ug kamo mabuhi, ug papuy-on ko kamo sa inyong kaugalingong yuta: unya kamo makaila nga ako, ang Ginoo, maoy nagsulti niini, ug nagtuman niini, nagaingon ang Ginoo. Ezekiel 37:11–14.</w:t>
      </w:r>
    </w:p>
    <w:p>
      <w:pPr>
        <w:pStyle w:val="ArticleBody"/>
        <w:jc w:val="left"/>
      </w:pPr>
      <w:r>
        <w:rPr>
          <w:rFonts w:ascii="Times New Roman" w:hAnsi="Times New Roman" w:eastAsia="Times New Roman" w:cs="Times New Roman"/>
        </w:rPr>
        <w:t>Si Cristo mitungas ngadto sa langit uban sa usa ka panganod ug Siya mobalik uban sa mga panganod, ug ang mga panganod nagrepresentar sa mga manulonda. Si Moises ug si Elias mitungas ngadto sa langit diha sa usa ka panganod nga nagrepresentar sa mensahe sa ikatulong manulonda nga nagalupad sa taliwala sa langit sa panahon sa balaod sa Domingo sa Tinipong Bansa. Si Moises ug si Elias mitungas ngadto sa langit sa panahon sa balaod sa Domingo nga may kalabotan sa usa ka mensahe sa Islam.</w:t>
      </w:r>
    </w:p>
    <w:p>
      <w:pPr>
        <w:pStyle w:val="ArticleBody"/>
        <w:jc w:val="left"/>
      </w:pPr>
      <w:r>
        <w:rPr>
          <w:rFonts w:ascii="Times New Roman" w:hAnsi="Times New Roman" w:eastAsia="Times New Roman" w:cs="Times New Roman"/>
        </w:rPr>
        <w:t>Gipaila ni Isaias ang daghan sa mga kamatuoran nga may kalabutan niini nga kasaysayan, ug diha mismo sa maong pahayag nga gikutlo ni Jesus aron ilhon ang Iyang buluhaton. Gigamit Niya ang mga propeta nga sila Elias ug Eliseo ingon nga mga pananglitan sa usa ka mensaheng manalagna nga wala dawata sa ilang kaugalingong mga kababayan, ug dihadiha kini nakapukaw sa kapungot niadtong mga sakop sa simbahan sa Nazareth ug nangita sila ug paagi sa pagpatay Kaniya.</w:t>
      </w:r>
    </w:p>
    <w:p>
      <w:pPr>
        <w:pStyle w:val="ArticleScripture"/>
        <w:jc w:val="left"/>
      </w:pPr>
      <w:r>
        <w:rPr>
          <w:rFonts w:ascii="Times New Roman" w:hAnsi="Times New Roman" w:eastAsia="Times New Roman" w:cs="Times New Roman"/>
        </w:rPr>
        <w:t>Ang Espiritu sa Ginoong Dios ania sa ibabaw nako; tungod kay gidihogan ako sa Ginoo aron sa pagmantala ug maayong mga balita ngadto sa mga maaghop; gipadala niya ako aron sa pagbugkos sa mga kasingkasing nga nadugmok, sa pagmantala ug kagawasan ngadto sa mga binihag, ug sa pag-abli sa bilanggoan alang kanila nga gapiot; Aron sa pagmantala sa madawatong tuig sa Ginoo, ug sa adlaw sa panimalos sa atong Dios; sa paglipay sa tanang mga nagbangotan; Sa pagtudlo alang kanila nga nagbangotan sa Sion, sa paghatag kanila ug katahom ilis sa abo, ang lana sa kalipay ilis sa pagbangotan, ang sapot sa pagdayeg ilis sa espiritu sa kabug-at; aron pagatawgon sila nga mga kahoy sa pagkamatarung, ang tinanum sa Ginoo, aron siya pagahimayaon. Ug sila magatukod sa karaang mga kagun-oban, ilang patindogon pag-usab ang nangaging mga kalaglagan, ug ilang ayohon ang mga siyudad nga nahimong awa-aw, ang mga kalaglagan sa daghang kaliwatan. Ug ang mga dumuloong motindog ug moatiman sa inyong mga panon, ug ang mga anak sa langyaw maoy inyong mga magdadaro ug mga mag-atiman sa kaparrasan. Apan kamo pagatawgon nga mga Saserdote sa Ginoo: ang mga tawo motawag kaninyo nga mga Alagad sa atong Dios: pagakan-on ninyo ang mga bahandi sa mga Hentil, ug sa ilang himaya magapasigarbo kamo sa inyong kaugalingon. Alang sa inyong kaulaw makabaton kamo ug pilo; ug alang sa kalibog sila magakalipay sa ilang bahin: busa sa ilang yuta makapanag-iya sila sa pilo: ang walay-katapusang kalipay maanaa kanila. Kay ako, ang Ginoo, nahigugma sa paghukom, nagadumot ako sa panulis alang sa halad-nga-sinunog; ug ako magamando sa ilang buhat diha sa kamatuoran, ug ako magahimo ug walay-katapusang tugon uban kanila. Ug ang ilang kaliwat mailhan sa taliwala sa mga Hentil, ug ang ilang mga kaliwatan sa taliwala sa mga katawhan: ang tanan nga makakita kanila moila kanila, nga sila mao ang kaliwat nga gipanalanginan sa Ginoo. Ako magakalipay sa hilabihan diha sa Ginoo, ang akong kalag magamalipayon diha sa akong Dios; kay gibistihan niya ako sa mga sapot sa kaluwasan, gitabonan niya ako sa kupo sa pagkamatarung, maingon sa pamanhonon nga nagadayandayan sa iyang kaugalingon ug mga dayandayan, ug maingon sa pangasaw-onon nga nagadayandayan sa iyang kaugalingon sa iyang mga alahas. Kay maingon nga ang yuta nagpapaturok sa iyang putot, ug maingon nga ang tanaman nagpapaturok sa mga binhi nga gipugas diha niini; mao usab ang Ginoong Dios magapapaturok sa pagkamatarung ug pagdayeg sa atubangan sa tanang kanasuran.</w:t>
      </w:r>
    </w:p>
    <w:p>
      <w:pPr>
        <w:pStyle w:val="ArticleScripture"/>
        <w:jc w:val="left"/>
      </w:pPr>
      <w:r>
        <w:rPr>
          <w:rFonts w:ascii="Times New Roman" w:hAnsi="Times New Roman" w:eastAsia="Times New Roman" w:cs="Times New Roman"/>
        </w:rPr>
        <w:t>Tungod sa Zion dili ako maghilum, ug tungod sa Jerusalem dili ako mopahulay, hangtod nga ang iyang pagkamatarong mogula ingon sa kasanag, ug ang iyang kaluwasan ingon sa suga nga nagadilaab. Ug makita sa mga Gentil ang imong pagkamatarong, ug sa tanang mga hari ang imong himaya: ug ikaw pagatawgon sa usa ka bag-ong ngalan, nga pagahinganlan sa baba sa Ginoo. Ikaw usab mahimong purongpurong sa himaya diha sa kamot sa Ginoo, ug harianong diadema diha sa kamot sa imong Dios. Dili ka na gayud pagatawgon nga Biniyaan; ni ang imong yuta pagatawgon pa nga Kamingawan: kondili ikaw pagatawgon nga Hephzibah, ug ang imong yuta nga Beulah: kay ang Ginoo nalipay diha kanimo, ug ang imong yuta pagapangasaw-on. Kay maingon nga ang usa ka batan-ong lalaki mangasawa sa usa ka ulay, mao man ang imong mga anak nga lalaki mangasawa kanimo: ug maingon nga ang pamanhonon magakalipay tungod sa pangasaw-onon, mao man ang imong Dios magakalipay tungod kanimo. Ako nagbutang ug mga magbalantay ibabaw sa imong mga kuta, Oh Jerusalem, nga dili gayud maghilum sa adlaw ni sa gabii: kamong mga nagahisgot sa Ginoo, ayaw pagpakahilum. Ug ayaw siya pagpahulaya, hangtod nga iyang mapalig-on, ug hangtod nga iyang himoon ang Jerusalem nga usa ka pagdayeg sa yuta. Ang Ginoo nanumpa pinaagi sa iyang too nga kamot, ug pinaagi sa bukton sa iyang kusog, Sa pagkatinuod dili ko na ihatag ang imong trigo aron mahimong pagkaon sa imong mga kaaway; ug ang mga anak sa lumalangyaw dili na moinom sa imong bino, nga maoy imong gihagoan: Apan kadtong mga nagtigum niini maoy mokaon niini ug magadayeg sa Ginoo; ug kadtong mga naghipos niini maoy moinom niini diha sa mga sawang sa akong pagkabalaan. Umagi kamo, umagi kamo sa mga ganghaan; andama ninyo ang dalan sa katawohan; tukora, tukora ang haywey; hiposa ang mga bato; ibayaw ang bandila alang sa katawohan. Ania karon, ang Ginoo nagmantala ngadto sa kinatumyan sa kalibutan, Ingna ninyo ang anak nga babaye sa Zion, Ania karon, ang imong kaluwasan nagaanhi; ania karon, ang iyang balus uban kaniya, ug ang iyang buhat anaa sa iyang atubangan. Ug sila magatawag kanila, Ang balaang katawohan, Ang mga tinubos sa Ginoo: ug ikaw pagatawgon, Gipangita, Usa ka siyudad nga dili biniyaan. Isaias 61:1–62:12.</w:t>
      </w:r>
    </w:p>
    <w:p>
      <w:pPr>
        <w:pStyle w:val="ArticleBody"/>
        <w:jc w:val="left"/>
      </w:pPr>
      <w:r>
        <w:rPr>
          <w:rFonts w:ascii="Times New Roman" w:hAnsi="Times New Roman" w:eastAsia="Times New Roman" w:cs="Times New Roman"/>
        </w:rPr>
        <w:t>Ang Ginoo mosulod sa “usa ka walay-kataposang tugon” uban sa usa ka gatus ug kap-atan ug upat ka libo nga kaniadto “gibiyaan,” apan unya nahimong “usa ka siyudad” nga “wala biyae.” Sila “mingaw,” ug patay diha sa dalan. Giila sila ni Isaias ingon nga mga “Saserdote sa Ginoo,” mga “ministro” sa Ginoo, usa ka “balaan nga katawhan” ug ang mga “magbalantay” sa mga paril sa Sion.</w:t>
      </w:r>
    </w:p>
    <w:p>
      <w:pPr>
        <w:pStyle w:val="ArticleBody"/>
        <w:jc w:val="left"/>
      </w:pPr>
      <w:r>
        <w:rPr>
          <w:rFonts w:ascii="Times New Roman" w:hAnsi="Times New Roman" w:eastAsia="Times New Roman" w:cs="Times New Roman"/>
        </w:rPr>
        <w:t>Sa lahi sa mga nangalipay tungod sa ilang mga patayng lawas, ang Dios unya nagakalipay ibabaw kanila “sama sa pamanhonon nga nagakalipay ibabaw sa pangasaw-onon.” Ang pangasaw-onon niana andam na. Maingon nga sa saad ngadto sa Philadelphia ang Ginoo nagahatag kanila ug “bag-ong ngalan,” ug Iyang giila ang ilang ngalan nga “Hephzibah” ug “Beulah.” Ang Hephzibah nagakahulogan nga ang akong kalipay anaa kaniya, ug ang Beulah nagakahulogan sa pagminyo. Ang Ginoo nagapangasawa niadtong mga girepresentahan ni Elias ug ni Moises.</w:t>
      </w:r>
    </w:p>
    <w:p>
      <w:pPr>
        <w:pStyle w:val="ArticleBody"/>
        <w:jc w:val="left"/>
      </w:pPr>
      <w:r>
        <w:rPr>
          <w:rFonts w:ascii="Times New Roman" w:hAnsi="Times New Roman" w:eastAsia="Times New Roman" w:cs="Times New Roman"/>
        </w:rPr>
        <w:t>Ang buluhaton nga gihatag kanila mao ang pag-andam sa dalan alang sa Ikaduhang Pag-anhi ni Cristo pinaagi sa pagwali sa “maayong balita” ni Cristo ug sa Iyang pagkamatarung “ngadto sa kinatumyan sa kalibotan.” Sila gidihogan sa Maglilipay diha sa pagbubo sa Espiritu ug unya igaalsa “ingon nga usa ka bandera,” sa dihang ang “usa ka dakong tingog gikan sa langit” moingon “kanila, Saka kamo dinhi.” Unya sila mamahimong “usa ka purongpurong sa himaya” ug “usa ka harianong diadema” diha sa kamot sa Ginoo. Giila ni Zacarias ang maong purongpurong ingon nga usa ka timaan, samtang gipahimutang usab niya ang maong hitabo sa panahon sa ulahing ulan.</w:t>
      </w:r>
    </w:p>
    <w:p>
      <w:pPr>
        <w:pStyle w:val="ArticleScripture"/>
        <w:jc w:val="left"/>
      </w:pPr>
      <w:r>
        <w:rPr>
          <w:rFonts w:ascii="Times New Roman" w:hAnsi="Times New Roman" w:eastAsia="Times New Roman" w:cs="Times New Roman"/>
        </w:rPr>
        <w:t>Ug luwason sila ni Jehova nga ilang Dios niadtong adlawa ingon nga panon sa Iyang katawhan; kay sila mahisama sa mga bato sa usa ka korona, nga ginabayaw ingon nga bandila ibabaw sa Iyang yuta. Kay pagka daku sa Iyang kaayo, ug pagka daku sa Iyang katahum! Ang trigo magapadasig sa mga batan-ong lalaki, ug ang bag-ong vino sa mga dalaga. Pangayo kamo kang Jehova ug ulan sa panahon sa ulahing ulan; busa si Jehova magabuhat ug mga masanag nga panganod, ug magahatag kanila ug mga taligsik sa ulan, sa tagsatagsa ka usa ug balili didto sa kapatagan. Zacarias 9:16–10:1.</w:t>
      </w:r>
    </w:p>
    <w:p>
      <w:pPr>
        <w:pStyle w:val="ArticleBody"/>
        <w:jc w:val="left"/>
      </w:pPr>
      <w:r>
        <w:rPr>
          <w:rFonts w:ascii="Times New Roman" w:hAnsi="Times New Roman" w:eastAsia="Times New Roman" w:cs="Times New Roman"/>
        </w:rPr>
        <w:t>Sila mao ang “panon sa Iyang katawhan,” apan ang Ginoo adunay ikaduhang panon nga niadtong panahona anaa pa sa Babilonia nga Iyang pagatawgon usab. Ang ilang buluhaton mao ang pagtukod pag-usab sa “daan” nga mga ginubaang dapit ug sa mga “kalaglagan” sa daghang mga kaliwatan. Sila mao ang mga mobalik ug magapatindog pag-usab sa karaang mga agianan nga gisalikway ug gitabonan sulod sa Adventismo ug gawas sa Adventismo. Mobalik sila sa mga pundasyonal nga kamatuoran sa mga Millerita ug igapakita kini sa kaputli niini ngadto sa Laodiceanong Adventismo, ug igapahayag usab nila ang usa ka mensahe ngadto sa mga anaa sa gawas sa Adventismo mahitungod sa “daan” nga mga kamatuoran nga nalangkit sa balaod sa Dios, ilabi na ang Igpapahulay. Sa pagbuhat niini gamiton nila ang mga kasaysayan sa daghang mga kaliwatan aron sa paghulagway sa bag-ong kasaysayan. Ang ilang buluhaton mahitabo sa panahon sa ulahing ulan, sa diha nga ang mga paghukom sa Dios anaa sa yuta. Sa diha nga ang Ginoo, pinaagi sa Iyang tuong kamot, mopataas kanila ingon nga usa ka bandila, ang tibuok kalibutan nga kaniadto nangalipay tungod sa ilang mga patay nga lawas nga nagahigda sa dalan makakita sa bandila, ug makadungog sa trompeta sa pasidaan sa mga magbalantay.</w:t>
      </w:r>
    </w:p>
    <w:p>
      <w:pPr>
        <w:pStyle w:val="ArticleScripture"/>
        <w:jc w:val="left"/>
      </w:pPr>
      <w:r>
        <w:rPr>
          <w:rFonts w:ascii="Times New Roman" w:hAnsi="Times New Roman" w:eastAsia="Times New Roman" w:cs="Times New Roman"/>
        </w:rPr>
        <w:t>Kamong tanan nga mga pumoluyo sa kalibotan, ug mga nagpuyo sa yuta, tan-awa ninyo, sa diha nga siya magpatindog ug usa ka bandila ibabaw sa kabukiran; ug sa diha nga siya mohuyop ug trompeta, pamatia ninyo. Isaias 18:3.</w:t>
      </w:r>
    </w:p>
    <w:p>
      <w:pPr>
        <w:pStyle w:val="ArticleBody"/>
        <w:jc w:val="left"/>
      </w:pPr>
      <w:r>
        <w:rPr>
          <w:rFonts w:ascii="Times New Roman" w:hAnsi="Times New Roman" w:eastAsia="Times New Roman" w:cs="Times New Roman"/>
        </w:rPr>
        <w:t>Sa kapitulo onse sa Pinadayag, sa dihang ang mga nagakalipay tungod sa ilang mga patayng lawas nakakita kanila nga mitindog, “daku nga kahadlok miabut ibabaw kanila nga nakakita kanila.”</w:t>
      </w:r>
    </w:p>
    <w:p>
      <w:pPr>
        <w:pStyle w:val="ArticleScripture"/>
        <w:jc w:val="left"/>
      </w:pPr>
      <w:r>
        <w:rPr>
          <w:rFonts w:ascii="Times New Roman" w:hAnsi="Times New Roman" w:eastAsia="Times New Roman" w:cs="Times New Roman"/>
        </w:rPr>
        <w:t>Unya ang Asiryanhon mapukan pinaagi sa espada, dili sa usa ka gamhanang tawo; ug ang espada, dili sa usa ka timawa nga tawo, magalamoy kaniya: apan mokalagiw siya gikan sa espada, ug ang iyang mga batan-ong lalaki mangaluya. Ug motabok siya ngadto sa iyang malig-ong salipdanan tungod sa kahadlok, ug ang iyang mga principe mangahadlok tungod sa bandila, nagaingon ang Ginoo, kansang kalayo anaa sa Zion, ug ang iyang hudno anaa sa Jerusalem. Isaias 31:8, 9.</w:t>
      </w:r>
    </w:p>
    <w:p>
      <w:pPr>
        <w:pStyle w:val="ArticleBody"/>
        <w:jc w:val="left"/>
      </w:pPr>
      <w:r>
        <w:rPr>
          <w:rFonts w:ascii="Times New Roman" w:hAnsi="Times New Roman" w:eastAsia="Times New Roman" w:cs="Times New Roman"/>
        </w:rPr>
        <w:t>Ang tanang mga pagpamatuod sa propeta nagkatigum sa basahon sa Pinadayag. Ang Asirianhon nagrepresentar sa hari sa amihanan diha sa Daniel onse bersikulo kuwarenta hangtod kuwarenta’y singko nga moabot sa iyang katapusan nga walay bisan kinsa nga motabang kaniya. Sa dihang ang usa ka gatus ug kap-atan ug upat ka libo, nga mao ang mga magbalantay sa Dios, mohuyop sa trumpeta, ang tibuok kalibotan makadungog ug mahadlok. Kadtong girepresentahan sa duha ka mga propeta pagadihogan sa Maglilipay “sa pagwali sa maayong mga balita” nga mao ang “mga balita gikan sa sidlakan ug gikan sa amihanan” nga “makasamok” sa hari sa amihanan diha sa Daniel kapitulo onse bersikulo kuwarenta’y kuwatro, ug kana nagtimaan sa sinugdanan sa paglutos sa krisis sa balaod sa Dominggo. Nianang panahona ang mga Hentil motubag sa mensahe sa paggula gikan sa Babilonia ug moanhi ug moipon sa mga pari sa Ginoo, nga girepresentahan usab ingon nga “usa ka gamot ni Jesse,” sa ingon nagpaila sa biblikanhong pamaagi nga ilang gamiton sa pagpresentar sa mensahe sa pasidaan ngadto sa mga Hentil.</w:t>
      </w:r>
    </w:p>
    <w:p>
      <w:pPr>
        <w:pStyle w:val="ArticleScripture"/>
        <w:jc w:val="left"/>
      </w:pPr>
      <w:r>
        <w:rPr>
          <w:rFonts w:ascii="Times New Roman" w:hAnsi="Times New Roman" w:eastAsia="Times New Roman" w:cs="Times New Roman"/>
        </w:rPr>
        <w:t>Ug niadtong adlawa may motungha nga usa ka gamot ni Jesse, nga motindog ingon nga bandera sa mga katawohan; kaniya mangita ang mga Gentil: ug ang iyang kapahulayan mahimong mahimayaon. Ug mahitabo sa maong adlawa, nga igabutang pag-usab sa Ginoo ang iyang kamot sa ikaduhang higayon aron sa pagbawi sa salin sa iyang katawohan nga mahabilin, gikan sa Asiria, ug gikan sa Egipto, ug gikan sa Pathros, ug gikan sa Cush, ug gikan sa Elam, ug gikan sa Shinar, ug gikan sa Hamath, ug gikan sa mga pulo sa dagat. Ug magpatindog siya ug usa ka bandera alang sa mga nasud, ug tigumon niya ang mga sinalikway sa Israel, ug tapukon ang mga nangkatibulaag sa Juda gikan sa upat ka suok sa yuta. Isaias 11:10–12.</w:t>
      </w:r>
    </w:p>
    <w:p>
      <w:pPr>
        <w:pStyle w:val="ArticleBody"/>
        <w:jc w:val="left"/>
      </w:pPr>
      <w:r>
        <w:rPr>
          <w:rFonts w:ascii="Times New Roman" w:hAnsi="Times New Roman" w:eastAsia="Times New Roman" w:cs="Times New Roman"/>
        </w:rPr>
        <w:t>Gitigom sa Ginoo ang Iyang katawhan niadtong Septyembre 11, 2001 uban sa mensahe nga nag-ila sa pag-atake sa Islam ingon nga pag-abot sa ikatulong kaalautan. Gitigom pag-usab sa Ginoo ang Iyang katawhan sa ikaduhang higayon human sila nangamatay sa dalan. Sa dihang buhaton Niya kini, kadtong mga gitigom maila ingon nga “ang mga sinalikway sa Israel,” ang “mga nagkatibulaag sa Juda.” Gisalikway sila ngadto sa kadalanan niadtong Hulyo 18, 2020, apan gitigom sila sa ikaduhang higayon aron mahimong bandila nga nagatigom sa laing panon sa Dios nga atua pa sa Babilonia. Ang pagkatigom niadtong atua pa sa Babilonia magsugod sa balaod sa Dominggo sa Estados Unidos, nga mao ang ikaduha sa duha ka mga tingog diha sa Pinadayag dieciocho.</w:t>
      </w:r>
    </w:p>
    <w:p>
      <w:pPr>
        <w:pStyle w:val="ArticleBody"/>
        <w:jc w:val="left"/>
      </w:pPr>
      <w:r>
        <w:rPr>
          <w:rFonts w:ascii="Times New Roman" w:hAnsi="Times New Roman" w:eastAsia="Times New Roman" w:cs="Times New Roman"/>
        </w:rPr>
        <w:t>Ang unang pagtigom nahitabo niadtong Septiyembre 11, 2001 sa dihang ang Islam mihampak sa Estados Unidos. Ingon nga bandila nga pagatigomon sa ikaduhang higayon, girepresentahan sila ingon nga gamut ni Jesse, nga usa ka simbolo nga nagrepresentar sa buluhaton sa Alpha ug Omega, nga naghulagway sa katapusan sa usa ka butang uban sa sinugdanan sa usa ka butang. Ang unang pagtigom gimarkahan sa usa ka pag-atake sa Islam batok sa Estados Unidos ug naghulagway ug nagpaila sa usa ka pag-atake sa Islam batok sa Estados Unidos ingon nga ikaduhang pagtigom. Sa dihang ang gamut ni Jesse motindog ingon nga bandila alang sa mga Gentil, ang iyang “kapahulayan” mahimong mahimayaon, kay ang bandila mogiya niadtong anaa pa sa Babilonia pabalik sa karaang dalan sa Biblia sa ikapitong-adlaw nga Igpapahulay, sa ingon nagtimaan sa pagpataas sa bandila alang sa mga Gentil sa krisis sa balaod sa Domingo.</w:t>
      </w:r>
    </w:p>
    <w:p>
      <w:pPr>
        <w:pStyle w:val="ArticleBody"/>
        <w:jc w:val="left"/>
      </w:pPr>
      <w:r>
        <w:rPr>
          <w:rFonts w:ascii="Times New Roman" w:hAnsi="Times New Roman" w:eastAsia="Times New Roman" w:cs="Times New Roman"/>
        </w:rPr>
        <w:t>Ang “ensign” una nga moagi sa usa ka proseso sa paghinlo nga gihulagway sa Malakias kapitulo tres, sa duha ka paghinlo ni Cristo sa templo, ug siyempre sa sambingay sa napulo ka ulay sa katapusan sa kalihukang Millerite. Ang proseso sa paghinlo sa sinugdan gisubli gayod sa matag letra sa katapusan, ug girepresentahan kini ni Isaias kalabot sa usa ka talagsaon nga lamesa nga namatikdan sa usa ka basahon. Ang pagsukol sa Adventismo mao ang peke nga lamesa nga gihimo niadtong 1863 aron isalikway ug pulihan ang duha ka lamesa nga namatikdan sa basahon ni Habakkuk kapitulo dos.</w:t>
      </w:r>
    </w:p>
    <w:p>
      <w:pPr>
        <w:pStyle w:val="ArticleScripture"/>
        <w:jc w:val="left"/>
      </w:pPr>
      <w:r>
        <w:rPr>
          <w:rFonts w:ascii="Times New Roman" w:hAnsi="Times New Roman" w:eastAsia="Times New Roman" w:cs="Times New Roman"/>
        </w:rPr>
        <w:t>Karon lakaw, isulat kini sa atubangan nila sa usa ka papan, ug timan-i kini sa usa ka basahon, aron kini mamahimong alang sa umaabot nga panahon hangtod sa kahangtoran: Nga kini mao ang usa ka masukihon nga katawhan, mga batang bakakon, mga anak nga dili mamati sa Kasugoan ni Jehova: Nga nagaingon sa mga manalagna, Ayaw pagtan-aw; ug sa mga propeta, Ayaw pagtagna alang kanamo sa mga matarong nga butang, sultihi kami ug mga malinawon nga butang, tagnaa kami ug mga limbong: Pahawa kamo sa dalan, liki kamo gikan sa alagianan, pahunonga gikan sa among atubangan ang Balaan sa Israel. Busa mao kini ang giingon sa Balaan sa Israel: Tungod kay inyong gitamay kining pulonga, ug misalig kamo sa paglupig ug sa pagkamaliko, ug nagpabilin niana: Busa kining kasal-anan mahimong alang kaninyo ingon sa usa ka buslot nga andam nang mapukan, nga naghubag sa usa ka taas nga kuta, kansang pagkaguba moabut sa kalit gayud sa usa ka pagpamilok. Ug iyang dugmokon kini ingon sa pagdugmok sa sudlanan sa magkokolon nga nadugmok sa gagmayng mga tipik; siya dili mopagawas: busa sa pagkapusak niini walay hikaplagang tipik nga arang makakuha ug kalayo gikan sa dapogan, o makasag-ob ug tubig gikan sa atabay. Kay mao kini ang giingon sa Ginoong Jehova, ang Balaan sa Israel: Diha sa pagbalik ug sa pagpahulay kamo mamaluwas; diha sa kalinaw ug sa pagsalig anha ang inyong kusog: apan kamo wala mouyon. Apan miingon kamo, Dili; kay kami mokalagiw sakay sa mga kabayo; busa mokalagiw kamo: ug, Mosakay kami sa mga matulin; busa ang mga mogukod kaninyo mamahimong matulin. Usa ka libo ang mokalagiw tungod sa pagbadlong sa usa; tungod sa pagbadlong sa lima mokalagiw kamo: hangtod nga kamo mahibilin ingon sa usa ka timaan sa kinatumyan sa usa ka bukid, ug ingon sa usa ka bandila sa ibabaw sa bungtod. Ug busa magahulat si Jehova, aron siya magmaloloy-on kaninyo, ug busa siya bayawon, aron siya malooy kaninyo: kay si Jehova mao ang Dios sa paghukom: bulahan ang tanan nga nagahulat kaniya. Kay ang katawhan magapuyo sa Zion didto sa Jerusalem: ikaw dili na gayud mohilak: siya magamaloloy-on gayud kanimo sa tingog sa imong pagtu-aw; sa diha nga siya makadungog niini, siya motubag kanimo. Isaias 30:8–19.</w:t>
      </w:r>
    </w:p>
    <w:p>
      <w:pPr>
        <w:pStyle w:val="ArticleBody"/>
        <w:jc w:val="left"/>
      </w:pPr>
      <w:r>
        <w:rPr>
          <w:rFonts w:ascii="Times New Roman" w:hAnsi="Times New Roman" w:eastAsia="Times New Roman" w:cs="Times New Roman"/>
        </w:rPr>
        <w:t>Sa 1863 ang Adventismo misugod sa proseso sa pagsalikway sa propetikong mensahe ni William Miller sumala sa gihulagway ibabaw sa duha ka balaang tapyas ni Habakkuk. Gihulagway ni Jesus ang katapusan pinaagi sa sinugdanan. Niining maong pahayag, ang mga masupilon sa sinugdanan sa Adventismo nagrepresentar usab sa mga masupilon sa katapusan sa Adventismo. Sa duha ka kahimtang, ang pagsukol nagrepresentar sa pagsalikway sa propetikong mensahe ug pamaagi sa matag kasaysayan, sa dihang sila moingon sa mga “manalagna,” “Ayaw pagtan-aw; ug sa mga propeta, Ayaw pagpropesiya kanamo sa mga matarong nga butang, sultihi kami sa mga malomo nga butang, pagpropesiya sa mga limbong.”</w:t>
      </w:r>
    </w:p>
    <w:p>
      <w:pPr>
        <w:pStyle w:val="ArticleBody"/>
        <w:jc w:val="left"/>
      </w:pPr>
      <w:r>
        <w:rPr>
          <w:rFonts w:ascii="Times New Roman" w:hAnsi="Times New Roman" w:eastAsia="Times New Roman" w:cs="Times New Roman"/>
        </w:rPr>
        <w:t>Naghukom usab sila sa pagbiya sa dalan sa dihang ilang ipahibalo, “Pahawa kamo sa agianan, tumipas kamo gikan sa alagianan, papaa ang Balaan sa Israel gikan sa among atubangan.” Ang dalan sa mga matarong mao ang “daan nga mga alagianan” sa Jeremias kapitulo unom mga bersikulo disisais ug disisiete. Ang mga rebelde naghukom nga dili molakaw diha sa mga pundasyonal nga kamatuoran ni mamati sa tingog sa trompeta nga gihuyop sa mga magbalantay nga gipataas, nga nagarepresentar sa kalihukang Millerita ug sa kalihukan sa Future for America.</w:t>
      </w:r>
    </w:p>
    <w:p>
      <w:pPr>
        <w:pStyle w:val="ArticleScripture"/>
        <w:jc w:val="left"/>
      </w:pPr>
      <w:r>
        <w:rPr>
          <w:rFonts w:ascii="Times New Roman" w:hAnsi="Times New Roman" w:eastAsia="Times New Roman" w:cs="Times New Roman"/>
        </w:rPr>
        <w:t>Mao kini ang giingon sa Ginoo: Tindog kamo sa mga dalan, ug tan-awa, ug pangutan-a ang karaang mga agianan, hain ba ang maayong dalan, ug lumakaw kamo niana, ug makakaplag kamo ug kapahulayan alang sa inyong mga kalag. Apan sila miingon, Dili kami molakaw niana. Usab nagbutang Ako ug mga magbalantay ibabaw kaninyo, nga nagaingon, Paminawa ang tingog sa trumpeta. Apan sila miingon, Dili kami mamati. Busa pamati, kamong mga nasud, ug hibaloi, O katilingban, unsa ang anaa sa ilang taliwala. Pamati, O yuta: ania karon, ipadan-ag Ko ang kadautan ibabaw niining katawohan, bisan ang bunga sa ilang mga hunahuna, tungod kay wala sila mamati sa Akong mga pulong, ni sa Akong kasugoan, kondili gisalikway nila kini. Jeremias 6:16–19.</w:t>
      </w:r>
    </w:p>
    <w:p>
      <w:pPr>
        <w:pStyle w:val="ArticleBody"/>
        <w:jc w:val="left"/>
      </w:pPr>
      <w:r>
        <w:rPr>
          <w:rFonts w:ascii="Times New Roman" w:hAnsi="Times New Roman" w:eastAsia="Times New Roman" w:cs="Times New Roman"/>
        </w:rPr>
        <w:t>Ang pagdumili sa mga rebelde sa paglakaw diha sa karaang mga alagianan gilarawan usab ingon nga ilang tinguha nga “papahawaa ang Balaan sa Israel gikan sa ilang atubangan,” ug nagrepresentar sa pagsalikway sa mensahe sa Pagtuaw sa Tunga-sa-Gabii, nga napasukad sa Alpha ug Omega nga naghulagway sa katapusan sa Adventismo pinaagi sa sinugdanan.</w:t>
      </w:r>
    </w:p>
    <w:p>
      <w:pPr>
        <w:pStyle w:val="ArticleScripture"/>
        <w:jc w:val="left"/>
      </w:pPr>
      <w:r>
        <w:rPr>
          <w:rFonts w:ascii="Times New Roman" w:hAnsi="Times New Roman" w:eastAsia="Times New Roman" w:cs="Times New Roman"/>
        </w:rPr>
        <w:t>“Aduna silag masidlak nga kahayag nga gibutang sa ilang luyo sa sinugdanan sa dalan, nga giingnan ako sa usa ka manulonda mao ang ‘singgit sa tungang gabii.’ Kini nga kahayag misidlak sa tibuok nga gilay-on sa dalan, ug naghatag ug kahayag alang sa ilang mga tiil, aron sila dili mapandol.</w:t>
      </w:r>
    </w:p>
    <w:p>
      <w:pPr>
        <w:pStyle w:val="ArticleScripture"/>
        <w:jc w:val="left"/>
      </w:pPr>
      <w:r>
        <w:rPr>
          <w:rFonts w:ascii="Times New Roman" w:hAnsi="Times New Roman" w:eastAsia="Times New Roman" w:cs="Times New Roman"/>
        </w:rPr>
        <w:t>“Kon ipatumong nila ang ilang mga mata kang Jesus, nga atua ra sa ilang atubangan, nagmando kanila paingon sa siyudad, luwas sila. Apan sa dili madugay ang uban gikapuyan, ug miingon nga halayo pa kaayo ang siyudad, ug nagpaabut sila nga nakasulod na unta sila niini kaniadto pa. Unya si Jesus magadasig kanila pinaagi sa pagbayaw sa Iyang mahimayaong tuong bukton, ug gikan sa Iyang bukton migula ang usa ka kahayag nga nagwarawara ibabaw sa advent band, ug misinggit sila, ‘Alleluia!’ Ang uban sa walay pagpanumbaling sa kapeligrohan misalikway sa kahayag sa ilang luyo, ug miingon nga dili ang Dios ang nagmando kanila sa paggula hangtod sa ingon kalayo. Ang kahayag sa ilang luyo napalong, nga gibiyaan ang ilang mga tiil diha sa hingpit nga kangitngit, ug sila nanghipakdol ug nawad-an sa pagtan-aw sa timaan ug kang Jesus, ug nangahulog gikan sa dalan paubos ngadto sa mangitngit ug dautan nga kalibotan sa ubos.” Christian Experience and Teachings of Ellen G. White, 57.</w:t>
      </w:r>
    </w:p>
    <w:p>
      <w:pPr>
        <w:pStyle w:val="ArticleBody"/>
        <w:jc w:val="left"/>
      </w:pPr>
      <w:r>
        <w:rPr>
          <w:rFonts w:ascii="Times New Roman" w:hAnsi="Times New Roman" w:eastAsia="Times New Roman" w:cs="Times New Roman"/>
        </w:rPr>
        <w:t>Ang proseso sa paghinlo nga girepresentahan sa Singgit sa Tunga-tungang Gabii nagapamunga ug duha ka matang sa mga magsisimba, ug ang Isaias kapitulo traynta nagarepresentar sa kakulang sa lana sa mga buang nga ulay ingon nga kawalay-kapasidad sa pagtigom ug tubig o kalayo, nga silang duha mga simbolo sa Maglilipay, sa diha nga si Isaias nagsulat, “kang kansang pagkabungkag moabut sa kalit sa usa ka higayon. Ug iyang pagabungkagon kini ingon sa pagkabungkag sa sudlanan sa magkokolon nga nabuak ngadto sa mga tipik; siya dili mopasaylo: aron nga sa pagkabuka niini walay hikaplagang usa ka tipik nga makakuha ug kalayo gikan sa dapogan, o makasag-ob ug tubig gikan sa atabay.” Ang ilang paghukom moabut “sa kalit” ingon sa girepresentahan sa singgit sa tungang gabii, sa diha nga ilang mahibaloan nga ulahi na kaayo ang pagkuha sa lana. Ang kalayo ug tubig sa pagpamatuod ni Isaias yano lamang nga laing representasyon sa lana sa sambingay sa napulo ka ulay. Ang lana, tubig, ug kalayo nagarepresentar sa kinaiya, nagarepresentar sila sa mensahe ug usab sa presensya sa Maglilipay. Walay usa niining mga simbolo nga mahimong maangkon sa diha nga ang paghukom sa napulo ka ulay “moabut sa kalit sa usa ka higayon.” Ulahi na gayud unya.</w:t>
      </w:r>
    </w:p>
    <w:p>
      <w:pPr>
        <w:pStyle w:val="ArticleBody"/>
        <w:jc w:val="left"/>
      </w:pPr>
      <w:r>
        <w:rPr>
          <w:rFonts w:ascii="Times New Roman" w:hAnsi="Times New Roman" w:eastAsia="Times New Roman" w:cs="Times New Roman"/>
        </w:rPr>
        <w:t>Ang bugtong kaluwasan anaa sa “pagbalik,” nga mao ang saad nga gihatag kang Jeremias sa dihang iyang girepresentar kadtong mga nasagmuyo sa unang kasagmuyoan. Kon ang katawohan sa Dios mobalik ngadto Kaniya, Siya mobalik ngadto kanila, apan ang mga masupilon mibalibad ug ang kahayag nga nagdan-ag sa dalan napalong. Ang kahayag sa sinugdan mao ang Pagtuaw sa Tunga-tungang Gabii ug ang dalan paingon sa unahan gidagkutan sa mahimayaong too nga bukton ni Cristo hangtod sa walay katapusan. Si Cristo anaa sa atubangan niadtong mga anaa sa dalan ug ang kahayag sa luyo kinahanglan mao ra nga kahayag, kay gihulagway ni Cristo ang katapusan sa dalan pinaagi sa sinugdan sa dalan. Ang Pagtuaw sa Tunga-tungang Gabii mao ug mao gihapon ang karon nga kamatuoran.</w:t>
      </w:r>
    </w:p>
    <w:p>
      <w:pPr>
        <w:pStyle w:val="ArticleScripture"/>
        <w:jc w:val="left"/>
      </w:pPr>
      <w:r>
        <w:rPr>
          <w:rFonts w:ascii="Times New Roman" w:hAnsi="Times New Roman" w:eastAsia="Times New Roman" w:cs="Times New Roman"/>
        </w:rPr>
        <w:t>“Ako sa kanunayng gitumong ngadto sa sambingay bahin sa napulo ka ulay, lima kanila maalamon, ug lima buang. Kini nga sambingay natuman na ug pagatumanon ngadto sa matag litra gayud, kay kini adunay pinasahi nga pag-aplikar alang niining panahona, ug, sama sa mensahe sa ikatulong manulonda, natuman na ug magapadayon nga anaa karon nga kamatuoran hangtod sa katapusan sa panahon.” Review and Herald, August 19, 1890.</w:t>
      </w:r>
    </w:p>
    <w:p>
      <w:pPr>
        <w:pStyle w:val="ArticleBody"/>
        <w:jc w:val="left"/>
      </w:pPr>
      <w:r>
        <w:rPr>
          <w:rFonts w:ascii="Times New Roman" w:hAnsi="Times New Roman" w:eastAsia="Times New Roman" w:cs="Times New Roman"/>
        </w:rPr>
        <w:t>Ang tinguha nga papahawaa ang Balaan gikan sa ilang atubangan mao ang pagsalikway dili lamang kang Cristo, kondili kang Cristo ingon nga Alpha ug Omega. Kini mao ang pagsalikway sa mensahe sa Midnight Cry. Ang mensahe sa Midnight Cry sa sinugdanan sa Adventismo maoy usa ka pagtul-id sa napakyas nga panagna.</w:t>
      </w:r>
    </w:p>
    <w:p>
      <w:pPr>
        <w:pStyle w:val="ArticleBody"/>
        <w:jc w:val="left"/>
      </w:pPr>
      <w:r>
        <w:rPr>
          <w:rFonts w:ascii="Times New Roman" w:hAnsi="Times New Roman" w:eastAsia="Times New Roman" w:cs="Times New Roman"/>
        </w:rPr>
        <w:t>Ang mga rebelde nga misalikway sa “mga karaang dalan” ug naghimo ug peke nga “lamesa” nga bulag gikan sa mga matarung, sumala sa girepresentahan sa katumanan sa Paglihok Millerite sa Tungang Gabii nga Singgit. Unya ang “usa ka libo” mikalagiw “tungod sa pagbadlong sa usa,” ug ang maong kalihokan sa kalit miubos gikan sa kalim-an ka libo ngadto sa kalim-an. Mikalagiw sila tungod sa “pagbadlong” nga miabot gikan sa “lima” ka maalamong ulay nga misulti kanila nga wala silay lana nga ikapaambit, ug nga kinahanglan silang moadto ug mopalit sa ilang kaugalingong lana. Ang pagkabuwag sa mga buangbuang gikan sa mga maalamon mibiya sa maalamong mga ulay “ingon sa usa ka timaan sa kinatumyan sa usa ka bukid, ug ingon sa usa ka bandera sa ibabaw sa usa ka bungtod.” Ang pagrebelde sa mga buangbuang nga ulay niadtong Oktubre 22, 1844, naghulagway sa pagrebelde sa 1863, kay ang Oktubre 22, 1844 mao ang sinugdanan sa napulog-siyam ka mga tuig nga nagrepresentar sa katapusan sa “pito ka mga panahon” sa Levitico beinte-sais. Aduna pa kitay ikasulti mahitungod niining hilisgutan, apan ang pagrebelde niadtong 1844 maoy tipo sa pagrebelde sa 1863 ug nagtimaan sa punto diin nabuhat ang peke nga lamesa.</w:t>
      </w:r>
    </w:p>
    <w:p>
      <w:pPr>
        <w:pStyle w:val="ArticleBody"/>
        <w:jc w:val="left"/>
      </w:pPr>
      <w:r>
        <w:rPr>
          <w:rFonts w:ascii="Times New Roman" w:hAnsi="Times New Roman" w:eastAsia="Times New Roman" w:cs="Times New Roman"/>
        </w:rPr>
        <w:t>Ang kahadlok nga masinati sa mga buang nga mga ulay mao ang kahadlok nga gihulagway sa dihang ang maalamong mga ulay pagabanhawon pag-usab ug motindog sa ilang mga tiil. Niadtong higayona ulahi na kaayo ang pagbalik gikan sa kapakyasan sa Hulyo 18, 2020, ug ang sunod nga hitabo mao ang pagkayab ngadto sa langit nga mahitabo sa balaod sa Domingo. Niadto usab mahitabo ang usa ka dakong linog.</w:t>
      </w:r>
    </w:p>
    <w:p>
      <w:pPr>
        <w:pStyle w:val="ArticleScripture"/>
        <w:jc w:val="left"/>
      </w:pPr>
      <w:r>
        <w:rPr>
          <w:rFonts w:ascii="Times New Roman" w:hAnsi="Times New Roman" w:eastAsia="Times New Roman" w:cs="Times New Roman"/>
        </w:rPr>
        <w:t>Ug niadtong maong taknaa dihay usa ka dakung linog, ug ang ikapulo ka bahin sa siyudad nangapukan, ug sa linog nangamatay ang pito ka libong tawo; ug ang nahibilin nangahadlok, ug mihatag ug himaya sa Dios sa langit. Milabay na ang ikaduhang kaalautan; ug, ania karon, ang ikatulong kaalautan moabot sa madali. Pinadayag 11:13, 14.</w:t>
      </w:r>
    </w:p>
    <w:p>
      <w:pPr>
        <w:pStyle w:val="ArticleBody"/>
        <w:jc w:val="left"/>
      </w:pPr>
      <w:r>
        <w:rPr>
          <w:rFonts w:ascii="Times New Roman" w:hAnsi="Times New Roman" w:eastAsia="Times New Roman" w:cs="Times New Roman"/>
        </w:rPr>
        <w:t>Ang Pinadayag onse nag-ila nga sa panahon sa Rebolusyong Pranses ang ikapulo ka bahin sa siyudad nahugno, ug nianang kasaysayan ang nasod sa Pransiya, usa ka nasod nga naglangkob sa duha ka manalagnong sungay nga gilarawan ingon nga Sodoma ug Egipto, napukan. Ang duha ka sungay sa Pransiya maoy hulagway sa duha ka sungay sa Tinipong Bansa.</w:t>
      </w:r>
    </w:p>
    <w:p>
      <w:pPr>
        <w:pStyle w:val="ArticleBody"/>
        <w:jc w:val="left"/>
      </w:pPr>
      <w:r>
        <w:rPr>
          <w:rFonts w:ascii="Times New Roman" w:hAnsi="Times New Roman" w:eastAsia="Times New Roman" w:cs="Times New Roman"/>
        </w:rPr>
        <w:t>Ang Francia, sa paagi sa tagna, maoy usa sa napulo ka gingharian nga nagrepresentar sa pagano nga Roma sa Daniel 7, ug busa ang ikapulo ka bahin sa gingharian (siyudad) nahulog. Sa pagkatinuod, gikan niadtong napulo ka sungay sa Daniel 7 nga sa katapusan naglingkod sa papado sa trono sa yuta niadtong 538, ang Francia mao ang pangunang gingharian nga nagpatukod sa papado. Ingon nga usa sa napulo ka gahum sa Daniel 7, ang Francia nagtimaan sa papel sa mananap nga adunay duha ka sungay nga gikan sa yuta sa Pinadayag 13. Ang Tinipong Bansa sa Amerika nagatuman sa mao rang buluhaton alang sa papado sa katapusan, maingon sa gibuhat sa Francia sa sinugdanan. Ang Tinipong Bansa sa Amerika mao ang nag-unang gahum sa napulo ka mga hari nga nagrepresentar sa Nagkahiusang mga Nasod, ug kini mahulog sa linog sa balaod sa Dominggo. Among hisgutan kining mga bersikulo sa mas bug-os sa sunod nga artikulo.</w:t>
      </w:r>
    </w:p>
    <w:p>
      <w:pPr>
        <w:pStyle w:val="ArticleBody"/>
        <w:jc w:val="left"/>
      </w:pPr>
      <w:r>
        <w:rPr>
          <w:rFonts w:ascii="Times New Roman" w:hAnsi="Times New Roman" w:eastAsia="Times New Roman" w:cs="Times New Roman"/>
        </w:rPr>
        <w:t>Usa sa mga nag-unang isyu niini nga artikulo mao nga kini usa ka mensahe nga nagpabarog sa katawhan sa Dios, kay ang Maghuhupay nga nagpabarog kanila nagrepresentar sa lana, nga dili lamang nagrepresentar sa Balaang Espiritu kondili usab sa mga komunikasyon nga gipadala sa Dios ngadto sa Iyang katawhan. Ang mensahe sa Pinadayag onse nga nagpabarog kang Moises ug Elias ginarepresentahan usab pinaagi sa saad nga gihatag kang Jeremias.</w:t>
      </w:r>
    </w:p>
    <w:p>
      <w:pPr>
        <w:pStyle w:val="ArticleScripture"/>
        <w:jc w:val="left"/>
      </w:pPr>
      <w:r>
        <w:rPr>
          <w:rFonts w:ascii="Times New Roman" w:hAnsi="Times New Roman" w:eastAsia="Times New Roman" w:cs="Times New Roman"/>
        </w:rPr>
        <w:t>Busa mao kini ang giingon sa Ginoo: Kon mobalik ka, nan igauli ko ikaw pag-usab, ug motindog ka sa akong atubangan; ug kon ilain mo ang bililhon gikan sa dautan, ikaw mamahimong sama sa akong baba; sila maoy mobalik kanimo, apan ikaw ayaw pagbali ngadto kanila. Ug himoon ko ikaw alang niining katawhan nga usa ka kinutaang pader nga tumbaga; ug makig-away sila batok kanimo, apan dili sila makadaug batok kanimo; kay ako nagauban kanimo sa pagluwas kanimo ug sa pagpagawas kanimo, nagaingon ang Ginoo. Ug luwason ko ikaw gikan sa kamot sa mga dautan, ug tubson ko ikaw gikan sa kamot sa mabangis. Jeremias 15:19–21.</w:t>
      </w:r>
    </w:p>
    <w:p>
      <w:pPr>
        <w:pStyle w:val="ArticleBody"/>
        <w:jc w:val="left"/>
      </w:pPr>
      <w:r>
        <w:rPr>
          <w:rFonts w:ascii="Times New Roman" w:hAnsi="Times New Roman" w:eastAsia="Times New Roman" w:cs="Times New Roman"/>
        </w:rPr>
        <w:t>Si Isaias naghimo sa mao rang paghangyo sa dihang siya miingon, “Kay mao kini ang giingon sa Ginoong Dios, ang Balaan sa Israel; Sa pagbalik ug pagpahulay kamo mamaluwas.” Gidugang ni Isaias nga ang “pagbalik” may kalabotan sa panahon sa paghulat sa sambingay, kay siya misulat, “Busa ang Ginoo magahulat, aron siya magmaloloy-on kaninyo, ug busa siya pagabayawon, aron siya magakaloy kaninyo: kay ang Ginoo maoy Dios sa paghukom: bulahan ang tanan nga nagahulat kaniya.”</w:t>
      </w:r>
    </w:p>
    <w:p>
      <w:pPr>
        <w:pStyle w:val="ArticleBody"/>
        <w:jc w:val="left"/>
      </w:pPr>
      <w:r>
        <w:rPr>
          <w:rFonts w:ascii="Times New Roman" w:hAnsi="Times New Roman" w:eastAsia="Times New Roman" w:cs="Times New Roman"/>
        </w:rPr>
        <w:t>Ang pribilehiyo sa pagkahimong “baba” sa Dios, ingon sa giila ni Jeremias, mao ang pribilehiyo sa pagsulti alang sa Dios sa panahon nga ang Tinipong Bansa sa Amerika “mosulti ingon nga dragon.” Ang mga pulong nga unya isulti sa katawohan sa Dios mao ang pasidaan batok sa marka sa mapapal nga mapintas nga mananap. Aron makabaton ug bahin nianang mahimayaong kalihokan, gikinahanglan nga kita mobalik.</w:t>
      </w:r>
    </w:p>
    <w:p>
      <w:pPr>
        <w:pStyle w:val="ArticleScripture"/>
        <w:jc w:val="left"/>
      </w:pPr>
      <w:r>
        <w:rPr>
          <w:rFonts w:ascii="Times New Roman" w:hAnsi="Times New Roman" w:eastAsia="Times New Roman" w:cs="Times New Roman"/>
        </w:rPr>
        <w:t>Kon ikaw mobalik, O Israel, nagaingon ang Ginoo, bumalik ka nganhi kanako; ug kon kuhaon mo ang imong mga dulumtanan gikan sa akong atubangan, nan dili ka na maglatagaw. Ug manumpa ka, Ang Ginoo buhi, sa kamatuoran, sa paghukom, ug sa pagkamatarong; ug ang mga nasud manalangin sa ilang kaugalingon diha kaniya, ug diha kaniya sila magapasigarbo. Kay mao kini ang giingon sa Ginoo ngadto sa mga tawo sa Juda ug sa Jerusalem, Bungkara ang inyong yutang wala matamni, ug ayaw pagpugas taliwala sa mga tunok. Tulia ang inyong kaugalingon alang sa Ginoo, ug kuhaa ang mga panit sa unod sa inyong kasingkasing, kamong mga tawo sa Juda ug mga pumoluyo sa Jerusalem: tingali unya mogula ang akong kapungot sama sa kalayo, ug mosilaob nga walay arang makapalong niini, tungod sa kadaotan sa inyong mga binuhatan. Ipahibalo ninyo sa Juda, ug imantala sa Jerusalem; ug ingna, Patingoga ninyo ang trompeta sa yuta: singgit, tiguma pag-usa, ug ingna, Panagtapok kamo sa inyong kaugalingon, ug mangadto kita ngadto sa mga kinutaang ciudad. Ipataas ang bandila paingon sa Zion: pamauli, ayaw paglangan: kay magadala ako ug dautan gikan sa amihanan, ug daku nga kalaglagan. Ang leon mitungha na gikan sa iyang kalibonan, ug ang maglalaglag sa mga Gentil anaa na sa iyang dalan; mipahawa na siya gikan sa iyang dapit aron himoon ang imong yuta nga kamingawan; ug ang imong mga ciudad pagalaglagon, nga walay pumoluyo. Jeremias 4:1–7.</w:t>
      </w:r>
    </w:p>
    <w:p>
      <w:pPr>
        <w:pStyle w:val="ArticleScripture"/>
        <w:jc w:val="left"/>
      </w:pPr>
      <w:r>
        <w:rPr>
          <w:rFonts w:ascii="Times New Roman" w:hAnsi="Times New Roman" w:eastAsia="Times New Roman" w:cs="Times New Roman"/>
        </w:rPr>
        <w:t>Apan ang Espiritu sa Ginoo mikunsad kang Gideon, ug siya mihuyop sa trumpeta; ug si Abiezer nagtapok sa pagsunod kaniya. Ug siya nagpadala ug mga sinugo sa tibuok Manases; nga usab nagtapok sa pagsunod kaniya: ug siya nagpadala ug mga sinugo ngadto kang Aser, ug ngadto kang Zabulon, ug ngadto kang Neftali; ug sila mitungas sa pagsugat kanila. Mga Maghuhukom 6:34, 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Umaabot nga Kaugmaon alang sa Amerika ug Hulyo 18, 2020 - Numero Unom</dc:title>
  <dc:subject>Ang Bandila</dc:subject>
  <dc:creator>Jeff Pippenger</dc:creator>
  <cp:keywords/>
  <dc:description>Generated by ArticleDigger from future_for_america\06_future_for_america.json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