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Kwarenta—Numero Uno</w:t>
      </w:r>
    </w:p>
    <w:p>
      <w:pPr>
        <w:pStyle w:val="ArticleSubtitle"/>
        <w:jc w:val="left"/>
      </w:pPr>
      <w:r>
        <w:rPr>
          <w:rFonts w:ascii="Arial" w:hAnsi="Arial" w:eastAsia="Arial" w:cs="Arial"/>
        </w:rPr>
        <w:t>Pag-abli sa mga Tagna: Ang Ulahing mga Adlaw, ang Leon sa Juda, ug ang Katapusang mga Kalihokan sa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Diha sa Pinadayag kapitulo singko, ang Leon sa banay ni Juda nagrepresentar sa kahimtang ni Cristo ingon nga mao ang usa nga nagmadaugon aron sa pagtimri ug sa pag-abli sa Pulong sa Dios sumala sa Iyang kabubut-on. Sa 1989, usa ka gatos ug baynte-sais ka tuig human sa pagsukol niadtong 1863, ang Leon sa banay ni Juda nag-abli sa katapusang unom ka bersikulo sa Daniel kapitulo onse. Kining mga bersikulo nagsugod sa makamatay nga samad sa pagka-papa niadtong 1798, ug nagpaila sa pagpamatuod kon sa unsang paagi mamaayo ang samad sa pagka-papa ug labaw pa niana ngadto sa katapusang makamatay nga samad sa pagka-papa. Ang mga bersikulo nagsugod diin usab sila natapos; sa paghukom sa papal nga Roma.</w:t>
      </w:r>
    </w:p>
    <w:p>
      <w:pPr>
        <w:pStyle w:val="ArticleBody"/>
        <w:jc w:val="left"/>
      </w:pPr>
      <w:r>
        <w:rPr>
          <w:rFonts w:ascii="Times New Roman" w:hAnsi="Times New Roman" w:eastAsia="Times New Roman" w:cs="Times New Roman"/>
        </w:rPr>
        <w:t>Kining unom ka bersikulo naghulagway sa pagkaayo sa makamatayng samad sa papasiya, ug usab kon sa unsang paagi ang tulo-ka-bahin nga panaghiusa sa dragon, sa mananap, ug sa mini nga propeta modala sa kalibutan ngadto sa Armagedon, nga giila diha sa bersikulo kap-atan ug lima ingon nga “sa taliwala sa mga dagat ug sa mahimayaong balaang bukid.”</w:t>
      </w:r>
    </w:p>
    <w:p>
      <w:pPr>
        <w:pStyle w:val="ArticleBody"/>
        <w:jc w:val="left"/>
      </w:pPr>
      <w:r>
        <w:rPr>
          <w:rFonts w:ascii="Times New Roman" w:hAnsi="Times New Roman" w:eastAsia="Times New Roman" w:cs="Times New Roman"/>
        </w:rPr>
        <w:t>Ang Alpha ug Omega nagrepresentar sa kinaiya ni Cristo nga sa kanunay naghulagway sa katapusan pinaagi sa sinugdanan. Ang kalihokan sa reporma sa usa ka gatus ug kap-atan ug upat ka libo mao ang kalihokan sa ikatulong manulonda, nga mao ang katapusang kalihokan nga gipaila nang daan pinaagi sa iyang sinugdanan, nga mao ang kalihokang Millerite sa nahaunang ug ikaduhang mga manulonda. Ang kalihokang Millerite nagsugod sa panahon sa katapusan niadtong 1798, diin nagsugod ang katapusang unom ka bersikulo sa Daniel onse, ug ang kalihokan natapos sa pag-abli sa paghukom niadtong Oktubre 22, 1844. Ang kalihokan sa usa ka gatus ug kap-atan ug upat ka libo matapos sa balaod sa Domingo sa Tinipong Bansa.</w:t>
      </w:r>
    </w:p>
    <w:p>
      <w:pPr>
        <w:pStyle w:val="ArticleBody"/>
        <w:jc w:val="left"/>
      </w:pPr>
      <w:r>
        <w:rPr>
          <w:rFonts w:ascii="Times New Roman" w:hAnsi="Times New Roman" w:eastAsia="Times New Roman" w:cs="Times New Roman"/>
        </w:rPr>
        <w:t>Sa sinugdanan sa kalihukan sa panahon sa katapusan niadtong 1989, ang Leon sa banay ni Juda mibukas sa selyo sa kataposang unom ka bersikulo sa Daniel onse, ug sa pagtapos sa kalihukan, sa wala pa ang balaod sa Domingo, Iyang gibuksan ang tinagong kasaysayan sa bersikulo kwarenta sa Daniel onse. Ang komentaryo ni Sister White mahitungod sa kon unsang bahin sa Daniel ang gibuksan ang selyo naghisgot sa pag-abli sa selyo niadtong 1989, ug usab sa pag-abli sa selyo nga nagsugod niadtong Hulyo sa 2023.</w:t>
      </w:r>
    </w:p>
    <w:p>
      <w:pPr>
        <w:pStyle w:val="ArticleScripture"/>
        <w:jc w:val="left"/>
      </w:pPr>
      <w:r>
        <w:rPr>
          <w:rFonts w:ascii="Times New Roman" w:hAnsi="Times New Roman" w:eastAsia="Times New Roman" w:cs="Times New Roman"/>
        </w:rPr>
        <w:t>“Ang basahon nga gitimrihan dili mao ang basahon sa Pinadayag, kondili kadtong bahin sa tagna ni Daniel nga may kalabutan sa ulahing mga adlaw. Ang Kasulatan nagaingon, ‘Apan ikaw, O Daniel, tak-oma ang mga pulong, ug timrihi ang basahon, bisan hangtod sa panahon sa katapusan: daghan ang magabalik-balik, ug ang kahibalo modaghan’ (Daniel 12:4). Sa dihang giablihan ang basahon, gipahibalo kini, ‘Ang panahon wala nay paglangan.’ (Tan-awa ang Pinadayag 10:6.) Ang basahon ni Daniel karon wala na timrihi, ug ang pinadayag nga gihatag ni Cristo kang Juan moabot ngadto sa tanang pumoluyo sa yuta. Pinaagi sa pagdugang sa kahibalo, usa ka katawhan pagaandamon aron makatindog sa ulahing mga adlaw. . . .”</w:t>
      </w:r>
    </w:p>
    <w:p>
      <w:pPr>
        <w:pStyle w:val="ArticleScripture"/>
        <w:jc w:val="left"/>
      </w:pPr>
      <w:r>
        <w:rPr>
          <w:rFonts w:ascii="Times New Roman" w:hAnsi="Times New Roman" w:eastAsia="Times New Roman" w:cs="Times New Roman"/>
        </w:rPr>
        <w:t>“Sa mensahe sa unang manulonda ang mga tawo gitawag sa pagsimba sa Dios, ang atong Magbubuhat, nga naghimo sa kalibotan ug sa tanang mga butang nga anaa niini. Naghatag sila ug pasidungog sa usa ka institusyon sa Kapapahan, nga nagapawalay-bisa sa balaod ni Jehova, apan adunay umalabot nga pagdugang sa kahibalo mahitungod niining hilisgutan.” Selected Messages, basahon 2, 105, 106.</w:t>
      </w:r>
    </w:p>
    <w:p>
      <w:pPr>
        <w:pStyle w:val="ArticleBody"/>
        <w:jc w:val="left"/>
      </w:pPr>
      <w:r>
        <w:rPr>
          <w:rFonts w:ascii="Times New Roman" w:hAnsi="Times New Roman" w:eastAsia="Times New Roman" w:cs="Times New Roman"/>
        </w:rPr>
        <w:t>Ang bahin sa basahon ni Daniel nga may kalabutan sa ulahing mga adlaw niadtong 1989 mao ang kataposang unom ka mga bersikulo sa kapitulo onse, ug samtang ang kalihokan sa usa ka gatus ug kap-atan ug upat ka libo moabut sa katapusan sa ilang kalihokan, ang bahin sa basahon ni Daniel nga mabuksan mao ang tinago nga kasaysayan sa bersikulo kwarenta, nga nagrepresentar sa kasaysayan gikan sa 1989 ngadto sa balaod sa Dominggo sa Tinipong Bansa sa Amerika. Ang tinago nga kasaysayan sa bersikulo kwarenta mao ang kasaysayan sa usa ka gatus ug kap-atan ug upat ka libo. Ang matag propeta naghatag ug pagpamatuod mahitungod nianang panahona.</w:t>
      </w:r>
    </w:p>
    <w:p>
      <w:pPr>
        <w:pStyle w:val="ArticleBody"/>
        <w:jc w:val="left"/>
      </w:pPr>
      <w:r>
        <w:rPr>
          <w:rFonts w:ascii="Times New Roman" w:hAnsi="Times New Roman" w:eastAsia="Times New Roman" w:cs="Times New Roman"/>
        </w:rPr>
        <w:t>Sa maong pahayag, ang pagdugang sa kahibalo nga “gituyo aron sa pag-andam ug usa ka katawhan aron makatindog sa ulahing mga adlaw,” nagrepresentar sa pagbukas sa kataposang unom ka bersikulo niadtong 1989, ug usab nagrepresentar kini sa pagbukas sa tinagong kasaysayan sa bersikulo kap-atan. Sa duruha ka kasaysayan, ang inspirasyon nagpaila nga adunay mahitabo nga pagdugang sa kahibalo mahitungod sa gahom sa pagka-papa ug sa balaod sa Domingo. Sa sinugdan ug sa katapusan sa kalihokan sa usa ka gatos ug kap-atan ug upat ka libo, ang pagdugang sa kahibalo nagmugna ug usa ka tulo-ka-lakang proseso sa pagsulay, sumala sa girepresentar diha sa Daniel kapitulo dose.</w:t>
      </w:r>
    </w:p>
    <w:p>
      <w:pPr>
        <w:pStyle w:val="ArticleScripture"/>
        <w:jc w:val="left"/>
      </w:pPr>
      <w:r>
        <w:rPr>
          <w:rFonts w:ascii="Times New Roman" w:hAnsi="Times New Roman" w:eastAsia="Times New Roman" w:cs="Times New Roman"/>
        </w:rPr>
        <w:t>Ug siya miingon, Lumakaw ka sa imong dalan, Daniel; kay ang mga pulong gitakpan ug tinimrihan hangtod sa panahon sa katapusan. Daghan ang pagahinloan, ug pagapapution, ug pagasulayan; apan ang mga dautan magapadayon sa pagkadautan: ug walay usa sa mga dautan nga makasabut; apan ang mga manggialamon makasabut. Daniel 12:9, 10.</w:t>
      </w:r>
    </w:p>
    <w:p>
      <w:pPr>
        <w:pStyle w:val="ArticleBody"/>
        <w:jc w:val="left"/>
      </w:pPr>
      <w:r>
        <w:rPr>
          <w:rFonts w:ascii="Times New Roman" w:hAnsi="Times New Roman" w:eastAsia="Times New Roman" w:cs="Times New Roman"/>
        </w:rPr>
        <w:t>Sama sa tanang sagradong mga kalihokan sa reporma, ang tulo ka mga lakang nga gihulagway ni Daniel nga “naputli, ug napaputi, ug nasulayan” nagrepresentar sa timaan sa pagkanaug sa usa ka Balaanong simbolo, nga gisundan sa pagsulay sa usa ka napakyas nga tagna, ug gisundan dayon sa ikatulong litmus test nga nagapadayag sa kinaiya sa duha ka mga hut-ong nga naporma pinasikad sa ilang pagdawat, o sa ilang pagsalikway, sa giablihan nga pagdugang sa kahibalo. Sa sinugdanan sa kalihokan sa usa ka gatus kap-atan ug upat ka libo, ang tulo ka mga lakang mao ang September 11, 2001, nga gisundan sa July 18, 2020, ug dayon sa Sunday law. Sa pagtapos nianang maong kalihokana, ang tulo ka mga lakang mao ang July 2023, ang pag-abot sa mensahe sa Midnight Cry ug ang Sunday law.</w:t>
      </w:r>
    </w:p>
    <w:p>
      <w:pPr>
        <w:pStyle w:val="ArticleBody"/>
        <w:jc w:val="left"/>
      </w:pPr>
      <w:r>
        <w:rPr>
          <w:rFonts w:ascii="Times New Roman" w:hAnsi="Times New Roman" w:eastAsia="Times New Roman" w:cs="Times New Roman"/>
        </w:rPr>
        <w:t>Ang mensahe nga nagaandam sa katawhan sa Dios aron makatindog, nga giablihan kaniadtong Hulyo 2023, naglangkob sa pipila ka mga linya sa matuod nga profesiya, ug lakip niana nga mga linya mao ang uga ug patay nga mga bukog ni Ezekiel sa kapitulo traynta’y siyete. Gipresentar ni Ezekiel ang duha ka mga mensahe. Ang nahaunang mensahe maoy naghiusa pag-usab sa mga bukog, apan hangtod sa ikaduhang mensahe wala makatindog ang Israel ibabaw sa iyang mga tiil ingon nga usa ka gamhanang kasundalohan. Ang duha ka mga saksi sa Pinadayag kapitulo onse mingtindog sa dihang napuno sila sa Espiritu Santo.</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sa ilang mga tiil; ug dakung kahadlok miabut ibabaw niadtong mga nakakita kanila. Pinadayag 11:11.</w:t>
      </w:r>
    </w:p>
    <w:p>
      <w:pPr>
        <w:pStyle w:val="ArticleBody"/>
        <w:jc w:val="left"/>
      </w:pPr>
      <w:r>
        <w:rPr>
          <w:rFonts w:ascii="Times New Roman" w:hAnsi="Times New Roman" w:eastAsia="Times New Roman" w:cs="Times New Roman"/>
        </w:rPr>
        <w:t>Si Ezequiel nagtudlo sa mao gihapong kamatuoran.</w:t>
      </w:r>
    </w:p>
    <w:p>
      <w:pPr>
        <w:pStyle w:val="ArticleScripture"/>
        <w:jc w:val="left"/>
      </w:pPr>
      <w:r>
        <w:rPr>
          <w:rFonts w:ascii="Times New Roman" w:hAnsi="Times New Roman" w:eastAsia="Times New Roman" w:cs="Times New Roman"/>
        </w:rPr>
        <w:t>Ug miingon siya kanako, Anak sa tawo, tumindog ka sa imong mga tiil, ug mosulti ako kanimo. Ug ang espiritu misulod kanako sa dihang misulti siya kanako, ug gipatindog ako niini sa akong mga tiil, aron madungog ko siya nga nagsulti kanako. Ezekiel 2:1, 2.</w:t>
      </w:r>
    </w:p>
    <w:p>
      <w:pPr>
        <w:pStyle w:val="ArticleBody"/>
        <w:jc w:val="left"/>
      </w:pPr>
      <w:r>
        <w:rPr>
          <w:rFonts w:ascii="Times New Roman" w:hAnsi="Times New Roman" w:eastAsia="Times New Roman" w:cs="Times New Roman"/>
        </w:rPr>
        <w:t>Sa dihang moingon si Sister White nga “pinaagi sa pagdugang sa kahibalo, ang usa ka katawhan pagaandamon aron makatindog sa ulahing mga adlaw.” Ang pagdugang sa kahibalo giila ingon nga “lana” diha sa sambingay sa napulo ka ulay, ug ang “lana” nagrepresentar sa “mga mensahe sa Espiritu sa Dios” ug usab sa “Balaang Espiritu,” ingon man sa “kinaiya.”</w:t>
      </w:r>
    </w:p>
    <w:p>
      <w:pPr>
        <w:pStyle w:val="ArticleBody"/>
        <w:jc w:val="left"/>
      </w:pPr>
      <w:r>
        <w:rPr>
          <w:rFonts w:ascii="Times New Roman" w:hAnsi="Times New Roman" w:eastAsia="Times New Roman" w:cs="Times New Roman"/>
        </w:rPr>
        <w:t>Tali sa Hulyo 2023 ug sa nagasingabot nga balaod sa Domingo adunay pagdugang sa kahibalo nga nagahatag ug kinabuhi sa katawhan sa Dios, ug sila motindog. Motindog sila nga nagarepresentar nga anaa kanila ang “lana” sa mensahe nga gibuksan niadtong panahona. Motindog sila sa dihang anaa na kanila ang Espiritu Santo sulod sa ilang mga sudlanan, ug motindog sila sa dihang anaa na silay kinaiya nga giandam alang sa patik sa Dios.</w:t>
      </w:r>
    </w:p>
    <w:p>
      <w:pPr>
        <w:pStyle w:val="ArticleBody"/>
        <w:jc w:val="left"/>
      </w:pPr>
      <w:r>
        <w:rPr>
          <w:rFonts w:ascii="Times New Roman" w:hAnsi="Times New Roman" w:eastAsia="Times New Roman" w:cs="Times New Roman"/>
        </w:rPr>
        <w:t>Ang unang lakang sa pagsulay nga nagsugod niadtong Hulyo 2023 gisundan sa usa ka yugto nga nagtugot niadtong mga kandidato sa pagdawat o sa pagsalikway sa lana. Kadtong modawat niini pagapatikan, ug unya pagabayawon ingon nga usa ka bandila sa haduol nang umalabot nga balaod sa Dominggo. Kadtong mosalikway sa lana, makadawat ug kusog nga paglimbong.</w:t>
      </w:r>
    </w:p>
    <w:p>
      <w:pPr>
        <w:pStyle w:val="ArticleBody"/>
        <w:jc w:val="left"/>
      </w:pPr>
      <w:r>
        <w:rPr>
          <w:rFonts w:ascii="Times New Roman" w:hAnsi="Times New Roman" w:eastAsia="Times New Roman" w:cs="Times New Roman"/>
        </w:rPr>
        <w:t>Kadtong mga kandidato gipukaw gikan sa espirituhanong pagkatulog sa Hulyo 2023, ug unya ilang giatubang ang katapusang proseso sa pagsulay sa wala pa ang panapos sa ilang tagsatagsa ka panahon sa pagsulay. Ang maong proseso sa pagsulay gipahimutang sulod sa konteksto sa usa ka matagnaong pagsulay nga may kalabutan sa pagporma sa hulagway sa mananap, sa panahon nga kadtong maong mga kandidato kinahanglan unta mobalik sa kinabuhi ug magporma sa hulagway ni Cristo sa sulod. Ang matagnaong estruktura diin pagatumanon ang pagsulay mao ang kasaysayan gikan sa 1989 hangtod sa balaod sa Domingo. Ang kapakyas niadtong mga kandidato sa pagmata maoy hinungdan nga gitugotan sa Ginoo ang mga erehiya nga musulod.</w:t>
      </w:r>
    </w:p>
    <w:p>
      <w:pPr>
        <w:pStyle w:val="ArticleScripture"/>
        <w:jc w:val="left"/>
      </w:pPr>
      <w:r>
        <w:rPr>
          <w:rFonts w:ascii="Times New Roman" w:hAnsi="Times New Roman" w:eastAsia="Times New Roman" w:cs="Times New Roman"/>
        </w:rPr>
        <w:t>“Pagapukawon sa Dios ang Iyang katawhan; kon mapakyas ang ubang mga paagi, ang mga pagpataka motuhop sa ilang taliwala, nga maoy mosala kanila, magbulag sa upa gikan sa trigo. Ang Ginoo nagtawag sa tanan nga nagatoo sa Iyang pulong nga momata gikan sa pagkatulog. Miabot ang bililhon nga kahayag, nga angay alang niining panahona. Kini mao ang kamatuoran sa Biblia, nga nagapakita sa mga kalisdanan nga ania na gayud sa atong atubangan. Kining kahayag kinahanglan magdala kanato ngadto sa matinud-anong pagtuon sa mga Kasulatan ug sa labing masusi nga pagsusi sa mga baruganan nga atong gihuptan. Buot sa Dios nga ang tanang mga kahimtang ug mga baruganan sa kamatuoran pagasusihon sa hingpit ug mapinadayunon, uban ang pag-ampo ug pagpuasa.” Testimonies, volume 5, 708.</w:t>
      </w:r>
    </w:p>
    <w:p>
      <w:pPr>
        <w:pStyle w:val="ArticleBody"/>
        <w:jc w:val="left"/>
      </w:pPr>
      <w:r>
        <w:rPr>
          <w:rFonts w:ascii="Times New Roman" w:hAnsi="Times New Roman" w:eastAsia="Times New Roman" w:cs="Times New Roman"/>
        </w:rPr>
        <w:t>Ang tanan nga mga manalagna nagtumong sa kataposang mga adlaw, busa niining kataposang mga adlawa, sa Hulyo 2023, ang Ginoo misulay sa “pagpukaw” sa Iyang katawhan, apan napakyas ang Iyang mga paningkamot, ug gitugotan Niya nga masubli ang unang kontrobersiya bahin sa usa ka simbolo sa Roma diha sa kasaysayan sa Advent isip usa ka pasidaan sa pagkahaduol sa katapusan. Gibuhat Niya kini, bisan pa nga ang “bililhon nga kahayag” “miabot, angayan alang niining panahona.” Ang kahayag nga miabot sa Hulyo 2023 mao ang “kamatuoran sa Biblia, nga nagapakita sa mga kapeligrohan nga ania na gayud sa atong atubangan.” Kana nga kahayag unta maoy nagdala “kanato ngadto sa matinud-anong pagtuon sa Kasulatan ug sa labing kritikal nga pagsusi sa mga baruganan nga atong ginakupot.”</w:t>
      </w:r>
    </w:p>
    <w:p>
      <w:pPr>
        <w:pStyle w:val="ArticleBody"/>
        <w:jc w:val="left"/>
      </w:pPr>
      <w:r>
        <w:rPr>
          <w:rFonts w:ascii="Times New Roman" w:hAnsi="Times New Roman" w:eastAsia="Times New Roman" w:cs="Times New Roman"/>
        </w:rPr>
        <w:t>Ang tinago nga kasaysayan sa bersikulo kap-atan girepresentahan diha sa mga bersikulo napulo hangtod kinse sa Daniel onse, kay ang Alpha ug Omega naglarawan sa katapusan sa katapusang tagna ni Daniel uban sa sinugdanan niini. Sa nag-una paingon sa kapakyasan sa Hulyo 18, 2020, gipaila ni Satanas ang kalibog mahitungod sa mga bersikulo napulo hangtod kinse, kay nasayod siya nga ang sinugdanan sa kapitulo mao ang yawe sa pagrepresentar sa katapusan sa kapitulo. Unya gipaila ang orihinal nga kontrobersiya sa bersikulo katorse.</w:t>
      </w:r>
    </w:p>
    <w:p>
      <w:pPr>
        <w:pStyle w:val="ArticleScripture"/>
        <w:jc w:val="left"/>
      </w:pPr>
      <w:r>
        <w:rPr>
          <w:rFonts w:ascii="Times New Roman" w:hAnsi="Times New Roman" w:eastAsia="Times New Roman" w:cs="Times New Roman"/>
        </w:rPr>
        <w:t>“Walay bisan unsa nga gikahadlokan pag-ayo sa dakong malimbungon gawas nga kita makaila sa iyang mga lalang.” The Great Controversy, 516.</w:t>
      </w:r>
    </w:p>
    <w:p>
      <w:pPr>
        <w:pStyle w:val="ArticleBody"/>
        <w:jc w:val="left"/>
      </w:pPr>
      <w:r>
        <w:rPr>
          <w:rFonts w:ascii="Times New Roman" w:hAnsi="Times New Roman" w:eastAsia="Times New Roman" w:cs="Times New Roman"/>
        </w:rPr>
        <w:t>Dayag nga klaro, pinaagi sa satanikong mga paningkamot sa paglibog sa kahulogan ug katuyoan niadtong mga bersikulo, nga sila maoy usa ka mahinungdanong bahin sa proseso sa pagsulay nga karon nagapinig sa mga kandidato aron maapil taliwala sa usa ka gatos ug kap-atan ug upat ka libo. Gipasiugda ni Sister White nga ang kasaysayan nga girepresentahan diha sa Daniel onse nga natuman sa wala pa ang panahon sa katapusan niadtong 1798, gisubli sa katapusang unom ka mga bersikulo.</w:t>
      </w:r>
    </w:p>
    <w:p>
      <w:pPr>
        <w:pStyle w:val="ArticleScripture"/>
        <w:jc w:val="left"/>
      </w:pPr>
      <w:r>
        <w:rPr>
          <w:rFonts w:ascii="Times New Roman" w:hAnsi="Times New Roman" w:eastAsia="Times New Roman" w:cs="Times New Roman"/>
        </w:rPr>
        <w:t>“Wala kitay panahon nga usikon. Ang malisod nga mga panahon ania sa atong atubangan. Ang kalibutan gipalihok sa espiritu sa gubat. Sa dili madugay ang mga talan-awon sa kagul-anan nga gihisgutan sa mga tagna mahitabo na. Ang tagna diha sa ikanapulog-usa nga kapitulo sa Daniel hapit na makaabot sa hingpit nga katumanan niini. Daghan sa kasaysayan nga nahitabo sa katumanan niini nga tagna mausab pag-usab.” Manuscript Releases, numero 13, 394.</w:t>
      </w:r>
    </w:p>
    <w:p>
      <w:pPr>
        <w:pStyle w:val="ArticleBody"/>
        <w:jc w:val="left"/>
      </w:pPr>
      <w:r>
        <w:rPr>
          <w:rFonts w:ascii="Times New Roman" w:hAnsi="Times New Roman" w:eastAsia="Times New Roman" w:cs="Times New Roman"/>
        </w:rPr>
        <w:t>Naglalis ako nga ang tibuok kasaysayan nga girepresentar diha sa mga bersikulo uno hangtod traynta’y nuwebe gisubli diha sa kataposang unom ka bersikulo sa kapitulo. Naglalis usab ako nga ang kasaysayan sa kataposang mga adlaw, nga mao ang kasaysayan sa panapos sa paghukom nga nagsugod niadtong Oktubre 22, 1844, girepresentar pinaagi sa duha ka nag-unang propetikong mga yugto sa panahon. Ang nahaunang yugto nagrepresentar sa paghukom nga ginatuman ibabaw sa balay sa Dios, ug kini dayon sundan sa usa ka yugto sa panahon diin ang paghukom ginatuman alang niadtong anaa sa gawas sa balay sa Dios. Ang nahaunang yugto nagsugod niadtong 1989 ug matapos sa balaod sa Domingo sa Tinipong Bansa sa Amerika, nga sa baylo maoy nagtimaan sa sinugdanan sa ikaduhang yugto nga matapos sa dihang motindog si Miguel ug ang tawhanong panahon sa grasya mosira. Ang tinagong kasaysayan sa bersikulo kwarenta nagsugod usab niadtong 1989, ug matapos sa bersikulo kwarenta’y uno, nga mao ang balaod sa Domingo sa Tinipong Bansa sa Amerika.</w:t>
      </w:r>
    </w:p>
    <w:p>
      <w:pPr>
        <w:pStyle w:val="ArticleBody"/>
        <w:jc w:val="left"/>
      </w:pPr>
      <w:r>
        <w:rPr>
          <w:rFonts w:ascii="Times New Roman" w:hAnsi="Times New Roman" w:eastAsia="Times New Roman" w:cs="Times New Roman"/>
        </w:rPr>
        <w:t>Mao usab kana nga kasaysayan sa bersikulo napulo hangtod kinse sa maong kapitulo. Kana nga kasaysayan nagdungan sa kasaysayan sa mga Millerita sukad sa panahon sa katapusan niadtong 1798, hangtod nga ang paghukom nagsugod niadtong Oktubre 22, 1844. Kining duha ka mga kasaysayan nagdagan nga magkapariho uban sa tagnaong kasaysayan nga nagsugod sa pagkatawo ni Cristo ug natapos sa krus.</w:t>
      </w:r>
    </w:p>
    <w:p>
      <w:pPr>
        <w:pStyle w:val="ArticleBody"/>
        <w:jc w:val="left"/>
      </w:pPr>
      <w:r>
        <w:rPr>
          <w:rFonts w:ascii="Times New Roman" w:hAnsi="Times New Roman" w:eastAsia="Times New Roman" w:cs="Times New Roman"/>
        </w:rPr>
        <w:t>Ang kasaysayan nga nagsugod niadtong 1989 nagalakip sa panahon sa pagsulay nga nagsugod niadtong Septiyembre 11, 2001, ingon sa gilarawan daan sa panahon sa pagsulay nga nagsugod niadtong Agosto 11, 1840 ug sa panahon sa pagsulay nga nagsugod sa bautismo ni Cristo. Ang pagporma sa hulagway sa mananap gilarawan daan pinaagi sa daghang mga linya sa kasaysayang profetiko. Usa sa mga paglarawan nianang maong yugto sa panahon mao ang panahon sa pagtimri sa usa ka gatus ug kap-atan ug upat ka libo nga nagsugod niadtong Septiyembre 11, 2001 ug mahuman sa haduol nang umabot nga balaod sa Domingo. Ang tinago nga kasaysayan sa bersikulo kuwarenta mahimo usab ipatong sa linya gikan sa Oktubre 22, 1844 hangtod sa paghimagsik niadtong 1863.</w:t>
      </w:r>
    </w:p>
    <w:p>
      <w:pPr>
        <w:pStyle w:val="ArticleBody"/>
        <w:jc w:val="left"/>
      </w:pPr>
      <w:r>
        <w:rPr>
          <w:rFonts w:ascii="Times New Roman" w:hAnsi="Times New Roman" w:eastAsia="Times New Roman" w:cs="Times New Roman"/>
        </w:rPr>
        <w:t>Ang Oktubre 22, 1844 nagtimaan sa pag-abot sa ikatulong manulonda. Sama sa pag-abot sa bisan unsang manulondang matagnaon, siya adunay mensahe nga angay unta kan-on, apan wala kini kan-a; ug ang Millerismo sa Filadelfia nausab ngadto sa Millerismo sa Laodicea, sa wala pa ang 1863, sa dihang pormal nilang gidawat ang ngalan nga Seventh-day Adventist ug nagsugod sa paglatagaw sa kamingawan sa pagsukol hangtod niining adlawa. Ang kasaysayan gikan sa 1844 ngadto sa 1863 nagrepresentar niadtong misalikway sa pagtawag nga maapil taliwala sa usa ka gatus ug kap-atan ug upat ka libo. Sila mao ang mga daotan ni Daniel sa kapitulo dose, ang katilingban sa mga mayubiton ni Jeremias, ang sinagoga ni Satanas ni Juan, ug ang mga buang nga ulay ni Mateo.</w:t>
      </w:r>
    </w:p>
    <w:p>
      <w:pPr>
        <w:pStyle w:val="ArticleBody"/>
        <w:jc w:val="left"/>
      </w:pPr>
      <w:r>
        <w:rPr>
          <w:rFonts w:ascii="Times New Roman" w:hAnsi="Times New Roman" w:eastAsia="Times New Roman" w:cs="Times New Roman"/>
        </w:rPr>
        <w:t>Ang mensahe sa pasidaan nga girepresentar ni Cristo ingon nga ang “dulumtanan sa pagkalaglag, nga gisulti ni Daniel nga manalagna” nagrepresentar ug usa ka pasidaan sa pagkalagiw sa dili pa ang paglaglag ug pagkatibulaag nga mosunod. Sa tuig 66 AD, ang Romanhong heneral nga si Cestius nagtuman nianang pasidaan ngadto sa mga Cristiano sa kapanahonan sa paganong Roma. Sa unang siglo, ang apostol nga si Pablo nagrekord sa maong pasidaan alang sa mga Cristiano nga magaantus sa kapanahonan sa papadong Roma. Ang pasidaan alang sa mga magbabantay sa Igpapahulay sa pagbiya sa mga siyudad ug pagpuyo sa kabaryohan miabut niadtong 1888, sa maong tuig usab sa Blair Bill, ang unang paningkamot sa pagpatuman sa Domingo ingon nga Nasodnong Adlaw sa Kapahulayan. Ang Blair Bill mao ang pasidaan sa pagkalagiw sa katumanan sa pagtumong ni Cristo sa dulumtanan sa pagkalaglag ni Daniel.</w:t>
      </w:r>
    </w:p>
    <w:p>
      <w:pPr>
        <w:pStyle w:val="ArticleBody"/>
        <w:jc w:val="left"/>
      </w:pPr>
      <w:r>
        <w:rPr>
          <w:rFonts w:ascii="Times New Roman" w:hAnsi="Times New Roman" w:eastAsia="Times New Roman" w:cs="Times New Roman"/>
        </w:rPr>
        <w:t>Sama kang Cestius sa tuig 66 AD, ang Blair Bill giatras pinaagi sa pagdumala sa Providencia. Ang 1888 nagatipiklo sa Septyembre 11, 2001, kay gimarkahan ni Sister White ang pagkanaog sa manulunda sa Pinadayag dieciocho diha sa duha ka kasaysayan. Ang pasidaan sa pagkalagiw gikan sa mga siyudad sa katapusang mga adlaw nahimong nagkabisa niadtong Septyembre 11, 2001. Busa, ang Blair Bill sa 1888 nagatipiklo sa Patriot Act sa 2001. Ang manulunda nga mikanaog niadtong Septyembre 11, 2001 nagamantala sa katapusang mensahe sa pasidaan diha sa unang tulo ka mga bersikulo sa Pinadayag dieciocho, ug ang katapusang mensahe sa pasidaan mao usab ang mensahe sa ikatulong manulunda, bisan pa nga ang mensahe nga girepresentahan sa ikatulong manulunda diha sa kapitulo catorce dili mao ang samang mga pagpamulong sa kamatuoran ingon sa diha sa kapitulo dieciocho. Linya ibabaw sa linya, sila mao ang samang mensahe sa pasidaan.</w:t>
      </w:r>
    </w:p>
    <w:p>
      <w:pPr>
        <w:pStyle w:val="ArticleBody"/>
        <w:jc w:val="left"/>
      </w:pPr>
      <w:r>
        <w:rPr>
          <w:rFonts w:ascii="Times New Roman" w:hAnsi="Times New Roman" w:eastAsia="Times New Roman" w:cs="Times New Roman"/>
        </w:rPr>
        <w:t>Ang dulumtanan nga makalilisang, nga gisulti ni Daniel nga manalagna, maoy usa ka timailhan nga gihatag ni Cristo nga nag-ila kon kanus-a kinahanglan nga mokalagiw ang Iyang katawohan alang sa ilang panalipod. Kini usa ka mensahe sa pasidaan, ug busa kinahanglan nga mao ang katapusang mensahe sa pasidaan, bisan pa man nga gipahayag kini pinaagi sa lahi nga mga pulong kay sa mensaheng girepresentahan sa kapitulo katorse maingon man sa kapitulo disiotso sa Pinadayag. Ang kasaysayan nga nagsugod sa bersikulo disisais, sa Jeremias kinse, mao ang samang propetikong panahon sa mensahe sa pasidaan nga pagsulay. Nagsugod kini sa dihang gikaon ni Jeremias ang Pulong sa Dios, ug kana mahitabo sa dihang mokanaog ang manulonda, maingon sa Iyang gibuhat sa dihang nangatumpag ang dagkong mga tinukod sa Siyudad sa New York.</w:t>
      </w:r>
    </w:p>
    <w:p>
      <w:pPr>
        <w:pStyle w:val="ArticleBody"/>
        <w:jc w:val="left"/>
      </w:pPr>
      <w:r>
        <w:rPr>
          <w:rFonts w:ascii="Times New Roman" w:hAnsi="Times New Roman" w:eastAsia="Times New Roman" w:cs="Times New Roman"/>
        </w:rPr>
        <w:t>Sa diha nga si Jeremias nagpahayag, “Ang imong mga pulong hingkaplagan, ug gikaon ko sila; ug ang imong pulong alang kanako nahimong kalipay ug pagmaya sa akong kasingkasing,” siya nagrepresentar sa unang pagsulay ni Daniel bahin sa pagkaon diha sa kapitulo uno, ug kang Juan diha sa kapitulo napulo sa Pinadayag nga nagkuha sa basahon gikan sa kamot sa manulonda ug gikaon kini. Ang pagkaon sa mensahe nagsugod sa diha nga moabot ang usa ka manulonda, ug sa diha nga moabot ang manulonda adunay usa ka nagasulay nga tagna nga mabuksan. Sa diha nga moabot ang manulonda magsugod ang unang panahon sa pagsulay ug kini matapos sa diha nga magsugod ang ikaduhang panahon sa pagsulay, ug sa diha nga motindog si Miguel, matapos ang ikaduhang panahon sa pagsulay.</w:t>
      </w:r>
    </w:p>
    <w:p>
      <w:pPr>
        <w:pStyle w:val="ArticleBody"/>
        <w:jc w:val="left"/>
      </w:pPr>
      <w:r>
        <w:rPr>
          <w:rFonts w:ascii="Times New Roman" w:hAnsi="Times New Roman" w:eastAsia="Times New Roman" w:cs="Times New Roman"/>
        </w:rPr>
        <w:t>Sa pag-abot sa anghel, ang ulahing ulan magsugod sa pag-ulan.</w:t>
      </w:r>
    </w:p>
    <w:p>
      <w:pPr>
        <w:pStyle w:val="ArticleScripture"/>
        <w:jc w:val="left"/>
      </w:pPr>
      <w:r>
        <w:rPr>
          <w:rFonts w:ascii="Times New Roman" w:hAnsi="Times New Roman" w:eastAsia="Times New Roman" w:cs="Times New Roman"/>
        </w:rPr>
        <w:t>“Ang ulahing ulan igabubo sa katawohan sa Dios. Usa ka gamhanang manulonda mokanaog gikan sa langit, ug ang tibook nga yuta pagalaminan sa iyang himaya.” Review and Herald, Abril 21, 1891.</w:t>
      </w:r>
    </w:p>
    <w:p>
      <w:pPr>
        <w:pStyle w:val="ArticleBody"/>
        <w:jc w:val="left"/>
      </w:pPr>
      <w:r>
        <w:rPr>
          <w:rFonts w:ascii="Times New Roman" w:hAnsi="Times New Roman" w:eastAsia="Times New Roman" w:cs="Times New Roman"/>
        </w:rPr>
        <w:t>Ang ulahing ulan madawat niadtong mga nagalakaw diha sa karaang mga dalan ni Jeremias.</w:t>
      </w:r>
    </w:p>
    <w:p>
      <w:pPr>
        <w:pStyle w:val="ArticleScripture"/>
        <w:jc w:val="left"/>
      </w:pPr>
      <w:r>
        <w:rPr>
          <w:rFonts w:ascii="Times New Roman" w:hAnsi="Times New Roman" w:eastAsia="Times New Roman" w:cs="Times New Roman"/>
        </w:rPr>
        <w:t>Mao kini ang giingon sa Ginoo: Tindog kamo sa mga dalan, ug tan-awa, ug pangutana ang mga karaang agianan, kon hain ang maayong dalan, ug lakaw kamo niini, ug makakaplag kamo ug kapahulayan alang sa inyong mga kalag. Apan sila miingon: Dili kami molakaw niini. Usab nagbutang Ako ug mga magbalantay ibabaw kaninyo, nga nagaingon: Patalinghugi ninyo ang tingog sa trompeta. Apan sila miingon: Dili kami magpatalinghug. Jeremias 6:16, 17.</w:t>
      </w:r>
    </w:p>
    <w:p>
      <w:pPr>
        <w:pStyle w:val="ArticleBody"/>
        <w:jc w:val="left"/>
      </w:pPr>
      <w:r>
        <w:rPr>
          <w:rFonts w:ascii="Times New Roman" w:hAnsi="Times New Roman" w:eastAsia="Times New Roman" w:cs="Times New Roman"/>
        </w:rPr>
        <w:t>Ang “trumpeta” nga gipatingog sa mga “magbalantay” mao ang mensahe sa Laodicea, nga gipresentar nila Jones ug Waggoner niadtong 1888.</w:t>
      </w:r>
    </w:p>
    <w:p>
      <w:pPr>
        <w:pStyle w:val="ArticleScripture"/>
        <w:jc w:val="left"/>
      </w:pPr>
      <w:r>
        <w:rPr>
          <w:rFonts w:ascii="Times New Roman" w:hAnsi="Times New Roman" w:eastAsia="Times New Roman" w:cs="Times New Roman"/>
        </w:rPr>
        <w:t>Singgit sa makusog, ayaw pagpugong; ipataas ang imong tingog sama sa usa ka trumpeta, ug ipadayag sa akong katawhan ang ilang kalapasan, ug sa balay ni Jacob ang ilang mga sala. Isaias 58:1.</w:t>
      </w:r>
    </w:p>
    <w:p>
      <w:pPr>
        <w:pStyle w:val="ArticleBody"/>
        <w:jc w:val="left"/>
      </w:pPr>
      <w:r>
        <w:rPr>
          <w:rFonts w:ascii="Times New Roman" w:hAnsi="Times New Roman" w:eastAsia="Times New Roman" w:cs="Times New Roman"/>
        </w:rPr>
        <w:t>Niadtong Septiyembre 11, 2001 nagsugod ang pagselyo sa usa ka gatus ug kap-atan ug upat ka libo. Gipahibalo ang usa ka mensahe sa pasidaan ngadto sa Laodicea.</w:t>
      </w:r>
    </w:p>
    <w:p>
      <w:pPr>
        <w:pStyle w:val="ArticleScripture"/>
        <w:jc w:val="left"/>
      </w:pPr>
      <w:r>
        <w:rPr>
          <w:rFonts w:ascii="Times New Roman" w:hAnsi="Times New Roman" w:eastAsia="Times New Roman" w:cs="Times New Roman"/>
        </w:rPr>
        <w:t>“Ang mensahe nga gihatag kanato pinaagi nila A. T. Jones ug E. J. Waggoner mao ang mensahe sa Dios ngadto sa iglesia sa Laodicea, ug alaut ang bisan kinsa nga nagaangkon nga mituo sa kamatuoran apan wala magapakita ngadto sa uban sa mga sidlak nga hinatag sa Dios.” The 1888 Materials, 1053.</w:t>
      </w:r>
    </w:p>
    <w:p>
      <w:pPr>
        <w:pStyle w:val="ArticleBody"/>
        <w:jc w:val="left"/>
      </w:pPr>
      <w:r>
        <w:rPr>
          <w:rFonts w:ascii="Times New Roman" w:hAnsi="Times New Roman" w:eastAsia="Times New Roman" w:cs="Times New Roman"/>
        </w:rPr>
        <w:t>Ang pasidaan ngadto sa Laodicea mao ang tingog sa trumpeta sa mga magbalantay ni Jeremias nga ang iglesya sa Laodicea nga Seventh-day Adventist nagdumili sa pagpaminaw. Kini mao ang pasidaan sa pagkalagiw gikan sa mga siyudad ngadto sa mga kabtangan sa kabanikanhan sa dili pa moabot ang nagkaduol nga balaod sa Domingo.</w:t>
      </w:r>
    </w:p>
    <w:p>
      <w:pPr>
        <w:pStyle w:val="ArticleBody"/>
        <w:jc w:val="left"/>
      </w:pPr>
      <w:r>
        <w:rPr>
          <w:rFonts w:ascii="Times New Roman" w:hAnsi="Times New Roman" w:eastAsia="Times New Roman" w:cs="Times New Roman"/>
        </w:rPr>
        <w:t>Ang akong bag-o lang gipahayag mahitungod niining nagkalainlaing mga propetikong linya, usa ka paningkamot sa pagdasig sa inyong pag-ila aron awhagon kamo sa tinuod gayod nga pagsusi sa akong isulat karon. Tingali ang labing mahinungdanong kinaiya sa larawan ngadto sa ug sa mapintas nga mananap mao nga adunay duha ka pagporma sa usa ka larawan sa ug ngadto sa mapintas nga mananap sa katapusang mga adlaw. Ang nahauna anaa sa Tinipong Bansa sa Amerika, ug pagkahuman niini sa mga nasud sa kalibotan.</w:t>
      </w:r>
    </w:p>
    <w:p>
      <w:pPr>
        <w:pStyle w:val="ArticleBody"/>
        <w:jc w:val="left"/>
      </w:pPr>
      <w:r>
        <w:rPr>
          <w:rFonts w:ascii="Times New Roman" w:hAnsi="Times New Roman" w:eastAsia="Times New Roman" w:cs="Times New Roman"/>
        </w:rPr>
        <w:t>Adunay piho nga mga profetikanhong kinaiya nga nalangkit sa hulagway ngadto sa mananap ug sa hulagway sa mananap, nga gikinahanglan nga husto nga ipatuman aron kita makahimo sa pagtabok sa profetikanhong proseso sa pagsulay niini nga hulagway sa Roma. Ang ikaduhang mahinungdanong bahin sa panahon sa pagsulay sa hulagway sa mananap (nga mapamatud-an pinaagi sa daghang mga saksi), mao nga ang panahon sa pagpatik sa usa ka gatos ug kap-atan ug upat ka libo mahitabo sulod sa panahon sa pagsulay sa hulagway sa mananap sa Tinipong Bansa, ug nga ang panahon sa pagsulay sa hulagway sa mananap sa mga nasod sa kalibotan mao ang panahon sa dihang ang ubang mga anak sa Dios nga anaa pa sa Babilonia sa panahon nianang balaod sa Dominggo (gilarawan pinaagi sa 321), pagatigumon ngadto sa panon.</w:t>
      </w:r>
    </w:p>
    <w:p>
      <w:pPr>
        <w:pStyle w:val="ArticleBody"/>
        <w:jc w:val="left"/>
      </w:pPr>
      <w:r>
        <w:rPr>
          <w:rFonts w:ascii="Times New Roman" w:hAnsi="Times New Roman" w:eastAsia="Times New Roman" w:cs="Times New Roman"/>
        </w:rPr>
        <w:t>Ang larawan sa mananap nagrepresentar sa duha ka piho nga nagkadugtong nga mga yugto sa panahon sa pagsulay, ug kining duha ka mga panahon sa pagsulay nagrepresentar usab sa katapusang pagtigom sa usa ka gatos ug kap-atan ug upat ka libo sa Pinadayag kapitulo pito, nga pagasundan sa dakong panon sa maong mao ra nga kapitulo.</w:t>
      </w:r>
    </w:p>
    <w:p>
      <w:pPr>
        <w:pStyle w:val="ArticleBody"/>
        <w:jc w:val="left"/>
      </w:pPr>
      <w:r>
        <w:rPr>
          <w:rFonts w:ascii="Times New Roman" w:hAnsi="Times New Roman" w:eastAsia="Times New Roman" w:cs="Times New Roman"/>
        </w:rPr>
        <w:t>Sa balaod sa Domingo, ang Tinipong Bansa sa Amerika mosulti ingon sa usa ka dragon diha sa bersikulo onse sa Pinadayag kapitulo trese. Unya mogula kini aron sa paglimbong sa tanang mga nasod sa kalibotan, nga nagaingon niadtong mga nasora nga sila usab kinahanglan maghimo ug usa ka pangkalibotang larawan sa mapintas nga mananap, maingon sa gibuhat bag-o pa lamang sa Tinipong Bansa sa Amerika. Ang yugto nga nagsugod sa balaod sa Domingo, nga girepresentahan sa balaod sa Domingo ni Constantino niadtong 321, matapos sa dihang ang katapusang nasod moluhod sa Roma nga papal, diin girepresentahan ang balaod sa Domingo sa 538; kay diha sa kapitulo trese ang Tinipong Bansa sa Amerika adunay gahum sa paghatag ug kinabuhi sa larawan sa mapintas nga mananap ug sa pagpahinungod nga kini mosulti. Ang maong yugto nagsugod sa balaod sa Domingo sa 321 ug matapos sa balaod sa Domingo sa 538.</w:t>
      </w:r>
    </w:p>
    <w:p>
      <w:pPr>
        <w:pStyle w:val="ArticleBody"/>
        <w:jc w:val="left"/>
      </w:pPr>
      <w:r>
        <w:rPr>
          <w:rFonts w:ascii="Times New Roman" w:hAnsi="Times New Roman" w:eastAsia="Times New Roman" w:cs="Times New Roman"/>
        </w:rPr>
        <w:t>Niadtong 2001 ang gobyerno sa Estados Unidos “misulti” aron ang Patriot Act mahimong balaod.</w:t>
      </w:r>
    </w:p>
    <w:p>
      <w:pPr>
        <w:pStyle w:val="ArticleBody"/>
        <w:jc w:val="left"/>
      </w:pPr>
      <w:r>
        <w:rPr>
          <w:rFonts w:ascii="Times New Roman" w:hAnsi="Times New Roman" w:eastAsia="Times New Roman" w:cs="Times New Roman"/>
        </w:rPr>
        <w:t>Padayonon nato kining pagtuon sa mosunod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Kwarenta—Numero Uno</dc:title>
  <dc:subject>Pag-abli sa mga Tagna: Ang Ulahing mga Adlaw, ang Leon sa Juda, ug ang Katapusang mga Kalihokan sa Pinadayag</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