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Tinagong Kasaysayan sa Bersikulo Kwarenta — Numero Tulo</w:t>
      </w:r>
    </w:p>
    <w:p>
      <w:pPr>
        <w:pStyle w:val="ArticleSubtitle"/>
        <w:jc w:val="left"/>
      </w:pPr>
      <w:r>
        <w:rPr>
          <w:rFonts w:ascii="Arial" w:hAnsi="Arial" w:eastAsia="Arial" w:cs="Arial"/>
        </w:rPr>
        <w:t>Ang Balaod sa Dominggo ug ang Profetikong Panaw: Gikan sa Patriot Act ngadto sa Katapusang Pagsulay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2024-09-22</w:t>
      </w:r>
    </w:p>
    <w:p>
      <w:pPr>
        <w:pStyle w:val="ArticleScripture"/>
        <w:jc w:val="left"/>
      </w:pPr>
      <w:r>
        <w:rPr>
          <w:rFonts w:ascii="Times New Roman" w:hAnsi="Times New Roman" w:eastAsia="Times New Roman" w:cs="Times New Roman"/>
        </w:rPr>
        <w:t>“Pinaagi sa kasugoan nga mopatuman sa pagtukod sa kapapahan nga naglapas sa balaod sa Dios, ang atong nasod moputol sa iyang kaugalingon sa hingpit gikan sa pagkamatarong. Sa dihang ang Protestantismo moladlad sa iyang kamot tabok sa bung-aw aron kugson ang kamot sa gahom sa Roma, sa dihang molatas siya ibabaw sa kahiladman aron maghinawiray uban sa espiritismo, sa dihang, ilalom sa impluwensya niining tulo-ka-pilo nga panaghiusa, ang atong nasod mosalikway sa matag prinsipyo sa iyang Konstitusyon ingon nga usa ka Protestante ug republikano nga kagamhanan, ug maghimo ug mga lakang alang sa pagpalapad sa mga kabakakan ug mga limbong sa kapapahan, nan atong mahibaloan nga ang panahon miabut na alang sa kahibulongang pagbuhat ni Satanas ug nga ang katapusan haduol na.”</w:t>
      </w:r>
    </w:p>
    <w:p>
      <w:pPr>
        <w:pStyle w:val="ArticleScripture"/>
        <w:jc w:val="left"/>
      </w:pPr>
      <w:r>
        <w:rPr>
          <w:rFonts w:ascii="Times New Roman" w:hAnsi="Times New Roman" w:eastAsia="Times New Roman" w:cs="Times New Roman"/>
        </w:rPr>
        <w:t>“Maingon nga ang pagduol sa mga kasundalohan sa Roma maoy usa ka timailhan ngadto sa mga tinun-an sa nagasingabot nga pagkalaglag sa Jerusalem, sa ingon usab kining apostasiya mahimong usa ka timailhan alang kanato nga ang kinutuban sa pailub sa Dios naabut na, nga ang takus sa kasal-anan sa atong nasod napuno na, ug nga ang manulonda sa kalooy hapit nang molupad palayo, aron dili na gayud mobalik. Unya ang katawhan sa Dios igatunod ngadto niadtong mga talan-awon sa kasakit ug kalisdanan nga gihulagway sa mga propeta ingon nga panahon sa kasamok ni Jacob. Ang mga pagtuaw sa mga matinumanon, mga gilutos, mosaka ngadto sa langit. Ug maingon nga ang dugo ni Abel mituaw gikan sa yuta, adunay mga tingog usab nga nagatuaw ngadto sa Dios gikan sa mga lubnganan sa mga martir, gikan sa mga lubnganan sa dagat, gikan sa mga langob sa kabukiran, gikan sa mga lungon sa mga kumbento: ‘Hangtod kanus-a, O Ginoo, balaan ug matuod, nga dili Ka maghukom ug manimalos sa among dugo ibabaw kanila nga nagapuyo sa yuta?’”</w:t>
      </w:r>
    </w:p>
    <w:p>
      <w:pPr>
        <w:pStyle w:val="ArticleScripture"/>
        <w:jc w:val="left"/>
      </w:pPr>
      <w:r>
        <w:rPr>
          <w:rFonts w:ascii="Times New Roman" w:hAnsi="Times New Roman" w:eastAsia="Times New Roman" w:cs="Times New Roman"/>
        </w:rPr>
        <w:t>“Ang Ginoo nagabuhat sa Iyang buhat. Ang tibuok langit naglihok. Ang Maghuhukom sa tibuok yuta sa dili madugay motindog ug magapamatuod sa Iyang gipasipad-an nga awtoridad. Ang timaan sa kaluwasan igabutang ibabaw sa mga tawo nga nagabantay sa mga sugo sa Dios, nga nagatahod sa Iyang balaod, ug nga nagadumili sa marka sa mapintas nga mananap o sa iyang larawan.</w:t>
      </w:r>
    </w:p>
    <w:p>
      <w:pPr>
        <w:pStyle w:val="ArticleScripture"/>
        <w:jc w:val="left"/>
      </w:pPr>
      <w:r>
        <w:rPr>
          <w:rFonts w:ascii="Times New Roman" w:hAnsi="Times New Roman" w:eastAsia="Times New Roman" w:cs="Times New Roman"/>
        </w:rPr>
        <w:t>“Gipadayag sa Dios ang mahitabo sa ulahing mga adlaw, aron ang Iyang katawhan maandam sa pagbarog batok sa unos sa pagsupak ug kapungot. Kadtong gipasidan-an na mahitungod sa mga panghitabo nga anaa sa ilang atubangan dili angay nga molingkod lamang sa malinawon nga pagpaabut sa umaabot nga unos, nga naglipay sa ilang kaugalingon pinaagi sa paghunahuna nga ang Ginoo magapanalipod sa Iyang mga matinumanon sa adlaw sa kasakitan. Kinahanglan kita mahisama sa mga tawo nga naghulat sa ilang Ginoo, dili sa walay-buhat nga pagpaabut, kondili sa mainiton nga pagbuhat, uban ang dili-matarug nga pagtoo. Dili kini panahon karon sa pagtugot nga ang atong mga hunahuna mapunô sa mga butang nga diyutay ra ug kahinungdanon. Samtang ang mga tawo nangatulog, si Satanas aktibong naghan-ay sa mga butang aron ang katawhan sa Ginoo dili makadawat ug kalooy o hustisya. Ang lihok pabor sa Domingo karon nagpadayon sa iyang dalan diha sa kangitngit. Ang mga pangulo nagtago sa tinuod nga isyu, ug daghan sa mga nakighiusa sa maong lihok wala gayud makakita kon asa padulong ang tinagong agos. Ang iyang mga pagpahayag malumo ug sa panagway Kristohanon, apan sa diha nga kini mosulti na, ipadayag niini ang espiritu sa dragon. Katungdanan nato ang pagbuhat sa tanan nga anaa sa atong gahum aron malikayan ang gihulga nga kapeligrohan. Kinahanglan maningkamot kita sa pagwagtang sa pagdumot pinaagi sa pagbutang sa atong kaugalingon sa hustong kahayag atubangan sa katawhan. Kinahanglan atong ipresentar kanila ang tinuod nga pangutana nga gilantugian, sa ingon niana nagpasulod sa labing mabungahong pagsupak batok sa mga lakang sa pagpugong sa kagawasan sa konsensya. Kinahanglan susihon nato ang Kasulatan ug makahimo sa paghatag sa katarongan sa atong pagtoo. Miingon ang propeta: ‘Ang dautan magapadayon sa pagbuhat sa pagkadautan: ug walay usa sa mga dautan nga makasabut; apan ang mga manggialamon makasabut.’” Testimonies, volume 5, 451, 452.</w:t>
      </w:r>
    </w:p>
    <w:p>
      <w:pPr>
        <w:pStyle w:val="ArticleBody"/>
        <w:jc w:val="left"/>
      </w:pPr>
      <w:r>
        <w:rPr>
          <w:rFonts w:ascii="Times New Roman" w:hAnsi="Times New Roman" w:eastAsia="Times New Roman" w:cs="Times New Roman"/>
        </w:rPr>
        <w:t>Sa dihang ang “Sunday movement” “mamahimong mosulti, kini magapadayag sa espiritu sa dragon.” Ang upat ka parapo nagpaila nga sa balaod sa Domingo ang Tinipong Bansa sa Amerika “moputol sa iyang kaugalingon sa hingpit gikan sa pagkamatarung.” Sa balaod sa Domingo “miabot na ang panahon alang sa kahibulongang pagbuhat ni Satanas.” Sa balaod sa Domingo matuman ang tulo-ka-pilo nga panaghiusa. Sa balaod sa Domingo ang Tinipong Bansa sa Amerika “mosalikway sa matag prinsipyo sa iyang Konstitusyon ingon nga usa ka Protestante nga republikano nga kagamhanan”, ug usab sila “magahimo ug tagana alang sa pagpakaylap sa bakak nga mga pagtulon-an ug mga limbong sa kapapahan.” Kadtong balaod sa Domingo mao ang usa ka “timaan alang kanato nga ang utlanan sa pagpailub sa Dios naabot na, nga ang takos sa kasal-anan sa atong nasud napuno na, ug nga ang manulonda sa kalooy hapit na molupad palayo, aron dili na gayud mobalik.” Kana nga timaan gitipohan sa pasidaan nga gihatag ni Jesus nga nag-ila sa dulumtanan sa pagkalaglag nga gisulti ni Daniel nga manalagna. Didto usab matuman ang pag-ampo nga gihatag sa mga martir sa ikalimang selyo nga nagaingon, “How long, O Lord, holy and true, dost Thou not judge and avenge our blood on them that dwell on the earth?” Didto usab nianang timailhanang dapit mapadayag sa buang ug sa maalamon nga mga ulay ang ilang mga kinaiya.</w:t>
      </w:r>
    </w:p>
    <w:p>
      <w:pPr>
        <w:pStyle w:val="ArticleBody"/>
        <w:jc w:val="left"/>
      </w:pPr>
      <w:r>
        <w:rPr>
          <w:rFonts w:ascii="Times New Roman" w:hAnsi="Times New Roman" w:eastAsia="Times New Roman" w:cs="Times New Roman"/>
        </w:rPr>
        <w:t>Sa balaod sa Domingo, ang Tinipong Bansa sa Amerika “misalikway sa matag prinsipyo sa iyang Konstitusyon.” Ang yugto sa panahon diin kini nga buluhaton natuman nagsugod sa Patriot Act niadtong 2001. Ang 2001 hangtod sa balaod sa Domingo nagrepresentar sa usa ka padayonng buluhaton sa pagsalikway sa Konstitusyon. Kining padayonng buluhaton nagkatugbang sa linya sa tagna diin ang pagporma sa larawan sa mapintas nga mananap natuman. Ang linya sa larawan sa mapintas nga mananap mahimong makita nga medyo mas komplikado, apan ang komplikasyon takos sabton. Ang nagpalisod sa linya sa larawan sa mapintas nga mananap mao nga kini nagrepresentar ug duha ka mga linya.</w:t>
      </w:r>
    </w:p>
    <w:p>
      <w:pPr>
        <w:pStyle w:val="ArticleBody"/>
        <w:jc w:val="left"/>
      </w:pPr>
      <w:r>
        <w:rPr>
          <w:rFonts w:ascii="Times New Roman" w:hAnsi="Times New Roman" w:eastAsia="Times New Roman" w:cs="Times New Roman"/>
        </w:rPr>
        <w:t>Alang sa mananap sa yuta, ang duha ka linya mao ang mga sungay sa Republikano ug Protestante. Kining duha ka sungay naghiusa ngadto sa usa ka relasyon tali sa iglesia ug estado ug sa ingon nagtuman sa pagporma sa larawan sa mananap. Busa, ang linya sa pagporma sa larawan sa mananap adunay duha ka linya sulod sa usa ka linya, kay ang Republikano ug Protestante nga mga sungay nagdagan nga magkatakdo sa usag usa sa tibuok kasaysayan, apan ang tagsa nila ka linya adunay usab kaugalingong propetikong pagpamatuod nga pagadad-on. Ang usa ka propetikong linya, nga may duha ka magkatakdo nga mga hilisgutan, mas komplikado kaysa sa yano lamang nga pagtimaan sa mga ilhanan sa dalan sa mga lihok pampolitika nga nagrepresentar sa pagsulti nga nalambigit sa Konstitusyon.</w:t>
      </w:r>
    </w:p>
    <w:p>
      <w:pPr>
        <w:pStyle w:val="ArticleBody"/>
        <w:jc w:val="left"/>
      </w:pPr>
      <w:r>
        <w:rPr>
          <w:rFonts w:ascii="Times New Roman" w:hAnsi="Times New Roman" w:eastAsia="Times New Roman" w:cs="Times New Roman"/>
        </w:rPr>
        <w:t>Ang duha ka linya sa Republikano ug Protestante nga mga sungay labi pang nalibog tungod sa kamatuorang propetiko nga sulod sa sungay nga Republikano anaa ang kasaysayan sa pakigbisog tali sa mga Demokratang pabor sa pagkaulipon ug sa mga Republikano nga supak sa pagkaulipon; ug dugang pa nga sulod sa sungay nga Protestante aduna ang usa ka nagapadayon nga proseso sa pagsulay nga nagsunod sa maalamon ug sa buang nga mga ulay sulod sa kasaysayan sa sungay nga Protestante. Bisan pa niana, dako kaayo ang importansya nga mapalig-on kita niining mga kamatuoran.</w:t>
      </w:r>
    </w:p>
    <w:p>
      <w:pPr>
        <w:pStyle w:val="ArticleBody"/>
        <w:jc w:val="left"/>
      </w:pPr>
      <w:r>
        <w:rPr>
          <w:rFonts w:ascii="Times New Roman" w:hAnsi="Times New Roman" w:eastAsia="Times New Roman" w:cs="Times New Roman"/>
        </w:rPr>
        <w:t>Sulod sa linya nga girepresentahan sa duha ka sungay sa mananap sa yuta anaa ang kaagig nga hulagway sa pagporma sa kinaiya ni Cristo o sa kinaiya ni Satanas, nga katumbas sa pagporma sa larawan ni Cristo o sa larawan sa mananap, kay niining kontekstoha ang “mananap” nagrepresentar sa usa ka binuhat nga gituga sukwahi sa Magbubuhat. Ang pagporma niini nga mga kinaiya matuman sa sulod sa tanan nga mga tawo, kay sa dihang ang panahon sa pagsulay mapanirado na, duha na lamang ka matang ang mahibilin. Ang pagporma usab matuman sa gawas pinaagi sa alyansa tali sa gahum sa pagka-papa ug sa United Nations.</w:t>
      </w:r>
    </w:p>
    <w:p>
      <w:pPr>
        <w:pStyle w:val="ArticleBody"/>
        <w:jc w:val="left"/>
      </w:pPr>
      <w:r>
        <w:rPr>
          <w:rFonts w:ascii="Times New Roman" w:hAnsi="Times New Roman" w:eastAsia="Times New Roman" w:cs="Times New Roman"/>
        </w:rPr>
        <w:t>Busa, ang panahon sa pagsulay alang sa pagporma sa larawan sa mapintas nga mananap nagsugod niadtong 2001, ug kini matapos sa balaod sa Domingo sa Tinipong Bansa sa Amerika. Niining yugto sa panahon, ang propetikong kasaysayan sa duha ka sungay sa mananap sa yuta naglarawan sa usa ka sulodnon ug gawasnong panagbingkil sulod sa ilang tagsa-tagsang mga sungay, bisan kini relihiyoso o politikal, ug usab sa usa ka pakigbisog tali sa duha ka sungay mismo.</w:t>
      </w:r>
    </w:p>
    <w:p>
      <w:pPr>
        <w:pStyle w:val="ArticleBody"/>
        <w:jc w:val="left"/>
      </w:pPr>
      <w:r>
        <w:rPr>
          <w:rFonts w:ascii="Times New Roman" w:hAnsi="Times New Roman" w:eastAsia="Times New Roman" w:cs="Times New Roman"/>
        </w:rPr>
        <w:t>Ang balaod sa Domingo sa Tinipong Bansa sa Amerika nagrepresentar sa pasidaan sa pagkalagiw nga giila ni Jesus ingon nga “ang dulumtanan sa pagkalaglag.” Ang balaod sa Domingo sa Tinipong Bansa sa Amerika mao ang pagtapos sa yugto nga nagsugod niadtong 2001. Ang Patriot Act mao ang “dulumtanan sa pagkalaglag nga gisulti ni Daniel,” ug giila ni Jesus ingon nga usa ka timaan sa pagkalagiw gikan sa umaabot nga pagkalaglag.</w:t>
      </w:r>
    </w:p>
    <w:p>
      <w:pPr>
        <w:pStyle w:val="ArticleBody"/>
        <w:jc w:val="left"/>
      </w:pPr>
      <w:r>
        <w:rPr>
          <w:rFonts w:ascii="Times New Roman" w:hAnsi="Times New Roman" w:eastAsia="Times New Roman" w:cs="Times New Roman"/>
        </w:rPr>
        <w:t>Ang Patriot Act naglakip sa matagnaong kahayag sa 1888, ug sa Blair Bill. Busa ang Patriot Act usab sa matagnaong paagi naglangkob sa tipolohiya sa balaod sa Dominggo, mao nga ang yugto nga nagsugod sa 2001 nagsugod uban sa usa ka balaod sa Dominggo sumala sa gipakita sa tipolohiya sa 1888—Blair Bill, 2001—Patriot Act, ug kini matapos uban sa balaod sa Dominggo.</w:t>
      </w:r>
    </w:p>
    <w:p>
      <w:pPr>
        <w:pStyle w:val="ArticleBody"/>
        <w:jc w:val="left"/>
      </w:pPr>
      <w:r>
        <w:rPr>
          <w:rFonts w:ascii="Times New Roman" w:hAnsi="Times New Roman" w:eastAsia="Times New Roman" w:cs="Times New Roman"/>
        </w:rPr>
        <w:t>Ang pasidaan sa pagkalagiw gikan sa mga siyudad niadtong 2001, nagatipo sa pasidaan sa pagkalagiw gikan sa Babilonia sa balaod sa Domingo. Ang paghukom nga gipaabot sa Estados Unidos sa balaod sa Domingo nagatipo sa paghukom nga igapaabot sa tibook kalibotan sa dihang motindog si Miguel ug motakop ang panahon sa grasya sa tawo. Ang pirma ni Cristo ingon nga Alpha ug Omega sa makadaghan ginarepresentar sulod sa mga kamatuoran nga girepresentar sa Blair Bill niadtong 1888, ug sa tanan nga ginarepresentar sa 1888, nga nagbalik niadtong 2001.</w:t>
      </w:r>
    </w:p>
    <w:p>
      <w:pPr>
        <w:pStyle w:val="ArticleBody"/>
        <w:jc w:val="left"/>
      </w:pPr>
      <w:r>
        <w:rPr>
          <w:rFonts w:ascii="Times New Roman" w:hAnsi="Times New Roman" w:eastAsia="Times New Roman" w:cs="Times New Roman"/>
        </w:rPr>
        <w:t>Ang 2001, nga gihulagway pinaagi sa 1888, nagrepresentar dili lamang sa ilhanan sa pagkalagiw sumala sa girepresentar sa dulumtanan nga makapahimong biniyaan, kondili girepresentar usab kini sa 66 AD ug sa paglikos ni Cestius. Ang paglikos ni Titus sa 70 AD nagrepresentar sa balaod sa Domingo sa Tinipong Bansa sa Amerika. Ang balaod sa Domingo sa Tinipong Bansa sa Amerika girepresentar sa tuig 321 ug sa unang balaod sa Domingo ni Constantine, ug ang 538 nagrepresentar sa panahon nga ang kataposang nasod sa kalibotan magpasakop sa marka sa mananap.</w:t>
      </w:r>
    </w:p>
    <w:p>
      <w:pPr>
        <w:pStyle w:val="ArticleBody"/>
        <w:jc w:val="left"/>
      </w:pPr>
      <w:r>
        <w:rPr>
          <w:rFonts w:ascii="Times New Roman" w:hAnsi="Times New Roman" w:eastAsia="Times New Roman" w:cs="Times New Roman"/>
        </w:rPr>
        <w:t>Ang 2001 mao ang 1888, si Cestius ug ang tuig 66 AD. Ang balaod sa Dominggo mao si Tito ug ang mga tuig 70 ug 321. Ang 2001 usab mao ang bautismo ni Jesus, ug ang Iyang pagkanaog diha sa Pinadayag kapitulo 10 niadtong Agosto 11, 1840. Kining tanan nga mga simbolo nagahatag ug bahin sa linya sa Konstitusyon.</w:t>
      </w:r>
    </w:p>
    <w:p>
      <w:pPr>
        <w:pStyle w:val="ArticleBody"/>
        <w:jc w:val="left"/>
      </w:pPr>
      <w:r>
        <w:rPr>
          <w:rFonts w:ascii="Times New Roman" w:hAnsi="Times New Roman" w:eastAsia="Times New Roman" w:cs="Times New Roman"/>
        </w:rPr>
        <w:t>Ang profetikanhong kasaysayan sa Tinipong Bansa sa Amerika nagadagan nga kaabay sa kasaysayan sa Adventismo. Niadtong 1798 ang pagka-papa nakadawat sa iyang makamatay nga samad, ug ang 1798 mao ang panahon sa katapusan sa dihang ang bahin sa mga tagna ni Daniel nga may kalabutan sa kasaysayan sa nahaunang ug ikaduhang mga manulonda sa Pinadayag kapitulo katorse giablihan. Didto sa 1798, gimarkahan ang profetikanhong sinugdanan sa Adventismo, ug niadtong 1798 ang mananap gikan sa yuta nga may mga sungay nga sama sa karnero nahimong ikaunom nga gingharian sa tagna sa Biblia.</w:t>
      </w:r>
    </w:p>
    <w:p>
      <w:pPr>
        <w:pStyle w:val="ArticleBody"/>
        <w:jc w:val="left"/>
      </w:pPr>
      <w:r>
        <w:rPr>
          <w:rFonts w:ascii="Times New Roman" w:hAnsi="Times New Roman" w:eastAsia="Times New Roman" w:cs="Times New Roman"/>
        </w:rPr>
        <w:t>Ang 1798 giunhanan sa tulo ka mga ilhanang propetiko nga nalambigit sa linya sa mananap sa yuta, ug busa sa pagsulti sa Tinipong Bansa sa Amerika, ug sa Konstitusyon sa Tinipong Bansa sa Amerika. Kining tulo ka mga ilhanan mao ang Deklarasyon sa Kagawasan, nga gipahayag niadtong 1776, unya ang Konstitusyon niadtong 1789, ug dayon ang Alien and Sedition Acts sa 1798.</w:t>
      </w:r>
    </w:p>
    <w:p>
      <w:pPr>
        <w:pStyle w:val="ArticleBody"/>
        <w:jc w:val="left"/>
      </w:pPr>
      <w:r>
        <w:rPr>
          <w:rFonts w:ascii="Times New Roman" w:hAnsi="Times New Roman" w:eastAsia="Times New Roman" w:cs="Times New Roman"/>
        </w:rPr>
        <w:t>Kining tulo ka timaan nagtumong sa propetikong linya sa Konstitusyon ug nagtimaan sa sinugdanan sa ikaunom nga gingharian sa tagna sa Biblia. Ang balaod sa Dominggo mao ang katapusan sa paghari sa ikaunom nga gingharian sa tagna sa Biblia, ug busa kinahanglan, tungod sa propetikong kinahanglanon, nga may tulo ka timaan nga magauna sa katapusan, maingon nga gilantaw sa porma sa tulo ka timaan nga nag-una sa sinugdanan.</w:t>
      </w:r>
    </w:p>
    <w:p>
      <w:pPr>
        <w:pStyle w:val="ArticleBody"/>
        <w:jc w:val="left"/>
      </w:pPr>
      <w:r>
        <w:rPr>
          <w:rFonts w:ascii="Times New Roman" w:hAnsi="Times New Roman" w:eastAsia="Times New Roman" w:cs="Times New Roman"/>
        </w:rPr>
        <w:t>Sa 2001, sa pagkapukan sa mga tore, ang Patriot Act gipahulagway pinaagi sa Blair Bill sa 1888, uban sa dayag nga pagsukol sa pagpangulo sa Adventismo sa Minneapolis General Conference. Ang maong pagsukol, nga giingnan ni Sister White sa usa ka manulonda nga gipahulagway pinaagi sa pagsukol batok kang Moises ni Korah, Dathan ug Abiram, gipahulagway usab pinaagi sa bautismo ni Cristo niadtong 27 AD, sa pagpugong sa Islam niadtong Agosto 11, 1840, ug sa Declaration of Independence niadtong 1776, maingon man sa “dulumtanan sa pagkalaglag, nga gisulti ni Daniel nga manalagna” ingon nga usa ka timailhan sa pagkalagiw gikan sa umaabot nga kapungot, ingon sa girepresentahan ni Cestius ug sa 66 AD.</w:t>
      </w:r>
    </w:p>
    <w:p>
      <w:pPr>
        <w:pStyle w:val="ArticleBody"/>
        <w:jc w:val="left"/>
      </w:pPr>
      <w:r>
        <w:rPr>
          <w:rFonts w:ascii="Times New Roman" w:hAnsi="Times New Roman" w:eastAsia="Times New Roman" w:cs="Times New Roman"/>
        </w:rPr>
        <w:t>Kon makahinumdom ka pa nga ang linya sa tagna nga atong gikonsiderar karon mao ang linya sa Konstitusyon sa Tinipong Bansa sa Amerika, ang tanang nahisgotan sa ibabaw nga mga linya sa tagna nag-amot ug nagpahimutang sa temang tagnaon nga girepresentahan sa linya sa Konstitusyon. Apan ang linya nga makita nga labing magkakonektado mao ang linya sa pagporma sa larawan sa mananap. Ang larawan sa mananap mao ang larawan sa papal nga mananap, nga girepresentahan ingon nga usa ka mananap nga may usa ka babaye nga naghari ibabaw sa mananap, nga mao ang pagkahiusa sa iglesia ug estado uban sa iglesia nga nagkontrol sa maong relasyon. Aron ang Tinipong Bansa sa Amerika makaporma ug larawan alang sa mananap, ang apostatang Protestanteismo kinahanglan mokontrol sa panggamhanan sa ingon nga sukod nga ang panggamhanan mopasar ug mopatuman sa relihiyosong mga balaod, ug sa katapusan, ang balaod sa Domingo.</w:t>
      </w:r>
    </w:p>
    <w:p>
      <w:pPr>
        <w:pStyle w:val="ArticleBody"/>
        <w:jc w:val="left"/>
      </w:pPr>
      <w:r>
        <w:rPr>
          <w:rFonts w:ascii="Times New Roman" w:hAnsi="Times New Roman" w:eastAsia="Times New Roman" w:cs="Times New Roman"/>
        </w:rPr>
        <w:t>Samtang natuman ang proseso sa pagporma sa hulagway sa mananap, ang Konstitusyon, nga gisulat uban ang usa ka pangunang prinsipyo nga gisulat ni Thomas Jefferson ingon “pagbulag sa simbahan ug estado,” pagatumbahon. Sa dihang ang Protestante nga sungay makabaton sa gahum sa pagmando sa Republikano nga sungay sa pagpatuman sa relihiyosong mga mando, ang kinahiladman gayod sa Konstitusyon gisiag pikas-pikas; busa anaa kaninyo ang profetikanhong kalambigitan tali sa linya sa Konstitusyon ug sa linya sa hulagway sa mananap.</w:t>
      </w:r>
    </w:p>
    <w:p>
      <w:pPr>
        <w:pStyle w:val="ArticleBody"/>
        <w:jc w:val="left"/>
      </w:pPr>
      <w:r>
        <w:rPr>
          <w:rFonts w:ascii="Times New Roman" w:hAnsi="Times New Roman" w:eastAsia="Times New Roman" w:cs="Times New Roman"/>
        </w:rPr>
        <w:t>Ang yugto diin maporma ang larawan sa mananap nagsugod niadtong 2001, uban sa Patriot Act, ug matapos kini sa balaod sa Domingo, sa dihang ipatuman na ang timaan sa mananap. Sulod nianang yugtoa ang ulahing ulan isabwag, kay ang ulahing ulan magsugod sa pagkahulog sa dihang mokanaog ang gamhanang manulonda sa Pinadayag 18 ug pasanagon ang yuta pinaagi sa Iyang himaya, nga, sumala kang Sister White, mahitabo sa dihang ang dagkong mga bilding sa Siyudad sa New York pagapahulogon pinaagi sa usa ka paghikap sa Ginoo.</w:t>
      </w:r>
    </w:p>
    <w:p>
      <w:pPr>
        <w:pStyle w:val="ArticleScripture"/>
        <w:jc w:val="left"/>
      </w:pPr>
      <w:r>
        <w:rPr>
          <w:rFonts w:ascii="Times New Roman" w:hAnsi="Times New Roman" w:eastAsia="Times New Roman" w:cs="Times New Roman"/>
        </w:rPr>
        <w:t>“Ang ulahing ulan igabubo ibabaw sa katawhan sa Dios. Usa ka gamhanang manolunda manaug gikan sa langit, ug ang tibook nga yuta pagadan-agan sa iyang himaya.” Review and Herald, Abril 21, 1891.</w:t>
      </w:r>
    </w:p>
    <w:p>
      <w:pPr>
        <w:pStyle w:val="ArticleBody"/>
        <w:jc w:val="left"/>
      </w:pPr>
      <w:r>
        <w:rPr>
          <w:rFonts w:ascii="Times New Roman" w:hAnsi="Times New Roman" w:eastAsia="Times New Roman" w:cs="Times New Roman"/>
        </w:rPr>
        <w:t>Ang yugto sa pagwisik sa ulahing ulan nagrepresentar sa usa ka yugto sa panahon diin ang trigo ug ang mga bunglayon sa katapusang kaliwatan sa Adventismo ginatabyog ug ginaputli. Kana nga pagtabyog ug pagputli matapos sa balaod sa Domingo, ug ang mga maalamong ulay nga nanag-iya sa lana sa dihang moabut ang krisis sa balaod sa Domingo, pagatimrihan ug unya ang Balaang Espiritu igabubo nga walay sukod hangtod si Michael motindog ug ang panahon sa paghatag ug kahigayonan sa tawo matapos.</w:t>
      </w:r>
    </w:p>
    <w:p>
      <w:pPr>
        <w:pStyle w:val="ArticleBody"/>
        <w:jc w:val="left"/>
      </w:pPr>
      <w:r>
        <w:rPr>
          <w:rFonts w:ascii="Times New Roman" w:hAnsi="Times New Roman" w:eastAsia="Times New Roman" w:cs="Times New Roman"/>
        </w:rPr>
        <w:t>Atol sa pagporma sa larawan sa mananap sa Estados Unidos, ang ulahing ulan magatulo na; ug atol sa pagporma sa larawan sa mananap sa kalibutan, ang ulahing ulan igaula nga walay sukod.</w:t>
      </w:r>
    </w:p>
    <w:p>
      <w:pPr>
        <w:pStyle w:val="ArticleBody"/>
        <w:jc w:val="left"/>
      </w:pPr>
      <w:r>
        <w:rPr>
          <w:rFonts w:ascii="Times New Roman" w:hAnsi="Times New Roman" w:eastAsia="Times New Roman" w:cs="Times New Roman"/>
        </w:rPr>
        <w:t>Niadtong 2001 nagsugod ang pagsulay sa iglesia nga Laodicean Seventh-day Adventist, ingon nga gitipo sa mga Protestante niadtong Agosto 11, 1840, ug sa karaang Israel sa dihang gibautismohan si Cristo.</w:t>
      </w:r>
    </w:p>
    <w:p>
      <w:pPr>
        <w:pStyle w:val="ArticleScripture"/>
        <w:jc w:val="left"/>
      </w:pPr>
      <w:r>
        <w:rPr>
          <w:rFonts w:ascii="Times New Roman" w:hAnsi="Times New Roman" w:eastAsia="Times New Roman" w:cs="Times New Roman"/>
        </w:rPr>
        <w:t>“Ang panahon sa pagsulay ania na gayud sa ibabaw nato, kay ang makusog nga singgit sa ikatulong manulonda nagsugod na diha sa pagpadayag sa pagkamatarong ni Cristo, ang Manunubos nga nagapasaylo sa sala. Mao kini ang sinugdanan sa kahayag sa manulonda kansang himaya mopuno sa tibuok kalibotan.” Selected Messages, book 1, 362.</w:t>
      </w:r>
    </w:p>
    <w:p>
      <w:pPr>
        <w:pStyle w:val="ArticleBody"/>
        <w:jc w:val="left"/>
      </w:pPr>
      <w:r>
        <w:rPr>
          <w:rFonts w:ascii="Times New Roman" w:hAnsi="Times New Roman" w:eastAsia="Times New Roman" w:cs="Times New Roman"/>
        </w:rPr>
        <w:t>Ang katapusang proseso sa pagsulay alang sa katawhan sa kanhing tugon nagsugod sa dihang ang kahayag sa manulonda sa Pinadayag 18 nagsugod sa pagpadayag sa Iyang mensahe. Ang Iyang mensahe gilarawan usab sa unang tulo ka mga bersikulo sa kapitulo 18 sa Pinadayag, ug kadtong tulo ka mga bersikulo, sumala kang Sister White, natuman sa dihang nangahugno ang dagkong mga bilding sa Siyudad sa New York.</w:t>
      </w:r>
    </w:p>
    <w:p>
      <w:pPr>
        <w:pStyle w:val="ArticleBody"/>
        <w:jc w:val="left"/>
      </w:pPr>
      <w:r>
        <w:rPr>
          <w:rFonts w:ascii="Times New Roman" w:hAnsi="Times New Roman" w:eastAsia="Times New Roman" w:cs="Times New Roman"/>
        </w:rPr>
        <w:t>Unya misugod ang proseso sa pagsulay, sumala sa gihulagway ni Juan diha sa ikanapulo nga kapitulo sa Pinadayag. Ang pagsulay mao kon dawaton ba ninyo ang gamayng basahon nga anaa sa kamot sa manulonda, ug dayon kan-on kini. Sulod niining panahona sa pagsulay, samtang ang ulahing ulan ginawisik, kini mahulog lamang ibabaw niadtong mopili sa pagdawat sa gamayng basahon ug sa pagkaon niini.</w:t>
      </w:r>
    </w:p>
    <w:p>
      <w:pPr>
        <w:pStyle w:val="ArticleScripture"/>
        <w:jc w:val="left"/>
      </w:pPr>
      <w:r>
        <w:rPr>
          <w:rFonts w:ascii="Times New Roman" w:hAnsi="Times New Roman" w:eastAsia="Times New Roman" w:cs="Times New Roman"/>
        </w:rPr>
        <w:t>“Daghan ang sa dakong bahin napakyas sa pagdawat sa nahaunang ulan. Wala nila mabatonan ang tanang kaayohan nga sa ingon niini giandam sa Dios alang kanila. Naglaum sila nga ang kakulangon mapun-an pinaagi sa ulahing ulan. Sa diha nga igahatag na ang labing adunahang kadagaya sa grasya, nagtinguha sila nga ablihan ang ilang mga kasingkasing aron modawat niini. Naghimo sila ug makalilisang nga sayop. Ang buluhaton nga gisugdan sa Dios sa tawhanong kasingkasing pinaagi sa paghatag sa Iyang kahayag ug kahibalo kinahanglan nga magapadayon sa walay hunong. Ang matag usa kinahanglan makaila sa iyang kaugalingong panginahanglan. Ang kasingkasing kinahanglan hubuon gikan sa tanang kahugawan ug hinloan alang sa pagpuyo sa Espiritu. Pinaagi sa pagsugid ug pagtalikod sa sala, pinaagi sa mainiton nga pag-ampo ug sa pagtugyan sa ilang kaugalingon ngadto sa Dios, nga ang unang mga tinun-an nangandam alang sa pagbubo sa Espiritu Santo sa Adlaw sa Pentecostes. Ang mao gihapong buluhaton, apan sa labi pang dako nga sukod, kinahanglan buhaton karon. Unya ang tawhanong galamhan kinahanglan lamang mangayo alang sa panalangin, ug maghulat sa Ginoo nga magahingpit sa buluhaton mahitungod kaniya. Ang Dios mao ang nagsugod sa buluhaton, ug Iya kining tapuson, nga magahimo sa tawo nga hingpit diha kang Jesu-Cristo. Apan dili gayud angayng pasagdan ang grasya nga girepresentahan sa nahaunang ulan. Kadto lamang nga nagakinabuhi subay sa kahayag nga anaa kanila makadawat ug labi pang dakong kahayag. Gawas kon kita matag adlaw nagauswag sa pagpakita sa masibotong Cristohanong mga hiyas, dili nato maila ang mga pagpadayag sa Espiritu Santo diha sa ulahing ulan. Mahimo kining nagakahulog sa mga kasingkasing sa tanang naglibot kanato, apan dili nato kini mailhan ni madawat.” Testimonies to Ministers, 506, 507.</w:t>
      </w:r>
    </w:p>
    <w:p>
      <w:pPr>
        <w:pStyle w:val="ArticleBody"/>
        <w:jc w:val="left"/>
      </w:pPr>
      <w:r>
        <w:rPr>
          <w:rFonts w:ascii="Times New Roman" w:hAnsi="Times New Roman" w:eastAsia="Times New Roman" w:cs="Times New Roman"/>
        </w:rPr>
        <w:t>Kadtong mikaon sa mensahe sa 2001 nakadawat ug mensahe nga angay alang nianang panahona, apan kinahanglan silang sulayan aron mapadayag kon tinuod ba nga ilang gisulod sa ilang kinabuhi ang maong mensahe ngadto sa usa ka kasinatian nga giandam alang sa patik sa Dios. Niadtong panahona ang ulahing ulan busa girepresentahan ingon nga pagwisik, kay ang trigo ug ang mga sagbot nag-uban pa gihapon. Busa, si Sister White nagaingon, “Mahimong kini nagakahulog sa mga kasingkasing sa tanang naglibot kanato, apan dili kita makaila o makadawat niini.” Sa dihang ang mga manggialamon nahimulag na gikan sa mga buang, ang ulahing ulan igabubo na dayon nga walay sukod, maingon sa nahitabo sa Pentecostes, nga nagatipo sa balaod sa Domingo.</w:t>
      </w:r>
    </w:p>
    <w:p>
      <w:pPr>
        <w:pStyle w:val="ArticleScripture"/>
        <w:jc w:val="left"/>
      </w:pPr>
      <w:r>
        <w:rPr>
          <w:rFonts w:ascii="Times New Roman" w:hAnsi="Times New Roman" w:eastAsia="Times New Roman" w:cs="Times New Roman"/>
        </w:rPr>
        <w:t>“Usab, kining mga sambingay nagatudlo nga wala nay panahon sa pagsulay human sa paghukom. Sa dihang matuman na ang buluhaton sa ebanghelyo, dayon mosunod ang pagkabahin tali sa mga maayo ug sa mga daotan, ug ang kapalaran sa matag pundok mamahimong gitino na sa walay kataposan.” Christ’s Object Lessons, 123.</w:t>
      </w:r>
    </w:p>
    <w:p>
      <w:pPr>
        <w:pStyle w:val="ArticleBody"/>
        <w:jc w:val="left"/>
      </w:pPr>
      <w:r>
        <w:rPr>
          <w:rFonts w:ascii="Times New Roman" w:hAnsi="Times New Roman" w:eastAsia="Times New Roman" w:cs="Times New Roman"/>
        </w:rPr>
        <w:t>Ang yugto sa pagwisik sa ulahing ulan, nga gisundan sa usa ka yugto diin ang ulahing ulan ibubo nga walay sukod, gipakita usab ingong duha ka mga yugto diin ang paghukom matuman ibabaw sa katawohan sa Dios. Ang unang yugto sa paghukom ibabaw sa katawohan sa Dios nagsugod sa balay sa Dios niadtong Septiyembre 11, 2001, ug sa paghukom sa balaod sa Dominggo kini dayon matuman alang sa laing panon sa Dios nga motubag o mosalikway sa makusog nga singgit sa ikatulong manulonda nga nagsugod sa balaod sa Dominggo sa Tinipong Bansa sa Amerika, ug matapos sa dihang motindog si Miguel, ug ang pagsulay sa tawo matapos.</w:t>
      </w:r>
    </w:p>
    <w:p>
      <w:pPr>
        <w:pStyle w:val="ArticleBody"/>
        <w:jc w:val="left"/>
      </w:pPr>
      <w:r>
        <w:rPr>
          <w:rFonts w:ascii="Times New Roman" w:hAnsi="Times New Roman" w:eastAsia="Times New Roman" w:cs="Times New Roman"/>
        </w:rPr>
        <w:t>Ang duha ka mga yugto sa ulahing ulan, nga mao usab ang duha ka mga yugto sa paghukom nga nagsugod sa balay sa Dios, ug unya mobalhin ngadto sa laing panon sa Dios, mao usab ang duha ka mga yugto sa pagporma sa larawan sa mapintas nga mananap.</w:t>
      </w:r>
    </w:p>
    <w:p>
      <w:pPr>
        <w:pStyle w:val="ArticleBody"/>
        <w:jc w:val="left"/>
      </w:pPr>
      <w:r>
        <w:rPr>
          <w:rFonts w:ascii="Times New Roman" w:hAnsi="Times New Roman" w:eastAsia="Times New Roman" w:cs="Times New Roman"/>
        </w:rPr>
        <w:t>Sulod sa nahaunang bahin niadtong duha ka mapanagnaong yugto, sa dihang ang paghukom ipahamtang ibabaw sa iglesia sa Dios ug usab sa Tinipong Bansa sa Amerika, mao gayud kana nga kasaysayan diin ang Republikano nga sungay ug ang Protestante nga sungay pagahukman usab. Sa mao gayud nga dapit diin ang Laodiceanong Adventismo isuka gikan sa baba sa Ginoo, ang Tinipong Bansa sa Amerika mopuno sa iyang kupa sa panahon sa pagsulay, ug ang kalaglagan sa nasod moabut ibabaw sa maong nasod, ug si Satanas unya motungha ug magsugod sa iyang kahibulongang buhat. Ang usa ka gatus ug kap-atan ug upat ka libo patikan-an ug pagabayawon ingon nga usa ka bandila sa balaod sa Domingo.</w:t>
      </w:r>
    </w:p>
    <w:p>
      <w:pPr>
        <w:pStyle w:val="ArticleBody"/>
        <w:jc w:val="left"/>
      </w:pPr>
      <w:r>
        <w:rPr>
          <w:rFonts w:ascii="Times New Roman" w:hAnsi="Times New Roman" w:eastAsia="Times New Roman" w:cs="Times New Roman"/>
        </w:rPr>
        <w:t>Gipahibalo kita nga imposible ang paghatag ug bisan unsang ideya mahitungod sa “kasinatian sa katawhan sa Dios nga mabuhi pa dinhi sa yuta sa dihang ang langitnong himaya ug ang pag-usab sa mga paglutos sa nangagi mahiusa.”</w:t>
      </w:r>
    </w:p>
    <w:p>
      <w:pPr>
        <w:pStyle w:val="ArticleScripture"/>
        <w:jc w:val="left"/>
      </w:pPr>
      <w:r>
        <w:rPr>
          <w:rFonts w:ascii="Times New Roman" w:hAnsi="Times New Roman" w:eastAsia="Times New Roman" w:cs="Times New Roman"/>
        </w:rPr>
        <w:t>“Si Satanas usa ka masinatiyong estudyante sa Biblia. Nasayod siya nga hamubo na lamang ang iyang panahon, ug sa tanang paagi nagtinguha siya sa pagbatok sa buhat sa Ginoo dinhi sa yuta. Dili mahimo ang paghulagway sa kasinatian sa katawhan sa Dios nga mabuhi pa sa yuta sa panahon nga ang himaya sa langitnon ug ang pag-usab sa mga paglutos sa nangagi pagahiuson. Magalakaw sila diha sa kahayag nga nagagikan sa trono sa Dios. Pinaagi sa mga manulonda aduna’y walay hunong nga pakigdugtong tali sa langit ug sa yuta. Ug si Satanas, nga gilibotan sa mga daotang manulonda, ug nagapangangkon nga siya mao ang Dios, magabuhat ug mga milagro sa tanang matang, aron sa paglimbong, kon mahimo, bisan pa sa mismong mga pinili. Ang katawhan sa Dios dili makakaplag sa ilang kaluwasan diha sa pagbuhat ug mga milagro, kay pekeon ni Satanas ang mga milagro nga pagabuhaton. Ang sinulayan ug gisulayan pag-ayo nga katawhan sa Dios makakaplag sa ilang gahum diha sa timaan nga gihisgotan sa Exodo 31:12–18. Kinahanglan sila motindog ibabaw sa buhing pulong: ‘Nahisulat kini.’ Mao lamang kini ang pundasyon nga ilang matindogan nga lig-on. Kadtong mga nakalapas sa ilang tugon uban sa Dios maong adlawa mamahimong walay Dios ug walay paglaum.” Testimonies, tomo 9, 16.</w:t>
      </w:r>
    </w:p>
    <w:p>
      <w:pPr>
        <w:pStyle w:val="ArticleBody"/>
        <w:jc w:val="left"/>
      </w:pPr>
      <w:r>
        <w:rPr>
          <w:rFonts w:ascii="Times New Roman" w:hAnsi="Times New Roman" w:eastAsia="Times New Roman" w:cs="Times New Roman"/>
        </w:rPr>
        <w:t>Ang pag-usab sa mga paglutos sa nangagi magsugod sa balaod sa Domingo sa Estados Unidos, kay si Satanas magsugod sa iyang kahibulongang buhat nianang panahona, ug ang maalamong mga ulay nga daan nang “gisulayan ug gisusi,” unya “magalakaw sa kahayag nga nagagikan sa trono sa Dios.” Kini pagatumanon pinaagi sa buluhaton sa mga manulonda, kay “pinaagi sa mga manulonda aduna’y walay hunong nga pakigduyog tali sa langit ug sa yuta.”</w:t>
      </w:r>
    </w:p>
    <w:p>
      <w:pPr>
        <w:pStyle w:val="ArticleScripture"/>
        <w:jc w:val="left"/>
      </w:pPr>
      <w:r>
        <w:rPr>
          <w:rFonts w:ascii="Times New Roman" w:hAnsi="Times New Roman" w:eastAsia="Times New Roman" w:cs="Times New Roman"/>
        </w:rPr>
        <w:t>“Ang mga dinihogan nga nagatindog tupad sa Ginoo sa tibuok nga yuta, nagkupot sa kahimtang nga kaniadto gihatag kang Satanas ingon nga tabon nga kerubin. Pinaagi sa mga balaang binuhat nga naglibot sa iyang trono, ang Ginoo nagapadayon sa walay hunong nga pakigduyog sa mga pumoluyo sa yuta. Ang bulawanong lana nagalarawan sa grasya nga pinaagi niana ang Dios nagapadayon sa paghatag sa mga lamparahan sa mga magtotoo, aron sila dili magkidlap-kidlap ug mapalong. Kon dili pa nga kining balaang lana ginabubo gikan sa langit pinaagi sa mga mensahe sa Espiritu sa Dios, ang mga galamhan sa dautan adunay bug-os nga pagpugong sa mga tawo.</w:t>
      </w:r>
    </w:p>
    <w:p>
      <w:pPr>
        <w:pStyle w:val="ArticleScripture"/>
        <w:jc w:val="left"/>
      </w:pPr>
      <w:r>
        <w:rPr>
          <w:rFonts w:ascii="Times New Roman" w:hAnsi="Times New Roman" w:eastAsia="Times New Roman" w:cs="Times New Roman"/>
        </w:rPr>
        <w:t>“Ang Dios mapasipalahan sa diha nga dili nato dawaton ang mga pahayag nga Iyang ipadala kanato. Sa ingon niini atong isalikway ang bulawanong lana nga Iyang ibubo unta ngadto sa atong mga kalag aron ipaambit ngadto kanila nga anaa sa kangitngit. Sa diha nga moabot ang tawag, ‘Ania karon, ang pamanhonon nagaabut; panggula kamo sa pagsugat kaniya,’ kadtong wala makadawat sa balaan nga lana, nga wala mag-amping sa grasya ni Cristo diha sa ilang mga kasingkasing, makakaplag, sama sa mga buang nga mga ulay, nga dili sila andam sa pagsugat sa ilang Ginoo. Wala sila, diha sa ilang kaugalingon, sa gahum sa pag-angkon sa lana, ug ang ilang mga kinabuhi nangalaglag. Apan kon pangayoon ang Balaang Espiritu sa Dios, kon mangaliyupo kita, ingon sa gibuhat ni Moises, ‘Ipakita kanako ang imong himaya,’ ang gugma sa Dios igabubo sa halayo sa atong mga kasingkasing. Pinaagi sa mga bulawanong tubo, ang bulawanong lana igapadala kanato. ‘Dili pinaagi sa kusog, ni pinaagi sa gahum, kondili pinaagi sa akong Espiritu, nagaingon si Jehova sa mga Panon.’ Pinaagi sa pagdawat sa masanag nga mga sidlak sa Adlaw sa Pagkamatarung, ang mga anak sa Dios mosidlak ingon nga mga suga sa kalibotan.” Review and Herald, July 20, 1897.</w:t>
      </w:r>
    </w:p>
    <w:p>
      <w:pPr>
        <w:pStyle w:val="ArticleBody"/>
        <w:jc w:val="left"/>
      </w:pPr>
      <w:r>
        <w:rPr>
          <w:rFonts w:ascii="Times New Roman" w:hAnsi="Times New Roman" w:eastAsia="Times New Roman" w:cs="Times New Roman"/>
        </w:rPr>
        <w:t>Ang mga manggialamon mao kadtong gitimrihan diha sa Revelation kapitulo pito ug Ezekiel kapitulo siyam, ug nga gipahigbaton batok sa mga buang nga nagpasipala sa Ginoo pinaagi sa pagdumili sa “mga pagpahibalo nga Iyang gipadala.” Ang mga buang mao kadtong “nakalapas sa ilang tugon sa Dios nga niadtong adlawa mamahimong walay Dios ug walay paglaum.” Kining duha ka hut-ong gisulayan ug gidala ngadto sa usa ka kahimtang diin ilang gipadayag ang ilang kinaiya pinasikad sa ilang pagdawat o pagsalikway sa mensahe sa maong takna. Ang mensahe sa maong takna sukad sa Septyembre 11, 2001 mao ang mensahe sa ulahing ulan.</w:t>
      </w:r>
    </w:p>
    <w:p>
      <w:pPr>
        <w:pStyle w:val="ArticleBody"/>
        <w:jc w:val="left"/>
      </w:pPr>
      <w:r>
        <w:rPr>
          <w:rFonts w:ascii="Times New Roman" w:hAnsi="Times New Roman" w:eastAsia="Times New Roman" w:cs="Times New Roman"/>
        </w:rPr>
        <w:t>Ang mensahe sa ulahing ulan mailhan pinaagi sa pamaagi sa linya ibabaw sa linya, sumala sa gipadayag sa Isaias kapitulo baynte-otso. Ang pamaagi sa linya ibabaw sa linya mao ang gitudlo sa Dios nga pamaagi sa pagtuon sa Biblia, ug busa ang pagsalikway nianang pamaagiha dili lamang pagsalikway sa mensahe nga girepresentar pinaagi sa paggamit sa linya ibabaw sa linya, gikan dinhi diyutay ug didto diyutay, kondili usab pagsalikway sa Naghatag sa maong pamaagi.</w:t>
      </w:r>
    </w:p>
    <w:p>
      <w:pPr>
        <w:pStyle w:val="ArticleBody"/>
        <w:jc w:val="left"/>
      </w:pPr>
      <w:r>
        <w:rPr>
          <w:rFonts w:ascii="Times New Roman" w:hAnsi="Times New Roman" w:eastAsia="Times New Roman" w:cs="Times New Roman"/>
        </w:rPr>
        <w:t>Tungod sa dinasig nga mga sukdanan nga gipadayag diha sa proseso sa pagsulay nga nagdala ngadto sa pagtimri sa usa ka gatus ug kap-atan ug upat ka libo, dayag nga ang bugtong paagi nga ang usa ka anak sa Dios makaagi sa kasaysayan diin ang “langitnong himaya ug ang pagsubli sa mga paglutos sa nangagi gisal-ot pag-usa,” mao ang pag-anha sa usa ka kasinatian diin ang kahayag gikan sa trono sa Dios maila. Kini kinahanglan maila; kon dili, walay kapuslanan kini, ug kita mangawala.</w:t>
      </w:r>
    </w:p>
    <w:p>
      <w:pPr>
        <w:pStyle w:val="ArticleScripture"/>
        <w:jc w:val="left"/>
      </w:pPr>
      <w:r>
        <w:rPr>
          <w:rFonts w:ascii="Times New Roman" w:hAnsi="Times New Roman" w:eastAsia="Times New Roman" w:cs="Times New Roman"/>
        </w:rPr>
        <w:t>“Dili kita kinahanglan maghulat alang sa ulahing ulan. Kini moabot ibabaw sa tanan nga moila ug modawat sa tun-og ug sa mga ulan sa grasya nga nagakahulog ibabaw kanato. Sa diha nga atong tipunon ang mga tipik sa kahayag, sa diha nga atong pabilhan ang malig-ong mga kalooy sa Dios, nga nahigugma nga kita mosalig Kaniya, nan ang matag saad matuman. [Isaiah 61:11 quoted.] Ang tibuok kalibotan pagapun-on sa himaya sa Dios.” The Seventh-day Adventist Bible Commentary, volume 7, 984.</w:t>
      </w:r>
    </w:p>
    <w:p>
      <w:pPr>
        <w:pStyle w:val="ArticleBody"/>
        <w:jc w:val="left"/>
      </w:pPr>
      <w:r>
        <w:rPr>
          <w:rFonts w:ascii="Times New Roman" w:hAnsi="Times New Roman" w:eastAsia="Times New Roman" w:cs="Times New Roman"/>
        </w:rPr>
        <w:t>Sa yugto nga nagsugod sa dihang ang manulonda sa Pinadayag 18 mipuno sa tibuok yuta sa Iyang himaya, sugod niadtong Septiyembre 11, 2001, ang ulahing ulan miabot lamang “ibabaw” niadtong “mga” “nakaila ug nag-angkon sa yamog ug sa mga ulan sa grasya nga” “nagakahulog ibabaw kanato.” Ang “dakong sayop” nga gihisgutan kaniadto ni Sister White mao kadtong ang mga buangbuang nga ulay naghunahuna nga makahulat sila hangtod nga ang ulahing ulan igabubo nga walay sukod, kay nagtuo sila nga unya makasunod pa sila. Dili kana mao; kadto lamang nga nagatubo sa ilang pagsabot sa profetikanhong Pulong sa Dios maoy makadawat ug dugang nga kahayag.</w:t>
      </w:r>
    </w:p>
    <w:p>
      <w:pPr>
        <w:pStyle w:val="ArticleBody"/>
        <w:jc w:val="left"/>
      </w:pPr>
      <w:r>
        <w:rPr>
          <w:rFonts w:ascii="Times New Roman" w:hAnsi="Times New Roman" w:eastAsia="Times New Roman" w:cs="Times New Roman"/>
        </w:rPr>
        <w:t>Sa pagtapos nato niining artikulo, ang punto nga gusto kong ipaila mao ang may kalabotan sa katuyoan sa panahon sa pagsulay nga atong giagian karon. Kon kita magalakaw “diha sa kahayag nga nagagikan sa trono sa Dios” sa panahon nga ang mga paglutos sa nangagi pagausbon, kinahanglan nga atong masabtan ug maangkon ang pagka-maestro sa profetikanhong Pulong sa dili pa moabot ang krisis.</w:t>
      </w:r>
    </w:p>
    <w:p>
      <w:pPr>
        <w:pStyle w:val="ArticleBody"/>
        <w:jc w:val="left"/>
      </w:pPr>
      <w:r>
        <w:rPr>
          <w:rFonts w:ascii="Times New Roman" w:hAnsi="Times New Roman" w:eastAsia="Times New Roman" w:cs="Times New Roman"/>
        </w:rPr>
        <w:t>Sa unang kapitulo, si Daniel ug ang tulo ka inila nang nahingpit na sa ilang edukasyon sa wala pa sila mosulod aron sulayon ni Nabucodonosor. Sulod sa kap-atan ka adlaw, gibuksan ni Cristo ang pulong sa tagna ngadto sa pagsabot sa mga tinun-an sa wala pa ang napulo ka adlaw diin ang mga tinun-an naghingpit sa ilang panaghiusa. Unya miabot ang Pentecostes, nga maoy hulagway sa balaod sa Domingo.</w:t>
      </w:r>
    </w:p>
    <w:p>
      <w:pPr>
        <w:pStyle w:val="ArticleBody"/>
        <w:jc w:val="left"/>
      </w:pPr>
      <w:r>
        <w:rPr>
          <w:rFonts w:ascii="Times New Roman" w:hAnsi="Times New Roman" w:eastAsia="Times New Roman" w:cs="Times New Roman"/>
        </w:rPr>
        <w:t>Sa Daniel kapitulo tres, gipahibalo nila ni Shadrach, Meshach, ug Abednego kang Nebuchadnezzar nga wala na sila magkinahanglan ug dugang panahon, kay daan na silang lig-on ang pagbuot mahitungod sa ilang pagabuhaton sa panahon sa pagsulay sa balaod sa Domingo. Ang ilang pagkamatinumanon gipadaku sa dihang naglakaw sila sulod sa hudno uban kang Cristo, ug ang mensahe nga daan na nilang napahimutang sa ilang kaugalingon sa wala pa ang pagsulay gidala ngadto sa tibuok kalibotan nga nailhan niadtong panahona pinaagi sa tanang mga nagbisitang halangdong tawo nga nakasaksi sa milagro sa hudno.</w:t>
      </w:r>
    </w:p>
    <w:p>
      <w:pPr>
        <w:pStyle w:val="ArticleBody"/>
        <w:jc w:val="left"/>
      </w:pPr>
      <w:r>
        <w:rPr>
          <w:rFonts w:ascii="Times New Roman" w:hAnsi="Times New Roman" w:eastAsia="Times New Roman" w:cs="Times New Roman"/>
        </w:rPr>
        <w:t>Padayonon nato kining mga hunahuna sa sunod nga artikulo.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Tinagong Kasaysayan sa Bersikulo Kwarenta — Numero Tulo</dc:title>
  <dc:subject>Ang Balaod sa Dominggo ug ang Profetikong Panaw: Gikan sa Patriot Act ngadto sa Katapusang Pagsulay</dc:subject>
  <dc:creator>Jeff Pippenger</dc:creator>
  <cp:keywords/>
  <dc:description>Generated by ArticleDigger from hidden_history\03_hidden_history.json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