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Tinagong Kasaysayan sa Bersikulo Kwarenta—Numero Singko</w:t>
      </w:r>
    </w:p>
    <w:p>
      <w:pPr>
        <w:pStyle w:val="ArticleSubtitle"/>
        <w:jc w:val="left"/>
      </w:pPr>
      <w:r>
        <w:rPr>
          <w:rFonts w:ascii="Arial" w:hAnsi="Arial" w:eastAsia="Arial" w:cs="Arial"/>
        </w:rPr>
        <w:t>Pagpabag-o sa Unang Upat ka mga Artikulo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2026-04-01</w:t>
      </w:r>
    </w:p>
    <w:p>
      <w:pPr>
        <w:pStyle w:val="ArticleBody"/>
        <w:jc w:val="left"/>
      </w:pPr>
      <w:r>
        <w:rPr>
          <w:rFonts w:ascii="Times New Roman" w:hAnsi="Times New Roman" w:eastAsia="Times New Roman" w:cs="Times New Roman"/>
        </w:rPr>
        <w:t>Sa dihang mobalik kita aron mailhan ang tinagong kasaysayan sa bersikulo kwarenta, daw maalamon nga atong subayon una ang mga saligang punto sa unang upat ka mga artikulo niini nga serye. Ang nahauna sa upat ka mga artikulo niini nga serye nagpresentar ug usa ka mahimungaanong paghubad, nga naghulagway kang Cristo ingon nga ang Leon sa banay ni Juda (ug ang Alpha ug Omega) nga nagbukas sa mga gitimbrehan nga bahin sa Daniel kapitulo onse sa mga mahinungdanong gutlo aron sa pagdumala sa katapusang kalihokan sa reporma sa 144,000. Gipaila niini nga ang kasaysayan sa nahauna ug ikaduhang mga manulunda nahiuyon sa kasaysayan sa mensahe sa ikatulong manulunda, sa ingon nagpaila nga niadtong 1989, (126 ka tuig human sa Adventistang pagsukol niadtong 1863), gibuksan sa Leon ang Daniel 11:40–45. Kadtong mga bersikulo nga gibuksan nagsubay sa makamatay nga samad sa pagka-papa niadtong 1798, sa pagkaayo niini pinaagi sa usa ka tulo-ka-bahin nga panaghiusa sa usa ka dragon, mananap, ug mini nga propeta nga nagpadayon ngadto sa Armagedon didto sa “mahimayaong balaang bukid” sa bersikulo kuwarenta’y singko. Samtang ang kalihokan sa usa ka gatus ug kap-atan ug upat ka libo nagkaduol sa haduol na kaayo nga balaod sa Domingo sa Tinipong Bansa sa Amerika, ang tinagong kasaysayan sa bersikulo 40 (nga naglangkob gikan sa 1989 ngadto nianang balaod sa Domingo) nagsugod sa pag-abli niadtong Hulyo, 2023.</w:t>
      </w:r>
    </w:p>
    <w:p>
      <w:pPr>
        <w:pStyle w:val="ArticleBody"/>
        <w:jc w:val="left"/>
      </w:pPr>
      <w:r>
        <w:rPr>
          <w:rFonts w:ascii="Times New Roman" w:hAnsi="Times New Roman" w:eastAsia="Times New Roman" w:cs="Times New Roman"/>
        </w:rPr>
        <w:t>Gigamit ang komentaryo ni Ellen White nga ang bahin sa wala pa mabukhad nga basahon ni Daniel nga may kalabutan sa kataposang mga adlaw mopasulabi ug “pagdugang sa kahibalo” nga nag-andam sa usa ka katawhan aron makatindog. Ang “lana” giila ingon nga ang Balaang Espiritu, mga diosnong mensahe, ug kinaiya diha sa sambingay sa napulo ka mga ulay. Ang pagbukhad nagpahinabo sa tulo-kahugna nga proseso sa pagsulay sa Daniel 12:10, diin ang daghan “ginahinloan, ginapaputi, ug ginatintal.” Ang kasaysayan nagrepresentar sa daghang matagnaong mga punto diin ang tagna gibukhad, sugod sa 1989, Septiyembre 11, 2001, ug Hulyo, 2023. Kadtong nagkalainlaing mga pagbukhad nagrepresentar sa usa ka yugto gikan sa 1989 hangtod sa 9/11, ang yugto sa 9/11 hangtod sa haduol na nga balaod sa Domingo, ug ang yugto sa panahon sa paglangan gikan sa Hulyo 18, 2020 hangtod sa Disyembre 31, 2023, diin ang mensahe sa Tunga sa Gabii nga Singgit anam-anam nga gibukhad hangtod sa balaod sa Domingo.</w:t>
      </w:r>
    </w:p>
    <w:p>
      <w:pPr>
        <w:pStyle w:val="ArticleBody"/>
        <w:jc w:val="left"/>
      </w:pPr>
      <w:r>
        <w:rPr>
          <w:rFonts w:ascii="Times New Roman" w:hAnsi="Times New Roman" w:eastAsia="Times New Roman" w:cs="Times New Roman"/>
        </w:rPr>
        <w:t>Ang pagmata sa mga kandidato aron maapil sa usa ka gatus ug kap-atan ug upat ka libo, nga girepresentahan sa mamala nga mga bukog sa Ezekiel 37 ug sa duha ka mga saksi sa Revelation onse nga motindog sa dihang mapuno sila sa Espiritu, matuman pinaagi sa pagbukas sa selyo. Kon mapakyas ang katawhan sa Dios sa pagmata ngadto niining “bililhong kahayag” nga nagapakita sa mga katalagman sama sa gahum sa pagkapapa ug sa balaod sa Dominggo, ang mga erehiya mag-alig-ig kanila (nga nagabulag sa tahop gikan sa trigo). Ang unang mga ilhanan sa dalan sa tagna sama sa 1888 Blair Bill ug sa Patriot Act giila ingon nga mga pasidaan sa tagna. Ang unang artikulo nag-ila nga ang tanang nangaging mga linya sa kasaysayan sa tagna nga girepresentahan sulod sa Daniel kapitulo onse gisubli sa mga bersikulo 40-45. Kana nga artikulo nag-ila nga ang larawan sa mananap maporma una sa Estados Unidos ug unya sa kalibutan, sumala sa gitipohan sa 321 ug sa unang balaod sa Dominggo, nga pagasundan sa pangkalibutang larawan sa mananap nga gitipohan sa 538 samtang si Michael motindog ug ang panahon sa pagsulay matapos.</w:t>
      </w:r>
    </w:p>
    <w:p>
      <w:pPr>
        <w:pStyle w:val="ArticleBody"/>
        <w:jc w:val="left"/>
      </w:pPr>
      <w:r>
        <w:rPr>
          <w:rFonts w:ascii="Times New Roman" w:hAnsi="Times New Roman" w:eastAsia="Times New Roman" w:cs="Times New Roman"/>
        </w:rPr>
        <w:t>Ang ikaduha sa upat ka mga artikulo nagpadayon sa propetikong balangkas pinaagi sa pag-ila sa Patriot Act sa 2001 ingon nga “pagsulti” sa Tinipong Bansa sa katumanan sa Pinadayag 13:11. Ang Patriot Act mao ang nahauna sa tulo ka mga pagsalikway sa konstitusyon nga nagkatakdo sa tulo ka mga ilhanan sa sinugdanan sa ikaunom nga gingharian sa tagna sa Biblia; ang 1776 Declaration of Independence, ang 1789 Constitution, ug ang 1798 Alien and Sedition Acts. Ang napakyas nga Blair Bill sa 1888, usa ka paningkamot alang sa nasodnong balaod sa Domingo, gibawi sama sa paglikos ni Cestius sa tuig 66; ang duruha naghulagway sa 2001, sa dihang ang Patriot Act nagsugod sa panahon sa pagsulay sa larawan sa mapintas nga mananap sulod sa Tinipong Bansa. Ang Patriot Act nahiuyon sa 1776, ug mipuli sa English nga “inosente hangtod mapamatud-ang sad-an” nga kasagarang balaod, pinaagi sa Romanhong “sad-an hangtod mapamatud-ang inosente” nga sibil nga balaod. Ang tunga-tungang ilhanan, nga girepresentahan sa 1789—ang Pelosi Trials nga nagsugod sa Enero 2022—mitunob sa pamaagi nga due process ug sa substantive due process pinaagi sa politikanhong lawfare, mga operasyong peke nga bandera, ug korapsyon sa mga ahensiya, sa dayag nga pagdumili sa mga sukaranang katungod. Kining tulo ka mga ilhanan sa pagsulti diha sa 2001 Patriot Act, sa 2022 Pelosi Trials, ug sa umaabot nga balaod sa Domingo sa hinayhinay nagsalikway sa matag prinsipyo sa Konstitusyon sa U.S.</w:t>
      </w:r>
    </w:p>
    <w:p>
      <w:pPr>
        <w:pStyle w:val="ArticleBody"/>
        <w:jc w:val="left"/>
      </w:pPr>
      <w:r>
        <w:rPr>
          <w:rFonts w:ascii="Times New Roman" w:hAnsi="Times New Roman" w:eastAsia="Times New Roman" w:cs="Times New Roman"/>
        </w:rPr>
        <w:t>Unya ang Protestantismo makig-uban sa pagka-papista ug espiritismo diha sa tulo-ka-pilo nga panaghiusa, ug niadtong higayona ang Tinipong Bansa sa Amerika mosulti ingon nga usa ka dragon, sa hingpit moporma sa hulagway sa mapintas nga mananap, mopuno sa iyang copa sa panahon sa pagsulay, ug mohunong isip ikaanom nga gingharian. Ang nasudnong apostasya unya pagasundan sa nasudnong pagkalaglag. Ang pagsulti sa balaod sa Domingo ginatipohan pinaagi sa sinugdanan ug nahaunang balaod sa Domingo ni Constantino niadtong 321, ug unya ang katapusan ug ulahing balaod sa Domingo ginarepresentahan sa 538.</w:t>
      </w:r>
    </w:p>
    <w:p>
      <w:pPr>
        <w:pStyle w:val="ArticleBody"/>
        <w:jc w:val="left"/>
      </w:pPr>
      <w:r>
        <w:rPr>
          <w:rFonts w:ascii="Times New Roman" w:hAnsi="Times New Roman" w:eastAsia="Times New Roman" w:cs="Times New Roman"/>
        </w:rPr>
        <w:t>Kining tanang mga hitabo natago sulod sa matagnaong kasaysayan sa Daniel 11:40, nga nagdagan nga magkaparehas sa mga linya sa Millerite ug usab sa linya gikan kang Cristo ngadto sa krus. Ang Pinadayag 12:15–16 naghulagway sa Konstitusyon ingon nga “yuta” nga kaniadto milamoy sa baha sa paglutos sa dragon, apan sa katapusan mosulti ingon sa dragon sa hapit na moabot nga balaod sa Dominggo. Ang pasidaan ni Ellen White sa Testimonies, volume 5 (mga panid 711 ug 451, 452) nga ang bisan unsang relihiyosong pamalaod nga motugot ngadto sa kapapahan, ug nga ang balaod sa Dominggo mopadayag sa espiritu sa dragon, nagapamatuod nga ang tulo ka mga lakang sa 1776, 1789, ug 1798 mao ang mga timaan sa dalan nga naghulagway sa katapusang tulo-ka-lakang nga proseso sa pagsulay nga matapos sa katapusang pagsulay; ug ang proseso sa pagsulay mao ang nagaandam sa katawhan sa Dios aron makatindog.</w:t>
      </w:r>
    </w:p>
    <w:p>
      <w:pPr>
        <w:pStyle w:val="ArticleBody"/>
        <w:jc w:val="left"/>
      </w:pPr>
      <w:r>
        <w:rPr>
          <w:rFonts w:ascii="Times New Roman" w:hAnsi="Times New Roman" w:eastAsia="Times New Roman" w:cs="Times New Roman"/>
        </w:rPr>
        <w:t>Ang ikatulong artikulo nagpalapad pa sa mga pahimangno ni Ellen White diha sa Testimonies, volume 5, panid 451, 452, nga nagapamatuod nga ang haduol na nga balaod sa Domingo sa Estados Unidos maoy timaan sa mahukmanong higayon sa dihang ang nasod hingpit nga maputol gikan sa pagkamatarong, ug matuman ang tulo-ka-pilo nga panaghiusa (ang Protestantismo mokupot sa Romanismo ug espiritismo). Ang Estados Unidos unya mosalikway sa matag baruganan sa konstitusyon isip usa ka Protestante ug republikano nga kagamhanan, ug magapakaylap sa mga limbong sa kapapahan. Kini mao ang timaan nga naabot na ang kinutuban sa pailub sa Dios, sa ingon napuno ang copa sa kasal-anan sa nasod, nga nagapadasig sa pagbiya sa manulonda sa kalooy ug nagpasugod sa kapildihan sa nasod. Unya moabot ang tubag sa pagtu-aw sa mga martir gikan sa ikalimang selyo nga, “Hangtod anus-a?” sa dihang mapuno ang ikaduhang pundok sa mga martir sa kapapahan. Ang espiritu sa dragon mapadayag sa dihang ang “lihok sa Domingo” mosulti—nga nag-alagad ingon nga modernong “dulumtanan nga makapabiniyaan” (gisulti ni Daniel ug gihisgutan ni Cristo) isip timaan sa pagkalagiw gikan sa mga siyudad sa dili pa moabot ang kalaglagan. Ang balaod sa Domingo mao ang katapusan sa padayon nga pagsalikway sa Konstitusyon nga nagsugod niadtong 2001 uban sa Patriot Act (gipakita daan pinaagi sa 1888 Blair Bills, sa paglibut ni Cestius niadtong 66 AD, sa bautismo ni Cristo, Agosto 11, 1840, ug The Declaration of Independence).</w:t>
      </w:r>
    </w:p>
    <w:p>
      <w:pPr>
        <w:pStyle w:val="ArticleBody"/>
        <w:jc w:val="left"/>
      </w:pPr>
      <w:r>
        <w:rPr>
          <w:rFonts w:ascii="Times New Roman" w:hAnsi="Times New Roman" w:eastAsia="Times New Roman" w:cs="Times New Roman"/>
        </w:rPr>
        <w:t>Ang yugto sa pagporma sa larawan sa mananap sa Tinipong Bansa naglakip ug masalimuot nga duruha ka magkaagapay nga linya, nga naglangkob sa magkaparalelong Republikano (politikal) ug Protestante (relihiyoso) nga mga “sungay” nga sa katapusan mahiusa diha sa pagpatuman sa simbahan ug estado sa mga balaod sa Domingo. Ang maong relasyon nagpakita sa pagkasama sa pagpugong sa babaye ibabaw sa mananap sa papadong mananap ug hingpit nga makita sa pagbaliskad sa kinauyokan nga prinsipyo sa Konstitusyon mahitungod sa pagkabulag sa simbahan ug estado.</w:t>
      </w:r>
    </w:p>
    <w:p>
      <w:pPr>
        <w:pStyle w:val="ArticleBody"/>
        <w:jc w:val="left"/>
      </w:pPr>
      <w:r>
        <w:rPr>
          <w:rFonts w:ascii="Times New Roman" w:hAnsi="Times New Roman" w:eastAsia="Times New Roman" w:cs="Times New Roman"/>
        </w:rPr>
        <w:t>Sa sulod, ang panahon sa pagsulay sa larawan sa mananap nagsulay sa pagporma sa kinaiya (ang larawan ni Cristo batok sa mananapong larawan ni Satanas) taliwala sa tanang katawhan, nga nagapabulag sa manggialamon ug mga buang nga ulay; samtang sa gawas kini nagaila sa mga pakigbisog sa politika, mga alyansa, ug mga nabungkag nga mga kasabotan sa ulahing mga adlaw. Ang panahon gikan sa 2001 hangtod sa balaod sa Domingo maoy nagpasugod sa pagwisik sa ulahing ulan (nagsugod sa dihang ang manulonda sa Pinadayag 18 mikunsad niadtong Septiyembre 11, 2001, nga nagpasidlak sa yuta pinaagi sa pagkahulog sa dagkung mga tinukod sa New York). Ang 9/11 maoy nagpasugod sa pag-ayag sa Laodiceanhong Adbentismong Ikapitong-Adlaw pinaagi sa pagdawat o pagsalikway sa mensahe sa “gamayng basahon” nga pagakan-on sumala sa Pinadayag 10. Ang trigo ug mga sagbot magapabiling magkauban hangtod sa ilang pagbulag sa balaod sa Domingo, sa dihang ang usa ka gatus ug kap-atan ug upat ka libo pagabayawon ingon nga bandila ug sa pag-abot sa hingpit nga pagbubo sa ulahing ulan sa panahon sa tibuok-kalibotang pagporma sa larawan-sa-mananap, nga gitipoan pinaagi sa 321 ngadto sa 538. Unya magsugod ang pagtigom sa dakung panon gikan sa Babilonia hangtod nga motindog si Miguel ug mapanirado ang panahon sa grasya. Kini nahiuyon sa paghukom nga nagasugod una sa balay sa Dios gikan sa 9/11, ug dayon ngadto sa mga mamumuo sa ikanapulog-usa nga takna human sa balaod sa Domingo.</w:t>
      </w:r>
    </w:p>
    <w:p>
      <w:pPr>
        <w:pStyle w:val="ArticleBody"/>
        <w:jc w:val="left"/>
      </w:pPr>
      <w:r>
        <w:rPr>
          <w:rFonts w:ascii="Times New Roman" w:hAnsi="Times New Roman" w:eastAsia="Times New Roman" w:cs="Times New Roman"/>
        </w:rPr>
        <w:t>Ang ikatulong artikulo nagpasabot nga ang paglahutay sa panahon diin ang langitnong himaya ug ang nangaging mga paglutos gisagol ug gisubli nagkinahanglan daan sa hingpit nga pagkahawod sa tagna, pinaagi sa pamaagi nga linya-sa-ibabaw-sa-linya sa Isaias 28. Ang maong pamaagi gipakita pinaagi sa mga takus ni Daniel, sa mga tinun-an ni Cristo sa wala pa ang Pentecostes, ug nila Shadrach, Meshach, ug Abednego didto sa hudno, nga nagtimaan niadtong mga andam sa pagbarog nga malig-on ibabaw sa “Nahisulat kini,” taliwala sa kahibulongang mga paglihok ug mga peke ni Satanas.</w:t>
      </w:r>
    </w:p>
    <w:p>
      <w:pPr>
        <w:pStyle w:val="ArticleBody"/>
        <w:jc w:val="left"/>
      </w:pPr>
      <w:r>
        <w:rPr>
          <w:rFonts w:ascii="Times New Roman" w:hAnsi="Times New Roman" w:eastAsia="Times New Roman" w:cs="Times New Roman"/>
        </w:rPr>
        <w:t>Ang ikaupat nga artikulo nagpatin-aw nga ang profetikong proseso sa pagsulay sa pagkaporma sa hulagway sa mananap sa Estados Unidos nagdagan nga magkatakdo ug nasumpay sa tulo ka konstitusyonal nga mga timaan sa dalan (Patriot Act niadtong 2001 ingon nga unang “pagsulti,” Pelosi Trials niadtong 2022 ingon nga tunga, ug ang balaod sa Domingo ingon nga katapusan). Ang proseso sa pagsulay nagaandam sa mga maalamong ulay (ang 144,000) sa paglahutay sa kinatumyan nga pagsulay sa paglutos nga magsugod sa balaod sa Domingo, sa dihang ang nasudnong apostasya modala ngadto sa kalaglagan. Unya gibuhian ni Satanas ang katingalahang mga peke (nga nagaangkon nga mao ang Dios uban sa mga milagro), ug ang langitnong himaya masagol sa subli-subli nga nangaging mga paglutos, nga magatugot sa katawohan sa Dios sa paglakaw nga dili matarug diha sa kahayag nga nagagikan sa trono sa Dios. Kining pagpangandam nagsalamin sa estratehiya ni Cristo sa Juan seis (sumala sa komento sa The Desire of Ages, 394), diin gitugotan Niya ang usa ka mapintas nga pagsulay aron sa sayong bahin masala ang mga sumusunod nga hakog sa kaugalingon, sa ingon mapalig-on ang tinuod nga mga tinun-an alang sa ilang kinatumyang pagsulay (Getsemani, pagbudhi, paglansang sa krus) pinaagi sa Iyang presensya. Sa susama, ang pagsulay sa hulagway-sa-mananap—nga nagalakip sa internal nga pagporma sa kinaiya (ang hulagway ni Cristo batok sa hulagway sa mananap ni Satanas) ug sa eksternal nga panaghiusa sa iglesia ug estado nga nagawagtang sa pagbulag sa iglesia ug estado—nagasala sa Laodicean nga Adventismo. Ang pagsulay nagaputli sa mga maalamon pinaagi sa pagdawat sa wala pa mapatikan nga mensahe pinaagi sa pamaagi nga line-upon-line sa, Isaias 28.</w:t>
      </w:r>
    </w:p>
    <w:p>
      <w:pPr>
        <w:pStyle w:val="ArticleBody"/>
        <w:jc w:val="left"/>
      </w:pPr>
      <w:r>
        <w:rPr>
          <w:rFonts w:ascii="Times New Roman" w:hAnsi="Times New Roman" w:eastAsia="Times New Roman" w:cs="Times New Roman"/>
        </w:rPr>
        <w:t>Ang wala mabukasi nga kahayag mao ang kahayag sa ikapito nga selyo (Pinadayag 8:1–5), nga gipadayag ingon nga kalayo nga gilabay ngadto sa yuta isip tubag sa mga pag-ampo sa mga balaan, ingon sa gihulagway daan sa mga dila nga kalayo sa pagbubo sa Pentecostes. Ang wala mabukasi nga kahayag girepresentahan usab sa Millerite nga pagsinggit sa tungang gabii (nga nag-andam sa pagsulod pinaagi sa pagtoo ngadto sa Labing Balaan nga Dapit), ug nga matuman diha sa moderno nga pagsinggit sa tungang gabii nga gibuksan sa Hulyo, 2023, sulod sa tinagong kasaysayan sa Daniel onse-kuwarenta.</w:t>
      </w:r>
    </w:p>
    <w:p>
      <w:pPr>
        <w:pStyle w:val="ArticleBody"/>
        <w:jc w:val="left"/>
      </w:pPr>
      <w:r>
        <w:rPr>
          <w:rFonts w:ascii="Times New Roman" w:hAnsi="Times New Roman" w:eastAsia="Times New Roman" w:cs="Times New Roman"/>
        </w:rPr>
        <w:t>Ang mensahe sa ulahing ulan nga pagsablig sukad sa 9/11, uban sa pagdugang sa kahibalo mahitungod sa kapapahan ug sa balaod sa Domingo, inubanan sa pagbukas sa pito ka mga dalugdog, ug sa tinago nga kasaysayan sa bersikulo kuwarenta, tanan nasakup sulod sa pagbukas sa Pinadayag ni Jesu-Cristo. Ang detalyadong mapanagnaong pagpasidlak mahitungod sa pagporma sa larawan sa mananap; lakip ang mga pakigbisog sa mga sungay nga Republikano ug Protestante, mga partidong politikal, Laodiceanong Adventismo, paggula sa 144,000, ikatulong kaalaotan sa Islam, Rusya, UN, gahum sa kapapahan, ug mga kaangay sa mga Hasmoneo, nag-andam sa mga manggialamon sa pag-ila ug sa pag-angkon sa pagpanguna sa Dios nga walay pagkalimot sa nangaging pagpanggiya (Testimonies to Ministers, 31).</w:t>
      </w:r>
    </w:p>
    <w:p>
      <w:pPr>
        <w:pStyle w:val="ArticleBody"/>
        <w:jc w:val="left"/>
      </w:pPr>
      <w:r>
        <w:rPr>
          <w:rFonts w:ascii="Times New Roman" w:hAnsi="Times New Roman" w:eastAsia="Times New Roman" w:cs="Times New Roman"/>
        </w:rPr>
        <w:t>Pinaagi sa “gamayng basahon” (Pinadayag 10), ug pinaagi sa pagpasulod daan sa kasaysayan sa sulod sa kaugalingon pinaagi sa Berean nga pagtuon, ang usa ka gatus ug kap-atan ug upat ka libo makabaton ug pag-ila aron makabarug nga malig-on diha sa, “Nahisulat kini,” taliwala sa mga limbong ni Satanas. Ang ilang pagpangandam nagtugot kanila sa paglikay sa pag-atras ngadto sa kapildihan (Hebreohanon 10:37–39; Habakuk 2:4), ug sa ulahi gipadayag sila ingon nga mga mananaug nga nasulayan ug napamatud-an nga nagabantay sa mga sugo sa Dios (ilabina ang ikaupat) ug sa pagtuo ni Jesus. Sila mao ang mga makaagi sa katapusang krisis diin ang matarong mabuhi pinaagi sa pagtuo, nga pinanalipdan sa mga manulonda, samtang ang mga buangbuang (nga mosalikway sa pamaagi ug mensahe) moatubang sa kusog nga paglimbong ug walay paglaum. Kini nahiuyon sa Testimonies, volume 9 nga kapitulo For the Coming of the King, (nagsugod sa pahina 11) uban sa iyang 9/11 nga simbolismo, sa ingon nag-ila sa yugto sa 9/11 ngadto sa balaod sa Domingo ingon nga panahon sa pagpatik diin ang mga manggialamon makasabot sa pagkompleto sa Daniel onse ug walay gikahadlokan gawas sa pagkalimot sa pagpanguna sa Dios sa nangaging sagradong mga kasaysayan.</w:t>
      </w:r>
    </w:p>
    <w:p>
      <w:pPr>
        <w:pStyle w:val="ArticleBody"/>
        <w:jc w:val="left"/>
      </w:pPr>
      <w:r>
        <w:rPr>
          <w:rFonts w:ascii="Times New Roman" w:hAnsi="Times New Roman" w:eastAsia="Times New Roman" w:cs="Times New Roman"/>
        </w:rPr>
        <w:t>Ang upat ka artikulo sa kinatibuk-an nagpresentar ug usa ka propetikanhong paghubad mahitungod kang Cristo, ingon nga Leon sa banay ni Juda, ug ang Alpha ug ang Omega nga nag-abli sa mga bahin sa Daniel kapitulo onse sa mahinungdanong mga higayon aron giya ang katapusang kalihokan sa reporma sa usa ka gatus kap-atan ug upat ka libo. Niadtong 1989, 126 ka tuig human sa Adventistang “rebelyon” sa 1863, giabrihan sa Leon ang Daniel 11:40–45, nga nagpadayag sa pagkaayo sa makamatay nga samad sa kapapahan niadtong 1798 diha sa tulo ka pilo nga panaghiusa (dragon, mananap, ug mini nga propeta) sa bersikulo kwarenta ug usa, ug nagdala ngadto sa Armagedon, “ang mahimayaong balaang bukid” diin ang kapapahan makadawat sa iyang katapusang paghukom diha sa bersikulo kwarenta ug singko. Ang pag-abli maoy nagpasugod sa sinugdanan sa maong kalihokan, nga nagpatungha ug “pagdugang sa kahibalo” (Selected Messages, book 2) mahitungod sa “kapapahan ug balaod sa Dominggo”, nga maoy nagpahinabo sa tulo ka pilo nga pagsulay sa pagka “naputli, napaputi, ug nasulayan” sumala sa gihulagway sa Daniel 12:10.</w:t>
      </w:r>
    </w:p>
    <w:p>
      <w:pPr>
        <w:pStyle w:val="ArticleBody"/>
        <w:jc w:val="left"/>
      </w:pPr>
      <w:r>
        <w:rPr>
          <w:rFonts w:ascii="Times New Roman" w:hAnsi="Times New Roman" w:eastAsia="Times New Roman" w:cs="Times New Roman"/>
        </w:rPr>
        <w:t>Padayonon nato kining mga panghunahuna sa sunod nga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Tinagong Kasaysayan sa Bersikulo Kwarenta—Numero Singko</dc:title>
  <dc:subject>Pagpabag-o sa Unang Upat ka mga Artikulo</dc:subject>
  <dc:creator>Jeff Pippenger</dc:creator>
  <cp:keywords/>
  <dc:description>Generated by ArticleDigger from hidden_history\05_hidden_history.json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