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Natagong Kasaysayan sa Bersikulo Kwarenta — Numero Sais</w:t>
      </w:r>
    </w:p>
    <w:p>
      <w:pPr>
        <w:pStyle w:val="ArticleSubtitle"/>
        <w:jc w:val="left"/>
      </w:pPr>
      <w:r>
        <w:rPr>
          <w:rFonts w:ascii="Arial" w:hAnsi="Arial" w:eastAsia="Arial" w:cs="Arial"/>
        </w:rPr>
        <w:t>Onse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2026-04-02</w:t>
      </w:r>
    </w:p>
    <w:p>
      <w:pPr>
        <w:pStyle w:val="ArticleBody"/>
        <w:jc w:val="left"/>
      </w:pPr>
      <w:r>
        <w:rPr>
          <w:rFonts w:ascii="Times New Roman" w:hAnsi="Times New Roman" w:eastAsia="Times New Roman" w:cs="Times New Roman"/>
        </w:rPr>
        <w:t>Sa dihang atong sugdan ang pagtuon sa tinagong kasaysayan, atong hisgotan ang sulod ug gawas nga mga linya sa tagna nga karon nasabtan nga nagkauyon sa kasaysayan gikan sa panahon sa katapusan diha sa bersikulo kwarenta hangtod sa balaod sa Domingo sa bersikulo kwarenta ug usa. Ang sulod nga linya nianang tagnaong kasaysayan gimarkahan sa basahon sa Pinadayag sa kapitulo onse ug bersikulo onse. Ang gawas nga linya gimarkahan sa basahon ni Daniel sa kapitulo onse bersikulo onse. Ang gawas nga linya sa Daniel onse—bersikulo onse miabot sa kasaysayan niadtong 2014, ug ang sulod nga linya sa Pinadayag onse—bersikulo onse miabot sa kasaysayan niadtong Disyembre 31, 2023. Ang gawas nga linya nagrepresentar sa Republikano nga sungay sa mananap sa yuta ug ang sulod nga linya nagrepresentar sa Protestante nga sungay sa mananap sa yuta.</w:t>
      </w:r>
    </w:p>
    <w:p>
      <w:pPr>
        <w:pStyle w:val="ArticleHeading"/>
        <w:jc w:val="left"/>
      </w:pPr>
      <w:r>
        <w:rPr>
          <w:rFonts w:ascii="Arial" w:hAnsi="Arial" w:eastAsia="Arial" w:cs="Arial"/>
        </w:rPr>
        <w:t>Ang Tinipong Bansa sa Amerika</w:t>
      </w:r>
    </w:p>
    <w:p>
      <w:pPr>
        <w:pStyle w:val="ArticleBody"/>
        <w:jc w:val="left"/>
      </w:pPr>
      <w:r>
        <w:rPr>
          <w:rFonts w:ascii="Times New Roman" w:hAnsi="Times New Roman" w:eastAsia="Times New Roman" w:cs="Times New Roman"/>
        </w:rPr>
        <w:t>Ang basahon sa Pinadayag nagaila sa usa ka pangunang nasod ingon nga hilisgutan sa ulahing mga adlaw. Kana nga nasod mao ang mananap sa yuta nga nagpugos sa tibook kalibotan sa pagsimba sa papal nga mananap sa dagat. Ang basahon sa Pinadayag nagaila sa usa ka pangunang nasod, usa ka panaghiusa sa napulo ka mga nasod, ug usa ka peke nga iglesia. Ang nasod mao ang Tinipong Bansa sa Amerika, ang mananap sa yuta sa kapitulo trese; ang peke nga iglesia mao ang mananap sa dagat sa kapitulo trese; ug ang biblikanhong panaghiusa sa daotan nga napulo ka mga hari mao ang United Nations. Kining tulo ka mga gahum, nga girepresentar ingon nga ang dragon, ang mananap, ug ang mini nga propeta diha sa Pinadayag sais, maoy nangulo sa kalibotan ngadto sa Armagedon.</w:t>
      </w:r>
    </w:p>
    <w:p>
      <w:pPr>
        <w:pStyle w:val="ArticleBody"/>
        <w:jc w:val="left"/>
      </w:pPr>
      <w:r>
        <w:rPr>
          <w:rFonts w:ascii="Times New Roman" w:hAnsi="Times New Roman" w:eastAsia="Times New Roman" w:cs="Times New Roman"/>
        </w:rPr>
        <w:t>Ang matag usa kanila giila diha sa Daniel onse, bersikulo kuwarenta hangtod kuwarenta’y singko, diin ang peke nga iglesia moabot sa iyang katapusan tali sa mga dagat ug sa mahimayaong balaang bukid diha sa bersikulo kuwarenta’y singko, nga sa heograpiya nahiuyon sa Armagedon sa Pinadayag. Ang bersikulo kuwarenta nagsugod sa 1798 sa dihang ang mananap nga gikan sa dagat, nga mao ang peke nga iglesia, nakadawat ug makamatay nga samad, ug ang maong pahayag matapos uban nianang nabanhaw nga mananap sa dagat, nga mao ang bigaon sa Pinadayag disi-siyete, nga mamatay sa ikaduhang higayon, sa ingon nagatapos ang pahayag sa mao rang dapit diin kini nagsugod. Ang pangunang nasod sa duha ka basahon, ang basahon sa Pinadayag ug Daniel, mao ang Tinipong Bansa sa Amerika, ang mananap nga gikan sa yuta sa mapanghimakakong kapitulo sa Pinadayag trese. Ang mananap nga gikan sa yuta mao usab ang mini nga propeta diha sa kapitulo disi-sais sa Pinadayag, ug sa bersikulo kuwarenta sa Daniel onse, kini mao ang mga karo, mga sakayan, ug mga mangangabayo.</w:t>
      </w:r>
    </w:p>
    <w:p>
      <w:pPr>
        <w:pStyle w:val="ArticleHeading"/>
        <w:jc w:val="left"/>
      </w:pPr>
      <w:r>
        <w:rPr>
          <w:rFonts w:ascii="Arial" w:hAnsi="Arial" w:eastAsia="Arial" w:cs="Arial"/>
        </w:rPr>
        <w:t>Ang Katunga nga mga Kamatuoran Dili Gayod Kamatuoran Bisan sa Gamay</w:t>
      </w:r>
    </w:p>
    <w:p>
      <w:pPr>
        <w:pStyle w:val="ArticleBody"/>
        <w:jc w:val="left"/>
      </w:pPr>
      <w:r>
        <w:rPr>
          <w:rFonts w:ascii="Times New Roman" w:hAnsi="Times New Roman" w:eastAsia="Times New Roman" w:cs="Times New Roman"/>
        </w:rPr>
        <w:t>Ang nasod nga maoy hilisgutan sa duha ka basahon, ang Daniel ug ang Pinadayag, sa kaulahiang mga adlaw mao ang Tinipong Bansa sa Amerika, ug ang Daniel kapitulo onse nagsugod pinaagi sa tin-aw nga pag-ila sa katapusang presidente nianang nasora. Kini nga kamatuoran usa ka natukod nang biblikanhong kamatuoran nga gisalikway sa Laodiceanong mga Seventh-day Adventist pinaagi sa ilang pagtago luyo sa usa ka tunga nga kamatuoran. Ang tunga nga kamatuoran nga ilang gitaguan niining hilisgutana mao ang ilang pag-uyon nga ang Tinipong Bansa sa Amerika mao ang mananap sa yuta sa Pinadayag trese ug mao usab ang mini nga manalagna sa kapitulo dieciséis; apan nagdumili sila sa pagtan-aw nga si Donald Trump usa ka nag-unang hilisgutan sa biblikanhong tagna sa kaulahiang mga adlaw. Ang Dios dili gayud mausab, ug sa dihang Siya nakig-atubang sa Egipto, si Faraon usa ka nag-unang hilisgutan sa matagnaong kasaysayan; unya sa Babilonia, si Nabucodonosor ug si Belsasar gipanghingalan. Si Ciro gipanghingalan. Si Dario gipanghingalan. Ang Biblia sa piho nag-ila sa katapusang magmamando sa mananap sa yuta, ug dili kini usa lamang ka kaswal nga paghisgot. Ang Adventismo nahibalo kon kinsa ang Tinipong Bansa sa Amerika sa tagna sa katapusang panahon, apan dili makakita nga ang Dios naghisgot sa nasod ug sa iyang pangulo sa matag kahimtang sa tagna, ug kining tanan nga nangaging sagradong mga kasaysayan naglarawan sa kaulahiang mga adlaw.</w:t>
      </w:r>
    </w:p>
    <w:p>
      <w:pPr>
        <w:pStyle w:val="ArticleHeading"/>
        <w:jc w:val="left"/>
      </w:pPr>
      <w:r>
        <w:rPr>
          <w:rFonts w:ascii="Arial" w:hAnsi="Arial" w:eastAsia="Arial" w:cs="Arial"/>
        </w:rPr>
        <w:t>Ang Trumpeta sa Kataposang Panan-awon</w:t>
      </w:r>
    </w:p>
    <w:p>
      <w:pPr>
        <w:pStyle w:val="ArticleBody"/>
        <w:jc w:val="left"/>
      </w:pPr>
      <w:r>
        <w:rPr>
          <w:rFonts w:ascii="Times New Roman" w:hAnsi="Times New Roman" w:eastAsia="Times New Roman" w:cs="Times New Roman"/>
        </w:rPr>
        <w:t>Si Donald Trump mao ang unang tinun-an sa katapusang panan-awon ni Daniel, nga mao ang kinatumyan sa tanang mga panan-awong profesiya, dili lamang sa basahon ni Daniel, kondili sa tibuok Biblia.</w:t>
      </w:r>
    </w:p>
    <w:p>
      <w:pPr>
        <w:pStyle w:val="ArticleBody"/>
        <w:jc w:val="left"/>
      </w:pPr>
      <w:r>
        <w:rPr>
          <w:rFonts w:ascii="Times New Roman" w:hAnsi="Times New Roman" w:eastAsia="Times New Roman" w:cs="Times New Roman"/>
        </w:rPr>
        <w:t>Ang tema sa kataposang panan-awon sa propetikong kasaysayan sulod sa Pulong sa Dios mao si Donald Trump. Siya mao ang simbolo nga nag-ila sa mga tunob sa gawasnong kataposang-adlaw nga tagna sa tinagong kasaysayan sa bersikulo kwarenta. Siya usab mao ang sumpay nga nag-ila ug nagapahimutang sa sulodnong linya sa usa ka gatus ug kap-atan ug upat ka libo. Ang usa ka gatus ug kap-atan ug upat ka libo mao ang Protestante nga sungay ibabaw sa mapintas nga mananap sa yuta sa Pinadayag trese, ug si Donald Trump nagrepresentar sa Republikano nga sungay sa maong mapintas nga mananap. Ang mapintas nga mananap mao ang Konstitusyon sa Estados Unidos sumala sa paghulagway niini pinaagi sa konstitusyonal nga republikano nga pangagamhanan nga sa sinugdan nagbutang ug pagkabulag tali sa duha ka sungay, apan sa katapusan naghiusa sa mga sungay ngadto sa usa ka dagway sa papal nga mapintas nga mananap sa dagat.</w:t>
      </w:r>
    </w:p>
    <w:p>
      <w:pPr>
        <w:pStyle w:val="ArticleBody"/>
        <w:jc w:val="left"/>
      </w:pPr>
      <w:r>
        <w:rPr>
          <w:rFonts w:ascii="Times New Roman" w:hAnsi="Times New Roman" w:eastAsia="Times New Roman" w:cs="Times New Roman"/>
        </w:rPr>
        <w:t>Si Sister White sa makadaghang higayon nag-uyon sa bulawang larawan sa Daniel kapitulo tres ngadto sa balaod sa Dominggo sa ulahing mga adlaw; busa, kinsa man ang girepresentahan ni Nebuchadnezzar? Ang Adventismo mosulti kanimo nga kini mao ang Estados Unidos, ang mananap nga gikan sa yuta sa kapitulo trese sa Pinadayag, nga nagkahulogan sa pag-ila nga ang Babilonia mao ang naghulog kang Shadrach, Meshak, ug Abednego ngadto sa kalayo. Si Nebuchadnezzar mao ang giila sa Biblia nga responsable sa panahon sa balaod sa Dominggo, busa kinsa man si Nebuchadnezzar, kon dili siya ang presidente nga nagmando sa dihang moabot na ang balaod sa Dominggo nga haduol nang moanhi?</w:t>
      </w:r>
    </w:p>
    <w:p>
      <w:pPr>
        <w:pStyle w:val="ArticleHeading"/>
        <w:jc w:val="left"/>
      </w:pPr>
      <w:r>
        <w:rPr>
          <w:rFonts w:ascii="Arial" w:hAnsi="Arial" w:eastAsia="Arial" w:cs="Arial"/>
        </w:rPr>
        <w:t>Tulo</w:t>
      </w:r>
    </w:p>
    <w:p>
      <w:pPr>
        <w:pStyle w:val="ArticleBody"/>
        <w:jc w:val="left"/>
      </w:pPr>
      <w:r>
        <w:rPr>
          <w:rFonts w:ascii="Times New Roman" w:hAnsi="Times New Roman" w:eastAsia="Times New Roman" w:cs="Times New Roman"/>
        </w:rPr>
        <w:t>Ang ulahing panan-awon ni Daniel, nga mao ang panan-awon sa Suba sa Hiddekel, nabahin ngadto sa tulo ka mga kapitulo nga ang matag usa nahiuyon sa mga kinaiya sa tulo ka mga manulonda sa Pinadayag katorse. Ang tulo ka mga kapitulo nagrepresentar sa nahauna, ikaduha, ug ikatulo nga mga manulonda, apan nagrepresentar usab kini sa ulahing mensahe ni Daniel. Ang iyang unang mensahe sa kapitulo uno nagrepresentar usab sa tulo ka mga manulonda sa Pinadayag katorse, ug sa pagbuhat niini ang timailhan sa Alpha ug Omega gibutang ibabaw sa kapitulo uno ug sa panan-awon sa Suba sa Hiddekel.</w:t>
      </w:r>
    </w:p>
    <w:p>
      <w:pPr>
        <w:pStyle w:val="ArticleBody"/>
        <w:jc w:val="left"/>
      </w:pPr>
      <w:r>
        <w:rPr>
          <w:rFonts w:ascii="Times New Roman" w:hAnsi="Times New Roman" w:eastAsia="Times New Roman" w:cs="Times New Roman"/>
        </w:rPr>
        <w:t>Ang katapusang panan-awon ni Daniel gitukod ibabaw sa balangkas sa Hebreohanong pulong nga “kamatuoran,” nga gihimo gikan sa nahaunang, ikapulog-tulo, ug sa katapusang, ikakaluhaan ug duha, nga letra sa Hebreohanong alpabeto. Ang kapitulo napulo nagaila kang Daniel ingon nga estudyante sa tagna nga nabag-o gikan sa usa ka Laodicean ngadto sa usa ka Philadelphian sa ikakaluhaan ug ikaduhang adlaw. Si Daniel unya gihatagan ug gahum sa pagsabot sa wala matimri nga pagdugang sa kahibalo nga girepresentahan sa kapitulo dose. Ang nahauna ug katapusang mga kapitulo sa panan-awon nagaila kang Daniel ingon nga simbolo sa usa ka gatus ug kap-atan ug upat ka libo, nga mga tinuod nga estudyante sa tagna.</w:t>
      </w:r>
    </w:p>
    <w:p>
      <w:pPr>
        <w:pStyle w:val="ArticleScripture"/>
        <w:jc w:val="left"/>
      </w:pPr>
      <w:r>
        <w:rPr>
          <w:rFonts w:ascii="Times New Roman" w:hAnsi="Times New Roman" w:eastAsia="Times New Roman" w:cs="Times New Roman"/>
        </w:rPr>
        <w:t>“Bisan unsa pa ang mahimong kalamboan sa salabutan sa tawo, ayaw siya paghunahuna bisan sa makadiyot nga wala nay kinahanglanon alang sa halalum ug padayon nga pagsusi sa Kasulatan aron makabaton ug dugang nga kahayag. Ingon nga usa ka katawhan kita tinag-usa gitawag nga mahimong mga estudyante sa tagna.” Testimonies, tomo 5, 708.</w:t>
      </w:r>
    </w:p>
    <w:p>
      <w:pPr>
        <w:pStyle w:val="ArticleBody"/>
        <w:jc w:val="left"/>
      </w:pPr>
      <w:r>
        <w:rPr>
          <w:rFonts w:ascii="Times New Roman" w:hAnsi="Times New Roman" w:eastAsia="Times New Roman" w:cs="Times New Roman"/>
        </w:rPr>
        <w:t>Ang unang kapitulo nagaila sa mao gihapong mga kamatuoran sa panan-awon sa Suba sa Hiddekel, ug ang unang kapitulo sa panan-awon sa Suba sa Hiddekel nagaila sa mao gihapong kamatuoran sama sa ikatulo ug katapusang kapitulo niini. Ang basahon ni Daniel nagadala sa timaan sa Alpha ug Omega kay ang unang kapitulo nagaila sa tulo-ka-lakang nga proseso sa pagsulay sa walay-kataposang ebanghelyo, ug mao usab ang gibuhat sa kapitulo dose. Unya sulod sa tulo ka mga kapitulo nga naglangkob sa katapusang panan-awon ni Daniel, ang unang kapitulo mao ang alpha ug ang ikatulong kapitulo mao ang omega. Kini nahiuyon sa unang pagsulay ni Daniel mahitungod sa unsang pagkaona ang angay kan-on ug sa iyang ikatulo ug katapusang pagsulay sa dihang gihukman siya ni Nabucodonosor human sa tulo ka tuig. Ang alpha nga pagsulay sa Daniel uno mahitungod sa pamaagi sa pagtuon sa Biblia ingon nga girepresentahan sa pagkaon sa pagkaon sa Babilonia o sa vegetarianong pagkaon.</w:t>
      </w:r>
    </w:p>
    <w:p>
      <w:pPr>
        <w:pStyle w:val="ArticleBody"/>
        <w:jc w:val="left"/>
      </w:pPr>
      <w:r>
        <w:rPr>
          <w:rFonts w:ascii="Times New Roman" w:hAnsi="Times New Roman" w:eastAsia="Times New Roman" w:cs="Times New Roman"/>
        </w:rPr>
        <w:t>Ang pagkamatinud-anon ni Daniel sa pamaagi sa “linya ibabaw sa linya” maoy hinungdan nga siya hikaplagan nga “sa tanang butang sa kaalam ug pagsabot, nga gipangutana sa hari kanila, iyang nakita sila nga napulo ka pilo nga mas maayo kay sa tanang mga salamangkero ug mga astrologo nga atua sa tibuok niyang gingharian.” Sa omega nga kapitulo dose, ang mga manggialamon mao ang nakasabot sa tanang mga butang sa kaalam nga modaghan sa dihang ang profetikong Pulong mabuksan na. Ang kapitulo dose mao ang omega sa kapitulo usa, ug mao usab kini ang omega sa kapitulo napulo, ang alpha sa panan-awon sa Hiddekel. Nianang alpha nga kapitulo napulo, si Daniel molig-on sa espirituhanong kasinatian nga nagahan-ay sa mga manggialamon nga nagalig-on sa intelektuwal nga kasinatian diha sa kapitulo dose. Ang kapitulo usa nagpalalom nga ang pamaagi sa biblikanhong pagtuon mao ang nagtugot sa estudyante sa profesiya sa paglig-on diha sa kamatuoran sa espirituhanon ug sa intelektuwal aron mapatikan.</w:t>
      </w:r>
    </w:p>
    <w:p>
      <w:pPr>
        <w:pStyle w:val="ArticleBody"/>
        <w:jc w:val="left"/>
      </w:pPr>
      <w:r>
        <w:rPr>
          <w:rFonts w:ascii="Times New Roman" w:hAnsi="Times New Roman" w:eastAsia="Times New Roman" w:cs="Times New Roman"/>
        </w:rPr>
        <w:t>Nagrepresentar sa tinuod nga mga estudyante sa tagna sa kaulahian nga mga adlaw, si Daniel ug ang tulo ka takus nga mga lalaki mao ang mga manggialamon nga dili lamang makasabut sa pagdugang sa kahibalo nga gibuksan sa panahon sa katapusan niadtong 1989, kondili makasabut usab sila sa pagdugang sa kahibalo sa 9/11. Sa katapusan, sila makasabut sa gibuksan nga pagdugang sa kahibalo sa Disyembre 31, 2023.</w:t>
      </w:r>
    </w:p>
    <w:p>
      <w:pPr>
        <w:pStyle w:val="ArticleBody"/>
        <w:jc w:val="left"/>
      </w:pPr>
      <w:r>
        <w:rPr>
          <w:rFonts w:ascii="Times New Roman" w:hAnsi="Times New Roman" w:eastAsia="Times New Roman" w:cs="Times New Roman"/>
        </w:rPr>
        <w:t>Sa ilang pagtinguha sa profetikong kahayag sa Dios, sila mausab gikan sa Laodicean nga kalihokan sa Seventh-day Adventist sa usa ka gatus ug kap-atan ug upat ka libo ngadto sa Philadelphian nga kalihokan sa usa ka gatus ug kap-atan ug upat ka libo. Sa dihang mahitabo ang kausaban, sila mahimulag gikan niadtong mga mikalagiw gikan sa panan-awon sa salamin.</w:t>
      </w:r>
    </w:p>
    <w:p>
      <w:pPr>
        <w:pStyle w:val="ArticleHeading"/>
        <w:jc w:val="left"/>
      </w:pPr>
      <w:r>
        <w:rPr>
          <w:rFonts w:ascii="Arial" w:hAnsi="Arial" w:eastAsia="Arial" w:cs="Arial"/>
        </w:rPr>
        <w:t>Mensahe sa Pagrebelyon sa Tawo</w:t>
      </w:r>
    </w:p>
    <w:p>
      <w:pPr>
        <w:pStyle w:val="ArticleBody"/>
        <w:jc w:val="left"/>
      </w:pPr>
      <w:r>
        <w:rPr>
          <w:rFonts w:ascii="Times New Roman" w:hAnsi="Times New Roman" w:eastAsia="Times New Roman" w:cs="Times New Roman"/>
        </w:rPr>
        <w:t>Ang ikapulo ug ikadose ka mga kapitulo naghisgot sa usa ka gatus ug kap-atan ug upat ka libo, kay mao kini ang nahauna ug ikatulong mga lakang sa gambalay sa kamatuoran. Sa dihang mapalig-on na sila pinaagi sa sulodnong kasinatian sa panan-awon sa salamin sa ikapulo ka kapitulo, inubanan sa ilang pagkaagni sa dili na tinimrihang pagsabot sa Daniel dose, kinahanglan nilang imantala ang mensahe sa tawhanong pagsukol. Ang mensahe sa tawhanong pagsukol girepresentahan sa mga basahon sa Daniel ug Pinadayag, ug ang mensahe sa pagsukol gibutang sulod sa propetikong gambalay sa mga gingharian sa tagna sa Biblia nga gipahimutang diha sa Daniel. Ang propetikong simbolismo sa pagpamatuod sa tawhanong pagsukol sulod sa basahon sa Daniel hingpit nga girepresentahan sa kapitulo onse. Ang kapitulo onse maoy usa ka kasaysayan nga nagsugod sa pagtapos sa Babilonia ug sa pagsugod sa mga Medo ug Persiano. Busa nagsugod kini sa makamatay nga samad sa Babilonia, nga nagtimaan daan sa makamatay nga samad sa kapapahan niadtong 1798. Sa dihang mamaayo na ang makamatay nga samad sa kapapahan sa hapit nang moabot nga balaod sa Domingo, siya mahimong ulo sa tulo ka pilo nga panaghiusa sa dragon, sa mapintas nga mananap, ug sa mini nga manalagna. Unya siya mao ang babaye nga nagsakay sa mapintas nga mananap diha sa Pinadayag disi-siyete, ug niana nga babaye nahisulat sa iyang agtang ang Babilonia nga Daku. Sa hapit nang moabot nga balaod sa Domingo mamaayo ang makamatay nga samad sa Babilonia ug sa kapapahan.</w:t>
      </w:r>
    </w:p>
    <w:p>
      <w:pPr>
        <w:pStyle w:val="ArticleBody"/>
        <w:jc w:val="left"/>
      </w:pPr>
      <w:r>
        <w:rPr>
          <w:rFonts w:ascii="Times New Roman" w:hAnsi="Times New Roman" w:eastAsia="Times New Roman" w:cs="Times New Roman"/>
        </w:rPr>
        <w:t>Ang pagrebelde sa tawo nga gihulagway sukad sa panahon sa Babilonia hangtod sa katapusan sa kalibotan mao ang balangkas sa basahon ni Daniel, ug ang kapitulo onse mao ang gawasnong mensaheng propetiko nga nagatala nianang pagrebelde sa ulahing mga adlaw. Kadtong pagpamatuod bahin sa pagrebelde nga makita sa kapitulo onse nagakauyon sa ug anaa sulod sa katapusang unom ka mga bersikulo sa maong kapitulo. Ang katapusang unom ka mga bersikulo mao ang mensahe sa pagrebelde sa tawo, ug kanang katapusang unom ka mga bersikulo girepresentahan pinaagi sa ug sulod sa tinagong kasaysayan sa bersikulo kap-atan. Sa pagbuhat niini ang basahon ni Daniel mapakunhod ngadto sa usa ka kapitulo, nga sa laing bahin mapakunhod ngadto sa unom ka mga bersikulo sa maong kapitulo, nga sa laing bahin mapakunhod ngadto sa tinagong kasaysayan sa ulahing katunga sa usa ka bersikulo.</w:t>
      </w:r>
    </w:p>
    <w:p>
      <w:pPr>
        <w:pStyle w:val="ArticleBody"/>
        <w:jc w:val="left"/>
      </w:pPr>
      <w:r>
        <w:rPr>
          <w:rFonts w:ascii="Times New Roman" w:hAnsi="Times New Roman" w:eastAsia="Times New Roman" w:cs="Times New Roman"/>
        </w:rPr>
        <w:t>Ang ikanapulog-usa ka kapitulo nagrepresentar sa ikanapulog-tulo ka letra nga giunhan sa nahaunang letra ug gisundan sa kataposang mga letra sa Hebreohanong alpabeto, ug ang nahauna ug ang kataposan kanunayng mao ra gihapon. Ang nahaunang kapitulo nag-ilhanan sa mga manggialamon nga gibulag gikan sa mga buang diha sa panan-awon sa salamin, ug ang kataposang kapitulo nag-ilhanan sa mga manggialamon nga gibulag gikan sa mga buang diha sa pag-abli sa selyo. Ang inspirasyon nagpahibalo kanato nga ang pagpatik sa usa ka gatus ug kap-atan ug upat ka libo maoy usa ka “pagkahimutang diha sa kamatuoran, sa intelektuwal ug sa espirituwal.” Ang ikanapulo ka kapitulo nag-ilhanan sa pagpatik sa usa ka gatus ug kap-atan ug upat ka libo sa espirituwal, ug ang ikanapulog-duha nagpakita sa intelektuwal. Ang ikanapulo ka kapitulo nag-ilhanan sa tulo ka mga paghikap ug tulo ka mga pakig-uban sa langitnong mga binuhat. Ang ikanapulog-duha ka kapitulo nag-ilhanan sa tulo ka hugna nga paghinlo sa mga manggialamon nga natuman pinaagi sa pagdugang sa intelektuwal nga propetikong kamatuoran ingon nga “nahinlo, napaputi ug nasulayan.” Maingon nga ang ikanapulo ka kapitulo adunay duha ka mga simbolo sa tulo, uban sa tulo ka mga paghikap ug tulo ka langitnong mga pakigtagbo; ang ikanapulog-duha ka kapitulo adunay tulo ka hugna sa pagsulay, ingon man usab, tulo ka mga tagna sa panahon.</w:t>
      </w:r>
    </w:p>
    <w:p>
      <w:pPr>
        <w:pStyle w:val="ArticleBody"/>
        <w:jc w:val="left"/>
      </w:pPr>
      <w:r>
        <w:rPr>
          <w:rFonts w:ascii="Times New Roman" w:hAnsi="Times New Roman" w:eastAsia="Times New Roman" w:cs="Times New Roman"/>
        </w:rPr>
        <w:t>Ang tulo ka langitnong pagpakigkita sa ikanapulong kapitulo nagdala sa timaan sa kamatuoran, kay ang nahauna ug ang kaulahing langitnong binuhat nga nakig-uban kang Daniel mao ang anghel nga si Gabriel, ug ang binuhat sa tunga mao si Miguel. Tulo ka mga anghel, apan si Cristo mao ang anghel sa ikaduhang lakang. Ang tulo ka paghikap nagrepresentar sa us aka progresibong tulo-ka-lakang nga pagpahimo og gahum kang Daniel. Sulod sa maong teksto, gipaila ni Daniel ang panan-awon sa salamin sa makalulo, ug sa pagbuhat niini iyang gibutang ang tulo ka mga panan-awon sa salamin sulod sa pito ka mga paghisgot sa panan-awon nga mareh diha sa ikanapulong kapitulo. Kaduha ang Hebreohanon nga pulong nga mareh gihubad nga “appearance,” ug kaduha nga “vision,” ug sa laing tulo ka higayon gihubad usab kini nga “vision.” Ang ‘laing tulo ka higayon’ dili mareh; kini mao ang pambabayeng porma sa mareh, nga mao ang marah. Ang ikanapulong kapitulo adunay tulo ka mga paghikap sa progresibong pagpahimo og gahum, tulo ka langitnong mga pagpakigkita nga nagdala sa timaan sa kamatuoran, ug tulo ka mga panan-awon sa salamin nga kabahin sa pito ka mga paghisgot sa dagway ni Cristo.</w:t>
      </w:r>
    </w:p>
    <w:p>
      <w:pPr>
        <w:pStyle w:val="ArticleHeading"/>
        <w:jc w:val="left"/>
      </w:pPr>
      <w:r>
        <w:rPr>
          <w:rFonts w:ascii="Arial" w:hAnsi="Arial" w:eastAsia="Arial" w:cs="Arial"/>
        </w:rPr>
        <w:t>Panagway</w:t>
      </w:r>
    </w:p>
    <w:p>
      <w:pPr>
        <w:pStyle w:val="ArticleBody"/>
        <w:jc w:val="left"/>
      </w:pPr>
      <w:r>
        <w:rPr>
          <w:rFonts w:ascii="Times New Roman" w:hAnsi="Times New Roman" w:eastAsia="Times New Roman" w:cs="Times New Roman"/>
        </w:rPr>
        <w:t>Ang duha ka higayon nga ang mareh gihubad nga panagway nahiuyon sa duha ka higayon nga kini gihubad nga panan-awon. Sa tingub ilang gipaila si Cristo ingon nga usa ka simbolo nga nagapakita ingon nga usa ka timailhan sa dalan diha sa kasaysayan sa tagna. Sa Pinadayag kapitulo 10, usa ka manulonda mikunsad ug gibutang ang usa ka tiil sa yuta ug ang usa sa dagat. Gipahibalo kita ni Sister White nga ang manulonda “dili ubos kay kang Jesu-Cristo mismo.” Ang manulonda sa Pinadayag 10 mao ang “panagway” ni Cristo diha sa kasaysayan sa tagna. Nagapakita Siya sa bersikulo 13 sa Daniel kapitulo 8 ingon nga si Palmoni, ug gikan sa Pinadayag kapitulo 5 padayon nagapakita Siya ingon nga ang Leon sa banay ni Juda. Si Daniel nagarepresentar niadtong mga anaa sa katapusang mga adlaw nga nagasunod sa mga tinag-anong pagpakita ni Cristo, bisan asa man Siya moadto. Kon sila matinumanon sa pagbuhat niana, sila pagamandoan ngadto sa panan-awon sa salaming tan-awanan diin ang dili-matinumanon mikalagiw.</w:t>
      </w:r>
    </w:p>
    <w:p>
      <w:pPr>
        <w:pStyle w:val="ArticleBody"/>
        <w:jc w:val="left"/>
      </w:pPr>
      <w:r>
        <w:rPr>
          <w:rFonts w:ascii="Times New Roman" w:hAnsi="Times New Roman" w:eastAsia="Times New Roman" w:cs="Times New Roman"/>
        </w:rPr>
        <w:t>Ang tulo ka lakang sa paghinlo sa ikanapulog-duha nga kapitulo, nga nakabasi sa pagsabot sa kahibalo nga modaghan sa dihang ang usa ka tagna maablihan, inubanan sa tulo ka “mga tagna sa panahon,” nga nagrepresentar sa tulo ka lahi nga katumanan alang sa matag usa sa tulo ka mga bersikulo. Ang usa ka libo duha ka gatus ug kan-uman ka tuig sa bersikulo siete, ang usa ka libo duha ka gatus ug kasiyaman ka tuig sa bersikulo onse, ug ang usa ka libo tulo ka gatus ug katloan ug lima ka tuig sa bersikulo dose nagtimaan sa tulo ka mga bersikulo nga ang matag usa naglangkob ug usa ka tagna sa panahon nga natuman sa kasaysayan, ug sa ulahi giila sa mga Millerite ingon nga makasaysayanong pagpamatuod sa mensahe nga ilang gimantala. Ang panagna diha sa bersikulo, ang makasaysayanong katumanan, ug ang pag-aplikar sa maong kasaysayan sa mga Millerite nagpamatuod sa katumanan sa kaulahian nga mga adlaw niadtong tulo ka mga tagna. Apan ang pag-aplikar sa panahon sa mga Millerite dili na balido, busa ang mga timailhan sa panahon diha sa mga bersikulo pagagamiton ingon nga mga simbolo, dili ingon nga panahon. Ang simbolismo natukod diha sa mga bersikulo pinaagi sa pag-aplikar sa bersikulo, sa makasaysayanong katumanan sa bersikulo, ug sa pagpresentar sa mensahe sa mga Millerite.</w:t>
      </w:r>
    </w:p>
    <w:p>
      <w:pPr>
        <w:pStyle w:val="ArticleBody"/>
        <w:jc w:val="left"/>
      </w:pPr>
      <w:r>
        <w:rPr>
          <w:rFonts w:ascii="Times New Roman" w:hAnsi="Times New Roman" w:eastAsia="Times New Roman" w:cs="Times New Roman"/>
        </w:rPr>
        <w:t>Ang kronolohiya sa ikapulog-usa ka kapitulo bahin sa pagrebelde sa katawhan nalanggikit pinaagi sa mga alyansa, mga tratado, ug mga pakigsaad. Ang mga pakigsaad sa tawo nga girepresentahan sulod sa kasaysayan sa ikapulog-usa ka kapitulo gitandi sa balaang pakigsaad.</w:t>
      </w:r>
    </w:p>
    <w:p>
      <w:pPr>
        <w:pStyle w:val="ArticleScripture"/>
        <w:jc w:val="left"/>
      </w:pPr>
      <w:r>
        <w:rPr>
          <w:rFonts w:ascii="Times New Roman" w:hAnsi="Times New Roman" w:eastAsia="Times New Roman" w:cs="Times New Roman"/>
        </w:rPr>
        <w:t>“Sa ulahing mga adlaw sa kasaysayan niining yutaa, ang tugon sa Dios uban sa Iyang katawhang nagabantay sa Iyang mga sugo pagabag-uhon.” Review and Herald, Pebrero 26, 1914.</w:t>
      </w:r>
    </w:p>
    <w:p>
      <w:pPr>
        <w:pStyle w:val="ArticleBody"/>
        <w:jc w:val="left"/>
      </w:pPr>
      <w:r>
        <w:rPr>
          <w:rFonts w:ascii="Times New Roman" w:hAnsi="Times New Roman" w:eastAsia="Times New Roman" w:cs="Times New Roman"/>
        </w:rPr>
        <w:t>Gitukod sa Roma ang tibuok panan-awon, ug sa dihang ang papal nga Roma unang hisgutan diha sa kapitulo onse, siya giila ingong “sila nga mibiya sa balaang pakigsaad.” Ang sulod nga linya diha sa Daniel onse, nga mao usab ang sulod nga linya sulod sa tinago nga kasaysayan sa bersikulo kwarenta, naghulagway niadtong mosulod sa pakigsaad uban sa Dios sa ulahing mga adlaw, ug ang gawas nga linya nagtimaan niadtong mibiya nianang maong pakigsaad. Sa paghulagway sa hut-ong nga dili makabenepisyo gikan sa pagdugang sa kahibalo sa ulahing mga adlaw, ang ilang gawasnong kasaysayan gihabol diha sa propetikong lanot sa nangaguba nga tawhanong mga kasabotan.</w:t>
      </w:r>
    </w:p>
    <w:p>
      <w:pPr>
        <w:pStyle w:val="ArticleBody"/>
        <w:jc w:val="left"/>
      </w:pPr>
      <w:r>
        <w:rPr>
          <w:rFonts w:ascii="Times New Roman" w:hAnsi="Times New Roman" w:eastAsia="Times New Roman" w:cs="Times New Roman"/>
        </w:rPr>
        <w:t>Hinabol ngadto sa sulodnong linya sa usa ka gatus ug kap-atan ug upat ka libo ang daghang mga simbolo ug mga hulagway sa relasyon sa pakigsaad sa Dios uban sa Iyang salin nga katawhan sa ulahing mga adlaw. Ang simbolo sa numero nga “onse” maoy usa sa maong mga kamatuoran, ug ang kamatuoran nga ang ikanapulog-usa nga bersikulo sa kapitulo onse nagtimaan sa gawasnon ug sulodnong panan-awon sa ulahing mga adlaw gipasiugda pinaagi sa pag-ila ni Isaias sa katuyoan ug buhat sa katawhan sa pakigsaad sa Dios sa katapusang adlaw diha sa kapitulo onse, ug bersikulo onse.</w:t>
      </w:r>
    </w:p>
    <w:p>
      <w:pPr>
        <w:pStyle w:val="ArticleScripture"/>
        <w:jc w:val="left"/>
      </w:pPr>
      <w:r>
        <w:rPr>
          <w:rFonts w:ascii="Times New Roman" w:hAnsi="Times New Roman" w:eastAsia="Times New Roman" w:cs="Times New Roman"/>
        </w:rPr>
        <w:t>Ug mahitabo nianang adlawa, nga ang Ginoo mopataas pag-usab sa iyang kamot sa ikaduhang higayon aron bawion ang salin sa iyang katawhan nga mahibilin, gikan sa Asiria, ug gikan sa Ehipto, ug gikan sa Patros, ug gikan sa Cus, ug gikan sa Elam, ug gikan sa Sinar, ug gikan sa Hamat, ug gikan sa mga pulo sa dagat. Isaias 11:11.</w:t>
      </w:r>
    </w:p>
    <w:p>
      <w:pPr>
        <w:pStyle w:val="ArticleHeading"/>
        <w:jc w:val="left"/>
      </w:pPr>
      <w:r>
        <w:rPr>
          <w:rFonts w:ascii="Arial" w:hAnsi="Arial" w:eastAsia="Arial" w:cs="Arial"/>
        </w:rPr>
        <w:t>Ang Pagkatibulaag</w:t>
      </w:r>
    </w:p>
    <w:p>
      <w:pPr>
        <w:pStyle w:val="ArticleBody"/>
        <w:jc w:val="left"/>
      </w:pPr>
      <w:r>
        <w:rPr>
          <w:rFonts w:ascii="Times New Roman" w:hAnsi="Times New Roman" w:eastAsia="Times New Roman" w:cs="Times New Roman"/>
        </w:rPr>
        <w:t>Sa ulahing mga adlaw ang salin nga katawhan sa Dios makaduha nga pagapatlaagon, nga nagkinahanglan nga tigumon. Ang bersikulo siete sa Daniel dose nagpaila sa usa ka pagpatlaag sa katawhan sa Dios sa ulahing mga adlaw, busa naghulagway sa usa ka libo duha ka gatus ug kan-uman ka adlaw ingon nga simbolo sa usa ka pagpatlaag.</w:t>
      </w:r>
    </w:p>
    <w:p>
      <w:pPr>
        <w:pStyle w:val="ArticleScripture"/>
        <w:jc w:val="left"/>
      </w:pPr>
      <w:r>
        <w:rPr>
          <w:rFonts w:ascii="Times New Roman" w:hAnsi="Times New Roman" w:eastAsia="Times New Roman" w:cs="Times New Roman"/>
        </w:rPr>
        <w:t>Ug nadungog ko ang tawo nga sinul-oban ug lino, nga atua sa ibabaw sa katubigan sa suba, sa dihang giyahat niya ang iyang too nga kamot ug ang iyang wala nga kamot ngadto sa langit, ug nanumpa pinaagi kaniya nga buhi sa walay katapusan nga kini mahitabo sulod sa usa ka panahon, mga panahon, ug tunga sa usa ka panahon; ug sa dihang matuman na niya ang pagpatibulaag sa gahum sa balaang katawhan, kining tanang mga butanga matapos. Daniel 12:7.</w:t>
      </w:r>
    </w:p>
    <w:p>
      <w:pPr>
        <w:pStyle w:val="ArticleBody"/>
        <w:jc w:val="left"/>
      </w:pPr>
      <w:r>
        <w:rPr>
          <w:rFonts w:ascii="Times New Roman" w:hAnsi="Times New Roman" w:eastAsia="Times New Roman" w:cs="Times New Roman"/>
        </w:rPr>
        <w:t>Ang duha ka mga saksi gipatibulaag sa Pinadayag kapitulo onse human nila mahatag ang ilang pagpamatuod.</w:t>
      </w:r>
    </w:p>
    <w:p>
      <w:pPr>
        <w:pStyle w:val="ArticleScripture"/>
        <w:jc w:val="left"/>
      </w:pPr>
      <w:r>
        <w:rPr>
          <w:rFonts w:ascii="Times New Roman" w:hAnsi="Times New Roman" w:eastAsia="Times New Roman" w:cs="Times New Roman"/>
        </w:rPr>
        <w:t>Ug sa diha nga mahuman na nila ang ilang pagpamatuod, ang mapintas nga mananap nga mosaka gikan sa bung-aw nga walay kinatumyan makiggubat batok kanila, ug modaug kanila, ug mopatay kanila. Ug ang ilang mga minatayng lawas mahigda sa dalan sa dakong siyudad, nga sa espirituhanong kahulogan ginatawag nga Sodoma ug Egipto, diin usab ang atong Ginoo gilansang sa krus. Ug ang mga katawhan ug mga kaliwatan ug mga pinulongan ug mga nasud motan-aw sa ilang mga minatayng lawas sulod sa tulo ka adlaw ug tunga, ug dili motugot nga ang ilang mga minatayng lawas igalubong sa mga lubnganan. Ug ang mga nagpuyo sa ibabaw sa yuta magakalipay tungod kanila, ug magsadya, ug magpadalag mga gasa ang usa ngadto sa usa; kay kining duha ka mga manalagna nagsakit kanila nga nanagpuyo sa ibabaw sa yuta. Pinadayag 11:7–10.</w:t>
      </w:r>
    </w:p>
    <w:p>
      <w:pPr>
        <w:pStyle w:val="ArticleBody"/>
        <w:jc w:val="left"/>
      </w:pPr>
      <w:r>
        <w:rPr>
          <w:rFonts w:ascii="Times New Roman" w:hAnsi="Times New Roman" w:eastAsia="Times New Roman" w:cs="Times New Roman"/>
        </w:rPr>
        <w:t>Sa sunod nga bersikulo, bersikulo onse, ang duha ka mga saksi gibanhaw gikan sa ilang kamatayon sa dalan sa Sodoma ug Ehipto. Kadtong maong kamatayon gihulagway ni Ezekiel ingon nga usa ka walog sa nangkatag, patay, ug mamala nga mga bukog. Ang duha ka mga saksi nagrepresentar sa Republikano ug Protestante nga mga sungay nga gipatay niadtong 2020. Ang Protestante nga sungay namatay tungod sa iyang bakak nga tagna sa Hulyo 18, 2020 ug ang Republikano nga sungay namatay tungod sa gikawat nga eleksiyon sa 2020. Gipaila ni Isaias nga sa dihang ang mga saksi pagabanhawon, nga iyang gipaila nga mao ang ikaduhang pagkatigum, kadtong mga saksi mahimong bandera nga nagatigum sa mga mamumuo sa ikanapulog-usa nga takna.</w:t>
      </w:r>
    </w:p>
    <w:p>
      <w:pPr>
        <w:pStyle w:val="ArticleScripture"/>
        <w:jc w:val="left"/>
      </w:pPr>
      <w:r>
        <w:rPr>
          <w:rFonts w:ascii="Times New Roman" w:hAnsi="Times New Roman" w:eastAsia="Times New Roman" w:cs="Times New Roman"/>
        </w:rPr>
        <w:t>Ug niadtong adlawa adunay usa ka gamut ni Jesse, nga motindog ingon nga usa ka bandila alang sa mga katawohan; kaniya mangita ang mga Gentil: ug ang iyang kapahulayan mamahimong mahimayaon. Ug mahatabo niadtong adlawa, nga igapaatol sa Ginoo ang iyang kamot pag-usab sa ikaduhang higayon aron mabawi ang salin sa iyang katawohan, nga mahibilin, gikan sa Asiria, ug gikan sa Egipto, ug gikan sa Patros, ug gikan sa Cus, ug gikan sa Elam, ug gikan sa Sinar, ug gikan sa Hamath, ug gikan sa mga pulo sa dagat. Ug ipatindog niya ang usa ka bandila alang sa mga nasud, ug tigumon niya ang mga sinalikway sa Israel, ug pagatigumon ang mga nagkatibulaag sa Juda gikan sa upat ka eskina sa yuta. Isaias 11:10–12.</w:t>
      </w:r>
    </w:p>
    <w:p>
      <w:pPr>
        <w:pStyle w:val="ArticleBody"/>
        <w:jc w:val="left"/>
      </w:pPr>
      <w:r>
        <w:rPr>
          <w:rFonts w:ascii="Times New Roman" w:hAnsi="Times New Roman" w:eastAsia="Times New Roman" w:cs="Times New Roman"/>
        </w:rPr>
        <w:t>Sa dihang ibutang sa Ginoo ang iyang kamot sa ikaduhang higayon aron sa pagtigom, iyang tigumon “ang mga sinalikway sa Israel.” Ang “mga sinalikway sa Israel” mahimong bandila alang sa mga Gentil, ug tungod niini kinahanglan silang isalikway una pa sila tigumon. Sila gisalikway ngadto sa walog ni Ezekiel nga napuno sa mga patayng bukog, ug sa makausa nang gipamatay, nanghigda sila sa dalan diin usab gilansang sa krus ang atong Ginoo, samtang ang laing pundok nagkalipay.</w:t>
      </w:r>
    </w:p>
    <w:p>
      <w:pPr>
        <w:pStyle w:val="ArticleScripture"/>
        <w:jc w:val="left"/>
      </w:pPr>
      <w:r>
        <w:rPr>
          <w:rFonts w:ascii="Times New Roman" w:hAnsi="Times New Roman" w:eastAsia="Times New Roman" w:cs="Times New Roman"/>
        </w:rPr>
        <w:t>Pamati ang pulong sa Ginoo, kamong nangurog sa iyang pulong; Ang inyong mga igsoon nga nagdumot kaninyo, nga naghingilin kaninyo tungod sa akong ngalan, miingon, Hinaut nga pagahimayaon ang Ginoo: apan siya magapakita alang sa inyong kalipay, ug sila maulawan. Isaias 66:5.</w:t>
      </w:r>
    </w:p>
    <w:p>
      <w:pPr>
        <w:pStyle w:val="ArticleBody"/>
        <w:jc w:val="left"/>
      </w:pPr>
      <w:r>
        <w:rPr>
          <w:rFonts w:ascii="Times New Roman" w:hAnsi="Times New Roman" w:eastAsia="Times New Roman" w:cs="Times New Roman"/>
        </w:rPr>
        <w:t>Kadtong nangurog sa Pulong sa Dios gipapahawa sa ilang mga igsoon nga nagdumot kanila. Giila ni Jeremias ang mahitabo sa mga igsoon nga nagdumot sa bandila.</w:t>
      </w:r>
    </w:p>
    <w:p>
      <w:pPr>
        <w:pStyle w:val="ArticleScripture"/>
        <w:jc w:val="left"/>
      </w:pPr>
      <w:r>
        <w:rPr>
          <w:rFonts w:ascii="Times New Roman" w:hAnsi="Times New Roman" w:eastAsia="Times New Roman" w:cs="Times New Roman"/>
        </w:rPr>
        <w:t>Busa mao kini ang giingon sa Ginoo: Ania karon, dad-an ko sila ug kadaotan nga dili nila arang malikayan; ug bisan pa man kon motuaw sila kanako, dili ko sila paminawon. Jeremias 11:11.</w:t>
      </w:r>
    </w:p>
    <w:p>
      <w:pPr>
        <w:pStyle w:val="ArticleBody"/>
        <w:jc w:val="left"/>
      </w:pPr>
      <w:r>
        <w:rPr>
          <w:rFonts w:ascii="Times New Roman" w:hAnsi="Times New Roman" w:eastAsia="Times New Roman" w:cs="Times New Roman"/>
        </w:rPr>
        <w:t>Ang konteksto sa bersikulo onse mao ang tugon sa Dios, ug ang tanang mga propeta naghisgot mahitungod sa ulahing mga adlaw, busa ang tugon nga gihisgutan mao ang pagbag-o sa tugon uban sa usa ka gatus ug kap-atan ug upat ka libo.</w:t>
      </w:r>
    </w:p>
    <w:p>
      <w:pPr>
        <w:pStyle w:val="ArticleScripture"/>
        <w:jc w:val="left"/>
      </w:pPr>
      <w:r>
        <w:rPr>
          <w:rFonts w:ascii="Times New Roman" w:hAnsi="Times New Roman" w:eastAsia="Times New Roman" w:cs="Times New Roman"/>
        </w:rPr>
        <w:t>Ang pulong nga miabut kang Jeremias gikan sa Ginoo, nga nagaingon: Pamati kamo sa mga pulong niini nga tugon, ug isulti kini sa mga tawo sa Juda, ug sa mga pumoluyo sa Jerusalem; Ug umingon ikaw kanila: Mao kini ang giingon sa Ginoong Dios sa Israel: Tinunglo ang tawo nga dili motuman sa mga pulong niini nga tugon, Nga gisugo ko sa inyong mga amahan sa adlaw nga akong gipagula sila gikan sa yuta sa Egipto, gikan sa hudno nga puthaw, nga nagaingon: Tumana ang akong tingog, ug buhata kini, sumala sa tanan nga akong gisugo kaninyo: sa ingon niana kamo mahimong akong katawohan, ug ako mahimong inyong Dios: Aron matuman ko ang panumpa nga akong gipanumpa sa inyong mga amahan, sa paghatag kanila ug yuta nga nagapaagay sa gatas ug dugos, sama niining adlawa. Unya mitubag ako, ug miingon: Amen, O Ginoo.</w:t>
      </w:r>
    </w:p>
    <w:p>
      <w:pPr>
        <w:pStyle w:val="ArticleScripture"/>
        <w:jc w:val="left"/>
      </w:pPr>
      <w:r>
        <w:rPr>
          <w:rFonts w:ascii="Times New Roman" w:hAnsi="Times New Roman" w:eastAsia="Times New Roman" w:cs="Times New Roman"/>
        </w:rPr>
        <w:t>Unya miingon ang Ginoo kanako, Imantala kining tanang mga pulonga sa mga siyudad sa Juda, ug sa mga kadalanan sa Jerusalem, nga magaingon, Pamatia ninyo ang mga pulong niining tugon, ug tumanon ninyo kini. Kay sa mapinadaygon gayud ako nga nagpamatuod sa inyong mga amahan sukad sa adlaw nga gikuha ko sila gikan sa yuta sa Egipto hangtod niining adlawa, nga sayo nga nagabanhaw ug nagpamatuod, nga nagaingon, Tumanon ninyo ang akong tingog. Apan sila wala managtuman, ni magpakiling sa ilang dalunggan, kondili ang tagsatagsa naglakaw sumala sa paghanduraw sa iyang dautang kasingkasing: busa dad-on ko sa ibabaw nila ang tanang mga pulong niining tugon, nga akong gisugo kanila nga buhaton; apan sila wala kini buhata.</w:t>
      </w:r>
    </w:p>
    <w:p>
      <w:pPr>
        <w:pStyle w:val="ArticleScripture"/>
        <w:jc w:val="left"/>
      </w:pPr>
      <w:r>
        <w:rPr>
          <w:rFonts w:ascii="Times New Roman" w:hAnsi="Times New Roman" w:eastAsia="Times New Roman" w:cs="Times New Roman"/>
        </w:rPr>
        <w:t>Ug ang Ginoo miingon kanako, Usa ka panagkunsabo hikaplagan sa mga tawo sa Juda, ug sa mga pumoluyo sa Jerusalem. Sila mibalik ngadto sa mga kasal-anan sa ilang mga katigulangan, nga midumili sa pagpaminaw sa akong mga pulong; ug sila misunod sa laing mga dios aron sa pag-alagad kanila: ang balay sa Israel ug ang balay sa Juda nakalapas sa akong tugon nga akong gihimo uban sa ilang mga amahan. Busa mao kini ang giingon sa Ginoo, Ania karon, dad-an ko silag kadautan, nga dili nila mahimong kalikayan; ug bisan pa man motuaw sila kanako, dili ako mamati kanila. Jeremias 11:1–11.</w:t>
      </w:r>
    </w:p>
    <w:p>
      <w:pPr>
        <w:pStyle w:val="ArticleBody"/>
        <w:jc w:val="left"/>
      </w:pPr>
      <w:r>
        <w:rPr>
          <w:rFonts w:ascii="Times New Roman" w:hAnsi="Times New Roman" w:eastAsia="Times New Roman" w:cs="Times New Roman"/>
        </w:rPr>
        <w:t>Ang hilisgotan sa paghukom sa Laodicean nga Seventh-day Adventism nga giila ni Jeremias gisubli ni Ezequiel sa kapitulo onse, bersikulo onse.</w:t>
      </w:r>
    </w:p>
    <w:p>
      <w:pPr>
        <w:pStyle w:val="ArticleScripture"/>
        <w:jc w:val="left"/>
      </w:pPr>
      <w:r>
        <w:rPr>
          <w:rFonts w:ascii="Times New Roman" w:hAnsi="Times New Roman" w:eastAsia="Times New Roman" w:cs="Times New Roman"/>
        </w:rPr>
        <w:t>Kining siyudara dili mahimong inyong kawa, ni kamo mahimong unod diha sa taliwala niini; kondili pagahukman ko kamo sa utlanan sa Israel. Ezekiel 11:11.</w:t>
      </w:r>
    </w:p>
    <w:p>
      <w:pPr>
        <w:pStyle w:val="ArticleBody"/>
        <w:jc w:val="left"/>
      </w:pPr>
      <w:r>
        <w:rPr>
          <w:rFonts w:ascii="Times New Roman" w:hAnsi="Times New Roman" w:eastAsia="Times New Roman" w:cs="Times New Roman"/>
        </w:rPr>
        <w:t>Ang Inspirasyon sa tukma gayod nag-ila sa pagtimri sa Ezekiel kapitulo nuybe ingon nga mao gayod ang maong pagtimri sa usa ka gatus ug kap-atan ug upat ka libo diha sa Pinadayag siyete. Ang bersikulo onse sa kapitulo onse yano lamang nga pagpadayon sa nagpadayong asoy ni Ezekiel mahitungod sa paghukom ibabaw sa iglesya sa Seventh-day Adventist, nga giila ni Sister White ingon nga Jerusalem sa Ezekiel kapitulo nuybe. Kadtong wala makadawat sa timri ginahukman ug gilaglag sa panan-awon sa mga kapitulo nuybe hangtod onse.</w:t>
      </w:r>
    </w:p>
    <w:p>
      <w:pPr>
        <w:pStyle w:val="ArticleBody"/>
        <w:jc w:val="left"/>
      </w:pPr>
      <w:r>
        <w:rPr>
          <w:rFonts w:ascii="Times New Roman" w:hAnsi="Times New Roman" w:eastAsia="Times New Roman" w:cs="Times New Roman"/>
        </w:rPr>
        <w:t>Ang panan-awon sa 9/11 diha sa Ezekiel nagaila sa mga dili matinumanon ingon nga ginadala sa gawas sa Jerusalem aron hukman, sa ingon nagaila sa katapusang pagbulag niadtong nag-angkon nga mao ang katapusang iglesia nga gihulagway sa basahon sa Pinadayag. Ang simbolo sa “onse, onse” usa ka simbolo sa tugon nga gisudlan sa usa ka gatus ug kap-atan ug upat ka libo uban sa Dios. Kon iusa ang mga numero, kini nagrepresentar sa baynte dos, nga mao ang ikapulo ka bahin sa duha ka gatus ug baynte, usa sa mga simbolo sa paghiusa sa Pagka-Dios uban sa pagka-tawo.</w:t>
      </w:r>
    </w:p>
    <w:p>
      <w:pPr>
        <w:pStyle w:val="ArticleBody"/>
        <w:jc w:val="left"/>
      </w:pPr>
      <w:r>
        <w:rPr>
          <w:rFonts w:ascii="Times New Roman" w:hAnsi="Times New Roman" w:eastAsia="Times New Roman" w:cs="Times New Roman"/>
        </w:rPr>
        <w:t>Ang duha ka gatus ug kaluhaan ka tuig tali sa 677 ug 457 BC nagdugtong sa tagna ni Daniel mahitungod sa duha ka libo ug tulo ka gatus ka mga adlaw, uban sa tagna ni Moises mahitungod sa pito ka mga panahon. Daghan ang mahimong maila diha sa duha ka gatus ug kaluhaan ka tuig ingon nga simbolo sa buluhaton sa pagpasig-uli nga nagsugod sa dihang ang maong duha ka mga tagna nag-abot nga magkauban niadtong 1844. Daghan usab ang mahimong ikapadayag mahitungod sa simbolikong girepresentar sa gidaghanon nga kaluhaan ug duha ingon nga ikapulo sa duha ka gatus ug kaluhaan, maingon man sa kahimtang sa gidaghanon nga napulo ug usa. Ang akong gitinguhang ilhan dinhi mao ang kalabutan tali sa napulo ug usa ug kaluhaan ug duha.</w:t>
      </w:r>
    </w:p>
    <w:p>
      <w:pPr>
        <w:pStyle w:val="ArticleBody"/>
        <w:jc w:val="left"/>
      </w:pPr>
      <w:r>
        <w:rPr>
          <w:rFonts w:ascii="Times New Roman" w:hAnsi="Times New Roman" w:eastAsia="Times New Roman" w:cs="Times New Roman"/>
        </w:rPr>
        <w:t>Padayonon nato kining mga hunahuna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Natagong Kasaysayan sa Bersikulo Kwarenta — Numero Sais</dc:title>
  <dc:subject>Onse</dc:subject>
  <dc:creator>Jeff Pippenger</dc:creator>
  <cp:keywords/>
  <dc:description>Generated by ArticleDigger from hidden_history\06_hidden_history.json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