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Tinagong Kasaysayan sa Bersikulo Kuwarenta—Numero Siyete</w:t>
      </w:r>
    </w:p>
    <w:p>
      <w:pPr>
        <w:pStyle w:val="ArticleSubtitle"/>
        <w:jc w:val="left"/>
      </w:pPr>
      <w:r>
        <w:rPr>
          <w:rFonts w:ascii="Arial" w:hAnsi="Arial" w:eastAsia="Arial" w:cs="Arial"/>
        </w:rPr>
        <w:t>Onse ug Kaluhaan ug Duha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Ang Daniel kapitulo onse bersikulo disi-sais ug bersikulo baynte-dos nagkahiuyon sa haduol nang pag-abot nga balaod sa Domingo. Ang katumanan sa bersikulo napulo niadtong 1989 mitultol ngadto sa Gubat sa Ukraine niadtong 2014, sumala sa gihulagway sa katumanan sa gubat sa Raphia sa bersikulo onse niadtong 217 BC. Ang bersikulo onse hangtod sa bersikulo disi-sais mao usab ang bersikulo onse hangtod sa bersikulo baynte-dos; busa, ang tinagong kasaysayan sa bersikulo kuwarenta, ingon sa gihulagway diha sa mga bersikulo onse hangtod disi-sais, gihulagway usab ingon nga kasaysayan sa bersikulo onse hangtod baynte-dos. Ang tinagong kasaysayan sa bersikulo kuwarenta gihulagway pinaagi sa onse hangtod baynte-dos.</w:t>
      </w:r>
    </w:p>
    <w:p>
      <w:pPr>
        <w:pStyle w:val="ArticleHeading"/>
        <w:jc w:val="left"/>
      </w:pPr>
      <w:r>
        <w:rPr>
          <w:rFonts w:ascii="Arial" w:hAnsi="Arial" w:eastAsia="Arial" w:cs="Arial"/>
        </w:rPr>
        <w:t>Mga Kapitulo Onse hangtod Baynte-Dos</w:t>
      </w:r>
    </w:p>
    <w:p>
      <w:pPr>
        <w:pStyle w:val="ArticleBody"/>
        <w:jc w:val="left"/>
      </w:pPr>
      <w:r>
        <w:rPr>
          <w:rFonts w:ascii="Times New Roman" w:hAnsi="Times New Roman" w:eastAsia="Times New Roman" w:cs="Times New Roman"/>
        </w:rPr>
        <w:t>Kana nga tinagong kasaysayan girepresentahan usab sa mga kapitulo onse hangtod baynte-dos sa Genesis, Mateo, Pinadayag, ug The Desire of Ages. Kining upat ka mga saksi sa mga kapitulo “onse hangtod baynte-dos” nagkauyon sa tinagong kasaysayan, kay ang tinagong kasaysayan mao ang mga bersikulo onse hangtod baynte-dos sa Daniel onse. Ang sentro sa upat ka mga saksi kanunay nga nag-ila sa timaan sa tugon, sugod sa tugon sa kamatayon nga girepresentahan ni Nimrod sa kapitulo onse sa Genesis ug natapos sa bigaon nga babaye sa Roma sa kapitulo disi-siyete sa Pinadayag.</w:t>
      </w:r>
    </w:p>
    <w:p>
      <w:pPr>
        <w:pStyle w:val="ArticleHeading"/>
        <w:jc w:val="left"/>
      </w:pPr>
      <w:r>
        <w:rPr>
          <w:rFonts w:ascii="Arial" w:hAnsi="Arial" w:eastAsia="Arial" w:cs="Arial"/>
        </w:rPr>
        <w:t>Napulog pito</w:t>
      </w:r>
    </w:p>
    <w:p>
      <w:pPr>
        <w:pStyle w:val="ArticleBody"/>
        <w:jc w:val="left"/>
      </w:pPr>
      <w:r>
        <w:rPr>
          <w:rFonts w:ascii="Times New Roman" w:hAnsi="Times New Roman" w:eastAsia="Times New Roman" w:cs="Times New Roman"/>
        </w:rPr>
        <w:t>Gawas kang Mateo, ang upat ka mga saksi nag-ila sa kapitulo disi-siyete ingong tunga-tunga sa yugto nga ilang gihulagway. Ang gidaghanon nga disi-siyete makita usab sa tulo ka higayon sulod sa tulo ka duha ka gatus ug kalim-an ka tuig nga mga tagna nga nagsugod niadtong 457 BC, 64 ug 1776. Duha nianang mga linya, (ang nahauna ug ang naulahi) nag-ila sa usa ka tunga-tunga sa dihang ang nahaunang linya sa 457 BC natapos sa 207 BC ug ang naulahing linya sa 1776 matapos sa 2026. Ang 207 BC anaa taliwala sa mga gubat sa Raphia ug Panium, ug ang 2026 mao ang tunga-tungang termino sa katapusang presidente sa Tinipong Bansa sa Amerika.</w:t>
      </w:r>
    </w:p>
    <w:p>
      <w:pPr>
        <w:pStyle w:val="ArticleBody"/>
        <w:jc w:val="left"/>
      </w:pPr>
      <w:r>
        <w:rPr>
          <w:rFonts w:ascii="Times New Roman" w:hAnsi="Times New Roman" w:eastAsia="Times New Roman" w:cs="Times New Roman"/>
        </w:rPr>
        <w:t>Sulod sa tulo ka 250-ka-tuig nga mga linya, si Ptolemy naghari sulod sa napulog-pito ka tuig. Adunay napulog-pito ka tuig tali sa 313 ug 330 sa linya ni Nero, ug may napulog-pito ka tuig tali sa mga gubat sa Raphia niadtong 217 BC ug sa gubat sa Panium niadtong 200 BC. Tulo sa upat ka mga saksi sa mga kapitulo onse hangtod baynte-dos nagtimaan sa ilang tukmang tunga ingon nga kapitulo napulog-pito. Busa, ang tinago nga kasaysayan sa bersikulo kuwarenta gilarawan sa mga bersikulo onse hangtod baynte-dos sa maong kapitulo, ug ang upat ka mga saksi sa mga kapitulo onse hangtod baynte-dos nagahan-ay uban nianang mao gihapong mga bersikulo. Ang katumanan sa matag usa sa tulo ka 250-ka-tuig nga mga tagna nagahan-ay sa mao gihapong kasaysayan. Ang tunga gipasidunggan ingon nga usa ka waymark, ug ilabina kini giila ingon nga simbolo sa pakigsaad ug selyo sa katawhan sa Dios.</w:t>
      </w:r>
    </w:p>
    <w:p>
      <w:pPr>
        <w:pStyle w:val="ArticleHeading"/>
        <w:jc w:val="left"/>
      </w:pPr>
      <w:r>
        <w:rPr>
          <w:rFonts w:ascii="Arial" w:hAnsi="Arial" w:eastAsia="Arial" w:cs="Arial"/>
        </w:rPr>
        <w:t>Daniel Dose</w:t>
      </w:r>
    </w:p>
    <w:p>
      <w:pPr>
        <w:pStyle w:val="ArticleBody"/>
        <w:jc w:val="left"/>
      </w:pPr>
      <w:r>
        <w:rPr>
          <w:rFonts w:ascii="Times New Roman" w:hAnsi="Times New Roman" w:eastAsia="Times New Roman" w:cs="Times New Roman"/>
        </w:rPr>
        <w:t>Ang mga bersikulo pito, onse, ug dose sa Daniel kapitulo dose nagaila sa katapusang yugto sa pagpatik sa usa ka gatus ug kap-atan ug upat ka libo. Ang bersikulo pito nagaila sa Disyembre 31, 2023, ug ang bersikulo dose nagaila sa Hulyo 18, 2020. Ang pagkapatlaag sa bersikulo pito nga natapos niadtong Disyembre 31, 2023, nga nagsugod niadtong Hulyo 18, 2020, girepresentahan diha sa alpha ug omega sa tulo ka bersikulo sa matagnaong panahon nga anaa sa Daniel dose. Ang tunga nga bersikulo sa 1,290 ka tuig nagaila sa kasaysayan gikan sa 1989 ngadto sa hapit na moabot nga balaod sa Domingo ingon nga 30, ug dayon 1,260 ngadto sa pagtapos sa pagsulay sa tawo. Katloan ka tuig nga nagrepresentar sa panuigon sa pagkasaserdote sa usa ka gatus ug kap-atan ug upat ka libo ug 1260 ka tuig nga nagatipo sa simbolikong kap-atan ug duha ka bulan sa Pinadayag trese.</w:t>
      </w:r>
    </w:p>
    <w:p>
      <w:pPr>
        <w:pStyle w:val="ArticleBody"/>
        <w:jc w:val="left"/>
      </w:pPr>
      <w:r>
        <w:rPr>
          <w:rFonts w:ascii="Times New Roman" w:hAnsi="Times New Roman" w:eastAsia="Times New Roman" w:cs="Times New Roman"/>
        </w:rPr>
        <w:t>Ang duruha ka tagna sa 30 nga gisundan sa usa ka libo duha ka gatus ug kan-uman ka tuig maoy simbolo sa duruha ka tagna sa tugon ni Abraham ug ni Pablo nga 400 ug 430 ka tuig. Ang tunga-tunga sa tulo ka bersikulo sa panahon diha sa Daniel dose naghulagway sa pagrebelde sa ikanapulog tulo nga letra, samtang sa mao gihapon nga panahon naghatag ug paghatag-diin sa tugon ug sa pagpatik sa usa ka gatus kap-atan ug upat ka libo. Ang tulo usab ka bersikulo nahiuyon sa tinagong kasaysayan, ug nagdugang ug laing saksi sa paghatag-diin nga ang tunga-tunga maoy simbolo sa tugon.</w:t>
      </w:r>
    </w:p>
    <w:p>
      <w:pPr>
        <w:pStyle w:val="ArticleHeading"/>
        <w:jc w:val="left"/>
      </w:pPr>
      <w:r>
        <w:rPr>
          <w:rFonts w:ascii="Arial" w:hAnsi="Arial" w:eastAsia="Arial" w:cs="Arial"/>
        </w:rPr>
        <w:t>Tingpamulak ug Tinghunlak</w:t>
      </w:r>
    </w:p>
    <w:p>
      <w:pPr>
        <w:pStyle w:val="ArticleBody"/>
        <w:jc w:val="left"/>
      </w:pPr>
      <w:r>
        <w:rPr>
          <w:rFonts w:ascii="Times New Roman" w:hAnsi="Times New Roman" w:eastAsia="Times New Roman" w:cs="Times New Roman"/>
        </w:rPr>
        <w:t>Uban niining tanang mga linya kinahanglan natong iapil ang tulo ka mga saksi sa mga fiesta sa tingpamulak ug tinghunlak nga nahimutang sa Levitico baynte-tres, nga gipaangay ug gihiusa sa kapanahonan sa Pentecostes sulod sa kasaysayan sa krus. Didto ang kapitulo mao ang baynte-tres, nga usa ka simbolo sa buhat ni Cristo sa pagpasig-uli. Ang kapitulo gilangkuban sa kap-atan ug upat ka mga bersikulo, nga sa simbolikong paagi nagrepresentar sa Oktubre 22, 1844. Ang Oktubre 22 nagrepresentar sa 22 ka adlaw sa Oktubre, nga nagsugod sa unang adlaw ug natapos sa ika-baynte-dos nga adlaw, busa nagdala sa mga kredensyal sa Hebreohanong alpabeto. Ang Oktubre ingon nga ikapulo nga bulan, kon padaghanon sa ika-baynte-dos nga adlaw, mahimong 220.</w:t>
      </w:r>
    </w:p>
    <w:p>
      <w:pPr>
        <w:pStyle w:val="ArticleBody"/>
        <w:jc w:val="left"/>
      </w:pPr>
      <w:r>
        <w:rPr>
          <w:rFonts w:ascii="Times New Roman" w:hAnsi="Times New Roman" w:eastAsia="Times New Roman" w:cs="Times New Roman"/>
        </w:rPr>
        <w:t>Sa kalendaryong Hebreo, ang ikanapulo nga adlaw sa ikapitong bulan mao ang Adlaw sa Pagtabon-sa-Sala, ug ang napulo ka pilo sa pito mao ang kapitoan, usa ka simbolo sa panahon sa pagsulay. Ang duha ka libo ug tulo ka gatus ka tuig natapos niadtong 1844 sa pag-abot sa ikatulong manulonda, sumala sa gipakita sa hulagway sa ikatulong sugo nga nagsugod sa maong yugto. Adunay kapitoan ka semana nga gitino ingong panahon sa pagsulay nga gitagana kaniadto alang sa karaang literal nga Israel sa sinugdanan sa 2,300 ka adlaw, ug sa katapusan niadtong mga adlawa ang panahon sa pagsulay alang sa modernong espirituwal nga Israel girepresentahan sa ikanapulo nga adlaw sa ikapitong bulan, nga katumbas sa kapitoan. Ang Oktubre 22, 1844 naghulagway sa umalabot nga balaod sa Domingo, ug didto matapos ang simbolikong kapitoan ka tuig nga panahon sa pagsulay alang sa Seventh-day Adventism, maingon nga nahitabo usab kini sa mga Judio sa dihang gibato si Esteban.</w:t>
      </w:r>
    </w:p>
    <w:p>
      <w:pPr>
        <w:pStyle w:val="ArticleBody"/>
        <w:jc w:val="left"/>
      </w:pPr>
      <w:r>
        <w:rPr>
          <w:rFonts w:ascii="Times New Roman" w:hAnsi="Times New Roman" w:eastAsia="Times New Roman" w:cs="Times New Roman"/>
        </w:rPr>
        <w:t>Ang 1844 nagrepresentar sa usa ka yugto sa dihang miabot ang duha ka manulonda, ang ikaduha sa unang kapakyasan sa paglaum ug ang ikatulo sa dakong kapakyasan sa paglaum. Ang “44” nagrepresentar sa usa ka duruha ka mensahe, sumala sa gihulagway sa bersikulo kap-atan ug upat sa Daniel onse mahitungod sa mga balita gikan sa sidlakan ug sa amihanan. Ang Levitico baynte-tres naglangkob ug kap-atan ug upat ka mga bersikulo nga nagbahin sa balaang mga pista ngadto sa tingpamulak ug tinghunlak. Kadtong kap-atan ug upat ka mga bersikulo nagrepresentar sa usa ka duruha ka mensahe. Ang duha ka mga kapanahonan girepresentahan sa baynte-dos ka mga bersikulo matag usa, busa ang mga pista sa tingpamulak ug tinghunlak parehong nagrepresentar sa baynte-dos ka mga letra sa Hebreohanon nga kalendaryo. Sa dihang kining duha ka mga saksi nga may baynte-dos ka mga bersikulo pagahiuson uban sa panahon sa Pentecostes, nagamugna sila ug usa ka balangkas nga may tulo ka mga lakang.</w:t>
      </w:r>
    </w:p>
    <w:p>
      <w:pPr>
        <w:pStyle w:val="ArticleBody"/>
        <w:jc w:val="left"/>
      </w:pPr>
      <w:r>
        <w:rPr>
          <w:rFonts w:ascii="Times New Roman" w:hAnsi="Times New Roman" w:eastAsia="Times New Roman" w:cs="Times New Roman"/>
        </w:rPr>
        <w:t>Ang unang lakang maoy usa ka timaan sa dalan nga gilangkuban sa tulo ka bahin nga gisundan sa lima ka adlaw, sama usab sa kataposan sa tulo ka mga timaan sa dalan. Ang tunga-tungang timaan sa dalan mao ang katloan ka adlaw sa nawong-sa-nawong nga pagpahimangno ni Cristo uban niadtong mga gidihogan ingon nga mga saserdote alang sa pag-alagad diha sa malampusong iglesia. Ang Levitico baynte-trés nahiuyon sa tinagong kasaysayan sa bersikulo kuwarenta.</w:t>
      </w:r>
    </w:p>
    <w:p>
      <w:pPr>
        <w:pStyle w:val="ArticleHeading"/>
        <w:jc w:val="left"/>
      </w:pPr>
      <w:r>
        <w:rPr>
          <w:rFonts w:ascii="Arial" w:hAnsi="Arial" w:eastAsia="Arial" w:cs="Arial"/>
        </w:rPr>
        <w:t>Tungatunga</w:t>
      </w:r>
    </w:p>
    <w:p>
      <w:pPr>
        <w:pStyle w:val="ArticleBody"/>
        <w:jc w:val="left"/>
      </w:pPr>
      <w:r>
        <w:rPr>
          <w:rFonts w:ascii="Times New Roman" w:hAnsi="Times New Roman" w:eastAsia="Times New Roman" w:cs="Times New Roman"/>
        </w:rPr>
        <w:t>Ang tunga-tunga sa linya sa Genesis gikan sa kapitulo onse hangtod sa kapitulo baynte-dos mao ang kapitulo disi-siyete, diin gitukod ang ikaduhang lakang sa tulo-ka-lakang nga pakigsaad ni Abraham ug ang ilhanan sa sirkumsisyon. Ang eksaktong sentro sa tanang mga bersikulo nga nahimutang sa kapitulo onse hangtod sa baynte-dos mao ang Genesis 17:22:</w:t>
      </w:r>
    </w:p>
    <w:p>
      <w:pPr>
        <w:pStyle w:val="ArticleScripture"/>
        <w:jc w:val="left"/>
      </w:pPr>
      <w:r>
        <w:rPr>
          <w:rFonts w:ascii="Times New Roman" w:hAnsi="Times New Roman" w:eastAsia="Times New Roman" w:cs="Times New Roman"/>
        </w:rPr>
        <w:t>Apan ang akong tugon akong pagatukoron uban kang Isaac, nga igapanganak ni Sara alang kanimo niining tinudlong panahona sa sunod tuig. Ug mihunong Siya sa pagsulti kaniya, ug ang Dios mitungas gikan kang Abraham. Genesis 17:22.</w:t>
      </w:r>
    </w:p>
    <w:p>
      <w:pPr>
        <w:pStyle w:val="ArticleBody"/>
        <w:jc w:val="left"/>
      </w:pPr>
      <w:r>
        <w:rPr>
          <w:rFonts w:ascii="Times New Roman" w:hAnsi="Times New Roman" w:eastAsia="Times New Roman" w:cs="Times New Roman"/>
        </w:rPr>
        <w:t>Ang Dios misugod sa pagsulti kang Abraham diha sa bersikulo uno ug gitapos Niya ang Iyang pakigpulong sa bersikulo baynte-dos, busa ang tibuok dayalogo sa tugon sa pagtuli gibutang sulod sa propetikong konteksto sa baynte-dos ka mga letra sa Hebreohanong alpabeto, samtang ang tema sa baynte-dos ka mga bersikulo mao ang rito sa pagtuli, nga pagatumanon sa ikawalong adlaw. Ang sentro o tunga-tunga sa teksto sa Genesis mao ang pakigsaad nga relasyon sa Dios uban sa usa ka gatus ug kap-atan ug upat ka libo ingon nga girepresentahan sa tugon ni Abraham sa pagtuli. Ang tunga-tunga sa laray sa mga kapitulo sa Genesis gikan sa onse hangtod sa baynte-dos mao ang kapitulo disi-siyete, ug ang hingpit nga tunga-tunga sa maong kapitulo mao ang bersikulo baynte-dos diin ang Dios mihunong sa Iyang pakigpulong kang Abraham mahitungod sa tugon, sa ingon niana gibutang ang tunga-tunga sa konteksto sa Hebreohanong alpabeto nga may baynte-dos ka mga letra. Ang tunga-tunga niadtong baynte-dos ka mga bersikulo, sa pagkatinuod, mao ang bersikulo onse.</w:t>
      </w:r>
    </w:p>
    <w:p>
      <w:pPr>
        <w:pStyle w:val="ArticleScripture"/>
        <w:jc w:val="left"/>
      </w:pPr>
      <w:r>
        <w:rPr>
          <w:rFonts w:ascii="Times New Roman" w:hAnsi="Times New Roman" w:eastAsia="Times New Roman" w:cs="Times New Roman"/>
        </w:rPr>
        <w:t>Ug pagacircuncidahan ninyo ang unod sa inyong yamis; ug kini mahimong timaan sa tugon tali kanako ug kaninyo. Genesis 17:11.</w:t>
      </w:r>
    </w:p>
    <w:p>
      <w:pPr>
        <w:pStyle w:val="ArticleBody"/>
        <w:jc w:val="left"/>
      </w:pPr>
      <w:r>
        <w:rPr>
          <w:rFonts w:ascii="Times New Roman" w:hAnsi="Times New Roman" w:eastAsia="Times New Roman" w:cs="Times New Roman"/>
        </w:rPr>
        <w:t>Ang mga tunga nga bahin sa upat ka mga pahayag sa mga kapitulo onse hangtod baynte dos sa Biblia naglakip ug tulo ka mga bersikulo aron mahuman ang hunahuna sa tunga nga bahin.</w:t>
      </w:r>
    </w:p>
    <w:p>
      <w:pPr>
        <w:pStyle w:val="ArticleScripture"/>
        <w:jc w:val="left"/>
      </w:pPr>
      <w:r>
        <w:rPr>
          <w:rFonts w:ascii="Times New Roman" w:hAnsi="Times New Roman" w:eastAsia="Times New Roman" w:cs="Times New Roman"/>
        </w:rPr>
        <w:t>Mao kini ang akong tugon, nga inyong pagabantayan, tali sa akong kaugalingon ug kaninyo ug sa imong kaliwatan sunod kanimo: Ang matag batang lalaki sa taliwala ninyo pagatulián. Ug pagatulion ninyo ang unod sa inyong yamis; ug kini mahimong timaan sa tugon tali sa akong kaugalingon ug kaninyo. Ug ang may panuigon nga walo ka adlaw pagatulion sa taliwala ninyo, ang matag batang lalaki sa tanan ninyong mga kaliwatan, siya nga natawo sa sulod sa balay, o gipalit sa salapi gikan sa bisan kinsang lumalangyaw, nga dili sa imong kaliwatan. Genesis 17:10–12.</w:t>
      </w:r>
    </w:p>
    <w:p>
      <w:pPr>
        <w:pStyle w:val="ArticleBody"/>
        <w:jc w:val="left"/>
      </w:pPr>
      <w:r>
        <w:rPr>
          <w:rFonts w:ascii="Times New Roman" w:hAnsi="Times New Roman" w:eastAsia="Times New Roman" w:cs="Times New Roman"/>
        </w:rPr>
        <w:t>Ang token maoy usa ka timaan, nga nagrepresentar sa usa ka ensign. Ang tudling naghisgot mahitungod sa ensign nga mao ang usa ka gatos ug kap-atan ug upat ka libo. Ang batang lalaki kinahanglan pagatuli-on sa ikawalong adlaw, maingon nga ang tugon ni Noe diha sa walo ka kalag sulod sa arka, sa ingon gigamit ang numero nga walo aron sa pagdugtong sa Noachian nga tugon uban sa Abrahamic nga tugon. Kinahanglan sila nga mga Philadelphian, kay kinahanglan sila pagatuli-on nga giila ni Pablo ingong simbolo sa paglansang sa unod sa krus. Sa dihang ang unod gilansang sa krus, ang pagka-Dios ni Cristo anaa sa sulod, ug kana nga panaghiusa mao ang ensign; kay sumala sa gipahayag ni Sister White, “Sa dihang ang kinaiya ni Cristo hingpit nang mapadayag pag-usab diha sa Iyang mga anak, mobalik Siya alang kanila.”</w:t>
      </w:r>
    </w:p>
    <w:p>
      <w:pPr>
        <w:pStyle w:val="ArticleScripture"/>
        <w:jc w:val="left"/>
      </w:pPr>
      <w:r>
        <w:rPr>
          <w:rFonts w:ascii="Times New Roman" w:hAnsi="Times New Roman" w:eastAsia="Times New Roman" w:cs="Times New Roman"/>
        </w:rPr>
        <w:t>“Ang kinaiyahan sa tawo nahugawan sa sala, ug matarong nga gihukman sa balaang Dios. Apan gitagana ang pamaagi alang sa makasasala nga naghinulsol, aron pinaagi sa pagtuo sa pagpasig-uli pinaagi sa halad sa bugtong nga Anak sa Dios, siya makadawat ug kapasayloan sa sala, makakaplag ug pagkamatarong, makadawat sa pagsagop ngadto sa langitnong panimalay, ug mahimong manununod sa gingharian sa Dios. Ang pagbag-o sa kinaiya ginabuhat pinaagi sa paglihok sa Balaang Espiritu, nga nagabuhat ibabaw sa tawhanong kinatawo, nga nagatanom diha kaniya, sumala sa iyang tinguha ug pag-uyon nga kini pagabuhaton, ug usa ka bag-ong kinaiya. Ang dagway sa Dios ginapahiuli ngadto sa kalag, ug sa matag adlaw siya ginalig-on ug ginabag-o pinaagi sa grasya, ug gihatagan ug gahum nga sa labi pang hingpit makapakita sa kinaiya ni Cristo diha sa pagkamatarong ug tinuod nga pagkabalaan.”</w:t>
      </w:r>
    </w:p>
    <w:p>
      <w:pPr>
        <w:pStyle w:val="ArticleScripture"/>
        <w:jc w:val="left"/>
      </w:pPr>
      <w:r>
        <w:rPr>
          <w:rFonts w:ascii="Times New Roman" w:hAnsi="Times New Roman" w:eastAsia="Times New Roman" w:cs="Times New Roman"/>
        </w:rPr>
        <w:t>“Ang lana nga gikinahanglan pag-ayo niadtong gihulagway ingon nga mga buang nga ulay, dili usa ka butang nga igabutang lamang sa gawas. Kinahanglan nilang dad-on ang kamatuoran ngadto sa balaang puloy-anan sa kalag, aron kini makahinlo, makapaputli, ug makabalaan. Dili teyorya ang ilang gikinahanglan; kondili ang balaan nga mga pagtulon-an sa Biblia, nga dili mga walay kasigurohan, nagkalainlaing mga doktrina nga walay sumpay, kondili mga buhing kamatuoran, nga naglangkob sa mga interes nga walay katapusan nga nagasentro kang Cristo. Diha kaniya anaa ang hingpit nga sistema sa langitnong kamatuoran. Ang kaluwasan sa kalag, pinaagi sa pagtoo kang Cristo, mao ang patukoranan ug haligi sa kamatuoran. Kadtong nagapakita ug matuod nga pagtoo kang Cristo, ilang gipadayag kini pinaagi sa pagkabalaan sa kinaiya, pinaagi sa pagtuman sa balaod sa Dios. Ilang nasabtan nga ang kamatuoran ingon nga anaa kang Jesus nagaabot ngadto sa langit, ug nagalakip sa walay katapusan. Ilang nasabtan nga ang kinaiya sa Cristohanon kinahanglan magrepresentar sa kinaiya ni Cristo, ug mapuno sa grasya ug kamatuoran. Ngadto kanila igahatag ang lana sa grasya, nga nagapadayon sa usa ka kahayag nga dili gayud mapakyas. Ang Balaang Espiritu diha sa kasingkasing sa magtotoo, nagahimo kaniya nga hingpit diha kang Cristo. Dili usa ka hingpit nga pamatuod nga ang usa ka lalaki o usa ka babaye usa na ka Cristohanon tungod lamang kay siya nagapakita ug halalum nga pagbati sa dihang anaa sa makapukaw nga mga kahimtang. Ang tawo nga sama kang Cristo adunay halalum, malig-on, ug mapinadayunon nga bahin sulod sa iyang kalag, ug bisan pa niana aduna siyay pagbati sa iyang kaugalingong kaluya, ug dili malimbongan ug mapasalaag sa Yawa, ug mapasalig sa iyang kaugalingon. Aduna siyay kahibalo sa pulong sa Dios, ug nahibalo siya nga luwas lamang siya samtang ibutang niya ang iyang kamot diha sa kamot ni Jesu-Cristo, ug magkupot sa malig-on kaniya.</w:t>
      </w:r>
    </w:p>
    <w:p>
      <w:pPr>
        <w:pStyle w:val="ArticleScripture"/>
        <w:jc w:val="left"/>
      </w:pPr>
      <w:r>
        <w:rPr>
          <w:rFonts w:ascii="Times New Roman" w:hAnsi="Times New Roman" w:eastAsia="Times New Roman" w:cs="Times New Roman"/>
        </w:rPr>
        <w:t>“Ang kinaiya mapadayag pinaagi sa usa ka krisis. Sa dihang ang mainiton nga tingog mipahibalo sa tungang gabii, ‘Tan-awa, ania na ang pamanhonon; panggawas kamo sa pagtagbo kaniya,’ ang mga ulay nga nangatulog nahigmata gikan sa ilang pagkatulog, ug nakita kon kinsa ang nakapangandam alang sa maong hitabo. Ang duha ka pundok hingkaplagan nga wala makapangandam daan, apan ang usa nakaandam alang sa maong kalit nga kahimtang, ug ang usa hikaplagan nga walay pagpangandam. Ang kinaiya mapadayag pinaagi sa mga kahimtang. Ang mga kalit nga panghitabo maoy mopagawas sa tinuod nga metal sa kinaiya. Ang usa ka kalit ug wala damha nga katalagman, kasubo tungod sa pagkawala sa hinigugma, o krisis, ang usa ka wala damha nga sakit o kasakit, ang bisan unsa nga mopaatubang sa kalag sa kamatayon, maoy mopagawas sa tinuod nga kahiladman sa kinaiya. Ikapadayag kon aduna ba o wala ang tinuod nga pagtoo sa mga saad sa pulong sa Dios. Ikapadayag kon ang kalag gisuportahan ba sa grasya o dili, kon adunay lana sa sudlanan uban sa lamparahan.”</w:t>
      </w:r>
    </w:p>
    <w:p>
      <w:pPr>
        <w:pStyle w:val="ArticleScripture"/>
        <w:jc w:val="left"/>
      </w:pPr>
      <w:r>
        <w:rPr>
          <w:rFonts w:ascii="Times New Roman" w:hAnsi="Times New Roman" w:eastAsia="Times New Roman" w:cs="Times New Roman"/>
        </w:rPr>
        <w:t>“Ang mga panahon sa pagsulay moabot sa tanan. Sa unsang paagi kita maggawi ilalom sa pagsulay ug pagpamatuod sa Dios? Mapalong ba ang atong mga lamparahan? o padayon ba nato kining gipadilaab? Andam ba kita sa matag emerhensiya pinaagi sa atong pakigdugtong Kaniya nga puno sa grasya ug kamatuoran? Ang lima ka manggialamong ulay dili makahimo sa pagpaambit sa ilang kinaiya ngadto sa lima ka buang nga mga ulay. Ang kinaiya kinahanglan pagahulmaon nato ingon nga tagsatagsa ka mga indibiduwal. Dili kini ikabalhin ngadto sa lain, bisan pa kon ang nanag-iya andam sa paghimo sa maong sakripisyo. Aduna kitay daghang mahimo alang sa usag usa samtang ang kalooy nagalangan pa. Mahimo natong ipakita ang kinaiya ni Cristo. Mahimo kitang mohatag ug matinumanong mga pasidaan ngadto sa mga nasayop. Mahimo kitang magbadlong, magsaway, uban ang bug-os nga pailub ug pagtulon-an, nga ipaduol sa kasingkasing ang mga doktrina sa Balaang Kasulatan. Mahimo kitang mohatag ug sinsero nga pagkamaluoy. Mahimo kitang mag-ampo uban ug alang sa usag usa. Pinaagi sa pagkinabuhi nga mabinantayon, pinaagi sa pagmintinar ug balaan nga sinultihan, mahimo kitang mohatag ug panig-ingnan kon unsa ang angay nga mahimong usa ka Cristohanon; apan walay tawo nga makahimo sa paghatag ngadto sa laing tawo sa iyang kaugalingong hulma sa kinaiya. Atong palandungon sa tukmang paagi ang kamatuoran nga kita pagaluwason, dili ingon nga mga pundok, kondili ingon nga tagsatagsa ka mga indibiduwal. Pagahukman kita sumala sa kinaiya nga atong nahulma. Makalilisang ang pagpasagad sa pag-andam sa kalag alang sa walay kataposang kahangturan, ug ang paglangan sa paghimo sa atong pakigdait sa Dios hangtod na lamang sa higdaanan sa kamatayon. Pinaagi sa inadlaw nga mga transaksiyon sa kinabuhi, pinaagi sa espiritu nga atong gipadayag, maoy atong pagtino sa atong dayong padulngan. Ang matinumanon nianang diyutay, matinumanon usab sa daghan. Kon gihimo nato si Cristo nga atong sulondan, kon kita naglakaw ug nagbuhat ingon sa iyang gihatag kanato nga panig-ingnan diha sa iyang kaugalingong kinabuhi, makahimo kita sa pag-atubang sa solemne nga mga kalit nga hitabo nga moabot kanato diha sa atong kasinatian, ug makasulti gikan sa atong kasingkasing, ‘Dili ang akong kabubut-on, kondili ang imoha, maoy matuman.’”</w:t>
      </w:r>
    </w:p>
    <w:p>
      <w:pPr>
        <w:pStyle w:val="ArticleScripture"/>
        <w:jc w:val="left"/>
      </w:pPr>
      <w:r>
        <w:rPr>
          <w:rFonts w:ascii="Times New Roman" w:hAnsi="Times New Roman" w:eastAsia="Times New Roman" w:cs="Times New Roman"/>
        </w:rPr>
        <w:t>“Ania sa panahon sa pagsulay, ang panahong atong gikapuy-an karon, nga kinahanglan kita malinawon nga mamalandong sa mga kondisyon sa kaluwasan, ug magkinabuhi sumala sa mga kahimtang nga gitakda sa pulong sa Dios. Kinahanglan natong tudloan ug bansayon ang atong kaugalingon, matag oras ug matag adlaw, pinaagi sa mabinantayon nga pagdisiplina, aron matuman ang matag katungdanan. Kinahanglan kita makaila sa Dios ug kang Jesu-Cristo nga iyang gipadala. Sa matag pagsulay atong katungod ang pagdani kaniya nga nagaingon, ‘Let him take hold of my strength, that he may make peace with me; and he shall make peace with me.’ Ang Ginoo nagaingon nga labi pa siyang andam sa paghatag kanato sa Espiritu Santo kay sa mga ginikanan sa paghatag ug tinapay sa ilang mga anak. Busa, magbaton kita sa lana sa grasya sulod sa atong mga sudlanan uban sa atong mga lamparahan, aron dili kita hikaplagan taliwala niadtong gihulagway nga mga buang nga ulay, nga wala maandam sa paggula aron sa pagsugat sa pamanhonon.” Review and Herald, Septyembre 17, 1895.</w:t>
      </w:r>
    </w:p>
    <w:p>
      <w:pPr>
        <w:pStyle w:val="ArticleBody"/>
        <w:jc w:val="left"/>
      </w:pPr>
      <w:r>
        <w:rPr>
          <w:rFonts w:ascii="Times New Roman" w:hAnsi="Times New Roman" w:eastAsia="Times New Roman" w:cs="Times New Roman"/>
        </w:rPr>
        <w:t>Ang timaan sa usa ka gatus ug kap-atan ug upat ka libo nga gilarawan pinaagi sa pagtuli ni Abraham ug sa walo ka kalag ibabaw sa arka, mao ang mga maalamong ulay diha sa sambingay nga sa hingpit nagapakita sa kinaiya ni Cristo sa haduol nang moabot nga krisis. Uyon gayud nga gitapos ni Sister White ang maong pahayag pinaagi sa pagsitar kang Isaias, kay kini usa ka pahayag nga direkta nga nagatumong sa panahon sa pagsilyo sa usa ka gatus ug kap-atan ug upat ka libo.</w:t>
      </w:r>
    </w:p>
    <w:p>
      <w:pPr>
        <w:pStyle w:val="ArticleScripture"/>
        <w:jc w:val="left"/>
      </w:pPr>
      <w:r>
        <w:rPr>
          <w:rFonts w:ascii="Times New Roman" w:hAnsi="Times New Roman" w:eastAsia="Times New Roman" w:cs="Times New Roman"/>
        </w:rPr>
        <w:t>Nianang adlawa awiti ninyo siya, Usa ka kaparrasan sa mapulang bino. Ako, ang Ginoo, mao ang nagabantay niini; sa matag gutlo pagaibnisan ko kini: aron walay makadaot niini, bantayan ko kini sa gabii ug sa adlaw. Ang kapungot wala kanako: kinsa may mobatok kanako pinaagi sa mga tunok ug mga sampinit sa gubat? Moagi unta ako latas kanila, sunogon ko unta sila sa tingub. O pasagdi siya nga mokupot sa akong kusog, aron makahimo siya ug pakigdait kanako; ug magahimo siya ug pakigdait kanako. Siya maoy mopahinungod kanila nga nangagi gikan kang Jacob sa pagpanggamot: ang Israel mamulak ug manalingsing, ug pun-on ang nawong sa kalibotan sa bunga. Gihampak ba niya siya, ingon sa iyang paghapak niadtong mga naghampak kaniya? o gipatay ba siya sumala sa pagpamatay niadtong mga gipamatay pinaagi kaniya? Sa takus nga sukod, sa diha nga kini moturok, pakiglalisan mo kini: gipahunong niya ang iyang mabangis nga hangin sa adlaw sa hangin sa sidlakan. Busa pinaagi niini pagahinloan ang kasal-anan ni Jacob; ug mao kini ang tibuok bunga sa pagwagtang sa iyang sala; sa diha nga himoon niya ang tanang mga bato sa halaran nga sama sa mga batong-apog nga gidugmok ngadto sa gagmayng tipik, ang mga kakahoyan ug ang mga larawan dili na makabarog. Apan ang kinutaang siyudad mahimong biniyaan, ug ang puloy-anan pasagdan, ug mahibilin nga sama sa kamingawan: didto manibsib ang nating vaca, ug didto siya mohigda, ug pagaut-uton ang mga sanga niini. Sa diha nga ang mga sanga niini malaya na, pagabali-on sila: ang mga babaye moanhi, ug sunogon sila: kay kini usa ka katawhan nga walay salabutan: busa siya nga nagbuhat kanila dili malooy kanila, ug siya nga nagporma kanila dili magpakita kanila ug kalooy. Isaias 27:2–11.</w:t>
      </w:r>
    </w:p>
    <w:p>
      <w:pPr>
        <w:pStyle w:val="ArticleBody"/>
        <w:jc w:val="left"/>
      </w:pPr>
      <w:r>
        <w:rPr>
          <w:rFonts w:ascii="Times New Roman" w:hAnsi="Times New Roman" w:eastAsia="Times New Roman" w:cs="Times New Roman"/>
        </w:rPr>
        <w:t>Ang “adlaw sa hangin sa sidlakan,” sa dihang ang kasal-anan ni Jacob ginaputli, ug ang laing hut-ong sa “mga tawo nga walay salabutan” ginatigum ug gisunog, mao ang panahon sa pagtimri sa usa ka gatos ug kap-atan ug upat ka libo. Nianang panahona, siya nga nagatinguha sa paghimo ug pakigdait kang Cristo makahimo niini, apan ang katapusang mga kalihokan mga paspas.</w:t>
      </w:r>
    </w:p>
    <w:p>
      <w:pPr>
        <w:pStyle w:val="ArticleBody"/>
        <w:jc w:val="left"/>
      </w:pPr>
      <w:r>
        <w:rPr>
          <w:rFonts w:ascii="Times New Roman" w:hAnsi="Times New Roman" w:eastAsia="Times New Roman" w:cs="Times New Roman"/>
        </w:rPr>
        <w:t>Ang mga saserdote kinahanglan nga katloan ka tuig ang panuigon sa dihang sila misugod sa pag-alagad, ug ang usa ka gatus ug kap-atan ug upat ka libo mao ang gingharian sa mga saserdote ni Pedro nga nagbag-o sa tugon uban sa Dios sa kaulahingang mga adlaw.</w:t>
      </w:r>
    </w:p>
    <w:p>
      <w:pPr>
        <w:pStyle w:val="ArticleScripture"/>
        <w:jc w:val="left"/>
      </w:pPr>
      <w:r>
        <w:rPr>
          <w:rFonts w:ascii="Times New Roman" w:hAnsi="Times New Roman" w:eastAsia="Times New Roman" w:cs="Times New Roman"/>
        </w:rPr>
        <w:t>Kamo usab, ingon nga buhi nga mga bato, gitukod ingon nga usa ka espirituhanong balay, usa ka balaan nga pagkapari, aron sa paghalad ug espirituhanong mga halad, nga kahimut-an sa Dios pinaagi kang Jesu-Cristo. 1 Pedro 1:5.</w:t>
      </w:r>
    </w:p>
    <w:p>
      <w:pPr>
        <w:pStyle w:val="ArticleBody"/>
        <w:jc w:val="left"/>
      </w:pPr>
      <w:r>
        <w:rPr>
          <w:rFonts w:ascii="Times New Roman" w:hAnsi="Times New Roman" w:eastAsia="Times New Roman" w:cs="Times New Roman"/>
        </w:rPr>
        <w:t>Ang mga sacerdote giandam aron mag-alagad sulod sa usa ka walom ka adlaw nga pag-alagad sa pagdihog; busa, ang numero walo maoy simbolo sa dinihogan nga pagkasacerdote nga anaa sulod sa arka.</w:t>
      </w:r>
    </w:p>
    <w:p>
      <w:pPr>
        <w:pStyle w:val="ArticleHeading"/>
        <w:jc w:val="left"/>
      </w:pPr>
      <w:r>
        <w:rPr>
          <w:rFonts w:ascii="Arial" w:hAnsi="Arial" w:eastAsia="Arial" w:cs="Arial"/>
        </w:rPr>
        <w:t>Ang Baras ni Aaron</w:t>
      </w:r>
    </w:p>
    <w:p>
      <w:pPr>
        <w:pStyle w:val="ArticleBody"/>
        <w:jc w:val="left"/>
      </w:pPr>
      <w:r>
        <w:rPr>
          <w:rFonts w:ascii="Times New Roman" w:hAnsi="Times New Roman" w:eastAsia="Times New Roman" w:cs="Times New Roman"/>
        </w:rPr>
        <w:t>Ang dinihogang pagkapari sa usa ka gatus kap-atan ug upat ka libo gilarawan sulod sa arka sa tugon pinaagi sa baras ni Aaron nga mipamulak. Sa dihang mipamulak ang baras ni Aaron, kini naghatag ug kalainan tali kang Aaron ug sa ubang mga baras sa mga banay sa Israel nga wala mamulak. Sa mga Kasulatan, ang ulan mao ang nagpaturok sa pagpamulak sa mga tanom.</w:t>
      </w:r>
    </w:p>
    <w:p>
      <w:pPr>
        <w:pStyle w:val="ArticleBody"/>
        <w:jc w:val="left"/>
      </w:pPr>
      <w:r>
        <w:rPr>
          <w:rFonts w:ascii="Times New Roman" w:hAnsi="Times New Roman" w:eastAsia="Times New Roman" w:cs="Times New Roman"/>
        </w:rPr>
        <w:t>Ang tanang mga manalagna naghisgot sa ulahing mga adlaw, busa ang sungkod ni Aaron sa pagkapari nagrepresentar sa pagdihog sa usa ka gatus ug kap-atan ug upat ka libo diha sa usa ka kahimtang nga motakdo kang Elias didto sa Carmel ug sa mga Millerita niadtong 1844. Kini nagtumong sa gutlo sa dihang adunay tin-aw nga pagkalahi tali sa tinuod ug mini nga mga mensahe sa ulahing ulan. Kana nga pagkalahi gihimo ni Joel sa dihang iyang giila nga ang “bag-ong bino” giputol gikan sa usa ka hut-ong. Ang hut-ong nga giputlan sa bag-ong bino gikan sa ilang mga baba mao ang mga palahubog ni Isaias sa Ephraim. Sila usab mao kadtong nagsumbong sa mga tinun-an nga nangahubog sa Pentecostes, ug sila mao ang mga masukihon sa 1888, nga misunod sa ilang mga amahan, nga mao ang mga masukihon sa 1863. Kining tanang mga linya sa tagna motakdo sa linya nga giila ni Sister White nga mahitabo sa dihang ang kalibotan makaila nga ang Adventismo nakahibalo mahitungod sa mga bolang kalayo sa Nashville sulod sa gibana-banang usa ka gatus ug kawhaan ug lima ka tuig ug wala gayud magsulti.</w:t>
      </w:r>
    </w:p>
    <w:p>
      <w:pPr>
        <w:pStyle w:val="ArticleHeading"/>
        <w:jc w:val="left"/>
      </w:pPr>
      <w:r>
        <w:rPr>
          <w:rFonts w:ascii="Arial" w:hAnsi="Arial" w:eastAsia="Arial" w:cs="Arial"/>
        </w:rPr>
        <w:t>8, Kawaloan ug 81</w:t>
      </w:r>
    </w:p>
    <w:p>
      <w:pPr>
        <w:pStyle w:val="ArticleBody"/>
        <w:jc w:val="left"/>
      </w:pPr>
      <w:r>
        <w:rPr>
          <w:rFonts w:ascii="Times New Roman" w:hAnsi="Times New Roman" w:eastAsia="Times New Roman" w:cs="Times New Roman"/>
        </w:rPr>
        <w:t>Ang numero nga traynta ug ang numero nga otso maoy mga simbolo sa pagkapari sa usa ka gatus ug kap-atan ug upat ka libo nga mao ang bandila sa ulahing mga adlaw, nga nagrepresentar sa panaghiusa sa Pagka-Dios ug sa pagkatawo. Ang numero nga otso maoy ikapulo sa numero nga otsenta, nga mao ang numero sa otsenta ka maisugong mga pari nga, uban sa labawng pari, misukol kang hari Uzziah, nga misulay sa paghalad ug incienso sa balaang dapit. Ang otsenta ug usa nagrepresentar sa Pagka-Dios nga gihiusa sa pagkatawo sulod sa konteksto sa pagkapari sa iglesya nga madaugon. Ang kasaysayan sa pagrebelde ni Uzziah nagdugtong nianang pagkapari nga otsenta ug usa diha gayod sa mao rang krisis nga nag-uyon sa pagrebelde ni Ptolemy sa diha-diha dayon human sa gubat sa Raphia. Ang tanang mga manalagna nag-ila sa ulahing mga adlaw, busa ang pagkapari sa Pagka-Dios nga gihiusa sa pagkatawo, nga mao ang pagkapari sa iglesya nga madaugon nga gilangkuban sa otsenta ka tawhanong mga pari ug usa ka Balaang Labawng Pari, giila diha sa kasaysayan nga nagsugod niadtong 2014 sa dihang gisugdan ang Gubat sa Ukraine.</w:t>
      </w:r>
    </w:p>
    <w:p>
      <w:pPr>
        <w:pStyle w:val="ArticleBody"/>
        <w:jc w:val="left"/>
      </w:pPr>
      <w:r>
        <w:rPr>
          <w:rFonts w:ascii="Times New Roman" w:hAnsi="Times New Roman" w:eastAsia="Times New Roman" w:cs="Times New Roman"/>
        </w:rPr>
        <w:t>Ang tunga nga kapitulo sa napulog-duha ka kapitulo nga linya sa Genesis mao ang kapitulo disi-siyete. Ang tunga nga bersikulo sa maong napulog-duha ka kapitulo nga linya mao ang bersikulo baynte-dos. Ang bersikulo baynte-dos nagtimaan sa usa ka tin-aw nga katapusan sa usa ka panagsulti tali sa Dios ug ni Abraham nga nagsugod sa bersikulo uno, sa ingon nagpaila sa bersikulo baynte-dos ingon nga katapusan sa usa ka profetikanhong linya nga nagdala sa timaan sa baynte-dos ka mga letra sa Hebreohanong alpabeto. Ang tunga nga bersikulo sa linya nga adunay baynte-dos ka mga bersikulo mao ang bersikulo onse, nga sa baylo mao ang tunga sa tulo ka mga bersikulo nga nagpaila sa bandila sa usa ka gatus kap-atan ug upat ka libo. Busa, ang bersikulo onse mao ang tunga sa tulo ka managlahing mga bersikulo, ug ang bersikulo onse nagapahayag sa pangunang kamatuoran dili lamang sa baynte-dos ka mga bersikulo, kondili usab sa tulo ka mga bersikulo diin kini anaa, sa ingon nagpaila sa bersikulo onse ug baynte-dos ingon nga sinugdanan ug katapusan sa pangunang hunahuna. Busa, ang bersikulo onse hangtod baynte-dos sa kapitulo disi-siyete mao ang pangunang tema sa mga kapitulo onse hangtod baynte-dos.</w:t>
      </w:r>
    </w:p>
    <w:p>
      <w:pPr>
        <w:pStyle w:val="ArticleBody"/>
        <w:jc w:val="left"/>
      </w:pPr>
      <w:r>
        <w:rPr>
          <w:rFonts w:ascii="Times New Roman" w:hAnsi="Times New Roman" w:eastAsia="Times New Roman" w:cs="Times New Roman"/>
        </w:rPr>
        <w:t>Ang taliwala sa mga kapitulo onse hangtod baynte-dos sa basahon ni Mateo mao ang kapitulo disesais.</w:t>
      </w:r>
    </w:p>
    <w:p>
      <w:pPr>
        <w:pStyle w:val="ArticleScripture"/>
        <w:jc w:val="left"/>
      </w:pPr>
      <w:r>
        <w:rPr>
          <w:rFonts w:ascii="Times New Roman" w:hAnsi="Times New Roman" w:eastAsia="Times New Roman" w:cs="Times New Roman"/>
        </w:rPr>
        <w:t>Unya gimandoan niya ang iyang mga tinun-an nga dili nila isugilon kang bisan kinsa nga siya mao si Jesus nga Cristo. Mateo 16:20.</w:t>
      </w:r>
    </w:p>
    <w:p>
      <w:pPr>
        <w:pStyle w:val="ArticleBody"/>
        <w:jc w:val="left"/>
      </w:pPr>
      <w:r>
        <w:rPr>
          <w:rFonts w:ascii="Times New Roman" w:hAnsi="Times New Roman" w:eastAsia="Times New Roman" w:cs="Times New Roman"/>
        </w:rPr>
        <w:t>Sama sa tunga-tunga sa Genesis, ang bersikulo baynte nagtimaan sa katapusan sa usa ka piho nga pakigpulong nga nagsugod sa bersikulo trese sa pag-abot ni Cristo ug sa mga tinun-an sa Cesarea Filipos.</w:t>
      </w:r>
    </w:p>
    <w:p>
      <w:pPr>
        <w:pStyle w:val="ArticleScripture"/>
        <w:jc w:val="left"/>
      </w:pPr>
      <w:r>
        <w:rPr>
          <w:rFonts w:ascii="Times New Roman" w:hAnsi="Times New Roman" w:eastAsia="Times New Roman" w:cs="Times New Roman"/>
        </w:rPr>
        <w:t>Sa pag-abot ni Jesus sa kabaybayonan sa Cesarea Filipos, nangutana siya sa iyang mga tinun-an, nga nagaingon: Kinsa ba ako, ang Anak sa tawo, sumala sa giingon sa mga tawo? Ug sila miingon: Ang uban nagaingon nga ikaw si Juan Bautista; ang uban, si Elias; ug ang uban pa, si Jeremias, o usa sa mga propeta. Siya miingon kanila: Apan kamo, kinsa man ang nagaingon nga ako mao? Ug si Simon Pedro mitubag ug miingon: Ikaw mao ang Cristo, ang Anak sa buhing Dios. Ug si Jesus mitubag ug miingon kaniya: Bulahan ikaw, Simon Barjona; kay dili unod ug dugo ang nagpahayag niini kanimo, kondili ang akong Amahan nga anaa sa langit. Ug ako usab magaingon kanimo, nga ikaw mao si Pedro, ug ibabaw niining batoha pagatukoron ko ang akong iglesia; ug ang mga ganghaan sa hades dili makabuntog batok niini. Ug ihatag ko kanimo ang mga yawi sa gingharian sa langit; ug ang bisan unsay imong gapuson dinhi sa yuta, pagagapuson sa langit; ug ang bisan unsay imong buhian dinhi sa yuta, pagabuhian sa langit. Unya iyang gimandoan ang iyang mga tinun-an nga dili nila isugilon kang bisan kinsa nga siya mao si Jesus nga Cristo. Mateo 16:13–20.</w:t>
      </w:r>
    </w:p>
    <w:p>
      <w:pPr>
        <w:pStyle w:val="ArticleHeading"/>
        <w:jc w:val="left"/>
      </w:pPr>
      <w:r>
        <w:rPr>
          <w:rFonts w:ascii="Arial" w:hAnsi="Arial" w:eastAsia="Arial" w:cs="Arial"/>
        </w:rPr>
        <w:t>Raphia ug Panium</w:t>
      </w:r>
    </w:p>
    <w:p>
      <w:pPr>
        <w:pStyle w:val="ArticleBody"/>
        <w:jc w:val="left"/>
      </w:pPr>
      <w:r>
        <w:rPr>
          <w:rFonts w:ascii="Times New Roman" w:hAnsi="Times New Roman" w:eastAsia="Times New Roman" w:cs="Times New Roman"/>
        </w:rPr>
        <w:t>Dili lamang nga ang tunga-tungang bahin ni Mateo nagrepresentar ug usa ka lahi nga panag-istoryahanay ug hilisgutan, kondili maingon usab nga sama sa simbolismo sa tugon sa pagpamatuod sa Genesis nga nagtugbang sa gubat sa Raphia, ang panag-istoryahanay ni Mateo nahitabo sa Caesarea Philippi, nga mao ang Panium. Ang Panium sa bersikulo kinse sa Daniel onse mao ang tungatunga sa dose-ka-kapitulo nga linya ni Mateo, ug ang Raphia sa bersikulo onse sa Daniel onse, mao ang tungatunga sa dose-ka-kapitulo nga linya sa Genesis.</w:t>
      </w:r>
    </w:p>
    <w:p>
      <w:pPr>
        <w:pStyle w:val="ArticleBody"/>
        <w:jc w:val="left"/>
      </w:pPr>
      <w:r>
        <w:rPr>
          <w:rFonts w:ascii="Times New Roman" w:hAnsi="Times New Roman" w:eastAsia="Times New Roman" w:cs="Times New Roman"/>
        </w:rPr>
        <w:t>Ang 250 ka tuig nga nagsugod sa 457 BC natapos sa 207 BC, ang tunga-tunga tali sa Raphia sa bersikulo onse ug Panium sa bersikulo kinse, diin nagtagbo ang timaan sa sirkumsisyon ni Abraham ug ang pagsugid ni Pedro sa Mesiyas. Sa linya sa basahon ni Mateo, si Pedro nagpamatuod sa iyang pag-ila kang Cristo, ang Anak sa Dios, sa Iyang bautismo.</w:t>
      </w:r>
    </w:p>
    <w:p>
      <w:pPr>
        <w:pStyle w:val="ArticleBody"/>
        <w:jc w:val="left"/>
      </w:pPr>
      <w:r>
        <w:rPr>
          <w:rFonts w:ascii="Times New Roman" w:hAnsi="Times New Roman" w:eastAsia="Times New Roman" w:cs="Times New Roman"/>
        </w:rPr>
        <w:t>Ang Simon nagkahulogan ug “usa nga makadungog” ug ang Barjona nagkahulogan ug “anak sa salampati.” Si Simon mao ang usa nga nakadungog sa mensahe sa bautismo ni Cristo, sa dihang ang Balaang Espiritu mikunsad sa dagway sa usa ka salampati. Ang bautismo ni Cristo nagpatin-aw sa Agosto 11, 1840, sa dihang mikunsad ang gamhanang manulonda sa Pinadayag napulo. Ang mao ra nga manulonda mikunsad sa 9/11. Si Pedro nagrepresentar niadtong mga nag-ila sa 9/11 ingon nga mensahe sa pagsulay sa kaliwatan sa usa ka gatos ug kap-atan ug upat ka libo.</w:t>
      </w:r>
    </w:p>
    <w:p>
      <w:pPr>
        <w:pStyle w:val="ArticleBody"/>
        <w:jc w:val="left"/>
      </w:pPr>
      <w:r>
        <w:rPr>
          <w:rFonts w:ascii="Times New Roman" w:hAnsi="Times New Roman" w:eastAsia="Times New Roman" w:cs="Times New Roman"/>
        </w:rPr>
        <w:t>Si Pedro nagrepresentar niadtong naggamit sa pamaagi sa linya ibabaw sa linya. Siya mao ang “anak” sa salampati, busa ingon nga anak simbolikong nagrepresentar siya sa katapusang kaliwatan. Si Pedro usa ka simbolo sa katapusang kaliwatan, ug pinaagi sa simbolikong pag-ihap sa iyang ngalan nagrepresentar siya sa usa ka gatus ug kap-atan ug upat ka libo. Si Pedro nagrepresentar sa katapusang kaliwatan nga nakadungog sa mensahe sa paghatag og gahum sa dihang si Cristo nagpakita diha sa propetikong linya. Giila ni Pedro ang mensahe nga nalangkit sa bunyag ni Cristo, ug busa mailhan ni Pedro si Jesus ingon nga ang dinihog, nga mao ang Mesias sa Hebreo ug Cristo sa Grego. Si Pedro nagrepresentar niadtong nakasabot nga ang manulonda sa Pinadayag dieciocho nga mikunsad niadtong 9/11, mikunsad usab niadtong Agosto 11, 1840. Si Pedro nagrepresentar niadtong nakasabot sa 9/11 ingon nga usa ka timailhan nga mapalig-on lamang pinaagi sa pagpamatuod sa duha o tulo ka mga linya.</w:t>
      </w:r>
    </w:p>
    <w:p>
      <w:pPr>
        <w:pStyle w:val="ArticleBody"/>
        <w:jc w:val="left"/>
      </w:pPr>
      <w:r>
        <w:rPr>
          <w:rFonts w:ascii="Times New Roman" w:hAnsi="Times New Roman" w:eastAsia="Times New Roman" w:cs="Times New Roman"/>
        </w:rPr>
        <w:t>Ang pagpamatuod ni Pedro mao nga ang 9/11 nagtimaan sa pag-abot sa ikatulong kaalautan, nga mao ang mensahe sa pagsulay alang sa katapusang kaliwatan. Kana nga pagpamatuod mao ang dapit diin mausab ang ngalan. Si Abraham atua sa Raphia ug si Pedro atua sa Panium, sa dili pa ang krus. Tali sa Panium ug sa krus, moadto si Pedro sa Bukid sa Pagkabalhin sa Dagway. Didto sa Panium gibag-o si Simon ngadto kang Pedro sa dihang gihatag niya ang iyang pagpamatuod sa mensahe sa pagsulay alang sa iyang kaliwatan. Alang sa usa ka gatus ug kap-atan ug upat ka libo, kana nga mensahe sa pagsulay mao ang Islam sa ikatulong kaalautan nga miabot sa matagnaong kasaysayan sa 9/11.</w:t>
      </w:r>
    </w:p>
    <w:p>
      <w:pPr>
        <w:pStyle w:val="ArticleBody"/>
        <w:jc w:val="left"/>
      </w:pPr>
      <w:r>
        <w:rPr>
          <w:rFonts w:ascii="Times New Roman" w:hAnsi="Times New Roman" w:eastAsia="Times New Roman" w:cs="Times New Roman"/>
        </w:rPr>
        <w:t>Ang sinugdanan sa pagsulay sa Adventismo nagsugod sa 9/11, ug sa katapusan sa pagsulay sa Adventismo ang mensahe sa Islam sa ikatulong kaalaot nag-ila kon kanus-a ug asa giusab ang ngalan ni Simon. Ang mensahe nga nasabtan ni Pedro sa katapusan, nga gisimbolohan sa mensahe sa 9/11 sa sinugdanan, mao ang gitul-id nga mensahe sa mga bolang kalayo sa Nashville. Didto moabot ang pista sa mga trumpeta inubanan sa pagsaka sa bandila ug sa siradong pultahan sa Adlaw sa Pagpasig-uli.</w:t>
      </w:r>
    </w:p>
    <w:p>
      <w:pPr>
        <w:pStyle w:val="ArticleBody"/>
        <w:jc w:val="left"/>
      </w:pPr>
      <w:r>
        <w:rPr>
          <w:rFonts w:ascii="Times New Roman" w:hAnsi="Times New Roman" w:eastAsia="Times New Roman" w:cs="Times New Roman"/>
        </w:rPr>
        <w:t>Padayonon nato kining mga butanga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Tinagong Kasaysayan sa Bersikulo Kuwarenta—Numero Siyete</dc:title>
  <dc:subject>Onse ug Kaluhaan ug Duha</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