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Ocho</w:t>
      </w:r>
    </w:p>
    <w:p>
      <w:pPr>
        <w:pStyle w:val="ArticleSubtitle"/>
        <w:jc w:val="left"/>
      </w:pPr>
      <w:r>
        <w:rPr>
          <w:rFonts w:ascii="Arial" w:hAnsi="Arial" w:eastAsia="Arial" w:cs="Arial"/>
        </w:rPr>
        <w:t>Ang Bukid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Ang Bukid sa Pagbag-o sa Dagway alang kang Pedro nahitabo tali sa Panium ug sa krus, ug sa laing linya, si Pedro anaa tali sa bautismo ni Cristo sa sinugdanan sa Iyang ministeryo ug sa dihang milabay na gamay human sa madaugong pagsulod sa katapusan sa Iyang ministeryo. Kadtong tulo ka mga timaan sa dalan—ang bautismo, ang bukid, ug ang pagtapos sa madaugong pagsulod—gimarkahan sa tulo ka higayon nga misulti ang langitnong Amahan. Ang ikatulong higayon sa Juan 12 mao ang dihang ang mga Grego nangita kang Jesus. Ang bautismo mao ang 9/11, ang bukid anaa sa kasaysayan sa Panium ngadto sa balaod sa Domingo sa bersikulo disisais. Alang kang Pedro kini mao ang Panium, unya ang bukid ngadto sa pagtapos sa madaugong pagsulod, nga mao ang dihang haduol na sa wala pa si Cristo pagahimayaon sa ikaduhang higayon.</w:t>
      </w:r>
    </w:p>
    <w:p>
      <w:pPr>
        <w:pStyle w:val="ArticleScripture"/>
        <w:jc w:val="left"/>
      </w:pPr>
      <w:r>
        <w:rPr>
          <w:rFonts w:ascii="Times New Roman" w:hAnsi="Times New Roman" w:eastAsia="Times New Roman" w:cs="Times New Roman"/>
        </w:rPr>
        <w:t>Karon nasamok ang akong kalag; ug unsa man ang akong igaingon? Amahan, luwasa ako gikan niining taknaa: apan tungod niining maong hinungdan mianhi ako niining taknaa. Amahan, himayaa ang imong ngalan. Unya miabut ang usa ka tingog gikan sa langit, nga nagaingon, Gihimaya ko na kini, ug himayaon ko pa kini pag-usab. Busa ang katawhan nga nagtindog didto, ug nakadungog niini, miingon nga kini usa ka dalugdog: ang uban miingon, Usa ka manulonda ang misulti kaniya. Mitubag si Jesus ug miingon, Kini nga tingog wala moabut tungod kanako, kondili alang sa inyong kaayohan. Karon mao ang paghukom niining kalibotana: karon igasalibay sa gawas ang principe niining kalibotana. Ug ako, kon igabayaw na gikan sa yuta, pagadanihon ko ang tanang mga tawo nganha kanako. Kini iyang giingon, nga nagpasabot sa unsang kamatayon ang iyang pagaantuson. Juan 12:27–33.</w:t>
      </w:r>
    </w:p>
    <w:p>
      <w:pPr>
        <w:pStyle w:val="ArticleBody"/>
        <w:jc w:val="left"/>
      </w:pPr>
      <w:r>
        <w:rPr>
          <w:rFonts w:ascii="Times New Roman" w:hAnsi="Times New Roman" w:eastAsia="Times New Roman" w:cs="Times New Roman"/>
        </w:rPr>
        <w:t>Ang linya nga giulohan sa Levitico beynte-tres ug sa panahon sa Pentecostes adunay sinugdanang timaan sa dalan nga may tulo ka mga lakang nga gisundan sa lima ka adlaw ug usa ka katapusang timaan sa dalan nga may mao gihapong mga kinaiya. Taliwala niadtong mga timaan sa dalan, ang traynta ka adlaw nagrepresentar sa panahon sa mga sacerdote, nga matapos sa pista sa mga trumpeta. Ang pista sa mga trumpeta, ang pagkayab ni Cristo human sa kap-atan ka adlaw sa pagpanudlo sa Iyang mga tinun-an nga atubanganay human sa Iyang pagkabanhaw, ug ang adlaw sa pagpasig-uli nagrepresentar sa tulo ka mga lakang sa katapusan sa linya sa Levitico beynte-tres. Kining tulo ka mga lakang gisundan sa lima ka adlaw paingon ngadto sa Pentecostes ug sa pista sa mga Tabernakulo. Sa ikatulong higayon nga misulti ang langitnong Amahan mao kadto sa dili pa ang mga Griyego, nga nagrepresentar niadtong mga gitawag pagawas gikan sa Babilonia sa balaod sa Domingo, nangita ug kahigayonan sa pagpakigkita kang Jesus. Sa dili pa ang balaod sa Domingo giila ni Jesus ang pagpataas sa bandila didto sa krus. Ang yuta nalamdagan sa Iyang himaya niadtong 9/11 ug nalamdagan kini pag-usab sa balaod sa Domingo.</w:t>
      </w:r>
    </w:p>
    <w:p>
      <w:pPr>
        <w:pStyle w:val="ArticleBody"/>
        <w:jc w:val="left"/>
      </w:pPr>
      <w:r>
        <w:rPr>
          <w:rFonts w:ascii="Times New Roman" w:hAnsi="Times New Roman" w:eastAsia="Times New Roman" w:cs="Times New Roman"/>
        </w:rPr>
        <w:t>Ang Caesarea Philippi, nga mao ang Panium, mao ang ikatulong takna, ug ang Caesarea Maritima mao ang ikasiyam nga takna sa krus sa dihang ipatingog ang tawag sa paggawas gikan sa Babilonia. Sa wala pa ang krus, samtang anaa sa propetikong kasaysayan sa Panium, si Pedro anaa sa bukid, apan sa gihapon sa wala pa ang pagtapos sa madaugong pagsulod. Ang Panium nagapadayon hangtod sa krus sa bersikulo sais. Si Pedro sa Panium anaa sa wala pa sa tulo-ka-lakang kasaysayan sa fiesta sa mga trumpeta, sa pagsaka, ug sa pagtabon-sa-sala sa Levitico beinte-trés. Si Pedro anaa sa katloan ka adlaw sa pinasahi nga pagtulon-an sa sacerdote.</w:t>
      </w:r>
    </w:p>
    <w:p>
      <w:pPr>
        <w:pStyle w:val="ArticleBody"/>
        <w:jc w:val="left"/>
      </w:pPr>
      <w:r>
        <w:rPr>
          <w:rFonts w:ascii="Times New Roman" w:hAnsi="Times New Roman" w:eastAsia="Times New Roman" w:cs="Times New Roman"/>
        </w:rPr>
        <w:t>Si Simon nahimong Pedro didto sa Panium, ug adunay usa ka lakang sa bukid sa wala pa ang madaugong pagsulod. Ang madaugong pagsulod naghulagway sa sambingay sa napulo ka mga ulay. Lima lamang ang mosulod ngadto sa kasal, ug ang lima ka adlaw tali sa tulo ka pilo nga ilhanan ug Pentecostes mao ang sinugdanan sa madaugong pagsulod. Nagsugod kini sa fiesta sa mga trumpeta, apan kana nga ilhanan naglangkob sa usa ka kombinasyon sa tulo ka mga ilhanan. Ingon nga usa ka nag-inusarang ilhanan, kini nagtimaan sa pag-atake batok sa Nashville uban sa fiesta sa mga trumpeta. Ang mensahe sa Midnight Cry bag-o pa lamang mapamatud-an, ug ang prosesyon sa lima ka manggialamon nga mga ulay nagsugod sa proseso nga modala ngadto sa kamatayon, paglubong, ug pagkabanhaw sa krus, nga mao ang balaod sa Dominggo.</w:t>
      </w:r>
    </w:p>
    <w:p>
      <w:pPr>
        <w:pStyle w:val="ArticleBody"/>
        <w:jc w:val="left"/>
      </w:pPr>
      <w:r>
        <w:rPr>
          <w:rFonts w:ascii="Times New Roman" w:hAnsi="Times New Roman" w:eastAsia="Times New Roman" w:cs="Times New Roman"/>
        </w:rPr>
        <w:t>Si Pedro anaa sa Panium sa dihang iyang itul-id ang panagna bahin sa mga bolang kalayo sa Nashville, ug sa dili pa patingogon ang pista sa mga trumpeta sa katumanan sa maong panagna. Kinahanglan siya, tungod sa profetikong panginahanglan, nga moadto una sa bukid, kay ang bukid nahiuna sa madaugong pagsulod. Sa wala pa miadto si Abraham sa bukid, giusab ang iyang ngalan, ug ang ngalan ni Pedro giusab sa Panium, sa wala pa siya miadto sa bukid. Ang bukid mao ang pagsulay ni Pedro sa wala pa matuman ang panagna bahin sa mga bolang kalayo sa Nashville. Ang katumanan mao ang ikatulo ug litmus nga pagsulay diin ang kinaiya mapadayag ingon nga kalipay o kaulaw.</w:t>
      </w:r>
    </w:p>
    <w:p>
      <w:pPr>
        <w:pStyle w:val="ArticleBody"/>
        <w:jc w:val="left"/>
      </w:pPr>
      <w:r>
        <w:rPr>
          <w:rFonts w:ascii="Times New Roman" w:hAnsi="Times New Roman" w:eastAsia="Times New Roman" w:cs="Times New Roman"/>
        </w:rPr>
        <w:t>Ang linya sa 457 BC matapos taliwala sa Raphia ug Panium; ang tugon sa ika-napulog-pito nga kapitulo sa Genesis nagtupong sa Raphia, ug ang tugon sa ika-napulog-unom nga kapitulo sa Mateo nagtupong sa Panium. Gikan sa Panium, si Pedro miadto sa bukid, maingon nga si Abraham miadto sa paghalad kang Isaac. Ang bukid sa linya ni Pedro nagtupong sa bukid sa panahon ni Abraham.</w:t>
      </w:r>
    </w:p>
    <w:p>
      <w:pPr>
        <w:pStyle w:val="ArticleBody"/>
        <w:jc w:val="left"/>
      </w:pPr>
      <w:r>
        <w:rPr>
          <w:rFonts w:ascii="Times New Roman" w:hAnsi="Times New Roman" w:eastAsia="Times New Roman" w:cs="Times New Roman"/>
        </w:rPr>
        <w:t>Ang timaan sa dalan ni Abraham naglangkob ug tulo ka adlaw. Sa madaugong pagsulod, duha ka tinun-an ang gisugo sa pagkuha ug usa ka asno aron pasakyan kang Cristo, ug sa linya ni Abraham ang iyang panaw nga tulo ka adlaw nagsugod pinaagi sa pagpili niya ug duha ka ulipon ug usa ka asno aron modala sa kahoy alang sa halad ni Isaac. Ang panaw ni Pedro nga walo o unom ka adlaw paingon sa bukid maoy tulo ka adlaw alang kang Abraham. Si Pedro didto sa Panium anaa sa wala pa ang bukid ug sa wala pa ang pagbadbad sa asno nga nagtimaan sa pagsugod sa pagsulod ngadto sa Jerusalem, nga mao ang dapit diin nagsugod ang tulo ka adlaw ni Abraham. Sa madaugong pagsulod, si Cristo mihunong sa ibabaw sa Bukid sa mga Olibo ug mihilak alang sa Jerusalem, sa ingon nagtimaan sa pagtapos sa relasyon sa tugon tali sa Dios ug sa karaang literal nga Israel. Ang bukid ni Pedro anaa sa wala pa ang madaugong pagsulod; ang bukid ni Cristo anaa sa panahon sa madaugong pagsulod; ug ang bukid ni Abraham anaa sa pagtapos sa pagsulod.</w:t>
      </w:r>
    </w:p>
    <w:p>
      <w:pPr>
        <w:pStyle w:val="ArticleBody"/>
        <w:jc w:val="left"/>
      </w:pPr>
      <w:r>
        <w:rPr>
          <w:rFonts w:ascii="Times New Roman" w:hAnsi="Times New Roman" w:eastAsia="Times New Roman" w:cs="Times New Roman"/>
        </w:rPr>
        <w:t>Ang 2026 mao ang mga eleksiyon sa tunga-tunga sa termino sa dihang ang duha ka gatus ug kalim-an ka tuig sa ikaunom nga gingharian sa tagna sa Biblia nagsaulog sa mahimayaong paghari niini. Kana nga kasaulogan ingon nga usa ka tagan-ong tunga-tunga nahiuyon kang Antiochus the Great niadtong 207 BC, ang tunga-tunga tali sa Raphia ug Panium nga nagtimaan sa katapusan sa duha ka gatus ug kalim-an ka tuig sukad sa 457 BC.</w:t>
      </w:r>
    </w:p>
    <w:p>
      <w:pPr>
        <w:pStyle w:val="ArticleBody"/>
        <w:jc w:val="left"/>
      </w:pPr>
      <w:r>
        <w:rPr>
          <w:rFonts w:ascii="Times New Roman" w:hAnsi="Times New Roman" w:eastAsia="Times New Roman" w:cs="Times New Roman"/>
        </w:rPr>
        <w:t>Samtang atong palandongan ang upat ka mga linya nga naglangkob sa mga kapitulo onse hangtod sa kapitulo baynte-dos nga gibuksan na hangtod karon, (tingali aduna pay ubang mga pananglitan) atong hisgutan karon kadtong mga kapitulo diha sa The Desire of Ages. Ang kapitulo onse mao ang The Baptism, ug ang kapitulo baynte-dos mao ang Imprisonment and Death of John. Si Juan anaa sa sinugdanan ug sa katapusan, ug ang kapitulo disi-siyete, ang tunga-tungang kapitulo, mao si Nicodemus.</w:t>
      </w:r>
    </w:p>
    <w:p>
      <w:pPr>
        <w:pStyle w:val="ArticleScripture"/>
        <w:jc w:val="left"/>
      </w:pPr>
      <w:r>
        <w:rPr>
          <w:rFonts w:ascii="Times New Roman" w:hAnsi="Times New Roman" w:eastAsia="Times New Roman" w:cs="Times New Roman"/>
        </w:rPr>
        <w:t>“Si Nicodemo mianhi sa Ginoo nga naghunahuna nga mosulod sa usa ka pakigpanaghisgot uban Kaniya, apan gibutyag ni Jesus ang mga saligang prinsipyo sa kamatuoran. Miingon Siya kang Nicodemo, Dili ang teoretikal nga kahibalo ang imong labing gikinahanglan kondili ang espirituhanong pagkabanhaw. Dili ang pagtagbaw sa imong kaikag ang imong kinahanglan, kondili ang pagbaton ug bag-ong kasingkasing. Kinahanglan nga makadawat ka ug bag-ong kinabuhi gikan sa itaas sa dili pa nimo mapabilhan ang langitnong mga butang. Hangtud nga kini nga kausaban mahitabo, nga magabag-o sa tanang mga butang, walay makaluwas nga kaayohan alang kanimo ang paghisgot Kanako mahitungod sa Akong awtoridad o sa Akong buluhaton.”</w:t>
      </w:r>
    </w:p>
    <w:p>
      <w:pPr>
        <w:pStyle w:val="ArticleScripture"/>
        <w:jc w:val="left"/>
      </w:pPr>
      <w:r>
        <w:rPr>
          <w:rFonts w:ascii="Times New Roman" w:hAnsi="Times New Roman" w:eastAsia="Times New Roman" w:cs="Times New Roman"/>
        </w:rPr>
        <w:t>“Si Nicodemo nakadungog sa pagwali ni Juan Bautista mahitungod sa paghinulsol ug sa bautismo, ug sa pagtudlo sa katawhan ngadto sa Usa nga magabautismo pinaagi sa Balaang Espiritu. Siya gayud nakabati nga may kakulang sa espirituwalidad taliwala sa mga Judio, nga, sa dakong bahin, gidumalahan sila sa pagkamapanatiko ug kalibotanon nga ambisyon. Siya naglaum sa usa ka labi pang maayong kahimtang sa pag-abot sa Mesiyas. Apan ang mensaheng nagsusi sa kasingkasing gikan sa Bautista napakyas sa pagpamuhat kaniya og pagtoo sa sala. Siya usa ka mahigpit nga Pariseo, ug nagpasigarbo sa iyang maayong mga buhat. Siya halapad nga gitamod tungod sa iyang pagkamabinuligon ug sa iyang pagkamanggihatagon sa pagsuporta sa pag-alagad sa templo, ug mibati siya nga luwas siya diha sa kahimuot sa Dios. Nakurat siya sa hunahuna sa usa ka gingharian nga hilabihan kaputli alang kaniya nga makita niya sa iyang kahimtang karon.” The Desire of Ages, 171.</w:t>
      </w:r>
    </w:p>
    <w:p>
      <w:pPr>
        <w:pStyle w:val="ArticleBody"/>
        <w:jc w:val="left"/>
      </w:pPr>
      <w:r>
        <w:rPr>
          <w:rFonts w:ascii="Times New Roman" w:hAnsi="Times New Roman" w:eastAsia="Times New Roman" w:cs="Times New Roman"/>
        </w:rPr>
        <w:t>Ang tunga-tungang bahin sa The Desire of Ages makita diha sa linya ni Nicodemus, kinsa nagrepresentar sa kataposang tawag ngadto sa Adventism diha sa linya sa pagpatik sa usa ka gatus ug kap-atan ug upat ka libo. Siya nagrepresentar sa usa ka matang sa mga tawo nga nakadungog sa mensahe sa mag-uuna ni Cristo, apan wala makabaton ug kahibalo sa ilang kahimtang nga Laodicean.</w:t>
      </w:r>
    </w:p>
    <w:p>
      <w:pPr>
        <w:pStyle w:val="ArticleScripture"/>
        <w:jc w:val="left"/>
      </w:pPr>
      <w:r>
        <w:rPr>
          <w:rFonts w:ascii="Times New Roman" w:hAnsi="Times New Roman" w:eastAsia="Times New Roman" w:cs="Times New Roman"/>
        </w:rPr>
        <w:t>“Sa pakigpulong kang Nicodemus, gipadayag ni Jesus ang laraw sa kaluwasan, ug ang Iyang misyon ngadto sa kalibotan. Sa walay usa sa Iyang misunod nga mga pakigpulong nga Iyang gipasabot sa ingon ka bug-os, sa matag lakang, ang buluhaton nga gikinahanglan nga pagabuhaton diha sa mga kasingkasing sa tanan nga makapanunod sa gingharian sa langit. Sa sinugdanan gayod sa Iyang ministeryo gibuksan Niya ang kamatuoran ngadto sa usa ka sakop sa Sanhedrin, ngadto sa hunahuna nga labing madawaton, ug ngadto sa usa ka tinudloang magtutudlo sa katawhan. Apan ang mga pangulo sa Israel wala modawat sa kahayag. Gitago ni Nicodemus ang kamatuoran diha sa iyang kasingkasing, ug sulod sa tulo ka tuig diyutay ra ang dayag nga bunga.” The Desire of Ages, 176.</w:t>
      </w:r>
    </w:p>
    <w:p>
      <w:pPr>
        <w:pStyle w:val="ArticleBody"/>
        <w:jc w:val="left"/>
      </w:pPr>
      <w:r>
        <w:rPr>
          <w:rFonts w:ascii="Times New Roman" w:hAnsi="Times New Roman" w:eastAsia="Times New Roman" w:cs="Times New Roman"/>
        </w:rPr>
        <w:t>Ang mensahe ni Juan ug ang iyang pagbautismo kang Cristo nagrepresentar sa mensahe sa unang manulonda mahitungod sa pagkahadlok sa Dios. Ang mensahe ni Juan mao ang mensahe sa Laodicea mahitungod sa pagkamatarung pinaagi sa pagtoo, ug kana nga mensahe gihatagan ug gahum sa pagbautismo ni Cristo, maingon nga ang mensahe usab nila Jones ug Waggoner mao ang mensahe ngadto sa Laodicea niadtong 1888. Ang pagbautismo ni Cristo ug ang 1888 nagtimaan sa pag-abot sa mensahe ngadto sa Laodicea sa 9/11, nga matapos sa taliwala nga punto sa Raphia ug Panium.</w:t>
      </w:r>
    </w:p>
    <w:p>
      <w:pPr>
        <w:pStyle w:val="ArticleBody"/>
        <w:jc w:val="left"/>
      </w:pPr>
      <w:r>
        <w:rPr>
          <w:rFonts w:ascii="Times New Roman" w:hAnsi="Times New Roman" w:eastAsia="Times New Roman" w:cs="Times New Roman"/>
        </w:rPr>
        <w:t>Si Nicodemo nagpasabot og “kadaugan sa katawhan,” ug ang pagkamatarung pinaagi sa pagtuo mao ang mensahe sa pagpatik nga miabut uban sa mensahe ni Juan, gipakusgan sa bautismo ug gihulagway pinaagi sa tungang-gabii nga pakigkita ni Nicodemo kang Cristo. Ang kapitulo baynte-dos naghulagway sa kamatayon ni Juan nga nagpatungha sa pag-ila sa iyang mga tinun-an sa bandila nga igaalsa ug magadani sa tanang tawo ngadto Kaniya. Ang bautismo mao ang 9/11 ug usab Hulyo 18, 2020 ngadto sa Disyembre 31, 2023, kay ang bautismo naglarawan sa kamatayon (2020), paglubong (tulo ug tunga ka adlaw), ug sa pagkabanhaw (Disyembre 31, 2023). Dayon ang tungang-gabii nga pakigkita diin ang kadaugan sa katawhan gihulagway ingon nga natawo pag-usab, gikan sa pagkabuta sa Laodicea ngadto sa panan-aw nga 20/20 sa usa ka taga-Filadelfia. Unya ang mga buhat ni Cristo gipakita ingon nga pag-alsa sa bandila.</w:t>
      </w:r>
    </w:p>
    <w:p>
      <w:pPr>
        <w:pStyle w:val="ArticleBody"/>
        <w:jc w:val="left"/>
      </w:pPr>
      <w:r>
        <w:rPr>
          <w:rFonts w:ascii="Times New Roman" w:hAnsi="Times New Roman" w:eastAsia="Times New Roman" w:cs="Times New Roman"/>
        </w:rPr>
        <w:t>Alang kang Abraham, ang mga buhat ni Cristo diha sa linya ni Juan nahiuyon sa halad ni Isaac. Alang kang Pedro, ang linya matapos didto sa Caesarea daplin sa dagat, sa Caesarea Maritima sa ikasiyam nga takna, diin ang krus nagtawag sa tanang mga tawo ngadto sa kadaugan sa pagkamatarung pinaagi sa pagtuo, nga mao ang mensahe sa ikatulong manulonda. Ang mensahe sa ikatulong manulonda mao ang mensahe sa ikatulong kaalaotan sa Islam nga miabut sa 9/11 diha sa unang pakighimamat ni Balaam sa asno sa Islam, unya ang pagdoble sa mga pag-atake batok sa literal nga mahimayaong yuta niadtong Oktubre 7, 2023, ug unya ang ikaduhang pag-atake sa Nashville samtang si Balaam nagamaniobra sa asno sa Islam agi sa mga parasan sa karaang literal ug sa moderno nga espirituhanong mahimayaong yuta. Ang ikatulong hampak mao ang linog sa haduol nang pag-abot sa balaod sa Domingo. Didto gihalad si Isaac; didto ang mga tinun-an ni Juan, usa ka simbolo sa dakong panon nga gihatagan sa maputing mga kupo sa pagkamartir, nakadungog ug nakakita sa mga buhat sa bandila. Ang mga tunga-tunga sa Genesis, Mateo, ug The Desire of Ages nagpaila sa pagpatik sa usa ka gatus ug kap-atan ug upat ka libo ug sa pagtawag sa mga Hentil.</w:t>
      </w:r>
    </w:p>
    <w:p>
      <w:pPr>
        <w:pStyle w:val="ArticleBody"/>
        <w:jc w:val="left"/>
      </w:pPr>
      <w:r>
        <w:rPr>
          <w:rFonts w:ascii="Times New Roman" w:hAnsi="Times New Roman" w:eastAsia="Times New Roman" w:cs="Times New Roman"/>
        </w:rPr>
        <w:t>Ang pagpasabot nga gihatag ni Cristo kang Nicodemo mao ang buhat sa hangin, bisan pa man nga ang iyang buhat dili makita.</w:t>
      </w:r>
    </w:p>
    <w:p>
      <w:pPr>
        <w:pStyle w:val="ArticleScripture"/>
        <w:jc w:val="left"/>
      </w:pPr>
      <w:r>
        <w:rPr>
          <w:rFonts w:ascii="Times New Roman" w:hAnsi="Times New Roman" w:eastAsia="Times New Roman" w:cs="Times New Roman"/>
        </w:rPr>
        <w:t>Si Nicodemo nagpabiling naglibog pa gihapon, ug gigamit ni Jesus ang hangin aron sa pag-ilustrar sa Iyang gipasabot: “Ang hangin mohuros diin kini buot, ug madungog mo ang tingog niini, apan dili mo mahibaloan kon asa kini gikan, ug asa kini paingon: mao man ang matag-usa nga natawo sa Espiritu.”</w:t>
      </w:r>
    </w:p>
    <w:p>
      <w:pPr>
        <w:pStyle w:val="ArticleScripture"/>
        <w:jc w:val="left"/>
      </w:pPr>
      <w:r>
        <w:rPr>
          <w:rFonts w:ascii="Times New Roman" w:hAnsi="Times New Roman" w:eastAsia="Times New Roman" w:cs="Times New Roman"/>
        </w:rPr>
        <w:t>“Ang hangin madungog diha sa mga sanga sa mga kahoy, nga nagpakaging sa mga dahon ug mga bulak; apan kini dili makita, ug walay tawo nga nasayod kon diin kini gikan o asa kini padulong. Ingon man usab ang buluhaton sa Balaang Espiritu diha sa kasingkasing. Dili kini masaysay pa gayud kay sa mga lihok sa hangin. Ang usa ka tawo tingali dili makahimo sa pagsulti sa tukmang panahon o dapit, ni sa pagsubay sa tanang mga kahimtang sa proseso sa pagkakabig; apan kini dili makapamatuod nga siya wala makabig. Pinaagi sa usa ka gahum nga dili makita sama sa hangin, si Cristo sa walay hunong nagabuhat diha sa kasingkasing. Sa hinayhinay, tingali nga wala hibaloi sa nakadawat, ang mga pagpasantop mapahimutang nga nagtinguha sa pagdani sa kalag ngadto kang Cristo. Kini mahimong madawat pinaagi sa pagpamalandong Kaniya, pinaagi sa pagbasa sa mga Kasulatan, o pinaagi sa pagpaminaw sa pulong gikan sa buhing magwawali. Sa kalit, sa dihang ang Espiritu moabut uban sa labi pang tuwirang paghangyo, ang kalag malipayon nga motugyan sa iyang kaugalingon ngadto kang Jesus. Sa kadaghanan kini gitawag nga kalit nga pagkakabig; apan kini mao ang sangputanan sa hataas nga pagpangulitawo sa Espiritu sa Dios,—usa ka mapailobon, malungtarong proseso.”</w:t>
      </w:r>
    </w:p>
    <w:p>
      <w:pPr>
        <w:pStyle w:val="ArticleScripture"/>
        <w:jc w:val="left"/>
      </w:pPr>
      <w:r>
        <w:rPr>
          <w:rFonts w:ascii="Times New Roman" w:hAnsi="Times New Roman" w:eastAsia="Times New Roman" w:cs="Times New Roman"/>
        </w:rPr>
        <w:t>“Samtang ang hangin dili makita sa iyang kaugalingon, kini nagpatungha ug mga epekto nga makita ug mabati. Busa ang buhat sa Espiritu diha sa kalag magapadayag sa iyang kaugalingon sa matag buhat niya nga nakabati sa makaluwas nga gahum niini. Sa diha nga ang Espiritu sa Dios mopuli sa kasingkasing, kini magausab sa kinabuhi. Ang mga hunahuna nga makasasala isalikway, ang mga daotang buhat biyaan; ang gugma, pagpaubos, ug kalinaw mopuli sa kasuko, kasina, ug panag-away. Ang kalipay mopuli sa kasubo, ug ang panagway magapakita sa kahayag sa langit. Walay bisan kinsa nga makakita sa kamot nga nagabayaw sa palas-anon, o makatan-aw sa kahayag nga nagakunsad gikan sa mga sawang sa kahitas-an. Ang panalangin moabot sa diha nga pinaagi sa pagtoo ang kalag motugyan sa iyang kaugalingon ngadto sa Dios. Unya kana nga gahum nga walay mata sa tawo nga makakita magbuhat ug usa ka bag-ong kinabuhi sumala sa dagway sa Dios.” The Desire of Ages, 172, 173.</w:t>
      </w:r>
    </w:p>
    <w:p>
      <w:pPr>
        <w:pStyle w:val="ArticleBody"/>
        <w:jc w:val="left"/>
      </w:pPr>
      <w:r>
        <w:rPr>
          <w:rFonts w:ascii="Times New Roman" w:hAnsi="Times New Roman" w:eastAsia="Times New Roman" w:cs="Times New Roman"/>
        </w:rPr>
        <w:t>Sa 9/11 nagsugod ang ulahing ulan sa hinay-hinay nga pagwisik. Sa 9/11 ang Islam, nga girepresentahan isip ang “sidlakang hangin” sa tagna sa Biblia, miabut samtang nagsugod ang pagtimri sa usa ka gatus ug kap-atan ug upat ka libo. Ang ulahing ulan, nga usa ka mensahe nga girepresentahan ingon nga “bulawang lana” nga nagakanaug gikan sa duha ka bulawang tubo ni Zacarias, nagsugod sa pagtawag sa mga Laodiceanhong Seventh-day Adventist ngadto sa paghinulsol. Ang hangin sa Espiritu Santo nagsugod sa iyang buhat sa pagtudlo sa tanang mga butang nga nahisulat, ug sa paggamit sa mensahe sa karaang mga dalan ni Jeremias aron mosulti sa mga kasingkasing sa buta nga mga Laodiceanhon. Ang buhat sa Espiritu Santo nga girepresentahan kang Nicodemo gipatin-aw sa mas hingpit, ang “lakang sa lakang,” nga “buhat nga gikinahanglan nga pagabuhaton sa mga kasingkasing sa tanan nga magapanunod sa gingharian sa langit.” Ang maong proseso gitandi ni Cristo sa buhat sa hangin, ug ang proseso mahitabo sulod sa panahon sa “sidlakang hangin,” nga miabut sa 9/11. Gituki ni Isaias kining maong panahon pinaagi sa hulagway sa mabangis nga hangin.</w:t>
      </w:r>
    </w:p>
    <w:p>
      <w:pPr>
        <w:pStyle w:val="ArticleScripture"/>
        <w:jc w:val="left"/>
      </w:pPr>
      <w:r>
        <w:rPr>
          <w:rFonts w:ascii="Times New Roman" w:hAnsi="Times New Roman" w:eastAsia="Times New Roman" w:cs="Times New Roman"/>
        </w:rPr>
        <w:t>Sa takus, sa diha nga kini moturok, ikaw makiglalis batok niini: iyang pugngan ang iyang mabangis nga hangin sa adlaw sa hangin sa sidlakan. Busa pinaagi niini pagahinloan ang kasal-anan ni Jacob; ug mao kini ang bug-os nga bunga sa pagkuha sa iyang sala; sa diha nga iyang himoon ang tanang mga bato sa halaran nga sama sa mga batong apog nga gidugmok sa pagkabahinbahin, ang mga kakahoyan ug ang mga larawan dili na motindog. Isaias 27:8, 9.</w:t>
      </w:r>
    </w:p>
    <w:p>
      <w:pPr>
        <w:pStyle w:val="ArticleBody"/>
        <w:jc w:val="left"/>
      </w:pPr>
      <w:r>
        <w:rPr>
          <w:rFonts w:ascii="Times New Roman" w:hAnsi="Times New Roman" w:eastAsia="Times New Roman" w:cs="Times New Roman"/>
        </w:rPr>
        <w:t>Ang tanang mga manalagna nagkauyon sa usag usa mahitungod sa ulahing mga adlaw, ug ang “mabaskog nga hangin” ni Isaias mao ang mga hangin sa panagbingkil ni Juan nga gipugngan sa panahon sa pagtimri sa usa ka gatus ug kap-atan ug upat ka libo. Ang mabaskog nga hangin ni Isaias mao ang hangin sa sidlakan nga “gipahunong” sa pagpamatuod ni Isaias, ug gipugngan sa iya ni Juan. Ang mga hangin sa panagbingkil ni Juan gipugngan samtang ang katawhan sa Dios ginatimrihan, ug ang hangin sa sidlakan ni Isaias giila ingon nga maong panahon sa dihang ang “kasal-anan ni Jacob” “hinloan.” Ang Hebreohanong pulong nga “hinloan” nagpasabot nga gihimoan ug pagtabon-sa-sala. Ang pagtimri ni Juan mao ra ang sama sa Ezekiel kapitulo nuwebe ug mao ra usab ang sama sa paghinlo sa kasal-anan ni Jacob. Ang manulonda nga moagi sa Jerusalem nga nagbutang ug timaan ibabaw niadtong mga nanag-agulo ug nanagtu-aw mao ang manulonda nga mitungas gikan sa “sidlakan.”</w:t>
      </w:r>
    </w:p>
    <w:p>
      <w:pPr>
        <w:pStyle w:val="ArticleScripture"/>
        <w:jc w:val="left"/>
      </w:pPr>
      <w:r>
        <w:rPr>
          <w:rFonts w:ascii="Times New Roman" w:hAnsi="Times New Roman" w:eastAsia="Times New Roman" w:cs="Times New Roman"/>
        </w:rPr>
        <w:t>Ug human niini nga mga butang nakita ko ang upat ka mga manulonda nga nagtindog sa upat ka suok sa yuta, nga nagkupot sa upat ka hangin sa yuta, aron ang hangin dili mohuyop sa yuta, ni sa dagat, ni sa bisan unsang kahoy. Ug nakita ko ang laing manulonda nga misaka gikan sa sidlakan, nga may patik sa buhing Dios; ug siya misinggit sa makusog nga tingog ngadto sa upat ka mga manulonda, nga kanila gihatag ang pagdaut sa yuta ug sa dagat, nga nagaingon, Ayaw una ninyo pagdauta ang yuta, ni ang dagat, ni ang mga kahoy, hangtud nga mapatakan namo sa ilang mga agtang ang mga ulipon sa among Dios. Pinadayag 7:1–3.</w:t>
      </w:r>
    </w:p>
    <w:p>
      <w:pPr>
        <w:pStyle w:val="ArticleBody"/>
        <w:jc w:val="left"/>
      </w:pPr>
      <w:r>
        <w:rPr>
          <w:rFonts w:ascii="Times New Roman" w:hAnsi="Times New Roman" w:eastAsia="Times New Roman" w:cs="Times New Roman"/>
        </w:rPr>
        <w:t>Ang manulonda mao si Cristo ug Siya mikayab sa katapusan sa kap-atan ka adlaw nga pagtudlo sa mga tinun-an nga nawong sa nawong sa panahon sa Pentecostes, ug Siya mikayab sa fiesta sa mga trumpeta diha sa Levitico 23 sa katapusan sa katloan ka adlaw nga pagtudlo nga nawong sa nawong uban sa mga pari nga girepresentahan sa numero nga katloan.</w:t>
      </w:r>
    </w:p>
    <w:p>
      <w:pPr>
        <w:pStyle w:val="ArticleBody"/>
        <w:jc w:val="left"/>
      </w:pPr>
      <w:r>
        <w:rPr>
          <w:rFonts w:ascii="Times New Roman" w:hAnsi="Times New Roman" w:eastAsia="Times New Roman" w:cs="Times New Roman"/>
        </w:rPr>
        <w:t>Ang 2026 mao ang mga eleksyon sa tunga-tungang termino, ug ang maong mga eleksyon gikumpirma na ingon nga mga propetikong ilhanan. Kon wala pa gikawat sa mga Demokrata ang eleksyon sa 2020, si Trump dili unta makatuman sa tigmo sa Roma. Ang tigmo sa Roma mao nga kini mao ang ikawalo ug gikan sa pito. Kining tigmoha nag-ila kang Trump ingon nga representante sa larawan sa mananap, nga kanunay mosaka nga ikawalo, apan gikan sa pito. Sa Daniel pito, tulo sa napulo ka mga sungay sa paganong Roma kinahanglan nga kuhaon aron ang gamayng sungay mokayab. Didto ang papal nga Roma mitungha ingon nga ikawalo taliwala sa laing pito ka mga sungay, apan migula kini gikan sa paganong Roma, kay kini kinahanglan nga gikan sa pito. Sa Daniel walo ang imperyo sa Medo-Persia girepresentahan sa duha ka mga sungay, unya ang Gresya usa ka sungay, nga sa pagkabali nakapamunga ug upat ka mga sungay; busa sa dili pa moabot ang Roma aduna nay pito ka mga sungay, ug ang gamayng sungay sa Roma mao ang ikawalo. Aduna pay ubang mga saksi sa kamatuoran nga ang Roma kanunay motungha nga ikawalo ug gikan sa pito, apan ang nag-unang punto sa reperensya sa tigmo mao ang Pinadayag kapitulo disi-siyete.</w:t>
      </w:r>
    </w:p>
    <w:p>
      <w:pPr>
        <w:pStyle w:val="ArticleScripture"/>
        <w:jc w:val="left"/>
      </w:pPr>
      <w:r>
        <w:rPr>
          <w:rFonts w:ascii="Times New Roman" w:hAnsi="Times New Roman" w:eastAsia="Times New Roman" w:cs="Times New Roman"/>
        </w:rPr>
        <w:t>Ug ania ang hunahuna nga may kaalam. Ang pito ka ulo mao ang pito ka kabukiran, diin nagalingkod ang babaye. Ug adunay pito ka mga hari: ang lima nangapukan na, ug ang usa atua, ug ang usa wala pa moanhi; ug sa diha nga moanhi siya, kinahanglan nga magapabilin siya sa hamubo nga panahon. Ug ang mananap nga kaniadto atua, ug karon wala na, mao usab siya ang ikawalo, ug iya sa pito, ug moadto ngadto sa kalaglagan. Pinadayag 17:9–11.</w:t>
      </w:r>
    </w:p>
    <w:p>
      <w:pPr>
        <w:pStyle w:val="ArticleBody"/>
        <w:jc w:val="left"/>
      </w:pPr>
      <w:r>
        <w:rPr>
          <w:rFonts w:ascii="Times New Roman" w:hAnsi="Times New Roman" w:eastAsia="Times New Roman" w:cs="Times New Roman"/>
        </w:rPr>
        <w:t>Ang gikawat nga eleksiyon sa 2020 nagpaila sa usa ka eleksiyon ingon nga usa ka propetikong timailhan. Ang ikaduhang saksi niini nga kamatuoran mao si Presidente Carter. Si Reagan mao ang una sa mga presidente nga nagdala ngadto kang Trump ingon nga ikawalo nga gikan sa pito, samtang siya naghulma og larawan sa Roma. Si Reagan mao ang una sa han-ay sa walo ka mga presidente sukad sa panahon sa katapusan niadtong 1989. Ang 1989 natuman diha sa Daniel onse, mga bersikulo uno hangtod upat, ug kini nagapahayag sa pagpamatuod sa labing adunahan nga presidente. Si Reagan giunhan sa labing daotang Presidente sa kasaysayan hangtod niadtong panahona. Mibiya si Carter sa katungdanan nga adunay usa ka krisis sa Islam nga wala masulbad. Kap-atan ug pito ka tuig sa ulahi, si Trump karon nagasulbad sa suliran nga gibilin kang Reagan sa Demokratang si Carter. Tungod kay ang una ug alpha nga si Reagan usa ka Republikano nga nagatipo sa usa ka Republikano sa katapusan ug omega, si Trump usab kinahanglan nga makapanunod sa usa ka krisis sa Islam nga gimugna sa miaging Demokratang presidente, nga pinaagi sa propetikong panginahanglan kinahanglan mao ang labing daotang presidente sa kasaysayan hangtod niadtong panahona. Si Obama, siyempre, nagtuman niadtong tanan nga mga propetikong kinaiya, ug mao usab si Biden. Aron si Reagan makatipo sa ulahi, kinahanglan usab nga siya magtipo dili lamang sa ikawalo, kondili usab sa ikaunom. Sa pagbuhat niini ang Leon sa banay ni Juda kinahanglan nga mokontrol sa mga eleksiyon aron maseguro ang sunod-sunod nga napakyas nga mga kapangulohan nga miuna kang Trump sa duha ka higayon. Ang mga eleksiyon maoy usa ka propetikong timailhan, ug ang 2026 mao ang midterms alang sa presidente nga mao ang ikawalo nga gikan sa pito.</w:t>
      </w:r>
    </w:p>
    <w:p>
      <w:pPr>
        <w:pStyle w:val="ArticleBody"/>
        <w:jc w:val="left"/>
      </w:pPr>
      <w:r>
        <w:rPr>
          <w:rFonts w:ascii="Times New Roman" w:hAnsi="Times New Roman" w:eastAsia="Times New Roman" w:cs="Times New Roman"/>
        </w:rPr>
        <w:t>Ang linya sa duha ka gatus ug kalim-an ka tuig sa Estados Unidos nagsugod niadtong 1776 ug miabot sa kinatumyan sa 2026. Ang linya sa duha ka gatus ug kalim-an ka tuig sa 457 BC miabot sa kinatumyan sa 207 BC, tali sa bersikulo onse ug kinse, ang mga gubat sa Raphia ug Panium. Ang Raphia, sa pagtagna, nahiuyon sa tugon sa pagtuli diha sa Genesis 17, ug ang Panium, sa pagtagna, nahiuyon sa tugon sa usa ka gatos ug kap-atan ug upat ka libo diha sa Mateo 16. Ang 2026 nahiuyon sa 207 BC, tali sa bersikulo onse ug kinse—tali sa Raphia ug Panium, nga mao usab ang tali sa unang tugon sa Dios uban sa piniling katawhan ug sa katapusang tugon sa Dios uban sa piniling katawhan.</w:t>
      </w:r>
    </w:p>
    <w:p>
      <w:pPr>
        <w:pStyle w:val="ArticleBody"/>
        <w:jc w:val="left"/>
      </w:pPr>
      <w:r>
        <w:rPr>
          <w:rFonts w:ascii="Times New Roman" w:hAnsi="Times New Roman" w:eastAsia="Times New Roman" w:cs="Times New Roman"/>
        </w:rPr>
        <w:t>Ang duha ka gatus ug kalim-an ka tuig nga mga linya nga matapos sa tunga-tunga sa 207 BC ug 2026 nahiuyon sa duha ka gatus ug kalim-an ka tuig nga linya sa paglutos nga nagsugod sa dihang nasunog ang siyudad sa Roma sa tuig 64. Gikan niana, pito ka tuig nga pasidaan mahitungod sa umaabot nga kalaglagan, pinaagi sa usa ka katingad-ang tawo, gipahibalo ngadto sa mga lumulupyo sa Jerusalem. Sa pag-abot sa tuig setenta ug sa pagkalaglag sa Jerusalem, ang iglesia sa Dios nagkatibulaag ug ilang giwali ang ebanghelyo ngadto sa tibuok kalibotan. Sa samang higayon nga ang iglesia sa Efeso nagmantala sa Pentecostal nga mensahe sa pagkabanhaw, misugod ang paglutos nga gihulagway sa iglesia sa Esmirna, kay ang duha ka iglesia, tungod sa panginahanglan sa tagna, modagan nga magkaagapay sulod sa usa ka yugto sa panahon. Si Pablo maoy usa ka pangulo sa tagnaong iglesia sa Efeso, apan misulat siya mahitungod sa duha ka kasaysayan.</w:t>
      </w:r>
    </w:p>
    <w:p>
      <w:pPr>
        <w:pStyle w:val="ArticleScripture"/>
        <w:jc w:val="left"/>
      </w:pPr>
      <w:r>
        <w:rPr>
          <w:rFonts w:ascii="Times New Roman" w:hAnsi="Times New Roman" w:eastAsia="Times New Roman" w:cs="Times New Roman"/>
        </w:rPr>
        <w:t>Ang mga paglutos ug mga pag-antos nga miabot kanako sa Antioquia, sa Iconio, ug sa Listra; unsang mga paglutos ang akong giantos; apan gikan kanilang tanan giluwas ako sa Ginoo. Oo, ug ang tanan nga buot magkinabuhing diosnon diha kang Cristo Jesus magaantus ug paglutos. 2 Timoteo 3:11, 12.</w:t>
      </w:r>
    </w:p>
    <w:p>
      <w:pPr>
        <w:pStyle w:val="ArticleBody"/>
        <w:jc w:val="left"/>
      </w:pPr>
      <w:r>
        <w:rPr>
          <w:rFonts w:ascii="Times New Roman" w:hAnsi="Times New Roman" w:eastAsia="Times New Roman" w:cs="Times New Roman"/>
        </w:rPr>
        <w:t>Gipaila ni A.T. Jones ang yugto nga duha ka gatus ug kalim-an ka tuig nga nagsugod sa tuig 64 ug natapos sa Edict of Milan niadtong 313. Sulod niadtong mga tuiga ang paglutos batok sa katawohan sa Dios gipadayon sa pagano nga Roma, apan ang mensahe ngadto sa iglesia sa Smyrna nagtimaan sa napulo ka adlaw, nga nagrepresentar sa labing mapintas nga paglutos nianang panahona.</w:t>
      </w:r>
    </w:p>
    <w:p>
      <w:pPr>
        <w:pStyle w:val="ArticleScripture"/>
        <w:jc w:val="left"/>
      </w:pPr>
      <w:r>
        <w:rPr>
          <w:rFonts w:ascii="Times New Roman" w:hAnsi="Times New Roman" w:eastAsia="Times New Roman" w:cs="Times New Roman"/>
        </w:rPr>
        <w:t>Ayaw kahadloki ang bisan unsa niadtong mga butanga nga imong pagaantuson: ania karon, ang yawa magatugyan sa pipila kaninyo ngadto sa bilanggoan, aron kamo pagasulayan; ug kamo magaantus sa kasakitan sulod sa napulo ka adlaw: magmatinumanon ka hangtod sa kamatayon, ug hatagan ko ikaw sa purongpurong sa kinabuhi. Pinadayag 2:10.</w:t>
      </w:r>
    </w:p>
    <w:p>
      <w:pPr>
        <w:pStyle w:val="ArticleBody"/>
        <w:jc w:val="left"/>
      </w:pPr>
      <w:r>
        <w:rPr>
          <w:rFonts w:ascii="Times New Roman" w:hAnsi="Times New Roman" w:eastAsia="Times New Roman" w:cs="Times New Roman"/>
        </w:rPr>
        <w:t>Kadtong yugto sa paglutos nga girepresentahan ni Emperador Diocletian milungtad ug napulo ka tuig, nagsugod niadtong 303 ug natapos niadtong 313, sa dihang si Emperador Constantine the Great nagmando na, maingon usab sa iyang pagmando sa unang balaod sa Dominggo niadtong 321, ug sa dihang gibahin niya ang Roma ngadto sa sidlakan ug kasadpan niadtong 330. Ang tuig 313 gitimailhan sa paaghop nga paagi sa tagna pinaagi sa diplomatikanhong kaminyoon sa Milan sa dihang si Emperador Constantine (mando sa Kasadpan) maoy naghikay sa kaminyoon sa iyang igsoong babaye sa tunga, si Flavia Julia Constantia, kang Licinius, ang emperador nga nagkontrol sa sidlakang (o sa dili madugay mahimong sidlakan nga) bahin sa Romanong Imperyo. Ang maong kaminyoon simbolikong natapos sa dihang gibahin ni Constantine ang gingharian ngadto sa sidlakan ug kasadpan niadtong 330.</w:t>
      </w:r>
    </w:p>
    <w:p>
      <w:pPr>
        <w:pStyle w:val="ArticleBody"/>
        <w:jc w:val="left"/>
      </w:pPr>
      <w:r>
        <w:rPr>
          <w:rFonts w:ascii="Times New Roman" w:hAnsi="Times New Roman" w:eastAsia="Times New Roman" w:cs="Times New Roman"/>
        </w:rPr>
        <w:t>Ang 250 ka tuig nga yugto ni Nero nagsugod pinaagi sa usa ka pito ka tuig nga yugto nga nagsugod ug natapos sa usa ka paglikos nga nagatipo sa katapusan sa kalibotan. Sa katapusan sa maong yugto, dihay usa ka tin-aw nga napulo ka tuig nga paglutos. Ang yugto nagsugod sa panahon sa Efeso, unya mitabon sa kasaysayan sa Smirna hangtod sa iglesya sa pagkompromiso ni Constantino, sa dihang miabot ang iglesya sa Pergamo niadtong 313.</w:t>
      </w:r>
    </w:p>
    <w:p>
      <w:pPr>
        <w:pStyle w:val="ArticleBody"/>
        <w:jc w:val="left"/>
      </w:pPr>
      <w:r>
        <w:rPr>
          <w:rFonts w:ascii="Times New Roman" w:hAnsi="Times New Roman" w:eastAsia="Times New Roman" w:cs="Times New Roman"/>
        </w:rPr>
        <w:t>Kadtong napulog pito ka tuig gikan sa 313 hangtod sa 330 adunay ilang katugbang sa kasaysayan sa Raphia ug Panium, diin ang gubat sa 217 BC ug ang gubat sa 200 BC gibulag sa napulog pito ka tuig. Sa gubat sa Raphia, midaog si Ptolemy, apan patay na siya ug wala na sa wala pa ang gubat sa Panium. Bisan pa niana, naghari siya sulod sa napulog pito ka tuig gikan sa 221 BC hangtod sa 204 BC. Tulo ka mga linya sa 250 ka tuig nga gisal-otan sa tulo ka mga napulog pito nagapugos sa pagkonsiderar nga ang 313 nagatukma sa 2026.</w:t>
      </w:r>
    </w:p>
    <w:p>
      <w:pPr>
        <w:pStyle w:val="ArticleBody"/>
        <w:jc w:val="left"/>
      </w:pPr>
      <w:r>
        <w:rPr>
          <w:rFonts w:ascii="Times New Roman" w:hAnsi="Times New Roman" w:eastAsia="Times New Roman" w:cs="Times New Roman"/>
        </w:rPr>
        <w:t>Ang 313 maoy usa ka lahi ug tin-aw nga pagbalhin gikan sa paglutos ngadto sa pagkompromiso, busa nagtimaan sa 313 ingong usa ka simbolo sa usa ka kausaban nga may usa ka matang sa kinaiyang matagnaon nga gihulagway sa pagbalhin gikan sa Smyrna ngadto sa Pergamos. Ang unang lakang girepresentahan sa usa ka diplomatikong kaminyoon nga natapos sa diborsyo napulog-pito ka tuig sa ulahi. Ang ikaduhang lakang mao ang unang balaod sa Domingo. Ang Inspirasyon nagpahibalo kanato nga ang balaod sa Domingo giunhan sa usa ka nagpadayon nga pamaagi nga lakang sa matag lakang, nga naglakip sa mga balaod sa Domingo nga nag-una sa balaod sa Domingo nga gihubit ingong pagpugos kanimo sa pagsaulog sa Domingo ug usab paglutos kanimo tungod sa imong pagbantay sa ikapitong-adlaw nga Igpapahulay sa Dios.</w:t>
      </w:r>
    </w:p>
    <w:p>
      <w:pPr>
        <w:pStyle w:val="ArticleScripture"/>
        <w:jc w:val="left"/>
      </w:pPr>
      <w:r>
        <w:rPr>
          <w:rFonts w:ascii="Times New Roman" w:hAnsi="Times New Roman" w:eastAsia="Times New Roman" w:cs="Times New Roman"/>
        </w:rPr>
        <w:t>“Kon ang magbabasa buot makasabot sa mga galamiton nga pagagamiton sa umaabot na kaayong pakigbisog, kinahanglan lamang niyang subayon ang kasaysayan sa mga paagi nga gigamit sa Roma alang sa maong tumong sa nangaging mga kapanahonan. Kon buot niyang mahibaloan kon sa unsang paagi ang mga papista ug ang mga Protestante nga nagkahiusa magatratar niadtong mosalikway sa ilang mga dogma, tan-awa niya ang espiritu nga gipadayag sa Roma ngadto sa Adlaw nga Igpapahulay ug sa mga nagapanalipod niini.</w:t>
      </w:r>
    </w:p>
    <w:p>
      <w:pPr>
        <w:pStyle w:val="ArticleScripture"/>
        <w:jc w:val="left"/>
      </w:pPr>
      <w:r>
        <w:rPr>
          <w:rFonts w:ascii="Times New Roman" w:hAnsi="Times New Roman" w:eastAsia="Times New Roman" w:cs="Times New Roman"/>
        </w:rPr>
        <w:t>“Ang mga harianong mando, mga kinatibuk-ang konseho, ug mga ordinansa sa iglesia nga gipalig-on pinaagi sa sekular nga gahum mao ang mga lakang diin ang pagano nga pista nakaangkon sa iyang dungogong kahimtang sa Kristohanong kalibotan. Ang unang publikong lakang nga nagpatuman sa pagbantay sa Domingo mao ang balaod nga gipatuman ni Constantino. (A.D. 321.) Kini nga mando nagkinahanglan sa mga lumulupyo sa mga lungsod nga mopahulay sa ‘tinahod nga adlaw sa adlaw,’ apan nagtugot sa mga taga-kayutaan nga ipadayon ang ilang mga pagpanguma. Bisan tuod sa pagkatinuod usa kini ka pagano nga balaod, kini gipatuman sa emperador human sa iyang pormal lamang nga pagdawat sa Kristiyanismo.” The Great Controversy, 573, 574.</w:t>
      </w:r>
    </w:p>
    <w:p>
      <w:pPr>
        <w:pStyle w:val="ArticleBody"/>
        <w:jc w:val="left"/>
      </w:pPr>
      <w:r>
        <w:rPr>
          <w:rFonts w:ascii="Times New Roman" w:hAnsi="Times New Roman" w:eastAsia="Times New Roman" w:cs="Times New Roman"/>
        </w:rPr>
        <w:t>Ang Edikto sa Milan niadtong 313 maoy “harianong edikto,” nga gisundan sa “mga kinatibuk-ang konseho ug mga ordinansa sa iglesia nga gisuportahan sa sekular nga gahum mao ang mga lakang.” Kini mga sunod-sunod nga mga lakang nga miabot sa unang balaod sa Dominggo niadtong 321. Usa niana nga mga lakang mao ang “mga ordinansa sa iglesia,” sama sa pagbantay sa Dominggo, nga “gisuportahan sa sekular nga gahum.” Ang yugto sa 1888 nagtimaan sa usa ka sunod-sunod nga mga balaod sa Dominggo nga gipaila sa Senado ni Senador Blair nga wala gayod madayon, apan sulod sa maong mao rang kasaysayan daghang mga estado ang nagpasa ug mga balaod sa Dominggo nga gipatuman sa estado. Kining duha ka mga saksi nag-ila sa 313 ingon nga usa ka timailhan diin ang “harianong mga edikto,” sama sa usa ka executive order, magtimaan sa usa ka pagbalhin sa kasaysayan sa mananap sa yuta, nga gitagana sa pagsulti ingon nga usa ka dragon.</w:t>
      </w:r>
    </w:p>
    <w:p>
      <w:pPr>
        <w:pStyle w:val="ArticleBody"/>
        <w:jc w:val="left"/>
      </w:pPr>
      <w:r>
        <w:rPr>
          <w:rFonts w:ascii="Times New Roman" w:hAnsi="Times New Roman" w:eastAsia="Times New Roman" w:cs="Times New Roman"/>
        </w:rPr>
        <w:t>Sa dihang ang Estados Unidos mosulti ingon nga usa ka dragon, kini matapos ingon nga ikaunom nga gingharian sa tagna sa Biblia, ug kini mobuhat niana pinaagi sa pagsulti sa samang paagi nga kini misulti sa sinugdanan sa iyang paghari ingon nga ikaunom nga gingharian. Niadtong 1798, ang Estados Unidos mipasa sa Alien and Sedition Acts, nga nagtimaan daan sa balaod sa Domingo. Ang Alien and Sedition Acts sa 1798 mao ang ikatulo sa tulo ka mga lakang nga nagsugod niadtong 1776 pinaagi sa Declaration of Independence, gisundan sa Constitution niadtong 1789. Kining tulo ka mga lakang nagkatakdo sa 313, 321, ug 330.</w:t>
      </w:r>
    </w:p>
    <w:p>
      <w:pPr>
        <w:pStyle w:val="ArticleBody"/>
        <w:jc w:val="left"/>
      </w:pPr>
      <w:r>
        <w:rPr>
          <w:rFonts w:ascii="Times New Roman" w:hAnsi="Times New Roman" w:eastAsia="Times New Roman" w:cs="Times New Roman"/>
        </w:rPr>
        <w:t>Ang 1776, 1789 ug 1798 pulos mga buhat nga gihubit ingong pagsulti, kay ang inspirasyon nagapahibalo kanato nga ang “pagsulti sa nasud mao ang lihok sa iyang mga lehislatibong ug hudisyal nga mga awtoridad.” Ang 313, 321 ug 330 pulos mga timaan sa dalan nga nalangkit kang Constantine the Great. Ang katapusan sa karaang literal nga Israel, sa amihanan ug habagatan nga mga gingharian, gisimbolo ingon nga usa ka diborsiyo, nga mao ang ginarepresentar sa 330. Usa ka diborsiyo tali sa sidlakan ug kasadpan sulod sa usa ka kaminyoon nga nagsugod napulog-pito ka tuig sa wala pa, sa kaminyoon sa Edict of Milan. Sa balaod sa Domingo mapuno na sa Estados Unidos ang iyang copa sa panahon sa pagsulay ug kini pagabulaagon gikan sa Dios sa bahin sa iyang katuyoang profetiko, sumala sa gihulagway sa yuta nga nagaagay sa gatas ug dugos alang sa karaang Israel. Ang Inspirasyon nagaingon nga ang nasudnong apostasya pagasundan sa nasudnong pagkalaglag. Kana mahitabo sa dihang diborsiyohon sa Dios ang mahimayaong yuta ingon sa ginarepresentar sa tuig 330. Gikan sa kaminyoon sa 313 ngadto sa nahaunang bahin sa usa ka serye sa nagakagrabe nga mga balaod sa Domingo sa 321 ngadto sa diborsiyo sa 330. Ang 1776 motakdo sa 313, ug ang 1789 motakdo sa 321 ug ang 1798 motakdo sa 330.</w:t>
      </w:r>
    </w:p>
    <w:p>
      <w:pPr>
        <w:pStyle w:val="ArticleBody"/>
        <w:jc w:val="left"/>
      </w:pPr>
      <w:r>
        <w:rPr>
          <w:rFonts w:ascii="Times New Roman" w:hAnsi="Times New Roman" w:eastAsia="Times New Roman" w:cs="Times New Roman"/>
        </w:rPr>
        <w:t>Ang 330 mao usab ang katumanan sa 360 ka tuig sukad sa gubat sa Actium niadtong 31 BC. Ang Actium mao ang ikatulong babag sa Roma ug busa nagtimaan sa balaod sa Domingo diin ang moderno nga Roma modaog sa iyang ikaduha ug ikatulong mga babag. Sa waymark sa 330, ang gubat sa Panium midugtong sa gubat sa Actium. Ang gubat sa Raphia niadtong 217 BC nagtupong sa gubat sa Ukraine niadtong 2014, unya niadtong 2015 gilunsad ni Trump ang iyang unang kampanya sa pagkapresidente, niadtong 2020 ang duruha ka sungay sa mapintas nga mananap sa yuta gipatay, niadtong 2023 silang duha gibanhaw pag-usab. Niadtong 2024 nagsugod ang pagsulay sa mga patukoranan ug niadtong 2025 ang propetikong alyansa sa ikawalong presidente ug sa iyang katugbang nga papa gimarkahan pinaagi sa ilang magkatakdo nga mga inagurasyon.</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Ocho</dc:title>
  <dc:subject>Ang Bukid</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