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Tinagong Kasaysayan sa Bersikulo Kuarenta—Numero Nueve</w:t>
      </w:r>
    </w:p>
    <w:p>
      <w:pPr>
        <w:pStyle w:val="ArticleSubtitle"/>
        <w:jc w:val="left"/>
      </w:pPr>
      <w:r>
        <w:rPr>
          <w:rFonts w:ascii="Arial" w:hAnsi="Arial" w:eastAsia="Arial" w:cs="Arial"/>
        </w:rPr>
        <w:t>Gahum, Himaya, ug Pag-antus</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2026-05-06</w:t>
      </w:r>
    </w:p>
    <w:p>
      <w:pPr>
        <w:pStyle w:val="ArticleBody"/>
        <w:jc w:val="left"/>
      </w:pPr>
      <w:r>
        <w:rPr>
          <w:rFonts w:ascii="Times New Roman" w:hAnsi="Times New Roman" w:eastAsia="Times New Roman" w:cs="Times New Roman"/>
        </w:rPr>
        <w:t>Si Pedro atua sa Panium (Cesarea Filipos), nga unom o walo lamang ka adlaw sa wala pa ang tunga-tunga sa tulo ka higayon nga si Pedro, Juan ug Santiago miuban nga sila lamang kang Jesus. Ang una mao ang pagpadayag sa Iyang gahum diha sa pagkabanhaw sa dose anyos nga anak nga babaye ni Jairo; ang ikaduha mao ang pagpadayag sa Iyang himaya didto sa bukid sa pagbag-o sa dagway; ug ang ikatulo mao ang Getsemani, ang pagpadayag sa Iyang pag-antos. Sa Panium sa kapitulo onse si Pedro nahimutang sa dili pa ang krus sa bersikulo disisais. Ang bukid mao ang tunga-tunga sa tulo ka pinasahi nga mga pagpanaw sa tulo ka mga tinun-an. Sa bukid ang langitnong Amahan misulti usab sa ikaduha sa tulo ka higayon; ang Amahan misulti sa bunyag, sa bukid, ug dayon sa dili pa ang krus. Si Pedro kaduha anaa sa tunga-tunga sa tulo ka piho nga mga hitabo. Siya usab mao ang tunga-tunga sa mga kapitulo onse hangtod baynte dos sa Mateo.</w:t>
      </w:r>
    </w:p>
    <w:p>
      <w:pPr>
        <w:pStyle w:val="ArticleHeading"/>
        <w:jc w:val="left"/>
      </w:pPr>
      <w:r>
        <w:rPr>
          <w:rFonts w:ascii="Arial" w:hAnsi="Arial" w:eastAsia="Arial" w:cs="Arial"/>
        </w:rPr>
        <w:t>Ang Asno</w:t>
      </w:r>
    </w:p>
    <w:p>
      <w:pPr>
        <w:pStyle w:val="ArticleBody"/>
        <w:jc w:val="left"/>
      </w:pPr>
      <w:r>
        <w:rPr>
          <w:rFonts w:ascii="Times New Roman" w:hAnsi="Times New Roman" w:eastAsia="Times New Roman" w:cs="Times New Roman"/>
        </w:rPr>
        <w:t>Ang bukid miuna sa masadyang pagsulod, nga nagsugod sa pagbadbad sa asno aron modala sa halad ngadto sa Jerusalem, sama sa asno ni Abraham nga midala sa kahoy alang sa halad didto sa Moriah, ang karaang dapit sa templo sa Jerusalem. Ang pista sa mga trumpeta diha sa han-ay sa Levitico bente-trés nagtimaan sa pagbadbad sa asno, busa ang kasinatian sa bukid sa pagbag-o sa dagway miuna sa masadyang pagsulod, sa ingon niana gibutang si Pedro sulod sa kasaysayan sa katloan ka adlaw sa Levitico bente-trés nga nahiuyon sa panahon sa Pentecostes. Sulod niadtong katloan ka mga adlaw ang templo (ang tunga-tungang pagsulay) ipahamtang ibabaw sa mga kandidato aron maapil sa kawaloan ka maisogong mga pari. Diha sa pagpamatuod sa pagsukol ni Haring Uzziah sa balaang dapit ang kawaloan ka mga pari giila nga mga maisogon, sa ingon nagpasabot nga may mga pari nga wala miapil.</w:t>
      </w:r>
    </w:p>
    <w:p>
      <w:pPr>
        <w:pStyle w:val="ArticleScripture"/>
        <w:jc w:val="left"/>
      </w:pPr>
      <w:r>
        <w:rPr>
          <w:rFonts w:ascii="Times New Roman" w:hAnsi="Times New Roman" w:eastAsia="Times New Roman" w:cs="Times New Roman"/>
        </w:rPr>
        <w:t>Ug si Azaria nga sacerdote misulod sunod kaniya, ug uban kaniya ang kawaloan ka mga sacerdote ni Jehova, nga mga maisugong lalaki: Ug ilang gisukol si Hari Uzzias, ug miingon kaniya, Dili angay alang kanimo, Uzzias, ang pagsunog ug incienso ngadto kang Jehova, kondili alang sa mga sacerdote, ang mga anak ni Aaron, nga gibalaan sa pagsunog ug incienso: gumula ka sa balaang puloy-anan; kay nakalapas ka; ni kini mahimong alang sa imong kadungganan gikan sa Ginoong Dios. 2 Cronicas 26:17, 18.</w:t>
      </w:r>
    </w:p>
    <w:p>
      <w:pPr>
        <w:pStyle w:val="ArticleBody"/>
        <w:jc w:val="left"/>
      </w:pPr>
      <w:r>
        <w:rPr>
          <w:rFonts w:ascii="Times New Roman" w:hAnsi="Times New Roman" w:eastAsia="Times New Roman" w:cs="Times New Roman"/>
        </w:rPr>
        <w:t>Ang maisog nga mga saserdote mao kadtong mosunod sa Cordero bisan asa Siya moadto.</w:t>
      </w:r>
    </w:p>
    <w:p>
      <w:pPr>
        <w:pStyle w:val="ArticleScripture"/>
        <w:jc w:val="left"/>
      </w:pPr>
      <w:r>
        <w:rPr>
          <w:rFonts w:ascii="Times New Roman" w:hAnsi="Times New Roman" w:eastAsia="Times New Roman" w:cs="Times New Roman"/>
        </w:rPr>
        <w:t>Kini sila mao ang mga wala mahugawi uban sa mga babaye; kay sila mga ulay. Kini sila mao ang nagsunod sa Cordero bisan asa siya moadto. Kini sila tinubos gikan sa taliwala sa mga tawo, ingon nga mga inunahang bunga alang sa Dios ug alang sa Cordero. Pinadayag 14:4.</w:t>
      </w:r>
    </w:p>
    <w:p>
      <w:pPr>
        <w:pStyle w:val="ArticleBody"/>
        <w:jc w:val="left"/>
      </w:pPr>
      <w:r>
        <w:rPr>
          <w:rFonts w:ascii="Times New Roman" w:hAnsi="Times New Roman" w:eastAsia="Times New Roman" w:cs="Times New Roman"/>
        </w:rPr>
        <w:t>Ang Leon sa banay ni Juda nangulo sa Iyang katawhan ngadto sa Labing Balaang Dapit ug gipatan-aw sila sa arka sa pakigsaad, ug gipamalandong kanila ang Labawng Sacerdote nga atua didto nga nagapangalagad sa Iyang kataposang buhat sa pagpapas sa sala. Si Pedro gibanhaw pag-usab niadtong Disyembre 31, 2023 ug dayon giatubang sa pasukaranang pagsulay mahitungod sa papel sa Roma sa pagpatukod sa panggawas nga panan-awon sa tagna. Unya miabot ang ikaduhang pagsulay sa templo alang kang Pedro, ug didto gipakita ang panan-awon sa sulod nga linya diha sa panan-awon sa salamin sa Daniel kapitulo 10.</w:t>
      </w:r>
    </w:p>
    <w:p>
      <w:pPr>
        <w:pStyle w:val="ArticleBody"/>
        <w:jc w:val="left"/>
      </w:pPr>
      <w:r>
        <w:rPr>
          <w:rFonts w:ascii="Times New Roman" w:hAnsi="Times New Roman" w:eastAsia="Times New Roman" w:cs="Times New Roman"/>
        </w:rPr>
        <w:t>Gilimod ni Pedro ang iyang Ginoo niadtong Hulyo 18, 2020, ug gibuhat niya kini sa makatulo.</w:t>
      </w:r>
    </w:p>
    <w:p>
      <w:pPr>
        <w:pStyle w:val="ArticleScripture"/>
        <w:jc w:val="left"/>
      </w:pPr>
      <w:r>
        <w:rPr>
          <w:rFonts w:ascii="Times New Roman" w:hAnsi="Times New Roman" w:eastAsia="Times New Roman" w:cs="Times New Roman"/>
        </w:rPr>
        <w:t>“Tulo ka higayon nga dayag nga gilimod ni Pedro ang iyang Ginoo, ug tulo ka higayon usab nga gikuha ni Jesus gikan kaniya ang kasiguruhan sa iyang gugma ug pagkamatinud-anon, sa dihang gipasantop Niya pag-ayo kanang mahait nga pangutana, sama sa usa ka pana nga adunay tarok nga mituhop sa iyang nasamdan nga kasingkasing. Sa atubangan sa nagtigom nga mga disipulo gipadayag ni Jesus ang giladmon sa paghinulsol ni Pedro, ug gipakita kon unsa ka hingpit nga napaubos ang disipulo nga kaniadto mapasigarbohon.” The Desire of Ages, 812.</w:t>
      </w:r>
    </w:p>
    <w:p>
      <w:pPr>
        <w:pStyle w:val="ArticleBody"/>
        <w:jc w:val="left"/>
      </w:pPr>
      <w:r>
        <w:rPr>
          <w:rFonts w:ascii="Times New Roman" w:hAnsi="Times New Roman" w:eastAsia="Times New Roman" w:cs="Times New Roman"/>
        </w:rPr>
        <w:t>Si Pedro nagrepresentar sa duha ka hut-ong sa mga magsisimba.</w:t>
      </w:r>
    </w:p>
    <w:p>
      <w:pPr>
        <w:pStyle w:val="ArticleScripture"/>
        <w:jc w:val="left"/>
      </w:pPr>
      <w:r>
        <w:rPr>
          <w:rFonts w:ascii="Times New Roman" w:hAnsi="Times New Roman" w:eastAsia="Times New Roman" w:cs="Times New Roman"/>
        </w:rPr>
        <w:t>“Alang sa matag usa sa mga hut-ong nga girepresentahan sa Pariseo ug sa maniningil sa buhis, adunay usa ka leksyon diha sa kasaysayan sa apostol nga si Pedro. Sa iyang sayong pagkatinun-an, naghunahuna si Pedro nga siya kusgan. Sama sa Pariseo, sa iyang kaugalingong pagtan-aw siya ‘dili sama sa ubang mga tawo.’ Sa dihang si Cristo, sa bisperas sa Iyang pagbudhi, mipasidaan nang daan sa Iyang mga tinun-an, ‘Kamong tanan masandig tungod Kanako niining gabhiona,’ si Pedro masaligon nga mipahayag, ‘Bisan pa ang tanan masandig, apan dili ako.’ Marcos 14:27, 29. Wala masayod si Pedro sa iyang kaugalingong katalagman. Ang pagsalig sa kaugalingon maoy nagpasalaag kaniya. Naghunahuna siya nga arang siya makasukol sa tentasyon; apan sulod lamang sa pipila ka hamubo nga mga oras miabot ang pagsulay, ug uban ang pagtunglo ug pagpanumpa iyang gilimod ang iyang Ginoo.” Christ’s Object Lessons, 152.</w:t>
      </w:r>
    </w:p>
    <w:p>
      <w:pPr>
        <w:pStyle w:val="ArticleBody"/>
        <w:jc w:val="left"/>
      </w:pPr>
      <w:r>
        <w:rPr>
          <w:rFonts w:ascii="Times New Roman" w:hAnsi="Times New Roman" w:eastAsia="Times New Roman" w:cs="Times New Roman"/>
        </w:rPr>
        <w:t>Ang Publikano miuli sa iyang balay nga gipakamatarung.</w:t>
      </w:r>
    </w:p>
    <w:p>
      <w:pPr>
        <w:pStyle w:val="ArticleScripture"/>
        <w:jc w:val="left"/>
      </w:pPr>
      <w:r>
        <w:rPr>
          <w:rFonts w:ascii="Times New Roman" w:hAnsi="Times New Roman" w:eastAsia="Times New Roman" w:cs="Times New Roman"/>
        </w:rPr>
        <w:t>“Ang Fariseo ug ang maniningil sa buhis nagrepresentar sa duha ka dagkong hut-ong diin nabahin kadtong moanhi aron mosimba sa Dios. Ang ilang unang duha ka representante makita sa unang duha ka mga anak nga natawo sa kalibutan.” Christ’s Object Lessons, 152.</w:t>
      </w:r>
    </w:p>
    <w:p>
      <w:pPr>
        <w:pStyle w:val="ArticleBody"/>
        <w:jc w:val="left"/>
      </w:pPr>
      <w:r>
        <w:rPr>
          <w:rFonts w:ascii="Times New Roman" w:hAnsi="Times New Roman" w:eastAsia="Times New Roman" w:cs="Times New Roman"/>
        </w:rPr>
        <w:t>Si Abel ug ang maniningil sa buhis maoy simbolo sa pagkamatarong pinaagi sa pagtuo.</w:t>
      </w:r>
    </w:p>
    <w:p>
      <w:pPr>
        <w:pStyle w:val="ArticleScripture"/>
        <w:jc w:val="left"/>
      </w:pPr>
      <w:r>
        <w:rPr>
          <w:rFonts w:ascii="Times New Roman" w:hAnsi="Times New Roman" w:eastAsia="Times New Roman" w:cs="Times New Roman"/>
        </w:rPr>
        <w:t>Ug ang maniningil sa buhis, nga nagtindog sa halayo, wala gani motan-aw sa langit, kondili nagbadbad sa iyang dughan, nga nagaingon, Dios, kaloy-i ako nga usa ka makasasala. Magaingon ako kaninyo, kining tawhana mipauli sa iyang balay nga gipakamatarung labaw pa kay sa usa: kay ang matag usa nga nagapahitas-on sa iyang kaugalingon pagapaubson; ug siya nga nagapaubos sa iyang kaugalingon pagabayawon. Lucas 18:13, 14.</w:t>
      </w:r>
    </w:p>
    <w:p>
      <w:pPr>
        <w:pStyle w:val="ArticleBody"/>
        <w:jc w:val="left"/>
      </w:pPr>
      <w:r>
        <w:rPr>
          <w:rFonts w:ascii="Times New Roman" w:hAnsi="Times New Roman" w:eastAsia="Times New Roman" w:cs="Times New Roman"/>
        </w:rPr>
        <w:t>Ang mensahe sa 1888 giubanan sa pagkanaog sa manulonda sa Pinadayag 18.</w:t>
      </w:r>
    </w:p>
    <w:p>
      <w:pPr>
        <w:pStyle w:val="ArticleScripture"/>
        <w:jc w:val="left"/>
      </w:pPr>
      <w:r>
        <w:rPr>
          <w:rFonts w:ascii="Times New Roman" w:hAnsi="Times New Roman" w:eastAsia="Times New Roman" w:cs="Times New Roman"/>
        </w:rPr>
        <w:t>“Ang Ginoo diha sa Iyang daku kaayong kalooy nagpadala sa usa ka labing bililhong mensahe ngadto sa Iyang katawhan pinaagi kang mga Elder Waggoner ug Jones. Kining mensaheha maoy magdala sa atubangan sa kalibutan, sa labi pang dayag nga paagi, sa ginabayaw nga Manluluwas, ang halad alang sa mga sala sa tibuok kalibutan. Gipadayag niini ang pagkamatarung pinaagi sa pagtuo diha sa Surety; giagda niini ang katawhan sa pagdawat sa pagkamatarung ni Cristo, nga gipadayag diha sa pagtuman sa tanang mga sugo sa Dios. Daghan na ang nakapawala sa pagtan-aw kang Jesus. Gikinahanglan nga ang ilang mga mata ipunting ngadto sa Iyang langitnong persona, sa Iyang mga merito, ug sa Iyang dili mausab nga gugma alang sa tawhanong kaliwatan. Ang tanang gahum gitugyan ngadto sa Iyang mga kamot, aron Iyang ikahatag ang dagayang mga gasa ngadto sa mga tawo, nga nagahatag sa dili matumbasan nga gasa sa Iyang kaugalingong pagkamatarung ngadto sa walay ikatabang nga tawhanong kasangkapan. Mao kini ang mensahe nga gisugo sa Dios nga ihatag ngadto sa kalibutan. Kini mao ang mensahe sa ikatulong manulonda, nga igamantala uban sa makusog nga tingog, ug pagaubanan sa pagbubo sa Iyang Espiritu sa hilabihan kadaghang sukod.” Testimonies to Ministers, 91.</w:t>
      </w:r>
    </w:p>
    <w:p>
      <w:pPr>
        <w:pStyle w:val="ArticleHeading"/>
        <w:jc w:val="left"/>
      </w:pPr>
      <w:r>
        <w:rPr>
          <w:rFonts w:ascii="Arial" w:hAnsi="Arial" w:eastAsia="Arial" w:cs="Arial"/>
        </w:rPr>
        <w:t>Ang Mensahe sa Laodicea</w:t>
      </w:r>
    </w:p>
    <w:p>
      <w:pPr>
        <w:pStyle w:val="ArticleScripture"/>
        <w:jc w:val="left"/>
      </w:pPr>
      <w:r>
        <w:rPr>
          <w:rFonts w:ascii="Times New Roman" w:hAnsi="Times New Roman" w:eastAsia="Times New Roman" w:cs="Times New Roman"/>
        </w:rPr>
        <w:t>“Ang mensahe nga gihatag kanamo pinaagi kang A. T. Jones ug E. J. Waggoner mao ang mensahe sa Dios ngadto sa iglesia sa Laodicea, ug alaut ang bisan kinsa nga nagaangkon sa pagtoo sa kamatuoran apan wala magapadan-ag ngadto sa uban sa mga sidlak nga gikan sa Dios.” The 1888 Materials, 1053.</w:t>
      </w:r>
    </w:p>
    <w:p>
      <w:pPr>
        <w:pStyle w:val="ArticleHeading"/>
        <w:jc w:val="left"/>
      </w:pPr>
      <w:r>
        <w:rPr>
          <w:rFonts w:ascii="Arial" w:hAnsi="Arial" w:eastAsia="Arial" w:cs="Arial"/>
        </w:rPr>
        <w:t>Ang Mensahe sa Ulahing Ulan</w:t>
      </w:r>
    </w:p>
    <w:p>
      <w:pPr>
        <w:pStyle w:val="ArticleScripture"/>
        <w:jc w:val="left"/>
      </w:pPr>
      <w:r>
        <w:rPr>
          <w:rFonts w:ascii="Times New Roman" w:hAnsi="Times New Roman" w:eastAsia="Times New Roman" w:cs="Times New Roman"/>
        </w:rPr>
        <w:t>“Ang ulahing ulan igabubo sa katawhan sa Dios. Usa ka gamhanang manulonda manaog gikan sa langit, ug ang tibuok yuta pagadan-agan sa iyang himaya.” Review and Herald, Abril 21, 1891.</w:t>
      </w:r>
    </w:p>
    <w:p>
      <w:pPr>
        <w:pStyle w:val="ArticleHeading"/>
        <w:jc w:val="left"/>
      </w:pPr>
      <w:r>
        <w:rPr>
          <w:rFonts w:ascii="Arial" w:hAnsi="Arial" w:eastAsia="Arial" w:cs="Arial"/>
        </w:rPr>
        <w:t>New York City ug 9/11</w:t>
      </w:r>
    </w:p>
    <w:p>
      <w:pPr>
        <w:pStyle w:val="ArticleScripture"/>
        <w:jc w:val="left"/>
      </w:pPr>
      <w:r>
        <w:rPr>
          <w:rFonts w:ascii="Times New Roman" w:hAnsi="Times New Roman" w:eastAsia="Times New Roman" w:cs="Times New Roman"/>
        </w:rPr>
        <w:t>“Karon miabot ba ang pulong nga akong gipahayag nga ang New York pagawalison pinaagi sa usa ka dakong balod sa dagat? Kini wala ko gayod isulti. Ang akong giingon mao nga, sa akong pagtan-aw sa dagkong mga bilding nga ginapatindog didto, andana ibabaw sa andana, ‘Pagkakilil-ad nga mga talan-awon ang mahitabo sa dihang ang Ginoo motindog aron pagauyogon sa makalilisang ang yuta! Unya matuman ang mga pulong sa Pinadayag 18:1–3.’ Ang tibuok sa ikanapulog-walo nga kapitulo sa Pinadayag maoy usa ka pasidaan mahitungod sa umaabot sa kalibotan. Apan wala akoy piho nga kahayag mahitungod sa moabot sa New York, gawas lamang nga nahibalo ako nga sa usa ka adlaw ang dagkong mga bilding didto igalabay ngadto sa pagkahugno pinaagi sa pagliko ug pagbaliskad sa gahum sa Dios. Gikan sa kahayag nga gihatag kanako, nahibalo ako nga anaa ang pagkalaglag sa kalibotan. Usa ka pulong gikan sa Ginoo, usa ka paghikap sa Iyang gamhanang gahum, ug kining dagko kaayong mga estruktura mangapukan. Mahitabo ang mga talan-awon nga ang ilang makalilisang nga kinaiya dili nato mahunahuna.” Review and Herald, July 5, 1906.</w:t>
      </w:r>
    </w:p>
    <w:p>
      <w:pPr>
        <w:pStyle w:val="ArticleBody"/>
        <w:jc w:val="left"/>
      </w:pPr>
      <w:r>
        <w:rPr>
          <w:rFonts w:ascii="Times New Roman" w:hAnsi="Times New Roman" w:eastAsia="Times New Roman" w:cs="Times New Roman"/>
        </w:rPr>
        <w:t>Si Pedro nga maniningil sa buhis nagrepresentar sa usa ka kalag nga gipakamatarong pinaagi sa pagtuo, ug ang pagkamatarong pinaagi sa pagtuo mao ang mensahe sa ikatulong manulonda; kini mao ang mensahe sa Laodicea nga miabot sa 9/11, sa dihang nangapukan ang dagkong mga bilding sa New York ug natuman ang Pinadayag 18:1–3. Unya ang ulahing ulan nagsugod sa pagwisik ug ang pagtimri sa usa ka gatus ug kap-atan ug upat ka libo nagsugod. Sa pagtapos sa panahon sa pagtimri sa usa ka gatus ug kap-atan ug upat ka libo, ang manulonda sa Pinadayag dieciocho mikunsad ingon nga si Miguel nga arkanghel ug gibanhaw si Pedro pinaagi sa tulo ka mga pagsulay. Ang nahaunang pagsulay nagsugod niadtong Disyembre 31, 2023, ug nagrepresentar sa pundasyonal nga kamatuoran nga ang Roma mao ang gahum sa bersikulo katorse sa Daniel onse nga nagpatindog sa panan-awon. Kana nga panan-awon mao ang panan-awon nga chazon, nga nagrepresentar sa gawasnong linya sa tagna, nga giingon ni Solomon nga kinabuhi o kamatayon.</w:t>
      </w:r>
    </w:p>
    <w:p>
      <w:pPr>
        <w:pStyle w:val="ArticleScripture"/>
        <w:jc w:val="left"/>
      </w:pPr>
      <w:r>
        <w:rPr>
          <w:rFonts w:ascii="Times New Roman" w:hAnsi="Times New Roman" w:eastAsia="Times New Roman" w:cs="Times New Roman"/>
        </w:rPr>
        <w:t>Diin walay [chazon] nga panan-awon, ang katawhan mawala: apan siya nga nagabantay sa kasugoan, bulahan siya. Proverbio 29:18.</w:t>
      </w:r>
    </w:p>
    <w:p>
      <w:pPr>
        <w:pStyle w:val="ArticleBody"/>
        <w:jc w:val="left"/>
      </w:pPr>
      <w:r>
        <w:rPr>
          <w:rFonts w:ascii="Times New Roman" w:hAnsi="Times New Roman" w:eastAsia="Times New Roman" w:cs="Times New Roman"/>
        </w:rPr>
        <w:t>Ang ikaduhang pagsulay ni Pedro mao ang pagsulay sa templo nga nagkinahanglan sa pagsulod pinaagi sa pagtuo ngadto sa Labing Balaan nga Dapit, sumala sa gihulagway ni Sister White sa iyang unang mga panan-awon. Didto iyang nakita ang sugo sa Igpapahulay sa ikapitong adlaw nga nagdan-ag ibabaw sa laing siyam ka mga sugo. Kana nga doktrina sa pagsugod sa paghukom nagrepresentar sa doktrina sa pagkalatawo nga nagadan-ag ibabaw sa ubang mga doktrinang propetiko sa ulahing mga adlaw, panahon sa pagtapos sa paghukom. Ang pagkalatawo ni Cristo nga Diosnon, nga mikuha sa Iyang kaugalingon sa nahulog ug makasasala nga unod, bisan pa nga Siya walay nahibaloang sala, girepresentahan pinaagi sa nagkalainlaing mga hulagway. Ang labing mahinungdanon mao ang doktrina sa pito ka mga panahon. Ang doktrina sa pito ka mga panahon mao ang alpha sa mga propetikong kaplag ni Miller, ug mao kini ang doktrina, niadtong 1856, nga nagrepresentar sa omega nga doktrina sa kasaysayan sa Millerite diin ang Millerite Philadelphian Adventism misukol sulod sa pito ka tuig ug nahimong iglesya sa Laodicean Seventh-day Adventist niadtong 1863.</w:t>
      </w:r>
    </w:p>
    <w:p>
      <w:pPr>
        <w:pStyle w:val="ArticleBody"/>
        <w:jc w:val="left"/>
      </w:pPr>
      <w:r>
        <w:rPr>
          <w:rFonts w:ascii="Times New Roman" w:hAnsi="Times New Roman" w:eastAsia="Times New Roman" w:cs="Times New Roman"/>
        </w:rPr>
        <w:t>Ang duha ka sungkod sa Ezekiel 37 nagrepresentar sa duha ka 2,520-ka-tuig nga mga paghukom batok sa amihanang gingharian ug sa habagatang gingharian. Ang amihanang gingharian nagrepresentar sa tawhanong unod, ug ang habagatang gingharian nagrepresentar sa hunahuna nga gilaraw aron mahiusa sa hunahuna ni Cristo; busa, ang Pagka-Dios mahiusa sa katawhan. Mao kana ang doktrina sa pagkahimong unod sa yano nga representasyon. Ang pito ka mga panahon mao ang alpha ug omega sa kasaysayan sa mga Millerita, ug sanglit kini nagrepresentar sa pagkahimong unod, kini usab mao ang omega sa kasaysayan sa Seventh-day Adventist maylabot sa alpha nga doktrina sa Igpapahulay nga Adlaw sa 1844. Ang usa maoy timaan sa Igpapahulay sa ikapitong adlaw ug ang usa mao ang timaan sa Igpapahulay sa ikapitong tuig.</w:t>
      </w:r>
    </w:p>
    <w:p>
      <w:pPr>
        <w:pStyle w:val="ArticleBody"/>
        <w:jc w:val="left"/>
      </w:pPr>
      <w:r>
        <w:rPr>
          <w:rFonts w:ascii="Times New Roman" w:hAnsi="Times New Roman" w:eastAsia="Times New Roman" w:cs="Times New Roman"/>
        </w:rPr>
        <w:t>Ang ngalan ni Pedro gibag-o didto sa Panium, nga mao ang ikaduhang lakang alang sa representasyon ni Abraham sa unang pakigsaad uban sa usa ka piniling katawhan, ug si Pedro nahimong representante sa ulahing pakigsaad uban sa usa ka piniling katawhan sa iyang ikaduhang lakang. Kini mao ang ikaduhang lakang sa linya sa mga kapitulo onse hangtod baynte-dos, ug kini mao ang ikaduha sa tulo ka higayon nga si Pedro, Santiago ug Juan miuban kang Jesus palayo sa ubang mga tinun-an, ug ang ikaduha sa tulo ka higayon nga ang langitnong Amahan misulti. Ang linya ni Nero matapos sa tunga-tunga tali sa mga gubat sa Raphia ug Panium, kay kini motakdo sa laing duha ka mga yugto nga tag-250 ka tuig nga nagsugod sa 457 BC ug 1776. Ang 457 BC natapos sa 207 BC ug ang 1776 natapos sa 2026. Si Pedro anaa sa 207 BC, 2026, 313 ug sa pagsulay sa templo nga nag-una sa ikatulo ug litmus nga pagsulay sa pagbadbad sa asno, nga girepresentahan ingon nga pista sa mga trumpeta.</w:t>
      </w:r>
    </w:p>
    <w:p>
      <w:pPr>
        <w:pStyle w:val="ArticleBody"/>
        <w:jc w:val="left"/>
      </w:pPr>
      <w:r>
        <w:rPr>
          <w:rFonts w:ascii="Times New Roman" w:hAnsi="Times New Roman" w:eastAsia="Times New Roman" w:cs="Times New Roman"/>
        </w:rPr>
        <w:t>Ang pagsulay kang Pedro mao ang pagsunod kang Cristo ngadto sa Labing Balaang Dapit, ug ang iyang buhat mao ang pagtul-id ug dayon ang pagmantala sa tinul-id nga mensahe sa mga bolang-kalayo sa Nashville. Ang mensahe ni Pedro bahin sa mga bolang-kalayo sa Nashville mao ang mensahe sa Pentecostes nga unang gipresentar didto sa lawak sa itaas ug sa ulahi sa templo. Iyang gipresentar ang iyang mensahe nga nag-ila sa mga bolang-kalayo sa Nashville, ug sa katumanan sa gubat sa Raphia, inubanan sa gubat sa Panium, nga nahimong gubat sa Actium diha sa balaod sa Dominggo sa bersikulo napulo ug unom. Ang balaod sa Dominggo sa bersikulo napulo ug unom mao usab ang balaod sa Dominggo sa bersikulo kap-atan ug usa ug sa bersikulo baynte-dos. Kining tulo ka mga bersikulo nahiuyon usab sa bersikulo traynta ug usa diin ang pagkapapa midumala niadtong 538 ug mipasa ug balaod sa Dominggo sa ikatulong Konseho sa Orleans. Ang mga bersikulo nga nagdala ngadto sa bersikulo traynta ug usa nag-ila sa mga waymark nga nagdala ngadto sa balaod sa Dominggo sa 538 ug nagatipo sa kasaysayan nga nag-una sa haduol nang umabot nga balaod sa Dominggo.</w:t>
      </w:r>
    </w:p>
    <w:p>
      <w:pPr>
        <w:pStyle w:val="ArticleScripture"/>
        <w:jc w:val="left"/>
      </w:pPr>
      <w:r>
        <w:rPr>
          <w:rFonts w:ascii="Times New Roman" w:hAnsi="Times New Roman" w:eastAsia="Times New Roman" w:cs="Times New Roman"/>
        </w:rPr>
        <w:t>Kay ang mga sakayan sa Chittim moanha batok kaniya; busa magsubo siya, ug mobalik, ug masuko batok sa balaang pakigsaad: mao usab kana ang iyang pagabuhaton; siya mobalik pa gani, ug makigsabut kanila nga mibiya sa balaang pakigsaad. Ug ang mga kasundalohan motindog pabor kaniya, ug ilang hugawan ang balaang puloy-anan sa kusog, ug ilang wagtangon ang adlaw-adlawng halad, ug ilang ipahimutang ang makapaluya nga dulumtanan. Daniel 11:30, 31.</w:t>
      </w:r>
    </w:p>
    <w:p>
      <w:pPr>
        <w:pStyle w:val="ArticleBody"/>
        <w:jc w:val="left"/>
      </w:pPr>
      <w:r>
        <w:rPr>
          <w:rFonts w:ascii="Times New Roman" w:hAnsi="Times New Roman" w:eastAsia="Times New Roman" w:cs="Times New Roman"/>
        </w:rPr>
        <w:t>Ang “mga sakayan sa Chittim” nagrepresentar sa mga Vandal, nga girepresentahan usab ingon nga ikaduhang trumpeta diha sa Pinadayag kapitulo otso. Ang anam-anam nga pagkapuo sa Roma nagsugod niadtong 330, sa dihang gibahin ni Constantine ang gingharian ngadto sa sidlakan ug kasadpan. Human niana gibahin pa niya kini ngadto sa iyang tulo ka mga anak nga lalaki. Ang Imperyong Romano nga dili mapilde sukad sa gubat sa Actium gibahin dayon ngadto sa duha ka bahin, unya tulo ka bahin; unya ang unang upat ka mga trumpeta sa Pinadayag otso nagrepresentar sa mabangis nga pag-atake sa mga kaaway nga nagdala sa kasadpang Roma ngadto sa iyang katapusan niadtong 476. Ang sidlakang Roma sa Constantinople mipadayon hangtod sa katapusan sa ikalimang trumpeta ug sa pagsugod sa ikaunom nga trumpeta, nga mao usab ang unang ug ikaduhang mga kaalaut. Ang panagna sa panahon nga usa ka gatus ug kalim-an ka tuig sa unang kaalaut natapos sa maong petsa nga gisugdan ang panagna sa panahon sa ikaduhang kaalaut. Kana nga petsa mao ang pagkapukan sa Constantinople ngadto sa mga Turkong Ottoman niadtong 1453.</w:t>
      </w:r>
    </w:p>
    <w:p>
      <w:pPr>
        <w:pStyle w:val="ArticleBody"/>
        <w:jc w:val="left"/>
      </w:pPr>
      <w:r>
        <w:rPr>
          <w:rFonts w:ascii="Times New Roman" w:hAnsi="Times New Roman" w:eastAsia="Times New Roman" w:cs="Times New Roman"/>
        </w:rPr>
        <w:t>Ang Babilonia nahulog sulod sa usa ka gabii; tingali moingon kamo nga kinahanglan una ni Ciro ilihis ang suba ug kana nanginahanglan ug usa ka yugto sa panahon, apan ang pagkapukan sa Babilonia nahitabo sulod sa usa ka gabii; samtang, ang pagkapukan sa Roma mikabat ug 1123 ka tuig. Kining mga tuiga naglangkob ug piho nga mga ilhanan sa tagna nga naghulagway sa anam-anam nga pagkapuo sa Imperyal nga Roma, ug ang imperyal, pagano nga Roma nagatipo sa Tinipong Bansa sa Amerika diha sa iyang buhat sa pagpahimutang sa kapapahan ibabaw sa trono ingon nga ikalimang gingharian sa tagna sa Biblia sa 538. Ang kapapahan gipahimutang ibabaw sa trono diha sa balaod sa Domingo sa bersikulo sais sa Daniel onse. Ang mga ilhanan nga nagatipo sa buhat sa Tinipong Bansa sa Amerika girepresentahan diha sa mga ilhanan sa anam-anam nga pagkapuo sa pagano nga Roma.</w:t>
      </w:r>
    </w:p>
    <w:p>
      <w:pPr>
        <w:pStyle w:val="ArticleBody"/>
        <w:jc w:val="left"/>
      </w:pPr>
      <w:r>
        <w:rPr>
          <w:rFonts w:ascii="Times New Roman" w:hAnsi="Times New Roman" w:eastAsia="Times New Roman" w:cs="Times New Roman"/>
        </w:rPr>
        <w:t>Ang mga sakayan sa Chittim nagrepresentar ug pinansiyal nga kalamidad alang sa Roma, kay ang hukbong-dagat sa mga Vandal nagdala ug kalaglagan sa mga ruta sa panagat sa Dagat Mediteraneo. Sa ulahing mga adlaw, ang Islam gihulagway ingon nga usa ka pinansiyal nga kalamidad alang sa mga hari sa yuta. Ang mga Vandal ug ang ilang mga sakayan mao ang gahum sa ikaduhang trumpeta, ug ang tulo ka mga kasubo mao ang mga gahum sa trumpeta sa Islam. Ang nahauna mao ang Arabia, ang ikaduha mao ang Turkey, ug ang ikatulo mao ang tibuok kalibotan.</w:t>
      </w:r>
    </w:p>
    <w:p>
      <w:pPr>
        <w:pStyle w:val="ArticleBody"/>
        <w:jc w:val="left"/>
      </w:pPr>
      <w:r>
        <w:rPr>
          <w:rFonts w:ascii="Times New Roman" w:hAnsi="Times New Roman" w:eastAsia="Times New Roman" w:cs="Times New Roman"/>
        </w:rPr>
        <w:t>Ang mga sakayan maoy usa ka simbolo sa gahum pang-ekonomiya, ug sa Kasulatan ang mga sakayan sa Chittim mao ang labing pangunang mga simbolo sa gahum pang-ekonomiya. Kadtong mga sakayana gilunod sa usa ka masuk-anong hangin sa sidlakan diha sa kinataliwad-an sa mga dagat, ug sa Kasulatan ang Islam mao ang mga anak sa sidlakan. Sa dihang ang Islam hinganlan sulod sa propetikong han-ay sa mga panghitabo, kini nagapamunga ug usa ka krisis sa ekonomiya. Ang Islam gihulagway uban kang Balaam ingon nga usa ka asno, nga mao ang Hebreohanon nga pulong nga gihubad nga “ihalas nga tawo” sa unang pagpaila kang Ismael diha sa Kasulatan. Si Ismael mao ang amahan sa Islam sa propetikong lebel, dili sa paglimod kang Abraham ingon nga amahan ni Ismael, kondili ang napulog-duha ka mga banay ni Ismael nailhan diha sa Kasulatan ingon nga mga anak sa sidlakan.</w:t>
      </w:r>
    </w:p>
    <w:p>
      <w:pPr>
        <w:pStyle w:val="ArticleBody"/>
        <w:jc w:val="left"/>
      </w:pPr>
      <w:r>
        <w:rPr>
          <w:rFonts w:ascii="Times New Roman" w:hAnsi="Times New Roman" w:eastAsia="Times New Roman" w:cs="Times New Roman"/>
        </w:rPr>
        <w:t>Sa ulahing mga adlaw si Balaam, simbolo sa Tinipong Bansa sa Amerika ingon nga bakakong propeta, mihampak sa iyang asno sa makatulo, nga naghulagway sa tulo ka hampak sa Islam. Ang 9/11 mao ang nahaunang ingon nianang mga hampak ug nagtimaan sa pag-abot sa anghel sa pagpatik, nga mosaka gikan sa sidlakan sa panahon sa mabangis nga mga hangin sa sidlakan sa panagbangi. Ang ikaduhang hampak sa Islam adunay duruha ka bahin, kay ang ikaduhang lakang nagtimaan sa pagdoble. Niadtong Oktubre 7, 2023, ang Islam sa wala damha mihampak sa literal nga Israel, ug sa dihang ang Nashville, Tennessee sa wala damha hampakon sa Islam, ang espirituwal nga Israel maoy nahampak na. Sa sugilanon ni Balaam, ang ikaduhang timaan sa dalan nahitabo tali sa duha ka kaumahan sa parras, ug ang duha ka kaumahan sa parras sa Ginoo sa mga Panon mao ang karaang literal nga Israel ug ang Tinipong Bansa sa Amerika, ang moderno nga espirituwal nga Israel. Ang ikatulong timaan sa dalan ni Balaam mao sa dihang misulti ang asno; ug ang simbolo sa pagsulti nga nagtimaan sa katapusan sa panahon sa pagpatik sa usa ka gatus kap-atan ug upat ka libo nga nagsugod sa 9/11 mao ang balaod sa Domingo, sa dihang ang Tinipong Bansa sa Amerika mosulti ingon nga dragon. Ang dakong linog sa Pinadayag onse mao kana nga balaod sa Domingo, diin ang ikatulong alaut moabut sa madali, diin ang Tinipong Bansa sa Amerika, ang asno, ug si Zacarias mosulti.</w:t>
      </w:r>
    </w:p>
    <w:p>
      <w:pPr>
        <w:pStyle w:val="ArticleBody"/>
        <w:jc w:val="left"/>
      </w:pPr>
      <w:r>
        <w:rPr>
          <w:rFonts w:ascii="Times New Roman" w:hAnsi="Times New Roman" w:eastAsia="Times New Roman" w:cs="Times New Roman"/>
        </w:rPr>
        <w:t>Ang ama ni Juan Bautista iya sa ikawalong usa sa kawhaan ug upat ka hugpong sa mga pari nga gitukod ni David aron mag-alagad sa templo. Si Zacarias nga pari, gihampak sa pagkaamang tungod sa pagkawalay pagtuo hangtod sa pagkahimugso sa iyang anak nga si Juan ug usa ka simbolo sa numero walo, (usa ka simbolo sa pagkaparì). Sa balaod sa Domingo ang katapusang kaliwatan sa mga pari, nga gilarawan ni Juan Bautista, mosulti ingon sa gilarawan sa iyang amahan nga si Zacarias. Gipaila ni Cristo si Juan ingon nga si Elias, ug ang mensahe ni Elias sa ulahing mga adlaw gilarawan pinaagi sa usa ka relasyon sa amahan ug anak, ingon man sila si Zacarias ug Juan. Si Juan gihulagway nang daan ni Jeremias nga gisultihan nga kon siya mobalik, mahimo siyang baba sa Dios.</w:t>
      </w:r>
    </w:p>
    <w:p>
      <w:pPr>
        <w:pStyle w:val="ArticleBody"/>
        <w:jc w:val="left"/>
      </w:pPr>
      <w:r>
        <w:rPr>
          <w:rFonts w:ascii="Times New Roman" w:hAnsi="Times New Roman" w:eastAsia="Times New Roman" w:cs="Times New Roman"/>
        </w:rPr>
        <w:t>Si Jeremias nagminatay tungod sa nahaunang kapakyasan niadtong Hulyo 18, 2020, ug kon siya mobalik, siya mahimong baba sa Dios sa panahon sa balaod sa Dominggo, sa dihang iyang ipresentar ang propetikong mensahe ni Habakuk, nga nalangan, apan kinahanglan “mosulti” sa katapusan. Si Jeremias, ug busa si Juan, ug busa si Pedro, kinahanglan mosulti sa mensahe ni Habakuk sa punto nga ang asno sa Islam mosulti, ug sa dihang ang Tinipong Bansa sa Amerika mosulti ingon nga usa ka dragon.</w:t>
      </w:r>
    </w:p>
    <w:p>
      <w:pPr>
        <w:pStyle w:val="ArticleBody"/>
        <w:jc w:val="left"/>
      </w:pPr>
      <w:r>
        <w:rPr>
          <w:rFonts w:ascii="Times New Roman" w:hAnsi="Times New Roman" w:eastAsia="Times New Roman" w:cs="Times New Roman"/>
        </w:rPr>
        <w:t>Si Pedro atua didto sa Cesarea Filipos, nga mao ang Panium, anaa sa usa ka yugto sa panahon nga nag-una sa waymark sa “bukid” nga sundan sa mahimayaong pagsulod nga mitultol ngadto sa krus, o sa balaod sa Domingo. Ang maong yugto sa panahon gilarawan pinaagi sa gubat sa Panium, nga natapos diha sa kadaugan alang sa papa ug sa iyang puli nga gahum nga mao ang Tinipong Bansa sa Estados Unidos. Ang Panium mao ang ikatulo sa tulo ka mga proxy war, nga ang una niini natapos didto sa bungbong sa Berlin niadtong 1989, ug ang ulahi o ikatulong proxy war matapos sa pagguba sa “bungbong” sa panagbulag sa simbahan ug estado. Ang 1989 nagtimaan sa kinatumyan sa usa ka proxy war nga gitawag og “cold war” nga nagsugod sa katapusan sa Ikaduhang Gubat sa Kalibotan, ug ang Panium nagrepresentar sa usa ka cold war nga matapos sa Ikatulong Gubat sa Kalibotan nga girepresentahan sa gubat sa Actium. Sa taliwala sa una ug ikatulong mga waymark sa tulo ka mga proxy war mao ang literal nga gubat sa Ukraine, nga girepresentahan sa gubat sa Raphia diha sa mga bersikulo onse ug dose.</w:t>
      </w:r>
    </w:p>
    <w:p>
      <w:pPr>
        <w:pStyle w:val="ArticleBody"/>
        <w:jc w:val="left"/>
      </w:pPr>
      <w:r>
        <w:rPr>
          <w:rFonts w:ascii="Times New Roman" w:hAnsi="Times New Roman" w:eastAsia="Times New Roman" w:cs="Times New Roman"/>
        </w:rPr>
        <w:t>Ang Panium maoy usa ka bugnaw nga gubat nga nagdala ngadto sa ikatulong Gubat sa Kalibotan, ingon sa gihulagway sa bugnaw nga gubat nga natapos sa panahon sa katapusan niadtong 1989, ug nga nagsugod sa pagtapos sa ikaduhang Gubat sa Kalibotan. Diha sa mga waymark nga girepresentahan sa bersikulo napulo ug sa 1989, sa bersikulo onse ug dose ug sa Gubat sa Ukraine nga nagsugod niadtong 2014, ug sa mga bersikulo trese hangtod kinse ug sa kasamtangang bugnaw nga gubat tali sa MAGA-ismo ug globalismo, may tulo ka mga presidente nga nagtimaan sa mga alyansa tali sa kapapahan ug sa Estados Unidos.</w:t>
      </w:r>
    </w:p>
    <w:p>
      <w:pPr>
        <w:pStyle w:val="ArticleBody"/>
        <w:jc w:val="left"/>
      </w:pPr>
      <w:r>
        <w:rPr>
          <w:rFonts w:ascii="Times New Roman" w:hAnsi="Times New Roman" w:eastAsia="Times New Roman" w:cs="Times New Roman"/>
        </w:rPr>
        <w:t>Si Ronald Reagan usa ka tinagong alyansa uban ni Papa Juan Pablo II, usa ka konserbatibong papa maylabot sa satanikong mga tagna sa Fatima, ug kini konektado sa propetikong kasaysayan sa bersikulo diez. Ang pagkapresidente ni Obama nahiuyon sa kasaysayan sa gubat sa Raphia diha sa bersikulo onse ug dose. Sa iyang pagkapresidente may duha ka simbolikong mga papa, kay ang ikaduhang waymark nagpaila sa pagdoble. Sa ikatulong waymark sa mga bersikulo trese hangtod kinse, ang papa mao ang unang papa gikan sa Estados Unidos. Sa sinugdan among gituohan nga si Papa Leo usa ka konserbatibong papa, sumala sa gihulagway pinaagi ni Juan Pablo II, apan sa dihang giaplikar ubos sa propetikong paggamit sa tulo-ka-pilo nga aplikasyon, ang ikatulong waymark nagbaton sa mga kinaiya sa unang duha ka mga katumanan; busa si Leo mao ang konserbatibong Juan Pablo II ug siya mao ang kanhing pangulo sa Tanggapan sa Inkwisisyon, si Benedicto XVI, nga mibiya sa katungdanan alang sa woke nga si Papa Francis sa panahon sa termino ni Obama.</w:t>
      </w:r>
    </w:p>
    <w:p>
      <w:pPr>
        <w:pStyle w:val="ArticleBody"/>
        <w:jc w:val="left"/>
      </w:pPr>
      <w:r>
        <w:rPr>
          <w:rFonts w:ascii="Times New Roman" w:hAnsi="Times New Roman" w:eastAsia="Times New Roman" w:cs="Times New Roman"/>
        </w:rPr>
        <w:t>Ang unang proxy war girepresentahan sa usa ka bersikulo, ang ikaduha sa duha ug ang ikatulo sa tulo ka mga bersikulo. Ang cold war nga natapos niadtong 1989 nagsugod sa katapusan sa ikaduhang Gubat sa Kalibotan, ug ang ikatulong Gubat sa Kalibotan nga girepresentahan sa gubat sa Actium nagsugod sa katapusan sa cold war nga girepresentahan sa gubat sa Panium. Ang tulo ka mga gubat sa kalibotan, maingon man ang tulo ka mga proxy war, gimandoan sa mga prinsipyo nga nalangkit sa tulo ka pilo nga aplikasyon sa tagna. Ang katapusan sa ikaduhang gubat sa kalibotan nagsugod ug usa ka cold war nga natapos sa ikawalong presidente sukad kang Roosevelt niadtong 1945, nga mao si Reagan. Si Reagan, sa panahon sa katapusan niadtong 1989, nagsugod ug usa ka sunod-sunod nga walong mga presidente paingon kang Trump (nga iya sa pito). Ang cold war ni Trump nagsugod niadtong 2015, sa dihang iyang gipahibalo ang iyang kandidatura alang sa pagkapresidente ug gipalihok ang mga globalista, sa katumanan sa Daniel onse bersikulo dos. Kana nga cold war matapos sa balaod sa Domingo, nga mao ang gubat sa Actium, ang ikatulong babag sa Roma sa dili pa siya maghari sa labing hataas nga pagkalabaw.</w:t>
      </w:r>
    </w:p>
    <w:p>
      <w:pPr>
        <w:pStyle w:val="ArticleBody"/>
        <w:jc w:val="left"/>
      </w:pPr>
      <w:r>
        <w:rPr>
          <w:rFonts w:ascii="Times New Roman" w:hAnsi="Times New Roman" w:eastAsia="Times New Roman" w:cs="Times New Roman"/>
        </w:rPr>
        <w:t>Si Roosevelt nagsugod sa walo ka mga presidente paingon kang Reagan nga maoy nagsugod sa walo ka mga presidente paingon kang Trump. Si Roosevelt nagtimaan sa Ikaduhang Gubat sa Kalibotan, nga namatay niadtong Abril 12, 1945, ug unya si Truman maoy presidente sa dihang natapos ang gubat sa Europa niadtong Mayo 8, ug natapos ang gubat sa Pasipiko niadtong Septyembre 2. Ang gubat sa Europa sa kinatibuk-an usa ka gubat sa yuta ug ang gubat sa Pasipiko usa ka gubat sa dagat, maingon nga ang Panium nagrepresentar sa usa ka gubat sa yuta ug ang Actium nagrepresentar sa usa ka gubat sa dagat. Ang nahauna naghulagway sa naulahi, ug ang han-ay sa walo ka mga presidente natukod ibabaw sa pagpamatuod sa Daniel onse, bersikulo dos ug tres, ug usab ibabaw sa tigmo sa ikawalo nga gikan sa pito. Sa nahaunang duha ka Continental Congress sa sinugdanan sa kasaysayan sa mananap sa yuta sa Pinadayag trese, may pito ka mga termino sa mga presidente. Niana nga kasaysayan si George Washington gitudlo ingon nga Commander and Chief. Ingon nga unang opisyal nga presidente, ang pagkatudlo kang Washington sa Ikaduhang Continental Congress nagsimbolo kang Washington sa pinakasugod ingon nga ang ikawalo sa pito ka mga presidente.</w:t>
      </w:r>
    </w:p>
    <w:p>
      <w:pPr>
        <w:pStyle w:val="ArticleBody"/>
        <w:jc w:val="left"/>
      </w:pPr>
      <w:r>
        <w:rPr>
          <w:rFonts w:ascii="Times New Roman" w:hAnsi="Times New Roman" w:eastAsia="Times New Roman" w:cs="Times New Roman"/>
        </w:rPr>
        <w:t>Ang unang presidente mao ang ikawalo sa unang pito ka mga presidente, ug ang ulahing presidente mao ang ikawalo nga gikan sa pito. Ang pari nga si Zacarias namulong sa pagkatawo ni Juan, sa dihang ang asno namulong, ug sa dihang ang mananap nga gikan sa yuta namulong. Dinhi usab namulong ang panan-awon ni Habakkuk. Ang pagkatawo ni Juan, nga nagalarawan sa bandera sa usa ka gatus ug kap-atan ug upat ka libo sa balaod sa Domingo, mao ang ulahing kaliwatan ni Zacarias nga pari. Si Zacarias atua sa ikawalo sa kaluhaan ug upat ka hugna sa mga pari. Sa balaod sa Domingo si Zacarias (ang mga pari) namulong, sa dihang ang Islam (ang asno) namulong ug ang Tinipong Bansa sa Amerika namulong ingon nga dragon. Nianang timailhan, ang makamatay nga samad sa papado naayo ug siya nahimong ikawalo nga gikan sa pito. Si Trump usab mao ang ikawalo nga gikan sa pito, ug siya mao ang naghimo sa larawan sa mananap nga mapahimutang sa katapusan sa balaod sa Domingo. Ang pagkapari sa usa ka gatus ug kap-atan ug upat ka libo unya mahimong baba sa Dios, ug mosulti sa mensahe diha sa makusog nga singgit sa ikatulong manulonda. Kana nga pagkapari mao ang ikawalong iglesia nga gikan sa pito.</w:t>
      </w:r>
    </w:p>
    <w:p>
      <w:pPr>
        <w:pStyle w:val="ArticleBody"/>
        <w:jc w:val="left"/>
      </w:pPr>
      <w:r>
        <w:rPr>
          <w:rFonts w:ascii="Times New Roman" w:hAnsi="Times New Roman" w:eastAsia="Times New Roman" w:cs="Times New Roman"/>
        </w:rPr>
        <w:t>Si Roosevelt maoy nagsugod sa walo ka mga presidente nga nagdala ngadto sa panahon sa katapusan sa 1989, ug iyang gimarkahan ang pagbalhin gikan sa Ikaduhang Gubat sa Kalibotan ngadto sa cold war nga natapos niadtong 1989. Si Presidente Truman misunod kang Roosevelt ug naghari sa dihang ang mga gubat sa yuta ug dagat nga naglangkob sa Ikaduhang Gubat sa Kalibotan natapos. Ingong presidente, si Truman naghari sa dihang ang United Nations nagsugod niadtong Oktubre 24, 1945. Ang relasyon ni Roosevelt ug Truman natukod pinaagi sa tuig 1945. Silang duha mga presidente niadtong tuiga, ug niadtong tuiga ang duruha ka bahin nga gubat nga mao ang Ikaduhang Gubat sa Kalibotan natapos, ug ang United Nations natukod, ug ang cold war nagsugod.</w:t>
      </w:r>
    </w:p>
    <w:p>
      <w:pPr>
        <w:pStyle w:val="ArticleBody"/>
        <w:jc w:val="left"/>
      </w:pPr>
      <w:r>
        <w:rPr>
          <w:rFonts w:ascii="Times New Roman" w:hAnsi="Times New Roman" w:eastAsia="Times New Roman" w:cs="Times New Roman"/>
        </w:rPr>
        <w:t>Niadtong 1989 aduna usab duhay presidente, sama sa 1945; si Ronald Reagan ug si George Bush ang una. Gitapos ni Reagan ang Cold War ug si George Bush ang una nagpahibalo nga siya una sa tanan usa ka globalista sa dihang misulti siya sa “ika-kap-atan ug lima” nga Kinatibuk-ang Asembliya sa UN niadtong Oktubre 1, 1990, diin siya misulti mahitungod sa pagtukod sa usa ka “bag-ong kalibutang kahusay.” Sa maong pakigpulong iyang giingon, “Ania sa atong mga kamot ang pagbilin niining mangitngit nga mga makinarya, didto sa Mangitngit nga Kapanahonan diin sila angay mahimutang, ug ang pagpadayon aron mapun-an sa tumoy ang usa ka makasaysayanong kalihukan paingon sa usa ka bag-ong kalibutang kahusay ug sa usa ka hataas nga panahon sa kalinaw.”</w:t>
      </w:r>
    </w:p>
    <w:p>
      <w:pPr>
        <w:pStyle w:val="ArticleBody"/>
        <w:jc w:val="left"/>
      </w:pPr>
      <w:r>
        <w:rPr>
          <w:rFonts w:ascii="Times New Roman" w:hAnsi="Times New Roman" w:eastAsia="Times New Roman" w:cs="Times New Roman"/>
        </w:rPr>
        <w:t>Niining pakigpulong, gihugpong ni Bush ang maong konsepto sa kooperasyon human sa Cold War, sa Krisis sa Gulpo (ang pagsulong sa Iraq sa Kuwait), sa pagpalig-on sa UN, ug sa usa ka bag-ong panag-uban sa mga nasod nga gitukod ibabaw sa paghari sa balaod. Si Bush unang nagpasikat sa hugpong sa mga pulong nga “bag-ong kahusay sa kalibotan” pipila ka semana sa wala pa niini sa iyang pakigpulong niadtong Septiyembre 11, 1990, atubangan sa hiniusang sesyon sa Kongreso.</w:t>
      </w:r>
    </w:p>
    <w:p>
      <w:pPr>
        <w:pStyle w:val="ArticleBody"/>
        <w:jc w:val="left"/>
      </w:pPr>
      <w:r>
        <w:rPr>
          <w:rFonts w:ascii="Times New Roman" w:hAnsi="Times New Roman" w:eastAsia="Times New Roman" w:cs="Times New Roman"/>
        </w:rPr>
        <w:t>Timan-i ang kamatuoran nga gibutang ni Bush ang iyang pakigpulong sa UN sulod sa usa ka konteksto diin iyang giila ang bag-ong pagtapos sa Cold War pinaagi sa mga pulong nga “Kangitngitang Panahon.” Ang Kangitngitang Panahon natapos sa panahon sa katapusan niadtong 1798, ug si Bush atua sa panahon sa katapusan niadtong 1989. Timan-i nga sa iyang unang paggamit sa hugpong sa mga pulong nga “bag-ong kalibotang kahusay,” ang Islam nagpasuko sa mga nasud, ug ang pakigpulong gihatag niadtong 9/11. Gikan kang Roosevelt hangtod kang Carter walo ka mga presidente, ug gikan kang Reagan hangtod kang Trump walo ka mga presidente. Si Trump mao ang katapusang presidente ug siya gipakita daan pinaagi sa unang presidente, nga mao ang ikawalo sa unang pito ka mga presidente.</w:t>
      </w:r>
    </w:p>
    <w:p>
      <w:pPr>
        <w:pStyle w:val="ArticleBody"/>
        <w:jc w:val="left"/>
      </w:pPr>
      <w:r>
        <w:rPr>
          <w:rFonts w:ascii="Times New Roman" w:hAnsi="Times New Roman" w:eastAsia="Times New Roman" w:cs="Times New Roman"/>
        </w:rPr>
        <w:t>Ang panahon sa katapusan niadtong 1798 nagtimaan sa makamatay nga samad sa pagka-papa, ug ang pagka-papa mao ang gahum nga naghari ibabaw sa mga hari sa Uropa sa panahon sa Mangitngit nga mga Kapanahonan. Sa Pinadayag disisiyete kana nga relasyon gihulagway ingon nga usa ka bigaon nga nagkabayo ibabaw sa, ug naghari ibabaw sa, usa ka mananap. Niadtong 1798 ang suporta sa mga hari sa Uropa gikuha ug ang mananap namatay. Niadtong 1799 ang papa namatay sa pagkabihag. Ang 1798 ug 1799 nagrepresentar sa panahon sa katapusan sa iyang labing bug-os nga diwa, maingon nga ang panahon sa katapusan sa panahon ni Cristo gimarkahan sa pagkatawo ni Juan Bautista ug unya unom ka bulan sa ulahi ang pagkatawo ni Cristo. Ang mga pulong ni Bush niadtong 1990 nagrepresentar kang Bush ingon nga ikaduha sa duha ka mga presidente nga nagtimaan sa panahon sa katapusan, ug nagtimaan sa paglihok padulong sa globalismo, nga mao ang gahum sa dragon. Ang simbolismo ni Bush nagtimaan sa usa ka lakang padulong sa balaod sa Domingo sa dihang ang Tinipong Bansa sa Amerika matapos ingon nga ikaunom nga gingharian sa tagna sa Biblia pinaagi sa pagsulti ingon nga dragon. Sa balaod sa Domingo ang Tinipong Bansa sa Amerika mahimong tingog sa United Nations. Niini gayud nga kahimtang ang Islam nagpasuko sa mga nasod, ug ang 9/11 gimarkahan. Septyembre 11, 1990 sa dihang si Bush ang nahauna misulti mahitungod sa iyang globalistang adyenda ngadto sa Kongreso, naghulagway daan sa panahon nga ang Islam magapasuko na usab sa mga nasod sa 9/11 niadtong 2001, apan unya ang presidente mao na si Bush ang ulahi.</w:t>
      </w:r>
    </w:p>
    <w:p>
      <w:pPr>
        <w:pStyle w:val="ArticleBody"/>
        <w:jc w:val="left"/>
      </w:pPr>
      <w:r>
        <w:rPr>
          <w:rFonts w:ascii="Times New Roman" w:hAnsi="Times New Roman" w:eastAsia="Times New Roman" w:cs="Times New Roman"/>
        </w:rPr>
        <w:t>Si Roosevelt, ang nahauna sa walo ka mga presidente, nagtimaan sa katapusan sa Ikaduhang Gubat sa Kalibutan niadtong 1945, ug gisundan sa sunod nga presidente nga mipasulod sa United Nations. Si Reagan, ang nahauna sa walo ka mga presidente, nagtimaan sa katapusan sa bugnawng gubat niadtong 1989, ug gisundan sa sunod nga presidente nga nagpasiugda sa United Nations. Ang kataposang presidente sa walo ka mga presidente magatapos sa usa ka bugnawng gubat nga nagsugod sa dihang iyang gipahibalo ang iyang tinguha sa pagdagan niadtong 2015, ug magpasugod sa ikatulong Gubat sa Kalibutan. Iyang ibalhin ang ikaunom nga gingharian sa tagna sa Biblia ngadto sa ulo sa ikapitong gingharian sa tagna sa Biblia (ang UN), ug unya mouyon sa paghatag nianang gingharian ngadto sa mapintas nga mananap sa balaod sa Domingo.</w:t>
      </w:r>
    </w:p>
    <w:p>
      <w:pPr>
        <w:pStyle w:val="ArticleBody"/>
        <w:jc w:val="left"/>
      </w:pPr>
      <w:r>
        <w:rPr>
          <w:rFonts w:ascii="Times New Roman" w:hAnsi="Times New Roman" w:eastAsia="Times New Roman" w:cs="Times New Roman"/>
        </w:rPr>
        <w:t>Sama sa Ikaduhang Gubat sa Kalibotan nga gilangkuban sa usa ka gubat sa yuta ug usa ka gubat sa dagat, ang kataposang presidente adunay usa ka mabugnaw nga gubat, nga girepresentahan sa gubat sa yuta sa Panium nga modala ngadto sa gubat sa dagat sa Actium. Sa balaod sa Domingo, ang mabugnaw nga gubat nga nagsugod sa dihang gisugyot ni Trump batok sa mga globalista niadtong 2015, mausab ngadto sa ikatulong Gubat sa Kalibotan sumala sa girepresentahan sa mga gubat sa yuta ug dagat sa Ikaduhang Gubat sa Kalibotan. Sa kataposan sa Ikaduhang Gubat sa Kalibotan, ang sunod nga lakang mao ang globalismo sa United Nations, maingon usab sa nahitabo sa kataposan sa mabugnaw nga gubat uban kang Reagan ug Bush. Una, ang Tinipong Bansa moabot sa iyang kataposan sa balaod sa Domingo, unya ang “bag-ong kalibotang kahusay” ni Bush magpasulod sa ikapitong gingharian, nga dihadiha mouyon sa paghatag sa ilang kagamhanan ngadto sa ikawalong gingharian.</w:t>
      </w:r>
    </w:p>
    <w:p>
      <w:pPr>
        <w:pStyle w:val="ArticleBody"/>
        <w:jc w:val="left"/>
      </w:pPr>
      <w:r>
        <w:rPr>
          <w:rFonts w:ascii="Times New Roman" w:hAnsi="Times New Roman" w:eastAsia="Times New Roman" w:cs="Times New Roman"/>
        </w:rPr>
        <w:t>Si Bush ang nahauna ug si Bush ang naulahi ginahiusa sa pagpahibalo sa nahauna sa “bag-ong kalibotang kahusay” ngadto sa Kongreso sa 9/11 ug sa Patriot Act sa 2001 sa naulahi. Ang duha ka waymark gibutang sulod sa konteksto sa Islam nga nagpasuko sa mga nasod.</w:t>
      </w:r>
    </w:p>
    <w:p>
      <w:pPr>
        <w:pStyle w:val="ArticleBody"/>
        <w:jc w:val="left"/>
      </w:pPr>
      <w:r>
        <w:rPr>
          <w:rFonts w:ascii="Times New Roman" w:hAnsi="Times New Roman" w:eastAsia="Times New Roman" w:cs="Times New Roman"/>
        </w:rPr>
        <w:t>Padayonon nato kining mga butanga sa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Tinagong Kasaysayan sa Bersikulo Kuarenta—Numero Nueve</dc:title>
  <dc:subject>Gahum, Himaya, ug Pag-antus</dc:subject>
  <dc:creator>Jeff Pippenger</dc:creator>
  <cp:keywords/>
  <dc:description>Generated by ArticleDigger from hidden_history\09_hidden_history.json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