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Tinagong Kasaysayan sa Bersikulo Kwarenta—Numero Diyes</w:t>
      </w:r>
    </w:p>
    <w:p>
      <w:pPr>
        <w:pStyle w:val="ArticleSubtitle"/>
        <w:jc w:val="left"/>
      </w:pPr>
      <w:r>
        <w:rPr>
          <w:rFonts w:ascii="Arial" w:hAnsi="Arial" w:eastAsia="Arial" w:cs="Arial"/>
        </w:rPr>
        <w:t>Ang Tunga-tunga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Ang tinagong kasaysayan sa Daniel onse bersikulo kwarenta nagkauyon sa kasaysayan nga girepresentahan diha sa mga bersikulo diyes hangtod disi-sais sa maong kapitulo. Sa mga bersikulo diyes hangtod disi-sais, ang linya sa mananap sa yuta sa Pinadayag trese nga apostatang Republikano nga sungay sa Tinipong Bansa girepresentahan ni Donald Trump; ang linya sa apostatang Protestante nga sungay sa Tinipong Bansa girepresentahan sa mga Maccabeo; ang linya sa mananap sa dagat sa pagka-papa girepresentahan ingon nga ang “mga tulisan sa imong katawohan,” ug ang linya sa dragon girepresentahan sa nagkalainlaing mga hari sa habagatan ug ni Phillip sa Macedon. Ang linya sa usa ka gatus ug kap-atan ug upat ka libo girepresentahan ni Pedro.</w:t>
      </w:r>
    </w:p>
    <w:p>
      <w:pPr>
        <w:pStyle w:val="ArticleHeading"/>
        <w:jc w:val="left"/>
      </w:pPr>
      <w:r>
        <w:rPr>
          <w:rFonts w:ascii="Arial" w:hAnsi="Arial" w:eastAsia="Arial" w:cs="Arial"/>
        </w:rPr>
        <w:t>Ang Tunga-tunga</w:t>
      </w:r>
    </w:p>
    <w:p>
      <w:pPr>
        <w:pStyle w:val="ArticleBody"/>
        <w:jc w:val="left"/>
      </w:pPr>
      <w:r>
        <w:rPr>
          <w:rFonts w:ascii="Times New Roman" w:hAnsi="Times New Roman" w:eastAsia="Times New Roman" w:cs="Times New Roman"/>
        </w:rPr>
        <w:t>Sulod nianang tinagong kasaysayan, ang taliwala gipasiugda sa makadaghan. Ang 250 ka tuig nga nagsugod niadtong 457 BC natapos niadtong 207 BC sa taliwala sa mga gubat sa Raphia ug Panium, ang katapusang duha ka proxy wars sa mga bersikulo onse hangtod kinse. Ang 250 ka tuig sa mananap sa yuta nga nagsugod niadtong 1776 matapos sa 2026, ang tuig sa “midterm elections” sa politikal nga entablado sa mananap sa yuta. Si Pedro atua sa Caesarea Philippi (Panium), ang taliwala sa tulo ka higayon nga si Cristo eksklusibong mikuyog lamang ug tulo ka mga tinun-an.</w:t>
      </w:r>
    </w:p>
    <w:p>
      <w:pPr>
        <w:pStyle w:val="ArticleBody"/>
        <w:jc w:val="left"/>
      </w:pPr>
      <w:r>
        <w:rPr>
          <w:rFonts w:ascii="Times New Roman" w:hAnsi="Times New Roman" w:eastAsia="Times New Roman" w:cs="Times New Roman"/>
        </w:rPr>
        <w:t>Sa kasaysayan niadtong managkaangay nga mga linya, si Pedro nagrepresentar niadtong nagatudlo ug nagasubli sa pasidaan mahitungod sa mga fireballs ibabaw sa Nashville. Ang ngalan ni Pedro giusab sa tunga gayud sa mga kapitulo onse hangtod baynte-dos sa Mateo, maingon nga ang tunga nga kapitulo ni Abram sa mga kapitulo onse hangtod baynte-dos nagpaila sa pagtuli ingon nga timaan sa tugon, inubanan sa tunga sa mga kapitulo onse hangtod baynte-dos sa Pinadayag nga nagtimaan sa ilhanan sa tugon sa kamatayon diha sa Pinadayag disi-siyete. Ang tungatunga mao ang dapit diin ang usa ka gatus ug kap-atan ug upat ka libo ginailisan gikan sa usa ka Laodicean ngadto sa usa ka Philadelphian, ug ang tunga sa tulo ka mga manulonda mao ang ikaduhang manulonda.</w:t>
      </w:r>
    </w:p>
    <w:p>
      <w:pPr>
        <w:pStyle w:val="ArticleBody"/>
        <w:jc w:val="left"/>
      </w:pPr>
      <w:r>
        <w:rPr>
          <w:rFonts w:ascii="Times New Roman" w:hAnsi="Times New Roman" w:eastAsia="Times New Roman" w:cs="Times New Roman"/>
        </w:rPr>
        <w:t>Ang ikaduhang lakang, o tunga-tunga nga bahin, mao ang panahon sa ikaduhang pagsulay sa templo nga mosunod sa nahaunang ug patukoranan nga pagsulay. Ang nahaunang pagsulay sa 2024 mao ang pagtukod sa panggawas nga panan-awon pinaagi sa simbolo sa Roma, ug ang ikaduhang pagsulay mao ang sulodnong marah (salamin) nga panan-awon ni Cristo diha sa Labing Balaan nga Dapit. Sa kasaysayan sa ikaduhang manulonda, ang mensahe sa singgit sa tungang gabii moabot aron maghatag-gahum sa mensahe sa ikaduhang manulonda.</w:t>
      </w:r>
    </w:p>
    <w:p>
      <w:pPr>
        <w:pStyle w:val="ArticleBody"/>
        <w:jc w:val="left"/>
      </w:pPr>
      <w:r>
        <w:rPr>
          <w:rFonts w:ascii="Times New Roman" w:hAnsi="Times New Roman" w:eastAsia="Times New Roman" w:cs="Times New Roman"/>
        </w:rPr>
        <w:t>Sa kasaysayan sa mga Millerite niadtong 1840, si Josiah (nga nagkahulogan ug patukoranan sa Dios) Litch mihimo ug pagtul-id sa iyang pag-ila sa tagna mahitungod sa Islam sa nahaunang ug ikaduhang kaalaut, ug niadtong 1844, si Samuel Snow mihimo sa pagtul-id sa prediksiyon sa 1843 diha sa katumanan sa sambingay sa napulo ka mga ulay. Si Pedro sa 2026 kinahanglan magtul-id sa napakyas nga prediksiyon sa mga fireball sa Nashville, ingon nga gihulagway sa Millerite nga kapakyasan sa 1843, ug iangay ang mensahe mahitungod sa Islam, ingon nga gihulagway sa buluhaton ni Josiah Litch niadtong 1840. Kining duha ka mga hitabo sa mga Millerite niadtong 1840 ug 1844 nagrepresentar sa paghatag ug gahum sa mensahe sa nahaunang manulonda niadtong Agosto 11, 1840 ug sa paghatag ug gahum sa mensahe sa ikaduhang manulonda niadtong Agosto 17, 1844. Sa tingub, ilang gipaila ang paghatag ug gahum sa tungang gabii nga singgit sa dihang mokunsad ang mga fireball sa Nashville.</w:t>
      </w:r>
    </w:p>
    <w:p>
      <w:pPr>
        <w:pStyle w:val="ArticleScripture"/>
        <w:jc w:val="left"/>
      </w:pPr>
      <w:r>
        <w:rPr>
          <w:rFonts w:ascii="Times New Roman" w:hAnsi="Times New Roman" w:eastAsia="Times New Roman" w:cs="Times New Roman"/>
        </w:rPr>
        <w:t>“Anghel nga mahiusa sa pagpahibalo sa mensahe sa ikatulong manulonda magadan-ag sa tibuok kalibotan pinaagi sa iyang himaya. Dinhi gitagna ang usa ka buluhaton nga molangkob sa tibuok kalibotan ug adunay dili kasagarang gahum. Ang kalihokan sa pag-abot ni Cristo sa mga tuig 1840–44 usa ka mahimayaong pagpadayag sa gahum sa Dios; ang mensahe sa nahaunang manulonda gidala ngadto sa matag estasyon sa misyon sa kalibotan, ug sa pipila ka mga nasod may labing dako nga interes sa relihiyon nga nasaksihan sa bisan unsang yuta sukad sa Repormasyon sa ikanapulo ug unom nga siglo; apan kini pagasapawan sa gamhanang kalihokan ilalom sa ulahing pasidaan sa ikatulong manulonda.” The Great Controversy, 611.</w:t>
      </w:r>
    </w:p>
    <w:p>
      <w:pPr>
        <w:pStyle w:val="ArticleBody"/>
        <w:jc w:val="left"/>
      </w:pPr>
      <w:r>
        <w:rPr>
          <w:rFonts w:ascii="Times New Roman" w:hAnsi="Times New Roman" w:eastAsia="Times New Roman" w:cs="Times New Roman"/>
        </w:rPr>
        <w:t>Ang pangutana mao ngano, taliwala sa tanang mga siyudad sa Estados Unidos, nga ang pagbuot sa Dios mopili sa Nashville. Sa pag-abot sa ikatulong kaalaut niadtong 9/11, ang Twin Towers sa New York ug ang Pentagon sa Washington, DC maoy gipunting. Ang ikaupat nga eroplano nahagsa ngadto sa yuta. Ang simbolo sa mananap sa yuta mao ang yuta; ang simbolo sa iyang kusog pang-ekonomiya mao ang New York; ug ang simbolo sa iyang gahum militar mao ang Pentagon. Sa diha nga ang Estados Unidos mopugos sa kalibotan sa pagdawat sa timaan sa awtoridad sa kapapahan ug sa politikal nga sistema sa simbahan ug estado nga mao ang larawan sa mananap, buhaton niya kini pinaagi sa iyang gahum militar ug pang-ekonomiya, kay ang Pinadayag kapitulo trese nagila sa paggamit sa gahum sa mananap sa yuta sa pagdili sa mga matinumanon sa pagpalit o pagbaligya, ug ipapatay usab niini ang mga motindog alang sa Igpapahulay sa ikapitong adlaw sa Dios. Ang simbolismong tagna ginarepresentahan ingon nga “mga carro, mga mangangabayo (gahum militar) ug mga sakayan” (gahum pang-ekonomiya) diha sa Daniel onse bersikulo kwarenta.</w:t>
      </w:r>
    </w:p>
    <w:p>
      <w:pPr>
        <w:pStyle w:val="ArticleBody"/>
        <w:jc w:val="left"/>
      </w:pPr>
      <w:r>
        <w:rPr>
          <w:rFonts w:ascii="Times New Roman" w:hAnsi="Times New Roman" w:eastAsia="Times New Roman" w:cs="Times New Roman"/>
        </w:rPr>
        <w:t>Sa panahon sa pagpatik sa usa ka gatos ug kap-atan ug upat ka libo, sa wala damha giatake sa Islam ang mahimayaong yuta sa upat ka higayon. Ang nahauna mao ang 9/11, ang ikaduha ug ikatulo mao ang karaang literal nga mahimayaong yuta ug dayon ang Nashville. Ang ikaupat mao ang linog sa Pinadayag onse, nga mao ang balaod sa Domingo. Sa kahimtang ni Balaam ug sa tulo ka manulonda, ang duha ka pag-atake sa Oktubre 7, 2023 ug sa Nashville nagrepresentar sa duha ka biblikanhong kaparrasan sa katawhan sa pakigsaad sa Dios.</w:t>
      </w:r>
    </w:p>
    <w:p>
      <w:pPr>
        <w:pStyle w:val="ArticleBody"/>
        <w:jc w:val="left"/>
      </w:pPr>
      <w:r>
        <w:rPr>
          <w:rFonts w:ascii="Times New Roman" w:hAnsi="Times New Roman" w:eastAsia="Times New Roman" w:cs="Times New Roman"/>
        </w:rPr>
        <w:t>Sa dihang mamaayo ang makamatayng samad sa kapapahan pinaagi sa balaod sa Domingo, nagsugod ang ikaduhang pagpakita sa Mangitngit nga Kapanahonan. Ang nahauna ug ang ikatulong kasakitan mao ra, kay si Cristo sa kanunay naglarawan sa katapusan pinaagi sa sinugdanan; busa ang nahulog nga bitoon ni Mohammed sa nahaunang kasakitan, nga maoy miliso sa yawi nga nag-abli sa walay kinutob nga bung-aw, ug sa dili madugay human sa 9/11 ang ateyismo sa walay kinutob nga bung-aw mipatay sa duha ka mga saksi sa Pinadayag onse. Sa balaod sa Domingo mamaayo ang makamatayng samad sa kapapahan, ug ang mananap sa Katolisismo nagtuman sa mahimantalaong tigmo sa ikawalo nga natuman. Ang ikaduhang yugto sa Mangitngit nga Kapanahonan dayon nagsugod, ingon nga ikatulong timailhan ni Balaam, sa dihang ang asno nga misulti miliso sa yawi aron pag-usab ablihan ang walay kinutob nga bung-aw. Human sa 9/11, ang ateyismo, ang dragon migula gikan sa bung-aw aron makig-away batok sa labing adunahang presidente nga nagpakusog sa tibook gingharian sa Gresya. Sa balaod sa Domingo ang mananap sa Pinadayag disisiyete mokawas gikan sa walay kinutob nga bung-aw ug ang kangitngit pag-usab mopala sa adlaw.</w:t>
      </w:r>
    </w:p>
    <w:p>
      <w:pPr>
        <w:pStyle w:val="ArticleBody"/>
        <w:jc w:val="left"/>
      </w:pPr>
      <w:r>
        <w:rPr>
          <w:rFonts w:ascii="Times New Roman" w:hAnsi="Times New Roman" w:eastAsia="Times New Roman" w:cs="Times New Roman"/>
        </w:rPr>
        <w:t>Ngano nga Nashville? Ang pangutana nga hangtod karon wala pa masulbad? Ang Nashville nagtimaan sa sinugdanan sa mubo nga yugto sa pagmantala sa mensahe sa pagtuaw sa tungang gabii, ug kini nagsugod pinaagi sa usa ka wala damhang makagun-ob nga pag-atake sa Islam ug matapos sa samang paagi. Ang balaod sa Domingo sa katapusan sa maong yugto naglarawan sa pagpatuman sa marka sa mapintas nga mananap sa Estados Unidos, ug sa sinugdanan sa paglaglag sa mga siyudad. Ang “kalaglagan” maoy usa ka propetikong kinaiya sa Islam.</w:t>
      </w:r>
    </w:p>
    <w:p>
      <w:pPr>
        <w:pStyle w:val="ArticleHeading"/>
        <w:jc w:val="left"/>
      </w:pPr>
      <w:r>
        <w:rPr>
          <w:rFonts w:ascii="Arial" w:hAnsi="Arial" w:eastAsia="Arial" w:cs="Arial"/>
        </w:rPr>
        <w:t>Pagkalaglag</w:t>
      </w:r>
    </w:p>
    <w:p>
      <w:pPr>
        <w:pStyle w:val="ArticleScripture"/>
        <w:jc w:val="left"/>
      </w:pPr>
      <w:r>
        <w:rPr>
          <w:rFonts w:ascii="Times New Roman" w:hAnsi="Times New Roman" w:eastAsia="Times New Roman" w:cs="Times New Roman"/>
        </w:rPr>
        <w:t>“Sa miaging gabii sa wala pa ang kagabhion, usa ka hilabihan ka makapadani nga talan-awon ang miagi sa akong atubangan. Nakita ko ang usa ka daku kaayong bola sa kalayo nga nahulog ngadto sa taliwala sa pipila ka matahum nga mga mansyon, nga maoy hinungdan sa ilang dihadiha nga pagkalaglag. Nadungog ko ang uban nga nagaingon, ‘Nasayod kami nga ang mga paghukom sa Dios moabot na ibabaw sa yuta, apan wala kami mahibalo nga moabot kini sa ingon ka dali.’ Ang uban miingon, ‘Nasayod diay kamo! Nganong wala man ninyo kami sultihi? Wala kami mahibalo.’ Sa tanang dapit nadungog ko ang ingon nianang mga pulonga nga gisulti.” Letter 217, 1904.</w:t>
      </w:r>
    </w:p>
    <w:p>
      <w:pPr>
        <w:pStyle w:val="ArticleHeading"/>
        <w:jc w:val="left"/>
      </w:pPr>
      <w:r>
        <w:rPr>
          <w:rFonts w:ascii="Arial" w:hAnsi="Arial" w:eastAsia="Arial" w:cs="Arial"/>
        </w:rPr>
        <w:t>Nwebe Onse</w:t>
      </w:r>
    </w:p>
    <w:p>
      <w:pPr>
        <w:pStyle w:val="ArticleBody"/>
        <w:jc w:val="left"/>
      </w:pPr>
      <w:r>
        <w:rPr>
          <w:rFonts w:ascii="Times New Roman" w:hAnsi="Times New Roman" w:eastAsia="Times New Roman" w:cs="Times New Roman"/>
        </w:rPr>
        <w:t>Ang Pinadayag “Nine Eleven” nagpaila sa kinaiya sa gingharian sa Islam ingon nga kamatayon ug kalaglagan, kay ang usa ka ngalan sa tagna nagrepresentar sa kinaiya.</w:t>
      </w:r>
    </w:p>
    <w:p>
      <w:pPr>
        <w:pStyle w:val="ArticleBody"/>
        <w:jc w:val="left"/>
      </w:pPr>
      <w:r>
        <w:rPr>
          <w:rFonts w:ascii="Times New Roman" w:hAnsi="Times New Roman" w:eastAsia="Times New Roman" w:cs="Times New Roman"/>
        </w:rPr>
        <w:t>Ug sila adunay hari sa ibabaw nila, nga mao ang manulonda sa bung-aw nga walay kinutoban, kansang ngalan sa pinulongang Hebreohanon mao si Abaddon, apan sa pinulongang Griyego ang iyang ngalan mao si Apollyon. Pinadayag 9/11.</w:t>
      </w:r>
    </w:p>
    <w:p>
      <w:pPr>
        <w:pStyle w:val="ArticleBody"/>
        <w:jc w:val="left"/>
      </w:pPr>
      <w:r>
        <w:rPr>
          <w:rFonts w:ascii="Times New Roman" w:hAnsi="Times New Roman" w:eastAsia="Times New Roman" w:cs="Times New Roman"/>
        </w:rPr>
        <w:t>Ang Abaddon nagpasabot ug “pagkalaglag o dapit sa pagkalaglag” ug ang Apollyon nagpasabot ug “ang maglalaglag.”</w:t>
      </w:r>
    </w:p>
    <w:p>
      <w:pPr>
        <w:pStyle w:val="ArticleScripture"/>
        <w:jc w:val="left"/>
      </w:pPr>
      <w:r>
        <w:rPr>
          <w:rFonts w:ascii="Times New Roman" w:hAnsi="Times New Roman" w:eastAsia="Times New Roman" w:cs="Times New Roman"/>
        </w:rPr>
        <w:t>“Ang mga manulonda nagkupot sa upat ka hangin, nga gihulagway ingon sa usa ka masuk-anong kabayo nga naningkamot sa pagbuwag sa pagpugong ug modasmag ibabaw sa nawong sa tibuok yuta, nga nagdala ug kalaglagan ug kamatayon diha sa iyang agianan.</w:t>
      </w:r>
    </w:p>
    <w:p>
      <w:pPr>
        <w:pStyle w:val="ArticleScripture"/>
        <w:jc w:val="left"/>
      </w:pPr>
      <w:r>
        <w:rPr>
          <w:rFonts w:ascii="Times New Roman" w:hAnsi="Times New Roman" w:eastAsia="Times New Roman" w:cs="Times New Roman"/>
        </w:rPr>
        <w:t>“Mahigda ba kita sa pinakautlanan gayod sa walay-kataposang kalibotan? Mahimo ba kitang tapolan ug mabugnaw ug ingon sa mga patay? Oh, hinaut nga anaa sa atong mga iglesia ang Espiritu ug gininhawa sa Dios nga ginhuyop ngadto sa Iyang katawhan, aron sila makatindog sa ilang mga tiil ug mabuhi. Kinahanglan atong makita nga ang dalan hiktin, ug ang ganghaan masigpit. Apan sa atong pag-agi sa masigpit nga ganghaan, ang kalapad niini walay utlanan.” Manuscript Releases, volume 20, 217.</w:t>
      </w:r>
    </w:p>
    <w:p>
      <w:pPr>
        <w:pStyle w:val="ArticleBody"/>
        <w:jc w:val="left"/>
      </w:pPr>
      <w:r>
        <w:rPr>
          <w:rFonts w:ascii="Times New Roman" w:hAnsi="Times New Roman" w:eastAsia="Times New Roman" w:cs="Times New Roman"/>
        </w:rPr>
        <w:t>Ang dalan sa Islam sa ikatulong alaut mao ang dalan ni Balaam ug sa asno. Ang dalan sa masukoong kabayo sa Islam, nga mao ang upat ka hangin sa panagbingkil ni Juan, ang mabangis nga hangin ni Isaias ug ang “hangin” o “ginhawa” ni Ezequiel nga nagagikan sa upat ka hangin, mikuha ug dalan gikan sa 9/11 nga nagapadulong ngadto sa “hiktin” ug “matarung” nga ganghaan. Kana nga hiktin nga ganghaan mao ang ikatulong timailhan sa dalan ni Balaam ug sa asno.</w:t>
      </w:r>
    </w:p>
    <w:p>
      <w:pPr>
        <w:pStyle w:val="ArticleScripture"/>
        <w:jc w:val="left"/>
      </w:pPr>
      <w:r>
        <w:rPr>
          <w:rFonts w:ascii="Times New Roman" w:hAnsi="Times New Roman" w:eastAsia="Times New Roman" w:cs="Times New Roman"/>
        </w:rPr>
        <w:t>Ug ang manulonda ni Jehova milakaw pa gayud, ug mitindog sa usa ka hiktin nga dapit, diin walay alagianan sa pagsimang bisan sa too ni sa wala. Ug sa pagkakita sa asna sa manulonda ni Jehova, mihapa siya sa ilalom ni Balaam; ug misilaob ang kasuko ni Balaam, ug iyang gibunalan ang asna pinaagi sa usa ka sungkod. Ug gibuka ni Jehova ang baba sa asna, ug miingon siya kang Balaam, Unsay nahimo ko kanimo, nga gibunalan mo ako niining makatulo? Mga Numeros 22:26–28.</w:t>
      </w:r>
    </w:p>
    <w:p>
      <w:pPr>
        <w:pStyle w:val="ArticleBody"/>
        <w:jc w:val="left"/>
      </w:pPr>
      <w:r>
        <w:rPr>
          <w:rFonts w:ascii="Times New Roman" w:hAnsi="Times New Roman" w:eastAsia="Times New Roman" w:cs="Times New Roman"/>
        </w:rPr>
        <w:t>Ang dalan sa ikatulong pagkaalaut sa pagkalaglag sa Islam nagsugod niadtong 9/11 sa dihang natuman ang Pinadayag 18:1–3.</w:t>
      </w:r>
    </w:p>
    <w:p>
      <w:pPr>
        <w:pStyle w:val="ArticleScripture"/>
        <w:jc w:val="left"/>
      </w:pPr>
      <w:r>
        <w:rPr>
          <w:rFonts w:ascii="Times New Roman" w:hAnsi="Times New Roman" w:eastAsia="Times New Roman" w:cs="Times New Roman"/>
        </w:rPr>
        <w:t>“Karon miabot ang pulong ba nga akong gipahayag nga ang New York pagawason pinaagi sa usa ka higanteng balod? Kini wala ko gayod isulti. Ako miingon, sa dihang akong nakita ang dagkung mga tinukod nga nagatindog didto, andana ibabaw sa andana, ‘Pagkamakahadlokang mga talan-awon ang mahitabo sa dihang motindog ang Ginoo aron sa makahahadlok nga pag-uyog sa yuta! Unya matuman ang mga pulong sa Pinadayag 18:1–3.’ Ang tibuok ikanapulog-walo nga kapitulo sa Pinadayag maoy usa ka pasidaan mahitungod sa umaabot sa ibabaw sa yuta. Apan wala akoy piho nga kahayag mahitungod sa moabot sa New York, gawas lamang nga ako nahibalo nga moabot ang usa ka adlaw nga ang dagkung mga tinukod didto pagapukan pinaagi sa pagtuyok ug paglukso sa gahum sa Dios. Gikan sa kahayag nga gihatag kanako, nahibalo ako nga anaa ang kalaglagan sa kalibotan. Usa ka pulong gikan sa Ginoo, usa ka paghikap sa iyang gamhanang gahum, ug kining dagkung mga estruktura mangapukan. Mahitabo ang mga talan-awon nga ang ilang makahahadlok nga kinaiya dili nato masukod sa hunahuna.” Review and Herald, Hulyo 5, 1906.</w:t>
      </w:r>
    </w:p>
    <w:p>
      <w:pPr>
        <w:pStyle w:val="ArticleBody"/>
        <w:jc w:val="left"/>
      </w:pPr>
      <w:r>
        <w:rPr>
          <w:rFonts w:ascii="Times New Roman" w:hAnsi="Times New Roman" w:eastAsia="Times New Roman" w:cs="Times New Roman"/>
        </w:rPr>
        <w:t>Nagpabilin ang pangutana: Nganong Nashville? Ang mga bolang-kalayo sa Nashville nagrepresentar sa usa ka propetikong kahimtang diin ang usa ka pundok sa Adventismo maulawan ug sumala kang Joel, “pagaputlon.” Ang laing pundok girepresentahan ingon nga dili gayod maulawan, ug mapuno sa kalipay. Ang propetikong kalipay dili tungod sa paghukom nga gidala ibabaw sa Nashville ug sa Tinipong Bansa, kondili tungod sa pagpamatuod nga girepresentahan taliwala niadtong anaa sa sambingay nga adunay lana ug niadtong walay lana. Ang lana adunay daghang simbolikong mga kahulogan nga nalambigit niini, apan ang usa ka nag-unang kahulogan sa lana mao ang mensahe sa tunga sa kagabhion nga singgit. Kana nga mensahe nagsugod nga hinayhinay nga maablihan ang tinagoan sa katapusan sa 2023, ug kini nagrepresentar sa pagdugang sa kahibalo nga mahimong isalikway o dawaton. Tin-aw si Hosea nga kadtong mosalikway sa kahibalo pagaisalikway ingon nga mga saserdote sa Dios. Si Pedro anaa sa taliwala sa estruktura sa Levitico beinte-tres sa dihang iyang nasabtan ang mga bolang-kalayo sa Nashville, ug ang numero traynta usa ka simbolo sa mga saserdote.</w:t>
      </w:r>
    </w:p>
    <w:p>
      <w:pPr>
        <w:pStyle w:val="ArticleScripture"/>
        <w:jc w:val="left"/>
      </w:pPr>
      <w:r>
        <w:rPr>
          <w:rFonts w:ascii="Times New Roman" w:hAnsi="Times New Roman" w:eastAsia="Times New Roman" w:cs="Times New Roman"/>
        </w:rPr>
        <w:t>Ang akong katawhan nangalaglag tungod sa kakulang sa kahibalo; tungod kay gisalikway mo ang kahibalo, isalikway ko usab ikaw, aron dili ka na mahimong pari alang kanako; sanglit hingkalimtan mo ang balaod sa imong Dios, hingalimtan ko usab ang imong mga anak. Hosea 4:6.</w:t>
      </w:r>
    </w:p>
    <w:p>
      <w:pPr>
        <w:pStyle w:val="ArticleBody"/>
        <w:jc w:val="left"/>
      </w:pPr>
      <w:r>
        <w:rPr>
          <w:rFonts w:ascii="Times New Roman" w:hAnsi="Times New Roman" w:eastAsia="Times New Roman" w:cs="Times New Roman"/>
        </w:rPr>
        <w:t>Ang isyu sa “kahibalo” o sa kakulang niini, maoy usa sa mga kamatuoran nga nalangkit sa pag-abot sa mga fireball sa Nashville. Ang propetikong “kahibalo” o ang kakulang niini, nagtimaan sa sinugdanan sa pagmantala sa singgit sa tungang gabii, ug kana nga yugto matapos uban sa isyu sa pagkamasinugtanon sa Pulong sa Dios, ingon sa girepresentahan sa isyu sa Igpapahulay ug Dominggo. Si Cristo kanunayng naglarawan sa katapusan pinaagi sa sinugdanan, ug sa sinugdanan ang pagkamasinugtanon sa Pulong sa Dios mao ang mensahe sa pasidaan nga gihatag kang Adan ug Eva didto sa tanaman.</w:t>
      </w:r>
    </w:p>
    <w:p>
      <w:pPr>
        <w:pStyle w:val="ArticleBody"/>
        <w:jc w:val="left"/>
      </w:pPr>
      <w:r>
        <w:rPr>
          <w:rFonts w:ascii="Times New Roman" w:hAnsi="Times New Roman" w:eastAsia="Times New Roman" w:cs="Times New Roman"/>
        </w:rPr>
        <w:t>Ang isyu sa pagkamasinugtanon sa katapusan dili mahimong ipugong lamang ngadto sa usa ka tanaman kon “ang matag nasod maapil,” sumala sa giingon ni Sister White. Ang isyu sa Igpapahulay ug Dominggo mao ang pagbalikbalik sa sinugdanang pagsulay kang Adan ug Eva sa tanaman, nga pag-usabon sa tibuok kalibotan sa katapusan. Kana nga pagsulay magsugod sa balaod sa Dominggo sa Tinipong Bansa sa Amerika, nga mao usab ang katapusan sa panahon sa pagmantala sa singgit sa tungang gabii.</w:t>
      </w:r>
    </w:p>
    <w:p>
      <w:pPr>
        <w:pStyle w:val="ArticleBody"/>
        <w:jc w:val="left"/>
      </w:pPr>
      <w:r>
        <w:rPr>
          <w:rFonts w:ascii="Times New Roman" w:hAnsi="Times New Roman" w:eastAsia="Times New Roman" w:cs="Times New Roman"/>
        </w:rPr>
        <w:t>Ang pagpahibalo sa mensahe sa pasidaan nga si Cristo moanhi gihatag lamang niadtong midawat sa pagdugang sa kahibalo gikan sa pag-abli sa mensahe sa pagpadayag ni Jesu-Cristo nga nagsugod sa katapusan sa 2023. Ang usa ka pagsulay sa kahibalo, o sa kakulang niini, matuman sa pag-atake sa Nashville. Ang litmus test, sa tulo ka mga pagsulay nga nagsugod sa pag-abli niadtong 2023, gibase sa lana, nga mao ang “kahibalo” nga anaa sulod sa profetikanhong mensahe nga niadto giablihan.</w:t>
      </w:r>
    </w:p>
    <w:p>
      <w:pPr>
        <w:pStyle w:val="ArticleBody"/>
        <w:jc w:val="left"/>
      </w:pPr>
      <w:r>
        <w:rPr>
          <w:rFonts w:ascii="Times New Roman" w:hAnsi="Times New Roman" w:eastAsia="Times New Roman" w:cs="Times New Roman"/>
        </w:rPr>
        <w:t>Ang wala ma-seal nga “kahibalo” mao ang mosulay ug sa katapusan ipadayag, ingon sa lana nga mao ang ikatulo ug litmus nga pagsulay. Kana nga pagsulay nagsugod sa yugto sa pagpahibalo sa mensahe sa tunga sa gabii nga singgit nga matapos diha sa pagsulay sa pagkamasinugtanon. Kana nga pagsulay sa pagkamasinugtanon matuman ibabaw kang Eva, nga nagrepresentar sa iglesia, ug kang Adan, nga nagrepresentar sa estado. Ang panaghiusa niining duha ka mga entidad mapinal na sa dihang ipatuman na ang marka sa mananap. Ang pagsulay sa tanaman mao ang pagsulay sa katapusan. Kini usa ka pagsulay alang sa mga lalaki ug mga babaye, nga naglangkob sa panaghiusa sa iglesia ug estado, nga mao ang usa ka lalaki ug usa ka babaye. Ang pasidaang mensahe nga wala ma-seal nga nagdala ngadto sa katapusang pagsulay sa pagkamasinugtanon ginarepresentahan sa kahoy sa “kahibalo” sa maayo ug dautan.</w:t>
      </w:r>
    </w:p>
    <w:p>
      <w:pPr>
        <w:pStyle w:val="ArticleBody"/>
        <w:jc w:val="left"/>
      </w:pPr>
      <w:r>
        <w:rPr>
          <w:rFonts w:ascii="Times New Roman" w:hAnsi="Times New Roman" w:eastAsia="Times New Roman" w:cs="Times New Roman"/>
        </w:rPr>
        <w:t>Ang Nashville mao ang simbolo sa Griegong edukasyon sa yuta sa mananap sa yuta. Ang Griegong edukasyon maoy bakak nga edukasyon; kini daotang kahibalo, ug ang maayong kahibalo mao ang tinuod nga edukasyon. Ang bugtong pangkorporasyon nga lupon nga gidawat ni Ellen White nga apilan mao ang Madison College, nga nahimutang sa Nashville, nga gitawag nga “Athens of the South.” Ang Nashville mao ang simbolo sa Griego, o bakak nga edukasyon. Ang bakak nga edukasyon maoy bakak nga kahibalo. Ang kahulogan sa Nashville nagkatakdo sa simbolismo sa New York City ug sa Pentagon.</w:t>
      </w:r>
    </w:p>
    <w:p>
      <w:pPr>
        <w:pStyle w:val="ArticleBody"/>
        <w:jc w:val="left"/>
      </w:pPr>
      <w:r>
        <w:rPr>
          <w:rFonts w:ascii="Times New Roman" w:hAnsi="Times New Roman" w:eastAsia="Times New Roman" w:cs="Times New Roman"/>
        </w:rPr>
        <w:t>Padayonon nato kining mga butanga sa sunod nga artikulo.</w:t>
      </w:r>
    </w:p>
    <w:p>
      <w:pPr>
        <w:pStyle w:val="ArticleHeading"/>
        <w:jc w:val="left"/>
      </w:pPr>
      <w:r>
        <w:rPr>
          <w:rFonts w:ascii="Arial" w:hAnsi="Arial" w:eastAsia="Arial" w:cs="Arial"/>
        </w:rPr>
        <w:t>Manuskrito 188, 1905</w:t>
      </w:r>
    </w:p>
    <w:p>
      <w:pPr>
        <w:pStyle w:val="ArticleScripture"/>
        <w:jc w:val="left"/>
      </w:pPr>
      <w:r>
        <w:rPr>
          <w:rFonts w:ascii="Times New Roman" w:hAnsi="Times New Roman" w:eastAsia="Times New Roman" w:cs="Times New Roman"/>
        </w:rPr>
        <w:t>“Sa diha nga didto ako sa Nashville, nagsulti ako ngadto sa mga tawo, ug sa panahon sa kagabhion, dihay usa ka daku kaayong bola sa kalayo nga miabut diretso gikan sa langit ug mipahimutang sa Nashville. Adunay mga kalayo nga migula gikan niadtong bolaha sama sa mga pana; ang mga balay giut-ut; ang mga balay nagkakurog ug nangapukan. Ang pipila sa atong mga tawo nagtindog didto. ‘Sama gayud kini sa among gipaabut,’ miingon sila, ‘gipaabut namo kini.’ Ang uban nagkagot sa ilang mga kamot diha sa kasakit ug nagtu-aw ngadto sa Dios alang sa kalooy. ‘Nahibaloan ninyo kini,’ matud nila, ‘nahibaloan ninyo nga kini moabut, ug wala gayud mo mosulti bisan usa ka pulong sa pagpasidaan kanamo!’ Murag hapit na nila sila gisiong piraso-piraso sa paghunahuna nga wala gayud sila makasulti kanila o makahatag kanila ug bisan unsang pasidaan.” Manuscript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Tinagong Kasaysayan sa Bersikulo Kwarenta—Numero Diyes</dc:title>
  <dc:subject>Ang Tunga-tunga</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