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Natagong Kasaysayan sa Bersikulo Kuarenta - Numero Onse</w:t>
      </w:r>
    </w:p>
    <w:p>
      <w:pPr>
        <w:pStyle w:val="ArticleSubtitle"/>
        <w:jc w:val="left"/>
      </w:pPr>
      <w:r>
        <w:rPr>
          <w:rFonts w:ascii="Arial" w:hAnsi="Arial" w:eastAsia="Arial" w:cs="Arial"/>
        </w:rPr>
        <w:t>Numero Onse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2026-05-21</w:t>
      </w:r>
    </w:p>
    <w:p>
      <w:pPr>
        <w:pStyle w:val="ArticleBody"/>
        <w:jc w:val="left"/>
      </w:pPr>
      <w:r>
        <w:rPr>
          <w:rFonts w:ascii="Times New Roman" w:hAnsi="Times New Roman" w:eastAsia="Times New Roman" w:cs="Times New Roman"/>
        </w:rPr>
        <w:t>Ang basahon ni Joel tingali mao ang labing diretso nga pagpadayag sa ulahing ulan diha sa mga Kasulatan, ug si Joel nagsugod pinaagi sa unang paghisgot sa upat ka kaliwatan sa apostasya nga natuman sa iglesya sa mga Laodicean nga Seventh-day Adventist. Kadtong upat ka kaliwatan sa nagkagrabeng kalaglagan nga girepresentahan sa pangbukas nga mga bersikulo ni Joel nahiuyon sa upat ka nagkagrabeng kangil-ad nga mga dulumtanan sa Ezekiel kapitulo otso. Ang 1863 hangtod 1888 nagrepresentar sa unang kaliwatan, ug kini nagrepresentar sa pagsalikway sa pundasyonal nga mensahe sa mga Millerite ingon nga girepresentahan sa mga tsart sa mga pioneer sa 1843 ug 1850, nga girepresentahan sa Habakkuk kapitulo dos, ug kana nagsimbolo sa tugon ingon nga girepresentahan sa duha ka papan sa Napulo ka Sugo.</w:t>
      </w:r>
    </w:p>
    <w:p>
      <w:pPr>
        <w:pStyle w:val="ArticleBody"/>
        <w:jc w:val="left"/>
      </w:pPr>
      <w:r>
        <w:rPr>
          <w:rFonts w:ascii="Times New Roman" w:hAnsi="Times New Roman" w:eastAsia="Times New Roman" w:cs="Times New Roman"/>
        </w:rPr>
        <w:t>Ang 1888 ngadto sa 1919 nagrepresentar sa kaliwatan nga misalikway sa kasinatian sa pagkamatarong pinaagi sa pagtoo, nga nagpatungha sa usa ka kasinatian nga girepresentahan sa iglesia sa Philadelphia. Sa nahaunang kaliwatan, ang pagrebelde nakaon ngadto sa buhat sa pangulohan nga girepresentahan ni William Miller, ug sa ikaduhang kaliwatan sa 1888, ang pangulohan sa Espiritu sa Tagna mao ang girebeldehan. Ang ikatulong kaliwatan sa 1919 nagsugod pinaagi sa basahon ni William Warren Prescott, The Doctrine of Christ, ug natapos sa basahon, Questions on Doctrine sa 1957. Kadtong ikatulong kaliwatan mao ang kaliwatan sa pagkompromiso uban sa kalibutan samtang ang Adventismo nangita sa akreditasyon sa mga praktis medikal sa American Medical Association, ug sa akreditasyon sa ilang mga kolehiyo pinaagi sa mga akademikong iskolar sa apostatang Protestante ug sa Romano Katoliko.</w:t>
      </w:r>
    </w:p>
    <w:p>
      <w:pPr>
        <w:pStyle w:val="ArticleBody"/>
        <w:jc w:val="left"/>
      </w:pPr>
      <w:r>
        <w:rPr>
          <w:rFonts w:ascii="Times New Roman" w:hAnsi="Times New Roman" w:eastAsia="Times New Roman" w:cs="Times New Roman"/>
        </w:rPr>
        <w:t>Sa ikatulong kaliwatan, ang tambag sa edukasyon nga gikan sa pluma ni Ellen White gisalikway ug gipulihan sa bakak nga mga pamaagi sa edukasyon sa kalibotan, ingon sa girepresentar sa pilosopiya sa edukasyon sa Gresya. Ang Griyegong edukasyon girepresentar sa diyosa nga si Athena, nga gipahimutang sa duplikadong templo sa Parthenon sa Nashville, Tennessee.</w:t>
      </w:r>
    </w:p>
    <w:p>
      <w:pPr>
        <w:pStyle w:val="ArticleBody"/>
        <w:jc w:val="left"/>
      </w:pPr>
      <w:r>
        <w:rPr>
          <w:rFonts w:ascii="Times New Roman" w:hAnsi="Times New Roman" w:eastAsia="Times New Roman" w:cs="Times New Roman"/>
        </w:rPr>
        <w:t>Ang matuod nga edukasyon gipakita diha sa Biblia pinaagi sa mga tunghaan sa mga manalagna nga may kalabutan sa manalagna nga si Eliseo. Ang pag-alsa sa mga Macabeo niadtong 167 BC ug nagpadayon hangtod sa pagkalaglag sa Jerusalem niadtong 70 AD, sa dakong bahin usa ka pagprotesta batok sa paglusot sa edukasyong Grego ngadto sa kultura ug nasud sa karaang literal nga mahimayaong yuta. Ang pagprotesta sa mga Macabeo maoy usa ka pag-alsa batok sa impluwensiyang Grego sa matag ang-ang, apan ang impluwensiya sa edukasyon sa Gresya kay hilabihan ka halapad sa kasaysayan ug sa mga tinguha sa masiboton nga mga Macabeo nga dili kini mabulag gikan sa kamatuoran nga ang edukasyong Grego tingali mao ang labing dakong hinungdan nga nalangkit sa pagsalikway sa mga Judio kang Jesu-Cristo ingon nga ilang Mesiyas. Adunay mga libro nga nahisulat nga nagaila sa negatibong impluwensiya sa edukasyong Grego ibabaw sa mga Judio ug sa natampo sa bakak nga mga edukasyon sa pagsalikway sa mga Judio kang Cristo ug sa paglansang kaniya sa krus.</w:t>
      </w:r>
    </w:p>
    <w:p>
      <w:pPr>
        <w:pStyle w:val="ArticleBody"/>
        <w:jc w:val="left"/>
      </w:pPr>
      <w:r>
        <w:rPr>
          <w:rFonts w:ascii="Times New Roman" w:hAnsi="Times New Roman" w:eastAsia="Times New Roman" w:cs="Times New Roman"/>
        </w:rPr>
        <w:t>Ang pagrebelde sa Macabeo nahiuyon sa pagrebelde sa 1776 sa moderno nga espirituhanong mahimayaong yuta. Sa pagkakaron adunay kapin sa 4,000 ka rehistradong unibersidad sa Estados Unidos nga natukod ibabaw sa pilosopiya sa Griyego ug sa mga pamatasan sa edukasyon sa mga Heswita. Ang anarkiya ug pagkawalay-kasugoan sa milabay nga kapin napulo ka tuig mahimong matultol sa direkta ngadto sa gitawag nga mga sentro sa edukasyon sa Estados Unidos nga sulod sa mga dekada nag-indoctrina sa mga estudyante nga kaniadto pa giandam sa media ug sa mga tinubdan sa kalingawan sa pagdawat sa mga pilosopiyang globalista nga naggikan sa satanikong mga pilosopiya sa panahon sa Rebolusyong Pranses. Ang mga estudyante sa mga unibersidad karon daan nang giandam sa pagdawat sa estilo sa kinabuhi nga girepresentar sa Sodoma ug Gomorra sa wala pa sila misulod sa mga sentro sa edukasyon nga gidisenyo aron sa pag-atake sa mga puti, sa mga Kristohanon, ug sa tinuod nga kasaysayan sa Amerika. Ang usa ka lungsoranon sa Estados Unidos karon nga buot makasabut sa kanunay nga duha-ka-ang-ang nga sistema sa hustisya nga nagtuman sa hustisya ug kamatuoran nga gilabay ngadto sa kadalanan sumala sa giila sa Biblia ug sa Espiritu sa Tagna, kinahanglan makasabut nga ang kasamtangang mga kahimtang ginapamunga sa tinuyoang gidisenyo nga pag-atake nga gina-indoctrina sukad pa sa labing unang mga tuig sa kinabuhi pinaagi sa usa ka sistema sa edukasyon nga gidisenyo aron ipailalom ang katawhan ubos sa pagpugong sa elitistang mga globalista—ang gahum sa dragon!</w:t>
      </w:r>
    </w:p>
    <w:p>
      <w:pPr>
        <w:pStyle w:val="ArticleBody"/>
        <w:jc w:val="left"/>
      </w:pPr>
      <w:r>
        <w:rPr>
          <w:rFonts w:ascii="Times New Roman" w:hAnsi="Times New Roman" w:eastAsia="Times New Roman" w:cs="Times New Roman"/>
        </w:rPr>
        <w:t>Adunay lima ka dagkong tema sa mga sinulat ni Ellen White: edukasyon, reporma sa kahimsog, Kristohanong pagkinabuhi, ang tema sa Dakong Panagbangi, ug praktikal nga pagkadiosnon. Ang edukasyon mao ang usa sa lima ka dagkong tema sa Espiritu sa Tagna, ug si Ellen White usa ka biblikanhong manalagna sama usab sa matag manalagna nga gihisgotan diha sa Pulong sa Dios. Lakip sa ubang mga butang, kini nagpasabot nga ang iyang kinabuhi usa ka panig-ingnan sa ug alang sa usa ka gatus kap-atan ug upat ka libo. Sa dili pa may bisan kinsa nga maghunahuna nga si Cristo lamang ang angay natong mahimong panig-ingnan; si Pablo nagaingon:</w:t>
      </w:r>
    </w:p>
    <w:p>
      <w:pPr>
        <w:pStyle w:val="ArticleScripture"/>
        <w:jc w:val="left"/>
      </w:pPr>
      <w:r>
        <w:rPr>
          <w:rFonts w:ascii="Times New Roman" w:hAnsi="Times New Roman" w:eastAsia="Times New Roman" w:cs="Times New Roman"/>
        </w:rPr>
        <w:t>Kay bisan pa ug aduna kamoy napulo ka libo ka magtutudlo diha kang Cristo, apan dili kamo adunay daghang mga amahan; kay diha kang Cristo Jesus, pinaagi sa maayong balita, ako ang nanganak kaninyo. Busa nagapakilooy ako kaninyo, managsundog kamo kanako. 1 Corinto 4:15, 16.</w:t>
      </w:r>
    </w:p>
    <w:p>
      <w:pPr>
        <w:pStyle w:val="ArticleBody"/>
        <w:jc w:val="left"/>
      </w:pPr>
      <w:r>
        <w:rPr>
          <w:rFonts w:ascii="Times New Roman" w:hAnsi="Times New Roman" w:eastAsia="Times New Roman" w:cs="Times New Roman"/>
        </w:rPr>
        <w:t>Ingon usa ka manalagna, si Ellen White maoy usa ka panig-ingnan. Usa lamang ka higayon nga gidawat ni Ellen White ang tahas isip usa ka miyembro sa board, ug kadto nga higayon may kalabotan sa pagtukod sa usa ka kolehiyo nga midawat sa mga prinsipyo sa tinuod nga edukasyon sumala sa gipahayag isip usa sa lima ka dagkong tema sa iyang ministeryo. Kana nga kolehiyo sa Madison, Tennessee nahimutang sulod sa metropolitanong distrito sa Nashville, Tennessee. Dili lamang kay miuyon siya nga maapil sa nagtatukod nga board sa Madison College gikan sa 1904 hangtod sa usa ka tuig sa wala pa ang iyang kamatayon niadtong 1915, apan siya usab maoy dakong hinungdan sa pagpili sa yuta diin gitukod ang kolehiyo. Ang Nashville mao ang sentro sa Gresyanhong sistema sa edukasyon nga nakatabang sa pagpugong sa mga Judio sa pagdawat sa ilang Mesiyas sa kasaysayan sa mga Maccabeo, nga nagatipo sa apostatang Protestantismo sa mga panahon nga atong gipuy-an karon. Ang linya sa mga Maccabeo lig-on nga gipadayag diha sa tinagong kasaysayan sa bersikulo kap-atan, nga nagrepresentar sa apostatang Protestantismo nga karon hingpit nang naindoktrinar sa mao gihapong, bisan modernong bersiyon, makaguba nga mga bunga sa Gresyanhong edukasyon.</w:t>
      </w:r>
    </w:p>
    <w:p>
      <w:pPr>
        <w:pStyle w:val="ArticleBody"/>
        <w:jc w:val="left"/>
      </w:pPr>
      <w:r>
        <w:rPr>
          <w:rFonts w:ascii="Times New Roman" w:hAnsi="Times New Roman" w:eastAsia="Times New Roman" w:cs="Times New Roman"/>
        </w:rPr>
        <w:t>Sa ikatulong kaliwatan sa Adventismo, ang pagpangulo nga misalikway sa Espiritu sa Tagna niadtong 1888, mipili sa pagtugyan sa ilang sistema sa edukasyon ngadto sa estruktura sa akreditasyon sa kalibotan. Ang Nashville nagrepresentar sa simbolikong sentro sa tinuod ug sa bakak nga edukasyon. Gipili sa propeta ang maong siyudad nga mao usab ang gipili sa kalibotan aron himuong halaran sa Gregong edukasyon; kay dili sama sa Gregong edukasyon nga nagasukad sa pagbulag sa kamatuoran ngadto sa nagkabulag nga mga hilisgutan aron laglagon ang kinatibuk-an. Ang tinuod nga edukasyon mao ang pundasyonal nga basihan sa ubang upat ka pangunang mga tema ni Sister White: reporma sa kahimsog, praktikal nga pagkadiyosnon, Kristohanong pagkinabuhi, ug ilabina ang tema sa The Great Controversy.</w:t>
      </w:r>
    </w:p>
    <w:p>
      <w:pPr>
        <w:pStyle w:val="ArticleBody"/>
        <w:jc w:val="left"/>
      </w:pPr>
      <w:r>
        <w:rPr>
          <w:rFonts w:ascii="Times New Roman" w:hAnsi="Times New Roman" w:eastAsia="Times New Roman" w:cs="Times New Roman"/>
        </w:rPr>
        <w:t>Kanunayng gigamit ni Jesus ang katapusan sa paghulagway pinaagi sa sinugdanan, ug ang pagsulay didto sa Tanaman sa Eden naghulagway sa pagsulay nga karon giatubang sa kalibotan. Ang pagsulay sa katapusan mao ra ang sama sa matag biblikanhong pagsulay, kay ang Dios dili gayud mausab. Ang usa ka biblikanhong pagsulay maoy usa ka tulo-ka-lakang nga proseso sa pagsulay nga nagapatungha ug duha ka mga hut-ong nga mahayag sa katapusan sa maong proseso sa pagsulay. Gipahayag sa unang manulonda ang tulo ka mga lakang ingon nga ang pagkahadlok sa Dios, ang paghatag Kaniya ug himaya, kay miabot na ang takna sa litmus nga pagsulay sa paghukom. Ang unang lakang mao ang sugo nga dili mokaon sa kahoy sa kahibalo sa maayo ug daotan. Tungod sa kakulang sa gikinahanglang pagkahadlok sa Dios, napakyas si Eva sa pagsulay sa kahoy ug mikaon sa bunga nga girepresentar nga mao ang maayo ug ang daotan. Ang pagkahadlok ni Adan sa Dios wala makapugong kaniya sa pagsulod ngadto sa pagsukol sa kahoy, ug ang paghukom gidala ibabaw nilang duha, samtang ilang gipadayag ang usa ka kinabuhi nga walay nagapabiling presensya sa Pagka-Dios.</w:t>
      </w:r>
    </w:p>
    <w:p>
      <w:pPr>
        <w:pStyle w:val="ArticleBody"/>
        <w:jc w:val="left"/>
      </w:pPr>
      <w:r>
        <w:rPr>
          <w:rFonts w:ascii="Times New Roman" w:hAnsi="Times New Roman" w:eastAsia="Times New Roman" w:cs="Times New Roman"/>
        </w:rPr>
        <w:t>Ang pagsulay sa kataposang mga adlaw nagsugod pinaagi sa usa ka pasidaan sa pagkaon sa pagdugang sa kahibalo nga giablihan sa pinadayag ni Jesu-Cristo sa dili pa moabut sa katapusan ang panahon sa pagsulay sa katawhan. Bisan pa man sa Adventismo o sa mga anaa sa gawas sa Adventismo, ang pagsulay gibase sa pagdawat o sa pagsalikway sa pagdugang sa “kahibalo” nga giablihan sa atong panahon. Kining pagsulay sa kahibalo girepresentahan sa kahoy sa pagsulay sa Tanaman, nga nagrepresentar sa kahibalo sa maayo o sa dautan. Ang tinuod nga edukasyon nahimutang ug gisimbolo sa Nashville, Tennessee niadtong 1904, ug ang bakak nga edukasyon nahimutang ug gisimbolo sa Nashville niadtong 1897, unya gitukod pag-usab ingon nga usa ka permanente nga estruktura niadtong 1920. Sa kinabuhi sa babayeng manalagna ang tinuod nga edukasyon gihalad sa Nashville, ug ang bakak nga edukasyon gihalad usab didto. Human sa iyang kamatayon niadtong 1915, ang bakak nga edukasyon gipahiuli diha sa ikaduhang ug permanente nga pagtukod sa templo sa Parthenon, ug ang tinuod nga edukasyon gisalikway pinaagi sa pagkompromiso sa kalibutan sa pagpangulo sa iglesia nga Laodicean Seventh-day Adventist.</w:t>
      </w:r>
    </w:p>
    <w:p>
      <w:pPr>
        <w:pStyle w:val="ArticleBody"/>
        <w:jc w:val="left"/>
      </w:pPr>
      <w:r>
        <w:rPr>
          <w:rFonts w:ascii="Times New Roman" w:hAnsi="Times New Roman" w:eastAsia="Times New Roman" w:cs="Times New Roman"/>
        </w:rPr>
        <w:t>Ang angga nga ngalan sa Nashville, ang “Athens of the South,” nakaimpluwensiya sa pagpili sa maong bilding ingon nga sentrong bahin sa Centennial Exposition sa 1897. Ubay-ubay nga mga bilding sa maong eksposisyon gibase sa karaang mga orihinal. Apan, ang Parthenon mao lamang ang usa nga tukmang reproduksiyon. Ang Nashville, Tennessee karon bantog tungod sa iyang musika, apan sa wala pa adunay Johnny Cash Museum, ang Nashville bantog tungod sa iyang edukasyon, dili sa pag-awit.</w:t>
      </w:r>
    </w:p>
    <w:p>
      <w:pPr>
        <w:pStyle w:val="ArticleBody"/>
        <w:jc w:val="left"/>
      </w:pPr>
      <w:r>
        <w:rPr>
          <w:rFonts w:ascii="Times New Roman" w:hAnsi="Times New Roman" w:eastAsia="Times New Roman" w:cs="Times New Roman"/>
        </w:rPr>
        <w:t>Pag-abot sa dekada 1850, ang Nashville nakabaton na sa angga nga “Athens of the South” tungod kay nakatukod kini ug daghang mga institusyon sa mas taas nga edukasyon; kini mao ang unang siyudad sa habagatang Amerika nga nagtukod ug usa ka publikong sistema sa eskwelahan. Sa kataposan sa maong siglo, makita sa Nashville nga ang Fisk University, St. Cecilia Academy, Montgomery Bell Academy, Meharry Medical College, Belmont University, ug Vanderbilt University mangabli na sa ilang mga pultahan. Niadtong panahona, ang Nashville nailhan nga usa sa labing pinino ug labing edukado nga mga siyudad sa habagatan, puno sa kadato ug kultura.</w:t>
      </w:r>
    </w:p>
    <w:p>
      <w:pPr>
        <w:pStyle w:val="ArticleBody"/>
        <w:jc w:val="left"/>
      </w:pPr>
      <w:r>
        <w:rPr>
          <w:rFonts w:ascii="Times New Roman" w:hAnsi="Times New Roman" w:eastAsia="Times New Roman" w:cs="Times New Roman"/>
        </w:rPr>
        <w:t>Ang tinago sa kasal-anan mao ang usa ka ngalan ug usa usab ka lihok diha sa dinasig nga Pulong. Ang inspirasyon nagaila kang Satanas, ug sa papa, nga gitawag ni Sister White nga “tuong kamot nga tawo” ni Satanas, ingon nga maoy tinago sa kasal-anan. Apan ang “tinago sa kasal-anan” naghulagway usab sa pagsagol sa kamatuoran ug kasaypanan. Ang upat ka kaliwatan sa apostasiya ni Joel nahiuyon sa upat ka nagdugangngadugang nga mga dulomtanang buhat sa Ezekiel kapitulo otso. Kining duha ka mga saksi nahiuyon sa unang upat ka mga iglesia sa Pinadayag, ug ang ikatulong iglesia girepresentahan sa pagkompromiso ni Constantino sa Kristiyanismo nga gisagol sa paganismo. Kadtong unang upat ka mga iglesia nahiuyon sa kasaysayan sa karaang Israel, nga nagsimbolo sa kasaysayan sa modernong Israel.</w:t>
      </w:r>
    </w:p>
    <w:p>
      <w:pPr>
        <w:pStyle w:val="ArticleBody"/>
        <w:jc w:val="left"/>
      </w:pPr>
      <w:r>
        <w:rPr>
          <w:rFonts w:ascii="Times New Roman" w:hAnsi="Times New Roman" w:eastAsia="Times New Roman" w:cs="Times New Roman"/>
        </w:rPr>
        <w:t>Sa ikatulong kaliwatan sa karaang Israel, ang mga hari sa Israel naghimo og mga pakig-alyansa sa ubang mga nasod nga dili gayod unta ipahiusa sa pag-alyansa uban sa katawhan sa Dios. Ang paralelismo sa karaang literal nga Israel ug sa Cristohanong iglesia, sumala sa gipadayag diha sa basahon sa Pinadayag, usa ka temang propetiko nga klarong gipahayag sa pagtuon nga giulohan og, Habakkuk’s Tables. Gipahiuyon ni Joel ang ikaupat ug katapusang kaliwatan nga “ginaputol” gikan sa pagka-piniling katawhan sa pakigsaad sa Dios ngadto sa kaluhaan ug lima ka mga anciano nga nagsimba sa adlaw diha sa upat ka nagkakusog nga mga dulumtanan sa Ezequiel. Kana nga ikaupat nga kaliwatan diin ang Laodicean nga Seventh-day Adventism ginaputol samtang sila nagsimba sa adlaw sa balaod sa Domingo, nagapahiuyon sa ikaupat nga iglesia sa Thyatira nga nagsimbolo sa paghari sa pagka-papa sa 538 o sa haduol na kaayo nga umalabot nga balaod sa Domingo. Ang ikatulong iglesia sa Pergamos nagarepresentar sa “kompromiso,” bisan pa man sa karaang Israel nga nagpakig-alyansa sa mga gingharian nga pagano, o kang Constantino nga naghiusa sa paganismo ug Cristiyanismo, ug kadtong duha ka mga saksi nagahisgot sa ikatulong kaliwatan sa mananap sa yuta sa Pinadayag trese.</w:t>
      </w:r>
    </w:p>
    <w:p>
      <w:pPr>
        <w:pStyle w:val="ArticleBody"/>
        <w:jc w:val="left"/>
      </w:pPr>
      <w:r>
        <w:rPr>
          <w:rFonts w:ascii="Times New Roman" w:hAnsi="Times New Roman" w:eastAsia="Times New Roman" w:cs="Times New Roman"/>
        </w:rPr>
        <w:t>Ang upat ka henerasyon sa Estados Unidos, nga taliwala sa ubang mga kamatuoran gipatipoan pinaagi sa Egipto sa panahon sa pagkaulipon nga 400/430 ka tuig, nga mitapos sa pagkalumos ni Faraon diha sa katubigan sa Mapulang Dagat. Kadtong mga tubig nagtimaan sa katapusan sa nasod nga pagahukman sa dihang gipatungha sa Dios ang kaluwasan alang sa karaang Israel pinaagi sa propeta nga si Moises. Ang Estados Unidos pagahukman sulod sa yugto sa panahon nga ang paghukom motapos ibabaw sa iglesia sa Dios, busa angay nga mamatikdan nga ang tubig nga nagtapos sa kinabuhi ni Faraon gidala ibabaw kang Faraon pinaagi sa pagbuhian sa hangin sa sidlakan nga maoy nagkupot sa mga tubig sa ilang dapit samtang giluwas sa Dios ang Iyang piniling katawhan. Ang hangin sa sidlakan mao ang ikatulong kaalautan nga mohampak batok sa balaod sa Dominggo sa pag-abot sa linog sa Pinadayag onse.</w:t>
      </w:r>
    </w:p>
    <w:p>
      <w:pPr>
        <w:pStyle w:val="ArticleBody"/>
        <w:jc w:val="left"/>
      </w:pPr>
      <w:r>
        <w:rPr>
          <w:rFonts w:ascii="Times New Roman" w:hAnsi="Times New Roman" w:eastAsia="Times New Roman" w:cs="Times New Roman"/>
        </w:rPr>
        <w:t>Ang kaliwatan nga nag-una sa ikaupat ug katapusang kaliwatan sa mananap sa yuta natuman sa ibabaw sa Republikano ug Protestante nga mga sungay. Ang pagkompromiso sa Republikano nga sungay nga natuman sa iyang ikatulong kaliwatan nahitabo sa yugto nga naglibot sa unang gubat sa kalibotan, ug kini nagtimaan sa pagturno sa Tinipong Bansa sa iyang estrukturang ekonomiko ngadto sa mga globalista sa Federal Reserve. Niadtong maong panahon ang Laodiceanong Seventh-day Adventism nangita nga ipa-“accredit” ang iyang buluhatong medikal ug edukasyonal pinaagi sa mga sukdanan sa kalibotanon nga edukasyon ug medisina. Ingon nga usa ka berbo ang “tinago sa kasal-anan” nagrepresentar sa pagkompromiso ni Constantino ug sa mga hari sa karaang Israel uban sa mga gahum sa kalibotan. Ang pulong nga gigamit sa inspirasyon sa paghulagway sa maong pagkompromiso mao ang “amalgamation,” sumala sa paghubad sa diksyonaryo sa panahon ni Ellen White ingon nga; "to mix or unite in an amalgam; to blend." Ang kahoy sa kahibalo sa maayo ug dautan mao ang kahoy sa amalgamation, ang kahoy sa pagkompromiso. “The last mighty conflict,” mao ang krisis sa balaod sa Domingo, ug ang pagpangandam ni Satanas alang nianang krisis mao ang “tinago sa kasal-anan,” nga nagasagol sa tawhanong kaalam uban sa Langitnong pagpadayag.</w:t>
      </w:r>
    </w:p>
    <w:p>
      <w:pPr>
        <w:pStyle w:val="ArticleScripture"/>
        <w:jc w:val="left"/>
      </w:pPr>
      <w:r>
        <w:rPr>
          <w:rFonts w:ascii="Times New Roman" w:hAnsi="Times New Roman" w:eastAsia="Times New Roman" w:cs="Times New Roman"/>
        </w:rPr>
        <w:t>“Si Satanas masibuton nga nagahimo sa iyang mga laraw alang sa kataposang gamhanang pakig-away, sa dihang ang tanan mopili na ug baruganan....”</w:t>
      </w:r>
    </w:p>
    <w:p>
      <w:pPr>
        <w:pStyle w:val="ArticleScripture"/>
        <w:jc w:val="left"/>
      </w:pPr>
      <w:r>
        <w:rPr>
          <w:rFonts w:ascii="Times New Roman" w:hAnsi="Times New Roman" w:eastAsia="Times New Roman" w:cs="Times New Roman"/>
        </w:rPr>
        <w:t>“Pamati ang mga tingog, ilha ang mga gahum, nga nagahari sa kalibotan. Aduna bay bisan unsang tingog sa pag-ampo? Nakakita ba kamo ug bisan unsang timaan nga ang Dios ginaila? Adunay mga pari, daghan kanila; apan ilang gitamakan ilalom sa ilang mga tiil ang balaod ni Jehova. Ang ilang mga bisti namansahan sa dugo sa mga kalag. Ang daghang panon nagahalad ngadto sa mga yawa. Tan-awa, kamo nga nagduhaduha tali sa pagtuman ug sa pagsupak. Tan-awa sa handurawan ang halapad kaayong mga panon nga nagsimba sa halaran ni Satanas. Pamatii ang musika, ang pinulongan, nga gitawag ug hataas nga edukasyon. Apan unsa man ang gipahayag sa Dios nga mao kini?—Ang tinago sa pagkadili-matarong.” Pamphlets, 004, 11.</w:t>
      </w:r>
    </w:p>
    <w:p>
      <w:pPr>
        <w:pStyle w:val="ArticleBody"/>
        <w:jc w:val="left"/>
      </w:pPr>
      <w:r>
        <w:rPr>
          <w:rFonts w:ascii="Times New Roman" w:hAnsi="Times New Roman" w:eastAsia="Times New Roman" w:cs="Times New Roman"/>
        </w:rPr>
        <w:t>Sa katapusang panagbangi, sa dihang “ang tanan mopili na ug dapig” ang pagsulay sa Tanaman sa Eden mausab. Ang pagsulay nga sa sinugdan nahimulag lamang ngadto sa usa ka kahoy sa taliwala sa usa ka tanaman, pagausbon sa katapusan, sa tibuok kalibotan. Ang buluhaton ni Satanas sa dili pa ang katapusang gubat mao ang “tinago sa kasal-anan,” nga gihubit ingon nga “labawng edukasyon!” Ang simbolo sa “labawng edukasyon” sa yuta sa mananap nga gikan sa yuta makita sa Nashville, Tennessee, ang ‘Athens of the South,’ diin nahimutang ang templo sa Parthenon, nga gitandi sa tinuod nga edukasyon nga kaniadto girepresentahan sa Nashville pinaagi sa Madison College. Ang mosunod nga pahayag gikan sa inspirasyon gikutlo dinhi sa tibuok niini sa katapusan niining artikulo, apan ang pipila ka mga punto kinahanglan pagatagdon niining bahina karon.</w:t>
      </w:r>
    </w:p>
    <w:p>
      <w:pPr>
        <w:pStyle w:val="ArticleScripture"/>
        <w:jc w:val="left"/>
      </w:pPr>
      <w:r>
        <w:rPr>
          <w:rFonts w:ascii="Times New Roman" w:hAnsi="Times New Roman" w:eastAsia="Times New Roman" w:cs="Times New Roman"/>
        </w:rPr>
        <w:t>“Ang tanan nanginahanglan sa kaalam aron mabinantayon nga susihon ang misteryo sa pagkadaotan nga dako kaayo ang bahin sa panapos sa kasaysayan niining yutaa....”</w:t>
      </w:r>
    </w:p>
    <w:p>
      <w:pPr>
        <w:pStyle w:val="ArticleScripture"/>
        <w:jc w:val="left"/>
      </w:pPr>
      <w:r>
        <w:rPr>
          <w:rFonts w:ascii="Times New Roman" w:hAnsi="Times New Roman" w:eastAsia="Times New Roman" w:cs="Times New Roman"/>
        </w:rPr>
        <w:t>“Walay tunga-tungang dalan paingon sa nauli nga Paraiso. Ang mensahe nga gihatag sa tawo alang niining kaulahiang mga adlaw dili arang mahiusa sa mga lalang sa tawhanong panghunahuna....”</w:t>
      </w:r>
    </w:p>
    <w:p>
      <w:pPr>
        <w:pStyle w:val="ArticleScripture"/>
        <w:jc w:val="left"/>
      </w:pPr>
      <w:r>
        <w:rPr>
          <w:rFonts w:ascii="Times New Roman" w:hAnsi="Times New Roman" w:eastAsia="Times New Roman" w:cs="Times New Roman"/>
        </w:rPr>
        <w:t>“Kadtong gipahitaas sa Dios ngadto sa hataas nga mga kahimtang sa pagsalig mahimong motalikod gikan sa kahayag sa langit ngadto sa kaalam sa tawo.... Ang tanan nga buot makapanag-iya ug usa ka kinaiya nga magahimo kanila nga mahimong mga mamumuo uban sa Dios ug makadawat sa pagdayeg sa Dios, kinahanglan nga magbulag sa ilang kaugalingon gikan sa mga kaaway sa Dios, ug huptan ang kamatuoran nga gihatag ni Cristo kang Juan aron ihatag ngadto sa kalibotan.” Manuscript Releases, volume 18, 30–36.</w:t>
      </w:r>
    </w:p>
    <w:p>
      <w:pPr>
        <w:pStyle w:val="ArticleBody"/>
        <w:jc w:val="left"/>
      </w:pPr>
      <w:r>
        <w:rPr>
          <w:rFonts w:ascii="Times New Roman" w:hAnsi="Times New Roman" w:eastAsia="Times New Roman" w:cs="Times New Roman"/>
        </w:rPr>
        <w:t>Ang “tanan” nga nanginahanglan ug “kaalam” nagrepresentar sa tanan nga gidala ngadto sa usa ka proseso sa pagsulay nga sa katapusan mopamunga ug duha ka hut-ong sa mga magsisimba. Ang “manggialamon” mao kadtong nagsiguro sa gikinahanglang “kaalam.” Ang proseso sa pagsulay magsugod sa dihang ang pagpadayag ni Jesu-Cristo pagabuksan, sa dili pa matapos ang panahon sa pagtugot alang sa katawhan. Kana nga pag-abli maoy sinugdanan sa usa ka “pagdugang sa kahibalo.” Kadtong atubangon sa pagsulay nga may kalabutan sa pagpadayag ni Jesu-Cristo makabaton sa “lana” sa propetikong kahibalo nga gituyo aron sa pagmando, pag-andam, ug pagpakabalaan sa daan sa pag-abot sa hangin sa sidlakan sa balaod sa Domingo. Ang “kahoy sa kahibalo sa maayo ug dautan” mao ang simbolo sa peke nga Tinapay sa Langit nga pagakan-on o isalikway.</w:t>
      </w:r>
    </w:p>
    <w:p>
      <w:pPr>
        <w:pStyle w:val="ArticleBody"/>
        <w:jc w:val="left"/>
      </w:pPr>
      <w:r>
        <w:rPr>
          <w:rFonts w:ascii="Times New Roman" w:hAnsi="Times New Roman" w:eastAsia="Times New Roman" w:cs="Times New Roman"/>
        </w:rPr>
        <w:t>Sa Galilea, sa sinagoga sa Capernaum, si Jesus nawad-an ug mas daghang mga sumusunod sa usa ka hitabo kay sa bisan unsang laing panahon sa Iyang ministeryo. Didto ang pagsulay mao kon ang mga pulong nga matagnaon ni Cristo literal ba o espirituwal, ug kadtong napakyas sa maong pagsulay, napakyas gayud—kay ilang hingkalimtan nga ang tawo kinahanglan mabuhi pinaagi sa matag pulong nga mogula gikan sa baba sa Dios. Si Cristo tin-awng mipahayag nga Siya mao ang Tinapay nga gipaubos gikan sa langit, ug kadtong napakyas sa pagsulay nagsagol sa Kamatuoran uban sa kaalam sa tawo, nga gisimbolo sa mga Gresyanhon.</w:t>
      </w:r>
    </w:p>
    <w:p>
      <w:pPr>
        <w:pStyle w:val="ArticleBody"/>
        <w:jc w:val="left"/>
      </w:pPr>
      <w:r>
        <w:rPr>
          <w:rFonts w:ascii="Times New Roman" w:hAnsi="Times New Roman" w:eastAsia="Times New Roman" w:cs="Times New Roman"/>
        </w:rPr>
        <w:t>Sa wala pa si Eva misugod sa kapakyasan sa tanaman, si Cristo nagtudlo na kang Adan ug kang Eva nga dili mokaon sa bunga sa kahoy sa kahibalo sa maayo ug daotan. Ang nahauna sa tulo ka mga lakang sa walay-kataposang ebanghelyo mao ang kahadlok sa Dios.</w:t>
      </w:r>
    </w:p>
    <w:p>
      <w:pPr>
        <w:pStyle w:val="ArticleScripture"/>
        <w:jc w:val="left"/>
      </w:pPr>
      <w:r>
        <w:rPr>
          <w:rFonts w:ascii="Times New Roman" w:hAnsi="Times New Roman" w:eastAsia="Times New Roman" w:cs="Times New Roman"/>
        </w:rPr>
        <w:t>“Kon ang hunahuna makasabot sa halangdong mga kamatuoran sa pagpadayag, dili na gayud kini matagbaw sa paggamit sa iyang mga gahum diha sa walay kapuslanan nga mga hilisgutan; motalikod kini uban sa kasuko gikan sa walay pulos nga literatura ug sa mga walay hinungdan nga kalingawan nga nagapadunot sa moralidad sa mga batan-on karon. Kadtong nakapakig-ambit sa mga magbabalak ug mga manggialamon sa Biblia, ug kansang mga kalag napukaw sa mahimayaong mga buhat sa mga bayani sa pagtoo, mogula gikan sa mabungahong mga kapatagan sa hunahuna nga labi pang putli sa kasingkasing ug inalsa sa panghunahuna kay sa unta sila nag-ukup sa pagtuon sa labing bantugang mga sekular nga magsusulat, o sa pagpamalandong ug paghimaya sa mga kadaugan sa mga Paraon ug mga Herodes ug mga Cesar sa kalibutan.”</w:t>
      </w:r>
    </w:p>
    <w:p>
      <w:pPr>
        <w:pStyle w:val="ArticleScripture"/>
        <w:jc w:val="left"/>
      </w:pPr>
      <w:r>
        <w:rPr>
          <w:rFonts w:ascii="Times New Roman" w:hAnsi="Times New Roman" w:eastAsia="Times New Roman" w:cs="Times New Roman"/>
        </w:rPr>
        <w:t>“Ang mga gahum sa kabatan-onan kasagaran natulog pa, tungod kay wala nila himoa ang kahadlok sa Dios nga sinugdanan sa kaalam. Gihatagan sa Ginoo si Daniel ug kaalam ug kahibalo, tungod kay dili siya magpailalom sa bisan unsang gahum nga makasamok sa iyang mga prinsipyo sa relihiyon. Ang hinungdan nganong aduna kitay diyutay kaayo nga mga tawo nga may pangisip, may kalig-on, ug may tinuod nga bili, mao nga naghunahuna sila nga makakaplag sila ug pagkadaku samtang nagbulag gikan sa Langit.” Messages to Young People, 255, 256.</w:t>
      </w:r>
    </w:p>
    <w:p>
      <w:pPr>
        <w:pStyle w:val="ArticleBody"/>
        <w:jc w:val="left"/>
      </w:pPr>
      <w:r>
        <w:rPr>
          <w:rFonts w:ascii="Times New Roman" w:hAnsi="Times New Roman" w:eastAsia="Times New Roman" w:cs="Times New Roman"/>
        </w:rPr>
        <w:t>Si Eva nawad-an sa iyang “kahadlok sa Dios.” Angay unta siyang mikurog tungod sa mga pulong sa Dios, nga usa ka kinaiya sa usa ka gatus ug kap-atan ug upat ka libo. Ang kahadlok sa Dios mao ang nahaunang sa tulo ka mga pagsulay, ug kini magsugod sa dihang maablihan ang propetikong Pulong, nga sa katapusan magpatungha sa usa ka pundok sa mga manggialamon ug usa ka pundok sa mga buang. Ang sinugdanan alang niadtong gitagana nga mahimong manggialamon mao ang pagkurog sa Pulong sa Dios. Wala kini buhata ni Eva, ug sa dihang giatubang siya sa ikaduhang lakang sa proseso sa pagsulay wala siya makahimo sa paghatag ug himaya sa Dios, ug unya giatubang siya sa takna sa paghukom diin iyang gipadayag ang pagkahubo sa Laodicea.</w:t>
      </w:r>
    </w:p>
    <w:p>
      <w:pPr>
        <w:pStyle w:val="ArticleScripture"/>
        <w:jc w:val="left"/>
      </w:pPr>
      <w:r>
        <w:rPr>
          <w:rFonts w:ascii="Times New Roman" w:hAnsi="Times New Roman" w:eastAsia="Times New Roman" w:cs="Times New Roman"/>
        </w:rPr>
        <w:t>“Ang tanan nga buot maghingpit sa usa ka kinaiyang Cristiano kinahanglan magsul-ob sa yugo ni Cristo. Kon buot sila molingkod uban diha sa mga langitnong dapit diha kang Cristo Jesus, kinahanglan sila makakat-on gikan Kaniya samtang ania pa niining yutaa. Wala pagpahimuot si Cristo sa Iyang kaugalingon. Ang tibuok sa Iyang kinabuhi mao ang paglambo sa usa ka putli, walay pagpakabana sa kaugalingon nga pagkamanggihatagon. Gikuha Niya ang kinaiyang tawhanon aron ipakita sa nahulog nga kalibutan, kang Satanas ug sa iyang sinagoga, sa uniberso sa langit, sa mga kalibutan nga wala mahulog, nga ang kinaiyang tawhanon, inubanan sa Iyang balaang kinaiya, mahimong hingpit nga masinugtanon sa balaod sa Dios. Ang tanan kinahanglan mangutana, ‘Unsay kinahanglan kong buhaton aron maluwas?’ Ang Dios nangayo ug mapainubsanon, maghinulsolon nga mga kasingkasing, nga nangurog sa Iyang pulong. Gikan lamang sa balaang halaran kita makadawat sa langitnong sulo, nga sa dihang madawat na, maghatag kanato ug hingpit nga pagtan-aw sa atong kawalay katakus, ug magpadayag kanato sa dignidad ug himaya ni Cristo. Sa dihang kini makita na, ang Dios magbutang kanato ilalom sa paggiya sa Espiritu Santo, ug kini magamando kanato ngadto sa tanang kamatuoran.” Bible Echo, Hulyo 20, 1896.</w:t>
      </w:r>
    </w:p>
    <w:p>
      <w:pPr>
        <w:pStyle w:val="ArticleBody"/>
        <w:jc w:val="left"/>
      </w:pPr>
      <w:r>
        <w:rPr>
          <w:rFonts w:ascii="Times New Roman" w:hAnsi="Times New Roman" w:eastAsia="Times New Roman" w:cs="Times New Roman"/>
        </w:rPr>
        <w:t>Ang paghiusa sa kamatuoran ug kasaypanan mao ang buhat ni Satanas nga giila ingon nga hiwaga sa kasal-anan. Ang pagkompromiso sa tibuok katawhan diha sa katapusang mga lihok sa pangimbestigar nga paghukom gipahimutang ingon nga sagrado diha sa templo sa Parthenon sa Nashville, Tennessee.</w:t>
      </w:r>
    </w:p>
    <w:p>
      <w:pPr>
        <w:pStyle w:val="ArticleScripture"/>
        <w:jc w:val="left"/>
      </w:pPr>
      <w:r>
        <w:rPr>
          <w:rFonts w:ascii="Times New Roman" w:hAnsi="Times New Roman" w:eastAsia="Times New Roman" w:cs="Times New Roman"/>
        </w:rPr>
        <w:t>“Dili maalam ang pagpadala sa atong mga batan-on ngadto sa mga unibersidad diin ilang igahin ang ilang panahon sa pag-angkon ug kahibalo sa Grego ug Latin, samtang ang ilang hunahuna ug kasingkasing ginapuno sa mga pagbati sa mga dili motoo nga mga awtor nga ilang gitun-an aron mahanas niining mga pinulonga. Makabaton sila ug usa ka kahibalo nga dili gayud kinahanglan, ni nahiuyon sa mga leksiyon sa dakong Magtutudlo. Kasagaran kadtong mga naedukar niining paagiha adunay dakong pagsalig sa kaugalingon. Nagahunahuna sila nga nakaabot na sila sa kinatumyan sa hataas nga edukasyon, ug nagdala sa ilang kaugalingon nga mapahitas-on, daw dili na sila mga tinun-an. Nadaut sila alang sa pag-alagad sa Dios. Ang panahon, mga paagi, ug pagtuon nga gigasto sa kadaghanan sa pag-angkon sa usa ka edukasyon nga sa pagtandi dili kaayo mapuslanon, unta gigamit sa pag-angkon sa usa ka edukasyon nga makahimo kanila nga mahimong hingpit nga mga lalaki ug mga babaye, angayan alang sa praktikal nga kinabuhi. Ang maong edukasyon unta labing bililhon alang kanila.”</w:t>
      </w:r>
    </w:p>
    <w:p>
      <w:pPr>
        <w:pStyle w:val="ArticleScripture"/>
        <w:jc w:val="left"/>
      </w:pPr>
      <w:r>
        <w:rPr>
          <w:rFonts w:ascii="Times New Roman" w:hAnsi="Times New Roman" w:eastAsia="Times New Roman" w:cs="Times New Roman"/>
        </w:rPr>
        <w:t>“Unsa ang gidala sa mga tinun-an uban kanila sa dihang mobiya sila sa atong mga eskwelahan? Asa sila paingon? Unsa ang ilang pagabuhaton? Anaa ba kanila ang kahibalo nga makahimo kanila sa pagpanudlo sa uban? Nakat-onan ba sila aron mahimong manggialamon nga mga amahan ug mga inahan? Makatindog ba sila isip ulo sa usa ka pamilya ingon nga manggialamon nga mga magtutudlo? Sa ilang kinabuhi sa panimalay, makahimo ba sila sa pagtudlo sa ilang mga anak sa ingon nga paagi nga ang ila mahimong usa ka pamilya nga tan-awon sa Dios uban sa kalipay, tungod kay kini usa ka simbolo sa pamilya didto sa langit? Nadawat ba nila ang bugtong edukasyon nga sa pagkatinuod mahimong tawgon nga ‘labing hataas nga edukasyon’?”</w:t>
      </w:r>
    </w:p>
    <w:p>
      <w:pPr>
        <w:pStyle w:val="ArticleScripture"/>
        <w:jc w:val="left"/>
      </w:pPr>
      <w:r>
        <w:rPr>
          <w:rFonts w:ascii="Times New Roman" w:hAnsi="Times New Roman" w:eastAsia="Times New Roman" w:cs="Times New Roman"/>
        </w:rPr>
        <w:t>“Unsa man ang hataas nga edukasyon? Walay edukasyon nga matawag nga hataas nga edukasyon gawas kon kini nagdala sa hulad sa langit, gawas kon kini nagmando sa mga batan-ong lalaki ug mga batan-ong babaye nga mahimong sama kang Cristo, ug nag-andam kanila sa pagbarog ingon nga pangulo sa ilang mga panimalay diha sa dapit sa Dios. Kon, sulod sa iyang kinabuhi sa eskwelahan, ang usa ka batan-ong lalaki napakyas sa pag-angkon og kahibalo sa Grego ug Latin ug sa mga pagbati nga anaa sa mga sinulat sa walay-pagtuo nga mga awtor, wala siya mag-antus ug dakong kawad-on. Kon giisip ni Jesu-Cristo nga kining matang sa edukasyon mahinungdanon, dili ba unta niya kini ihatag ngadto sa iyang mga tinun-an, nga iyang gi-edukar aron sa pagbuhat sa labing daku nga buluhaton nga gitugyan gayud ngadto sa mga mortal, sa pagrepresentar kaniya dinhi sa kalibotan? Apan, hinoon, iyang gibutang ang sagradong kamatuoran sa ilang mga kamot, aron ihatag ngadto sa kalibotan diha sa iyang kayano.</w:t>
      </w:r>
    </w:p>
    <w:p>
      <w:pPr>
        <w:pStyle w:val="ArticleScripture"/>
        <w:jc w:val="left"/>
      </w:pPr>
      <w:r>
        <w:rPr>
          <w:rFonts w:ascii="Times New Roman" w:hAnsi="Times New Roman" w:eastAsia="Times New Roman" w:cs="Times New Roman"/>
        </w:rPr>
        <w:t>“Adunay mga higayon nga gikinahanglan ang mga eskolar sa Griyego ug Latin. Kinahanglan nga ang uban magtuon niini nga mga pinulongan. Maayo kini. Apan dili ang tanan, ug dili ang daghan, angay magtuon niini. Kadtong nagahunahuna nga ang kahibalo sa Griyego ug Latin maoy kinahanglanon alang sa mas hataas nga edukasyon, dili makakita sa halayo. Dili usab kinahanglan ang kahibalo sa mga tinago niadtong gitawag sa mga tawo sa kalibotan nga siyensiya aron makasulod sa gingharian sa Dios. Si Satanas mao ang nagapuno sa hunahuna sa sopisteriya ug tradisyon, nga nagasalikway sa matuod nga mas hataas nga edukasyon, ug nga mawagtang uban sa nagatuon.”</w:t>
      </w:r>
    </w:p>
    <w:p>
      <w:pPr>
        <w:pStyle w:val="ArticleScripture"/>
        <w:jc w:val="left"/>
      </w:pPr>
      <w:r>
        <w:rPr>
          <w:rFonts w:ascii="Times New Roman" w:hAnsi="Times New Roman" w:eastAsia="Times New Roman" w:cs="Times New Roman"/>
        </w:rPr>
        <w:t>“Kadtong nakadawat ug bakak nga edukasyon wala magtan-aw ngadto sa langit. Dili nila makita ang Usa nga mao ang tinuod nga Kahayag, ‘nga nagahatag ug kahayag sa matag tawo nga moanhi sa kalibotan.’ Ilang tan-awon ang walay kataposang mga kamatuoran ingon nga mga handurawan, nga nagtawag sa usa ka atomo nga usa ka kalibotan, ug sa usa ka kalibotan nga usa ka atomo. Mahitungod sa daghan nga nakadawat sa gitawag nga hataas nga edukasyon, ang Dios nagapahayag, ‘Ikaw gitimbang sa timbangan, ug hingkaplagan nga nakulang,’—nakulang sa kahibalo sa praktikal nga panginabuhi, nakulang sa kahibalo kon unsaon sa labing maayo nga paggamit sa panahon, nakulang sa kahibalo kon unsaon sa pagtrabaho alang kang Jesus.” Review and Herald, August 17, 1897.</w:t>
      </w:r>
    </w:p>
    <w:p>
      <w:pPr>
        <w:pStyle w:val="ArticleBody"/>
        <w:jc w:val="left"/>
      </w:pPr>
      <w:r>
        <w:rPr>
          <w:rFonts w:ascii="Times New Roman" w:hAnsi="Times New Roman" w:eastAsia="Times New Roman" w:cs="Times New Roman"/>
        </w:rPr>
        <w:t>Ang pasidaan sa mga bolang-kalayo sa Nashville dili mahitungod sa usa lamang ka lungsod sa walay hinungdan, kondili usa kini ka direkta nga paghukom nga gipahamtang batok sa Seventh-day Adventists, sa Tinipong Bansa sa Amerika, ug sa kalibotan. Ang mga bolang-kalayo sa Nashville nagrepresentar sa nagkalainlaing mga kinaiya alang sa nagkalainlaing mga kategoriya sa Adventismo, sa mananap sa yuta, ug sa kalibotan. Ang mga bolang-kalayo sa Nashville mao ang paghukom sa Dios batok sa bakak nga edukasyon, nga gisimbolohan sa kahoy sa kahibalo sa maayo ug dautan.</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“Pinaagi sa nagkalainlaing mga hulagway ang Ginoong Jesus naglarawan kang Juan sa daotan nga kinaiya ug sa malimbongong impluwensya niadtong mga nailhan tungod sa ilang pagpanglutos sa katawhan sa Dios. Ang tanan nagkinahanglan ug kaalam aron sa mabinantayon nga pagsusi sa tinago sa kasal-anan nga adunay dakong bahin sa pagtapos sa kasaysayan niining kalibotana. Ang pagpadayag sa Dios sa makaluod nga mga buhat sa mga lumulupyo sa nagmando nga mga gahum sa kalibotan nga nagbugkos sa ilang kaugalingon ngadto sa tinagong mga katilingban ug mga panaghiusa, nga wala magpasidungog sa balaod sa Dios, kinahanglan magtugot sa katawhan nga adunay kahayag sa kamatuoran sa pagpabiling gawas ug layo niining tanang mga daotan. Sa nagkadaghan pa gayud nga paagi ang tanang mini nga mga relihiyonista sa kalibotan magapadayag sa ilang daotang mga binuhatan; kay duha lamang ka pundok ang anaa, kadtong nagabantay sa mga sugo sa Dios ug kadtong nakiggubat batok sa balaan nga balaod sa Dios....”</w:t>
      </w:r>
    </w:p>
    <w:p>
      <w:pPr>
        <w:pStyle w:val="ArticleScripture"/>
        <w:jc w:val="left"/>
      </w:pPr>
      <w:r>
        <w:rPr>
          <w:rFonts w:ascii="Times New Roman" w:hAnsi="Times New Roman" w:eastAsia="Times New Roman" w:cs="Times New Roman"/>
        </w:rPr>
        <w:t>“Ang pagdumot tali sa kaliwat sa babaye ug sa bitin tin-aw nga gihubit sa Ginoo. ‘Ug magabutang Ako ug pagdumot tali kanimo ug sa babaye, ug tali sa imong kaliwat ug sa iyang kaliwat; kini magasamad sa imong ulo, ug ikaw magasamad sa iyang tikod.’ ‘Ug kang Adan Siya miingon, Tungod kay naminaw ka sa tingog sa imong asawa, ug mikaon ka sa kahoy nga Akong gisugo kanimo, nga nagaingon, Dili ka magkaon niini: tinunglo ang yuta tungod kanimo; sa kasubo magakaon ka gikan niini sa tanang mga adlaw sa imong kinabuhi; magapaturok usab kini ug mga tunok ug mga kadyapa alang kanimo; ug magakaon ka sa mga tanom sa kapatagan; pinaagi sa singot sa imong nawong magakaon ka ug tinapay, hangtod nga mobalik ka sa yuta; kay gikan niini gikuha ka: kay ikaw abog, ug sa abog ikaw mobalik.’”</w:t>
      </w:r>
    </w:p>
    <w:p>
      <w:pPr>
        <w:pStyle w:val="ArticleScripture"/>
        <w:jc w:val="left"/>
      </w:pPr>
      <w:r>
        <w:rPr>
          <w:rFonts w:ascii="Times New Roman" w:hAnsi="Times New Roman" w:eastAsia="Times New Roman" w:cs="Times New Roman"/>
        </w:rPr>
        <w:t>“Pinaagi sa pagsunod sa iyang kaugalingong dalan, pinaagi sa paglihok uyon sa mga tintasyon ni Satanas ug supak sa nahibaloang kabubut-on sa Dios, ang tawo sa walay kapuslanan naninguha sa pagbayaw ug pagpanalangin sa iyang kaugalingon. Sa ingon nakuha niya ang usa ka kasinatianong kahibalo sa pagkamasinupilon ngadto sa mga sugo sa Dios. Sa ingon nahibalo siya sa maayo ug daotan; sa ingon nawad-an siya sa iyang pagkamatinud-anon ug pagkamaunongon ngadto sa Dios ug giablihan ang mga ganghaan sa baha sa kadaotan ug pag-antus alang sa tibuok pamilya sa tawo. Pila na karon ang nagahimo sa maong samang pagsulay! Kanus-a makakat-on ang tawo nga ang bugtong paagi alang sa iyang kaluwasan mao ang pinaagi sa hingpit nga pagsalig sa usa ka ‘mao kini ang giingon sa Ginoo’?”</w:t>
      </w:r>
    </w:p>
    <w:p>
      <w:pPr>
        <w:pStyle w:val="ArticleScripture"/>
        <w:jc w:val="left"/>
      </w:pPr>
      <w:r>
        <w:rPr>
          <w:rFonts w:ascii="Times New Roman" w:hAnsi="Times New Roman" w:eastAsia="Times New Roman" w:cs="Times New Roman"/>
        </w:rPr>
        <w:t>“Si Satanas nagtinguha sa pagsulod sa iyang kaugalingong mga binuhat ngadto sa mga anak sa Dios pinaagi sa tawhanong mga pamaagi. Nagtinguha siya nga dawaton ingon nga Dios, o gani ibutang pa ibabaw sa Dios.</w:t>
      </w:r>
    </w:p>
    <w:p>
      <w:pPr>
        <w:pStyle w:val="ArticleScripture"/>
        <w:jc w:val="left"/>
      </w:pPr>
      <w:r>
        <w:rPr>
          <w:rFonts w:ascii="Times New Roman" w:hAnsi="Times New Roman" w:eastAsia="Times New Roman" w:cs="Times New Roman"/>
        </w:rPr>
        <w:t>“Pinaagi sa pag-ilis sa Igpapahulay ngadto sa unang adlaw sa semana, iyang ginaaghat ang mga tawo sa dili pagtuo sa mga pahayag sa Dios, ug sa ingon sa pagtan-aw sa ilang kaugalingong mga dalan ug mga laraw nga daw hilabihan ka manggialamon sa ilang kaugalingong mga mata ug sa ilang baliko nga paghukom. Pinaagi sa tawhanong pamaagi sa pagdumala iyang ginaaghat ang mga tawo sa pagtan-aw sa pinadayag nga mga sugo sa Dios nga dili kaayo bug-at kay sa tawhanong tradisyon, ug sa pagtan-aw sa pagtipas gikan nianang kasugoan nga kanunayng balaan ug matarong ug maayo, nga daw diyutay ra ug bili. Nakita niya nga pinaagi sa ingon niana nga pagpugong sa tawhanong mga galamiton sa paglakaw ingon nga masinugtanon nga mga anak diha sa panag-uyon sa Dios, mahimo niyang babagan ang katumanan sa buluhaton sa Dios sa atong kalibotan.”</w:t>
      </w:r>
    </w:p>
    <w:p>
      <w:pPr>
        <w:pStyle w:val="ArticleScripture"/>
        <w:jc w:val="left"/>
      </w:pPr>
      <w:r>
        <w:rPr>
          <w:rFonts w:ascii="Times New Roman" w:hAnsi="Times New Roman" w:eastAsia="Times New Roman" w:cs="Times New Roman"/>
        </w:rPr>
        <w:t>“Apan ang mga pakigkunsabo ni Satanas uban sa tawhanong mga galamiton nga nagabarog sa mga posisyon sa katungdanan, angay gayudng kahadlokan ug likayan karon human na masulayi ang eksperimento sa sala, maingon usab sa kahimtang sa atong unang mga ginikanan. Gitugon kanako ang pag-ingon nga ang mga tawo nga gibutang sa mga posisyon sa katungdanan diha sa buluhaton sa Dios nakapasobra sa ilang pagtan-aw sa ilang katungod sa pagkontrolar sa uban. Ang posisyon nga giokupar sa usa ka tawo dili makausab sa iyang kinaiya. Aduna ang pipila nga daw nagbati nga sila kinahanglan magbuot alang sa mga iglesia ug alang sa mga sanitarium ug nga ang ilang paghukom dili na angayng pangutan-on. Ipat-on nila ang pagkat-on kang Jesus sa matag lakang. Siya ang angay mahimong pangulong awtoridad alang sa matag tawo.</w:t>
      </w:r>
    </w:p>
    <w:p>
      <w:pPr>
        <w:pStyle w:val="ArticleScripture"/>
        <w:jc w:val="left"/>
      </w:pPr>
      <w:r>
        <w:rPr>
          <w:rFonts w:ascii="Times New Roman" w:hAnsi="Times New Roman" w:eastAsia="Times New Roman" w:cs="Times New Roman"/>
        </w:rPr>
        <w:t>“Ang Usa nga sa kanunay mao ang atong Magtutudlo nagaingon, ‘Daw unsa ka lisod alang sa tawo ang paglakaw nga mapainubsanon uban sa iyang Dios, nga may masulob-ong espiritu sa pagsunod sa dalan sa Dios ug sa pagsalikway sa mga tanyag ni Satanas nga daw nagapakita ug dagkong kalibutanong kaayohan.’ Ang impluwensiya sa pagbaton sa tawo sa iyang kaugalingong paagi puli sa malig-ong pagbarug sa lig-ong patukoranan nga ang Dios lamang mao ang nagbutang, gisubli na sa makadaghan ug makadaghan. Ang pagdumili sa paglakaw sa matarong nga mga alagianan nga gipadayag sa Dios magadala kanila ngadto sa kalibog ug dili makatudlo ug kaalam sa uban nga nagaatubang sa mao rang pagsulay ug pagtilaw. Kanus-a man makakat-on ang tawo nga ang Dios mao ang Dios, ug dili tawo nga Siya mag-usab?”</w:t>
      </w:r>
    </w:p>
    <w:p>
      <w:pPr>
        <w:pStyle w:val="ArticleScripture"/>
        <w:jc w:val="left"/>
      </w:pPr>
      <w:r>
        <w:rPr>
          <w:rFonts w:ascii="Times New Roman" w:hAnsi="Times New Roman" w:eastAsia="Times New Roman" w:cs="Times New Roman"/>
        </w:rPr>
        <w:t>“Ang ubang mibiya gikan sa matarong nga dalan anaa sa usa ka walay hunong nga kainit sa tinguha sa pagkuptan ug mga katungdanan nga wala ibutang sa Dios ibabaw kanila. Ang Dios nagatawag sa matag ministro ug sa matag mananambal sa pagmintinar sa kayano sa kamatuoran. Ang Anak sa Dios nga gipadayag diha sa Daang Tugon ug sa Bag-ong Tugon mao ang Manluluwas sa atong kalibutan karon. Gikan Kaniya ang matag medikal nga misyonaryo kinahanglan modawat sa iyang pagbansay. Gawas kon siya mobulag sa iyang kaugalingon gikan sa principe sa gahom sa kahanginan, siya magpahisalaag sa mga kalag nga adunay pagsalig kaniya. Magmatngon ang tanan batok sa mga tawo nga edukado ug gibayaw pag-ayo sa pagkaagi nga ang ilang mga laraw dili masabtan sa ordinaryong katawhan.”</w:t>
      </w:r>
    </w:p>
    <w:p>
      <w:pPr>
        <w:pStyle w:val="ArticleScripture"/>
        <w:jc w:val="left"/>
      </w:pPr>
      <w:r>
        <w:rPr>
          <w:rFonts w:ascii="Times New Roman" w:hAnsi="Times New Roman" w:eastAsia="Times New Roman" w:cs="Times New Roman"/>
        </w:rPr>
        <w:t>“Ang mga tuso nga lalang sa sala nagalabaw sa walay-katapusang pagpanabot. Ang matag kalamidad, ang matag pag-antos ug kamatayon, maoy usa ka pamatuod dili lamang sa gahum sa dautan kondili usab sa kamatuoran sa buhi nga Dios. Sanglit nasayran na sa tawo ang kamatuoran, ang pulong sa buhi nga Dios, nga nagapabilin sa walay kataposan, ug nga pinaagi sa pagkamasinugtanon nagahatag ug kinabuhi, ang kahuyang sa tawo sa pagpahiuyon sa iyang kaugalingon sa kabatid ni Satanas hilabihan ka katingalahan. Ang tanan nga ginatudloan sa Dios nagaila kang Cristo ingon nga Iyang Anak. Ang tanan nga dili motuo sa nahibaloang mga pahayag sa Dios nagapadayag sa pagkadungog sa sala, ug wala magabuhat dapig sa kinabuhi ug pagkadili-madunoton nga gipadayag pinaagi sa hingpit nga pagkabalaan diha sa kamatuoran. Gawas kon sila maghimo ug kausaban sa kinaiya, sa mga pulong, ug sa espiritu, ang mga kalag mangawala.</w:t>
      </w:r>
    </w:p>
    <w:p>
      <w:pPr>
        <w:pStyle w:val="ArticleScripture"/>
        <w:jc w:val="left"/>
      </w:pPr>
      <w:r>
        <w:rPr>
          <w:rFonts w:ascii="Times New Roman" w:hAnsi="Times New Roman" w:eastAsia="Times New Roman" w:cs="Times New Roman"/>
        </w:rPr>
        <w:t>“Walay tunga-tungang dalan paingon sa Paraiso nga mapasig-uli. Ang mensahe nga gihatag sa tawo alang niining ulahing mga adlaw dili angay ikasagol sa mga laraw sa tawhanong panukiduki. Dili kita angay mosalig sa palisiya sa kalibotanon nga mga abogado. Kinahanglan kita mahimong mapainubsanon nga mga tawo sa pag-ampo, dili maglihok sama niadtong mga gibutaan sa mga galamhan ni Satanas.</w:t>
      </w:r>
    </w:p>
    <w:p>
      <w:pPr>
        <w:pStyle w:val="ArticleScripture"/>
        <w:jc w:val="left"/>
      </w:pPr>
      <w:r>
        <w:rPr>
          <w:rFonts w:ascii="Times New Roman" w:hAnsi="Times New Roman" w:eastAsia="Times New Roman" w:cs="Times New Roman"/>
        </w:rPr>
        <w:t>“Daghan ang may pagtoo, apan dili usa ka pagtoo nga nagabuhat pinaagi sa gugma ug nagaputli sa kalag. Ang makaluwas nga pagtoo dili lamang usa ka yano nga pagtuo sa kamatuoran. ‘Ang mga yawa usab nagatoo, ug nangurog.’ Ang pagdasig sa Espiritu sa Dios nagahatag sa mga tawo ug usa ka pagtoo nga usa ka mapugosong gahum nga nagamolde sa kinaiya, ug nagatultol sa mga tawo ngadto sa labaw pa kay sa pormal lamang nga mga binuhatan. Ang mga pulong, ang mga binuhatan, ug ang espiritu kinahanglan magpamatuod sa kamatuoran nga kita mga sumosunod ni Cristo.</w:t>
      </w:r>
    </w:p>
    <w:p>
      <w:pPr>
        <w:pStyle w:val="ArticleScripture"/>
        <w:jc w:val="left"/>
      </w:pPr>
      <w:r>
        <w:rPr>
          <w:rFonts w:ascii="Times New Roman" w:hAnsi="Times New Roman" w:eastAsia="Times New Roman" w:cs="Times New Roman"/>
        </w:rPr>
        <w:t>“Ang labing dako nga kahayag ug panalangin nga gihatag sa Dios dili usa ka kasegurohan batok sa kalapasan ug pagtalikod sa pagtoo niining kaulahian nga mga adlaw. Kadtong mga gipataas sa Dios ngadto sa hataas nga mga katungdanan sa pagsalig mahimong mobiya gikan sa kahayag sa langit ngadto sa kaalam sa tawo. Unya ang ilang kahayag mahimong kangitngit, ang ilang mga katakos nga gitugyan sa Dios mahimong lit-ag, ang ilang kinaiya mahimong kapangdolan sa Dios. Ang Dios dili mabugalbugalan. Ang pagbiya gikan Kaniya nahimo na ug sa kanunay pagasundan sa iyang tiyak nga mga sangpotanan. Ang pagbuhat sa mga buhat nga makapasuko sa Dios, gawas kon kini pagahinulsulan sa hugot ug biyâan, imbis nga pangitaon ang pagpakatarungan niini, magdala sa mamumuhat sa kadautan sa lakang sa lakang nga paglimbong hangtod nga daghang mga sala ang mabuhat nga walay silot. Ang tanan nga buot makapanag-iya sa usa ka kinaiya nga magahimo kanila nga mga mamumuo nga kauban sa Dios ug makadawat sa pagdayeg sa Dios, kinahanglan magpalain sa ilang kaugalingon gikan sa mga kaaway sa Dios, ug magpabilin sa kamatuoran nga gihatag ni Cristo kang Juan aron ihatag ngadto sa kalibotan.” Manuscript Releases, volume 18, 30–36.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Natagong Kasaysayan sa Bersikulo Kuarenta - Numero Onse</dc:title>
  <dc:subject>Numero Onse</dc:subject>
  <dc:creator>Jeff Pippenger</dc:creator>
  <cp:keywords/>
  <dc:description>Generated by ArticleDigger from hidden_history\11_hidden_history.json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