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Tinagong Kasaysayan sa Bersikulo Kuarenta - Numero Dose</w:t>
      </w:r>
    </w:p>
    <w:p>
      <w:pPr>
        <w:pStyle w:val="ArticleSubtitle"/>
        <w:jc w:val="left"/>
      </w:pPr>
      <w:r>
        <w:rPr>
          <w:rFonts w:ascii="Arial" w:hAnsi="Arial" w:eastAsia="Arial" w:cs="Arial"/>
        </w:rPr>
        <w:t>Numero Dose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Kasagaran na nga giingon nga kon lima ka tawo ang makakita sa mao rang aksidente sa sakyanan, ang lima ka mga saksi magpaila sa lima ka nagkalainlaing bersiyon sa mao rang pagkabungkag, bisan pa nga karon, niining yugto sa panahon diin ang Espiritu Santo ginawithdraw gikan sa katawhan, kadtong mga saksi sa walay duhaduha maglakip sa mga magtukod-tukod ug mamakak mahitungod sa ilang nakita aron sa pagpatunhay sa ilang kaugalingong panglantaw sa kalibotan, samtang nagatoo sila nga sila nagapakamaayo pinaagi sa pagbuhat niana. Sa tinagong kasaysayan adunay pipila ka nagkalainlaing mga linya sa matagnaong kamatuoran, nga nagrepresentar sa nagkalainlaing mga saksi sa mao rang mga hitabo. Uban sa Pulong sa Dios walay kabakakan, bisan tuod aduna sa kanunay depektibong tawhanong paghubad nianang mga hitabo, apan ang biblikanhong mga saksi niining kasaysayana, sa hustong pagbahinbahin, nagkahiuyon silang tanan sa usag usa.</w:t>
      </w:r>
    </w:p>
    <w:p>
      <w:pPr>
        <w:pStyle w:val="ArticleBody"/>
        <w:jc w:val="left"/>
      </w:pPr>
      <w:r>
        <w:rPr>
          <w:rFonts w:ascii="Times New Roman" w:hAnsi="Times New Roman" w:eastAsia="Times New Roman" w:cs="Times New Roman"/>
        </w:rPr>
        <w:t>Si Pedro maoy usa ka simbolo sa usa ka gatus ug kap-atan ug upat ka libo niini nga kasaysayan, ug ang iyang pagpamatuod nagrepresentar sa usa ka nagpadayon nga kasaysayan sukad sa kapakyasan sa Hulyo 18, 2020, ngadto sa pagpukaw sa Disyembre 31, 2023, unya ingon nga usa ka nalambigit sa unang pagsulay sa panggawas nga panan-awon, dayon sa ikaduhang pagsulay sa sulodnong panan-awon nga pagasundan sa litmus nga pagsulay sa mga fireball sa Nashville, ngadto sa pagpataas sa bandila alang sa mga Gentil.</w:t>
      </w:r>
    </w:p>
    <w:p>
      <w:pPr>
        <w:pStyle w:val="ArticleBody"/>
        <w:jc w:val="left"/>
      </w:pPr>
      <w:r>
        <w:rPr>
          <w:rFonts w:ascii="Times New Roman" w:hAnsi="Times New Roman" w:eastAsia="Times New Roman" w:cs="Times New Roman"/>
        </w:rPr>
        <w:t>Si Donald Trump anaa niadtong tinagong kasaysayan ingon nga mao ang nagpalihok sa tanang mga globalista nga naglangkob sa mga globalista sa kalibotan, sa Democratic party, ug sa mga RINO sa Republican party. Gituman niya ang mga profetikong kinaiyahan nga nalangkit sa hulagway sa mananap, nga gibanhaw gikan sa kamatayon sa politika ingon nga ikawalo nga gikan sa pito. Siya makita sa tibuok tinagong kasaysayan, gitakda nga maghari sa dihang ang “active despotism” una ipatuman ibabaw sa Tinipong Bansa sa Amerika ug unya sa kalibotan. Ang apostatang Protestantismo, ingon nga katugbang ni Trump diha sa duha ka sungay sa mananap sa yuta, atua usab sa kasaysayan sa mga Macabeo. Ang nagkalainlaing mga pagpakita sa gahum sa dragon diha sa United Nations ug sa Russia nagpamatuod sulod sa kasaysayan. Ang kapapahan, ingon nga mga tulisan sa imong katawohan, atua aron ihigot ang tanang butang ug palig-onon ang panan-awon.</w:t>
      </w:r>
    </w:p>
    <w:p>
      <w:pPr>
        <w:pStyle w:val="ArticleBody"/>
        <w:jc w:val="left"/>
      </w:pPr>
      <w:r>
        <w:rPr>
          <w:rFonts w:ascii="Times New Roman" w:hAnsi="Times New Roman" w:eastAsia="Times New Roman" w:cs="Times New Roman"/>
        </w:rPr>
        <w:t>Si Pedro mao ikaw, minahal nga magbabasa. Si Pedro usa ka kandidato nga maapil taliwala sa bandera sa usa ka gatos ug kap-atan ug upat ka libo. Si Pedro nagatindog sa taliwala, sa tunga-tungang punto sa pipila ka mga linya sa tagna, nga pinaagi sa pagtuo mosulod sa Labing Balaang Dapit ug modawat sa pagbag-o nga ginahimo pinaagi sa panan-aw kang Cristo. Si Pedro atua sa Bukid sa Pagbag-o sa Dagway, diin siya pagabag-uhon ngadto sa dagway ni Cristo, samtang ang Tinipong Bansa sa Amerika nagaporma sa dagway sa mapintas nga mananap.</w:t>
      </w:r>
    </w:p>
    <w:p>
      <w:pPr>
        <w:pStyle w:val="ArticleScripture"/>
        <w:jc w:val="left"/>
      </w:pPr>
      <w:r>
        <w:rPr>
          <w:rFonts w:ascii="Times New Roman" w:hAnsi="Times New Roman" w:eastAsia="Times New Roman" w:cs="Times New Roman"/>
        </w:rPr>
        <w:t>“Mga igsoon, kinahanglan nga maminusan ang atong kaugalingon ug modaghan ang Dios. Iyang giangkon ang mga kusog sa Iglesia; apan sa dakong bahin ang katakos sa atong katawhan nahurot sa mga butang nga dili takus. Hilabihan ka daghang panahon ang gihatag sa gagmayng mga hunahuna ug mga pag-angkon. Gusto sa Dios nga mosaka kita ngadto sa bukid, nga mas direkta ngadto sa iyang presensya. Nagaabot kita sa usa ka krisis nga, labaw pa kay sa bisan unsang miaging panahon sukad pa sa pagsugod sa kalibotan, magkinahanglan sa tibuok nga pagkahinungod sa matag usa nga nanambit sa ngalan ni Cristo. Ang buluhaton sa Dios nagkinahanglan sa tanan nga ania kanato. Apan ang atong katawhan dili gayud makahimo niining pagkahinungod hangtod nga mausab ang ilang mga kasingkasing. Nagkinahanglan sila sa pagkakabig sama kaayo kang Pedro. Sa diha nga sila sa ingon nabuhi pag-usab, si Cristo makaingon kanila, ‘Lig-ona ang imong mga igsoon,’ ‘Pakaona ang akong mga karnero,’ ‘Pakaona ang akong mga nating karnero.’”</w:t>
      </w:r>
    </w:p>
    <w:p>
      <w:pPr>
        <w:pStyle w:val="ArticleScripture"/>
        <w:jc w:val="left"/>
      </w:pPr>
      <w:r>
        <w:rPr>
          <w:rFonts w:ascii="Times New Roman" w:hAnsi="Times New Roman" w:eastAsia="Times New Roman" w:cs="Times New Roman"/>
        </w:rPr>
        <w:t>“Sa dihang ang langitnong gahum ikahiusa sa tawhanong paningkamot, ang buluhaton mokaylap sama sa kalayo diha sa tuod nga uga. Ang Dios mogamit ug mga galamiton kansang gigikanan dili masabtan sa tawo; ang mga manulonda magabuhat ug usa ka buluhaton nga ang mga tawo unta may panalangin sa pagbuhat niini, kon wala lamang nila pasagdi ang pagtubag sa mga pag-angkon sa Dios. Ang buluhaton karon gipahimutang sa atubangan sa tawo. Dawaton ba niya kini? Niining panahona adunay daghang mga pultahan nga wala maali ug giablihan pag-ayo alang sa mga mamumuo. Mosulod ba sila niining mga pultahana? Kinsa ang andam sa mando sa Agalon sa pag-ingon, ‘Ania ako, Ginoo, ipadala ako’? Ang singgit sa Macedonia nagaabot kanato pinaagi sa makaluluy-ong mga paghangyo gikan sa tanang bahin sa kalibotan, ‘Umari kamo ug tabangi kami.’” Review and Herald, December 15, 1885.</w:t>
      </w:r>
    </w:p>
    <w:p>
      <w:pPr>
        <w:pStyle w:val="ArticleBody"/>
        <w:jc w:val="left"/>
      </w:pPr>
      <w:r>
        <w:rPr>
          <w:rFonts w:ascii="Times New Roman" w:hAnsi="Times New Roman" w:eastAsia="Times New Roman" w:cs="Times New Roman"/>
        </w:rPr>
        <w:t>Kinahanglan kita moadto sa bukid ug makabig sama kang Pedro, ug sa dihang buhaton nato kini, pagahinloan kita, sama kang Isaias. Ang paghinlo gihulagway nga matuman sa dihang ang langitnong gahum mahiusa sa tawhanong paningkamot. Ang tawag sa Macedonia mahitabo diha sa tinagong kasaysayan sa bersikulo kwarenta.</w:t>
      </w:r>
    </w:p>
    <w:p>
      <w:pPr>
        <w:pStyle w:val="ArticleScripture"/>
        <w:jc w:val="left"/>
      </w:pPr>
      <w:r>
        <w:rPr>
          <w:rFonts w:ascii="Times New Roman" w:hAnsi="Times New Roman" w:eastAsia="Times New Roman" w:cs="Times New Roman"/>
        </w:rPr>
        <w:t>“Miabot na ang panahon nga kinahanglan himoon ang malig-on ug mahukmanong mga paningkamot sa atong mga siyudad. Basaha ang Lucas 21. Mao kini ang mensahe alang niining panahona, ug kini nasulat alang niining kaliwatan sa katapusan. Dili kita motugot nga adunay bisan unsang babag nga motungtung tali kanato ug sa buluhaton nga gihatag sa Dios kanato aron buhaton. Kinahanglan himoon ang pinasahi nga mga paningkamot aron ipasang-at ang kamatuoran sa atubangan niadtong anaa sa mga siyudad.</w:t>
      </w:r>
    </w:p>
    <w:p>
      <w:pPr>
        <w:pStyle w:val="ArticleScripture"/>
        <w:jc w:val="left"/>
      </w:pPr>
      <w:r>
        <w:rPr>
          <w:rFonts w:ascii="Times New Roman" w:hAnsi="Times New Roman" w:eastAsia="Times New Roman" w:cs="Times New Roman"/>
        </w:rPr>
        <w:t>“Ayaw usiki ang panahon sa pagpangita ug ikasaway sa uban. Ang tanang pakiglalis kinahanglan hunongon. Kinahanglan nga maghigugmaay kita ingon nga managsoon. Manungas kita ngadto sa bukid uban sa Dios, aron makabalik kita nga anaa kanato ang pagpamalandong sa himaya sa Dios. Ang bugtong dapit diin kita makabaton niini mao ang bukid uban sa Dios. Aduna pay buluhaton nga pagabuhaton sa pagtuon sa Pulong sa Ginoo sumala sa gipadayag diha sa Iyang kasugoan. Aduna nay daghang walay pagtagad nga pagbasa, apan unsa na ba kadako ang tinuod nga pagtuon? Si Cristo nagpuyo taliwala sa mga tawo ug nagsangyaw sa kalibutan sa mismong mga lagda nianang kasugoan.”</w:t>
      </w:r>
    </w:p>
    <w:p>
      <w:pPr>
        <w:pStyle w:val="ArticleScripture"/>
        <w:jc w:val="left"/>
      </w:pPr>
      <w:r>
        <w:rPr>
          <w:rFonts w:ascii="Times New Roman" w:hAnsi="Times New Roman" w:eastAsia="Times New Roman" w:cs="Times New Roman"/>
        </w:rPr>
        <w:t>“Ang buluhaton sa dili madugay pagapamub-on diha sa pagkamatarung. Kinahanglan nga kita mahimong labi pang makanunayon ug labi pang matinud-anon sa atong mga paningkamot sa pagpadayon niini ngadto sa pagkatuman. Miabut na ang panahon nga kinahanglan dili lamang kita mahimong aktibo, kondili kinahanglan nga atong ituon kana nga kalihokan aron kini mahimong mabungahon. Kon mogugol pa kita ug dugang nga panahon didto sa bukid uban sa Dios, ang atong buluhaton mahimong labi pang epektibo.</w:t>
      </w:r>
    </w:p>
    <w:p>
      <w:pPr>
        <w:pStyle w:val="ArticleScripture"/>
        <w:jc w:val="left"/>
      </w:pPr>
      <w:r>
        <w:rPr>
          <w:rFonts w:ascii="Times New Roman" w:hAnsi="Times New Roman" w:eastAsia="Times New Roman" w:cs="Times New Roman"/>
        </w:rPr>
        <w:t>“Kinahanglan moabut ang labi pang makakombinsing gahum sa atong pagwali. Ang espada sa Espiritu kinahanglan hasaan pag-usab ug ipadala uban sa gahum. Atong itugyan ba ang atong kaugalingon niini ingon sa mga tawo nga anaa sa atubangan nila ang tanang mga kamatuoran sa walay katapusan? Gitinguha nato ang gahum sa Balaang Espiritu aron mopadayon ug motuman sa buluhaton sa Dios dinhi sa yuta.” Australian Union Conference Recorder, Oktubre 1, 1906.</w:t>
      </w:r>
    </w:p>
    <w:p>
      <w:pPr>
        <w:pStyle w:val="ArticleBody"/>
        <w:jc w:val="left"/>
      </w:pPr>
      <w:r>
        <w:rPr>
          <w:rFonts w:ascii="Times New Roman" w:hAnsi="Times New Roman" w:eastAsia="Times New Roman" w:cs="Times New Roman"/>
        </w:rPr>
        <w:t>Didto sa bukid, nga mao usab ang Labing Balaang Dapit, diin ang Pagka-Dios nahidugtong sa atong pagkatawo, ug ang Lucas 21 mao ang mensahe alang sa katapusang kaliwatan, nga pagahatagan sa katapusang pasidaan ngadto sa mga siyudad. Ang pasidaan ngadto sa mga siyudad mao ang usa ka buluhaton nga pagatumanon sa mga manulonda kon kita magdumili sa pag-adto sa bukid ug pagausabon ngadto sa Iyang dagway. Ang buluhaton alang sa mga siyudad, kay ang katapusang kaliwatan nagkinabuhi sa usa ka panahon nga ang “linibo ka mga siyudad” pagalaglagon. Ang profetikanhong yugto sa pagkalaglag sa mga siyudad nagsugod pinaagi sa mga bolang kalayo sa Nashville, ug ang buluhaton sa pagpasidaan nagsugod didto, ug kana nga buluhaton giila diha sa Lucas 21. Sulod sa mga katuigan kita sa makadaghang higayon nagpakita nga ang Lucas 21 usa ka pasidaan mahitungod sa Islam sa ikatulong kaalautan.</w:t>
      </w:r>
    </w:p>
    <w:p>
      <w:pPr>
        <w:pStyle w:val="ArticleBody"/>
        <w:jc w:val="left"/>
      </w:pPr>
      <w:r>
        <w:rPr>
          <w:rFonts w:ascii="Times New Roman" w:hAnsi="Times New Roman" w:eastAsia="Times New Roman" w:cs="Times New Roman"/>
        </w:rPr>
        <w:t>Sa Lucas 21 gisubay ni Jesus ang kasaysayan sugod sa pagsalikway sa karaang Israel ingon nga piniling katawhan sa Dios hangtod sa katapusan sa Mangitngit nga Panahon sa paglutos sa pagka-papa, ug dayon ngadto sa mga timailhan nga nagpasugod sa kasaysayan sa mga Millerite. Ang kasaysayan sa mga Millerite naghulagway sa kasaysayan sa usa ka gatos ug kap-atan ug upat ka libo.</w:t>
      </w:r>
    </w:p>
    <w:p>
      <w:pPr>
        <w:pStyle w:val="ArticleScripture"/>
        <w:jc w:val="left"/>
      </w:pPr>
      <w:r>
        <w:rPr>
          <w:rFonts w:ascii="Times New Roman" w:hAnsi="Times New Roman" w:eastAsia="Times New Roman" w:cs="Times New Roman"/>
        </w:rPr>
        <w:t>Ug sila mangapukan pinaagi sa sulab sa espada, ug pagabihagon ngadto sa tanang mga nasud; ug ang Jerusalem pagatumban sa mga Hentil hangtod matuman ang mga panahon sa mga Hentil. Ug adunay mga timailhan sa adlaw, ug sa bulan, ug sa mga bitoon; ug sa yuta kasakit sa mga nasud, uban sa kalibog; ang dagat ug ang mga balud magangulob; ang mga kasingkasing sa mga tawo mangaluya tungod sa kahadlok, ug sa pagpaabot sa mga butang nga moabut sa yuta; kay ang mga gahum sa kalangitan pagauyogon. Ug unya ilang makita ang Anak sa tawo nga magaabut diha sa usa ka panganod uban sa gahum ug dakung himaya. Lucas 21:24–27.</w:t>
      </w:r>
    </w:p>
    <w:p>
      <w:pPr>
        <w:pStyle w:val="ArticleBody"/>
        <w:jc w:val="left"/>
      </w:pPr>
      <w:r>
        <w:rPr>
          <w:rFonts w:ascii="Times New Roman" w:hAnsi="Times New Roman" w:eastAsia="Times New Roman" w:cs="Times New Roman"/>
        </w:rPr>
        <w:t>Si Juan, sa ikanapulog-usa nga kapitulo sa Pinadayag, nagpaila nga ang 1,260 ka tuig sa pagmando sa pagka-papa sa propesiya gihatag “ngadto sa mga Hentil,” ug gipaila ni Lucas nga sa 1798 natuman ang panahon sa mga Hentil. Unya gihisgotan ni Cristo ang mga ilhanan diha sa adlaw, bulan, ug mga bitoon nga nagtimaan sa kalihokang Millerite, ug nagtapos sa, “kaguol sa mga nasud, uban ang kalibog; ang dagat ug ang mga balod naga-ngulob; Ang mga kasingkasing sa mga tawo nagakaluya tungod sa kahadlok, ug tungod sa pagpaabut niadtong mga butanga nga moabut sa yuta.” Ang “kaguol sa mga nasud” diha sa Lucas mao ang “kapungot sa mga nasud” diha sa Pinadayag.</w:t>
      </w:r>
    </w:p>
    <w:p>
      <w:pPr>
        <w:pStyle w:val="ArticleScripture"/>
        <w:jc w:val="left"/>
      </w:pPr>
      <w:r>
        <w:rPr>
          <w:rFonts w:ascii="Times New Roman" w:hAnsi="Times New Roman" w:eastAsia="Times New Roman" w:cs="Times New Roman"/>
        </w:rPr>
        <w:t>Ug ang mga nasod nasuko, ug miabot ang imong kapungot, ug ang panahon sa mga patay, aron sila pagahukman, ug aron ihatag mo ang ganti sa imong mga alagad nga mga propeta, ug sa mga balaan, ug kanila nga nangahadlok sa imong ngalan, gagmay ug dagko; ug aron laglagon mo sila nga naglaglag sa yuta. Pinadayag 11:18.</w:t>
      </w:r>
    </w:p>
    <w:p>
      <w:pPr>
        <w:pStyle w:val="ArticleBody"/>
        <w:jc w:val="left"/>
      </w:pPr>
      <w:r>
        <w:rPr>
          <w:rFonts w:ascii="Times New Roman" w:hAnsi="Times New Roman" w:eastAsia="Times New Roman" w:cs="Times New Roman"/>
        </w:rPr>
        <w:t>Ang “kapungot” sa Dios makita diha sa pito ka ulahing mga hampak, ug magsugod kini sa dihang motindog si Miguel ug matapos ang panahon sa pagsulay sa tawo. Ang pagkasuko sa mga nasod maoy usa ka yugto nga modala ngadto sa pagtapos sa panahon sa pagsulay. Ang pagkasuko sa mga nasod nagsugod sa 9/11, sa dihang miabot ang Islam sa ikatulong kaalaotan, sa ingon nagtimaan sa pag-abot sa ulahing ulan.</w:t>
      </w:r>
    </w:p>
    <w:p>
      <w:pPr>
        <w:pStyle w:val="ArticleScripture"/>
        <w:jc w:val="left"/>
      </w:pPr>
      <w:r>
        <w:rPr>
          <w:rFonts w:ascii="Times New Roman" w:hAnsi="Times New Roman" w:eastAsia="Times New Roman" w:cs="Times New Roman"/>
        </w:rPr>
        <w:t>“Nakita ko nga ang kasuko sa mga nasod, ang kapungot sa Dios, ug ang panahon sa paghukom sa mga patay lahi ug tin-aw nga managlahing mga hitabo, nga ang usa mosunod sa usa; nakita ko usab nga si Michael wala pa motindog, ug nga ang panahon sa kagul-anan, nga sama niini wala gayud sukad mahitabo, wala pa magsugod. Ang mga nasod karon nagakasuko, apan inigkahuman sa atong Labawng Sacerdote sa Iyang buluhaton didto sa santuwaryo, motindog Siya, magsul-ob sa mga bisti sa panimalos, ug unya igabubo ang pito ka ulahing mga hampak.”</w:t>
      </w:r>
    </w:p>
    <w:p>
      <w:pPr>
        <w:pStyle w:val="ArticleScripture"/>
        <w:jc w:val="left"/>
      </w:pPr>
      <w:r>
        <w:rPr>
          <w:rFonts w:ascii="Times New Roman" w:hAnsi="Times New Roman" w:eastAsia="Times New Roman" w:cs="Times New Roman"/>
        </w:rPr>
        <w:t>“Nakita ko nga ang upat ka mga manulonda magapugong sa upat ka mga hangin hangtod nga mahuman ang buluhaton ni Jesus diha sa santuwaryo, ug unya moabut ang pito ka ulahing mga hampak.” Early Writings, 36.</w:t>
      </w:r>
    </w:p>
    <w:p>
      <w:pPr>
        <w:pStyle w:val="ArticleBody"/>
        <w:jc w:val="left"/>
      </w:pPr>
      <w:r>
        <w:rPr>
          <w:rFonts w:ascii="Times New Roman" w:hAnsi="Times New Roman" w:eastAsia="Times New Roman" w:cs="Times New Roman"/>
        </w:rPr>
        <w:t>Sa kasaysayan sa mga Millerite, ang pagpasuko sa kasuko sa mga nasod, o sumala sa pagrekord ni Lucas, “ang kaguol sa mga nasod,” natuman pinaagi sa Islam.</w:t>
      </w:r>
    </w:p>
    <w:p>
      <w:pPr>
        <w:pStyle w:val="ArticleScripture"/>
        <w:jc w:val="left"/>
      </w:pPr>
      <w:r>
        <w:rPr>
          <w:rFonts w:ascii="Times New Roman" w:hAnsi="Times New Roman" w:eastAsia="Times New Roman" w:cs="Times New Roman"/>
        </w:rPr>
        <w:t>“Niadtong 1838 ang Turkey nalambigit sa gubat batok sa Ehipto. Ang mga Ehipsiyo daw anaa na sa dalan sa pagpukan sa gahum sa Turkey. Aron mapugngan kini, ang upat ka dagkong gahum sa Uropa, ang Inglatera, Rusya, Austria, ug Prussia, nanghilabot aron suportahan ang kagamhanan sa Turkey.” Uriah Smith, Synopsis of Present Truth, 218.</w:t>
      </w:r>
    </w:p>
    <w:p>
      <w:pPr>
        <w:pStyle w:val="ArticleBody"/>
        <w:jc w:val="left"/>
      </w:pPr>
      <w:r>
        <w:rPr>
          <w:rFonts w:ascii="Times New Roman" w:hAnsi="Times New Roman" w:eastAsia="Times New Roman" w:cs="Times New Roman"/>
        </w:rPr>
        <w:t>Niadtong 1838, ang gitawag nga “sidlakang pangutana” nag-uy-og sa mga nasud, ug ang “sidlakang pangutana” mao ang Islam, ang biblikanhong hangin sa sidlakan. Sa kasaysayan sa mga Millerite, ang mga nasud giuyog sa Islam ug unya ang Ginoo mianhi diha sa mga panganod ngadto sa Labing Balaan nga Dapit, sa ingon nagatipo sa dihang ang Ginoo moanhi diha sa mga panganod sa Iyang Ikaduhang Pag-anhi. Sa dili pa ang Iyang pag-anhi diha sa mga panganod, ang Islam nagapasubo sa mga nasud, ug mao kini ang mensahe nga gihatag kang Pedro aron imantala ngadto sa mga siyudad sa wala pa ang pagkalaglag sa “linibo ka mga siyudad.” Ang panahon sa pagkalaglag sa mga siyudad nagsugod pinaagi sa mga bolang kalayo sa Nashville.</w:t>
      </w:r>
    </w:p>
    <w:p>
      <w:pPr>
        <w:pStyle w:val="ArticleScripture"/>
        <w:jc w:val="left"/>
      </w:pPr>
      <w:r>
        <w:rPr>
          <w:rFonts w:ascii="Times New Roman" w:hAnsi="Times New Roman" w:eastAsia="Times New Roman" w:cs="Times New Roman"/>
        </w:rPr>
        <w:t>“O, hinaut unta nga ang katawohan sa Dios adunay pagbati sa nagkaduol nga pagkalaglag sa linibo ka mga siyudad, nga karon hapit na ikahatag ngadto sa pagsimba sa mga diosdios! Apan daghan niadtong angay unta nga nagamantala sa kamatuoran mao hinuon ang nagasumbong ug nagahukom sa ilang mga igsoon. Sa diha nga ang makakabig nga gahum sa Dios moabot sa mga hunahuna, adunay mahukmanong kausaban. Ang mga tawo wala nay tinguha sa pagpanghimaraut ug pagguba. Dili sila mobarog sa usa ka kahimtang nga makababag sa kahayag sa pagsidlak ngadto sa kalibutan. Ang ilang pagpanaway, ang ilang pagsumbong, mohunong. Ang mga gahum sa kaaway nagakatigom alang sa gubat. Malisod nga mga panagbangi ania sa atong atubangan. Maghiusa kamo, akong mga igsoon nga lalaki ug mga igsoon nga babaye, maghiusa kamo. Hugti ang inyong pagpakig-usa kang Cristo. ‘Ayaw ninyo pag-ingna, Usa ka pagpakigsaad,... ni mahadlok kamo sa ilang gikahadlokan, ni mangalisang. Balaana ang Ginoo sa mga panon sa iyang kaugalingon; ug siya mao ang inyong kahadlokan, ug siya mao ang inyong kalisang. Ug siya mahimong usa ka balaang puluy-anan; apan usa ka bato nga kapangdolan ug usa ka bato sa kapangdolan alang sa duruha ka mga balay sa Israel, usa ka lit-ag ug usa ka paak alang sa mga pumoluyo sa Jerusalem. Ug daghan kanila ang mapandol, ug mangapukan, ug mangabali, ug malit-ag, ug madakpan.’”</w:t>
      </w:r>
    </w:p>
    <w:p>
      <w:pPr>
        <w:pStyle w:val="ArticleScripture"/>
        <w:jc w:val="left"/>
      </w:pPr>
      <w:r>
        <w:rPr>
          <w:rFonts w:ascii="Times New Roman" w:hAnsi="Times New Roman" w:eastAsia="Times New Roman" w:cs="Times New Roman"/>
        </w:rPr>
        <w:t>“Ang kalibotan usa ka teatro. Ang mga artista, nga mao ang mga pumoluyo niini, nangandam sa pagtuman sa ilang bahin sa katapusang dakong drama. Ang Dios wala na mahunahuna. Sa dagkong panon sa katawhan walay panaghiusa, gawas lamang kon ang mga tawo maghimo ug pakigsaad aron matuman ang ilang hakog nga mga tuyo. Ang Dios nagatan-aw. Ang Iyang mga tuyo mahitungod sa Iyang masinupakon nga mga sakop matuman gayud. Ang kalibotan wala itugyan ngadto sa mga kamot sa mga tawo, bisan pa nga ang Dios nagtugot nga ang mga elemento sa kalibog ug kagubot maghari sa makadiyot. Usa ka gahum gikan sa ubos nagabuhat aron mapatuman ang katapusang dagkong mga talan-awon sa drama,—si Satanas moanhi ingon nga si Cristo, ug magabuhat uban ang tanang paglimbong sa pagkadili-matarung diha niadtong nagabugkos sa ilang kaugalingon sa tinagong mga katilingban. Kadtong nagatugyan sa ilang kaugalingon ngadto sa pagbati sa pakigsaad nagapatuman sa mga laraw sa kaaway. Ang hinungdan pagasundan sa sangputanan.”</w:t>
      </w:r>
    </w:p>
    <w:p>
      <w:pPr>
        <w:pStyle w:val="ArticleScripture"/>
        <w:jc w:val="left"/>
      </w:pPr>
      <w:r>
        <w:rPr>
          <w:rFonts w:ascii="Times New Roman" w:hAnsi="Times New Roman" w:eastAsia="Times New Roman" w:cs="Times New Roman"/>
        </w:rPr>
        <w:t>“Ang kalapasan hapit na moabot sa iyang kinatumyan. Ang kalibog mipuno sa kalibotan, ug usa ka dakong kalisang sa dili madugay moabut ibabaw sa mga tawo. Ang katapusan haduol na kaayo. Kita nga nasayod sa kamatuoran kinahanglan mangandam alang sa mahitabo sa dili madugay sa kalibotan ingon nga usa ka hilabihang makalilisang nga katingala.” Review and Herald, September 10, 1903.</w:t>
      </w:r>
    </w:p>
    <w:p>
      <w:pPr>
        <w:pStyle w:val="ArticleBody"/>
        <w:jc w:val="left"/>
      </w:pPr>
      <w:r>
        <w:rPr>
          <w:rFonts w:ascii="Times New Roman" w:hAnsi="Times New Roman" w:eastAsia="Times New Roman" w:cs="Times New Roman"/>
        </w:rPr>
        <w:t>Ang “mga elemento sa kalibog ug kagubot” ginamugna ingon nga bunga sa sistema nga giila ni Sister White nga “higher education,” nga iya usab nga giila nga “the mystery of iniquity.” Ang templo nga Parthenon sa Nashville mao ang simbolo sa bakak nga edukasyon nga karon nagapamunga sa “kalibog ug kagubot” nga adunay “sway for a season.” Ang mga fireball sa Nashville gidala sa Islam ug kini nagrepresentar sa paghukom sa Dios ibabaw sa “tree of the knowledge of good and evil.” Sa dihang maigo ang Nashville, magsugod ang mubo nga panahon sa pagmantala sa midnight cry ug modala ngadto sa Sunday law, diin ang dautang “confederacy” ni Isaias mohimo sa iyang katapusang lihok samtang ang kalibotan pugson sa pagdawat sa one-world government nga giila ingon nga image of the beast sa Revelation thirteen. Ang pag-ila ni Isaias sa dautang confederacy nagahiuyon sa pagpatik sa usa ka gatus kap-atan ug upat ka libo.</w:t>
      </w:r>
    </w:p>
    <w:p>
      <w:pPr>
        <w:pStyle w:val="ArticleScripture"/>
        <w:jc w:val="left"/>
      </w:pPr>
      <w:r>
        <w:rPr>
          <w:rFonts w:ascii="Times New Roman" w:hAnsi="Times New Roman" w:eastAsia="Times New Roman" w:cs="Times New Roman"/>
        </w:rPr>
        <w:t>Ayaw kamo magaingon, Usa ka panagkunsabo, mahitungod sa tanan nga pagaingnon niining katawhan, Usa ka panagkunsabo; ni mahadlok kamo sa ilang gikahadlokan, ni mangalisang kamo. Balaana ang Ginoo sa mga panon mismo; ug siya mao unta ang inyong kahadlokan, ug siya mao unta ang inyong kalisang. Ug siya mahimong usa ka balaang puluy-anan; apan usa ka bato nga kapangdulan ug usa ka pangpang nga kapangdulan sa duruha ka panimalay sa Israel, usa ka lit-ag ug usa ka pukot alang sa mga pumoluyo sa Jerusalem. Ug daghan kanila ang manghagdong, ug mangapukan, ug mangabali, ug mahisakop sa lit-ag, ug madakpan.</w:t>
      </w:r>
    </w:p>
    <w:p>
      <w:pPr>
        <w:pStyle w:val="ArticleScripture"/>
        <w:jc w:val="left"/>
      </w:pPr>
      <w:r>
        <w:rPr>
          <w:rFonts w:ascii="Times New Roman" w:hAnsi="Times New Roman" w:eastAsia="Times New Roman" w:cs="Times New Roman"/>
        </w:rPr>
        <w:t>Hugti ang pagpamatuod, timrihi ang balaod taliwala sa akong mga tinun-an. Ug ako magahulat sa Ginoo, nga nagtago sa iyang nawong gikan sa banay ni Jacob, ug ako magasalig sa pagpaabot kaniya. Ania karon, ako ug ang mga anak nga gihatag sa Ginoo kanako maoy mga ilhanan ug mga katingalahan sa Israel gikan sa Ginoo sa mga panon, nga nagapuyo sa bukid sa Zion. Ug sa diha nga sila moingon kaninyo, Pangitaa ninyo sila nga may mga espiritung pamilyar, ug ang mga salamangkiro nga magasinggit sa hinay ug magabulong: dili ba ang usa ka katawhan kinahanglan mangita sa ilang Dios? alang ba sa mga buhi ngadto sa mga patay? Ngadto sa balaod ug sa pagpamatuod: kon sila dili mosulti sumala niining pulonga, tungod kini kay walay kahayag diha kanila. Isaias 8:12–20.</w:t>
      </w:r>
    </w:p>
    <w:p>
      <w:pPr>
        <w:pStyle w:val="ArticleBody"/>
        <w:jc w:val="left"/>
      </w:pPr>
      <w:r>
        <w:rPr>
          <w:rFonts w:ascii="Times New Roman" w:hAnsi="Times New Roman" w:eastAsia="Times New Roman" w:cs="Times New Roman"/>
        </w:rPr>
        <w:t>Ang pahayag gikan kang Sister White nagtimaan nga ang usa ka panahon sa “kalibog ug kasamok” modala ngadto sa “pag-anhi ni Satanas ingon nga si Cristo.” Si Satanas motungha nga nagapakaaron-ingnon nga si Cristo sa panahon sa balaod sa Dominggo.</w:t>
      </w:r>
    </w:p>
    <w:p>
      <w:pPr>
        <w:pStyle w:val="ArticleScripture"/>
        <w:jc w:val="left"/>
      </w:pPr>
      <w:r>
        <w:rPr>
          <w:rFonts w:ascii="Times New Roman" w:hAnsi="Times New Roman" w:eastAsia="Times New Roman" w:cs="Times New Roman"/>
        </w:rPr>
        <w:t>“Pinaagi sa sugo nga nagpatuman sa pagkatukod sa Kapapahan nga supak sa balaod sa Dios, ang atong nasud mobulag sa iyang kaugalingon sa hingpit gikan sa pagkamatarong. Sa dihang ang Protestantisismo moabot sa pag-unat sa iyang kamot tabok sa bung-aw aron kuptan ang kamot sa gahum sa Roma, sa dihang moabot siya tabok sa kahiladman aron makiglamano sa Espiritwalismo, sa dihang, ubos sa impluwensiya niining tulo ka pilo nga panaghiusa, ang atong nasud mosalikway sa matag prinsipyo sa iyang Konstitusyon ingon nga usa ka Protestante ug republikano nga pangagamhanan, ug mohimo ug mga kahikayan alang sa pagpakatap sa mga kabakakan ug mga limbong sa kapapahan, nan atong mahibaloan nga miabut na ang panahon alang sa kahibulongang pagbuhat ni Satanas ug nga haduol na ang katapusan.” Testimonies, tomo 5, 451.</w:t>
      </w:r>
    </w:p>
    <w:p>
      <w:pPr>
        <w:pStyle w:val="ArticleBody"/>
        <w:jc w:val="left"/>
      </w:pPr>
      <w:r>
        <w:rPr>
          <w:rFonts w:ascii="Times New Roman" w:hAnsi="Times New Roman" w:eastAsia="Times New Roman" w:cs="Times New Roman"/>
        </w:rPr>
        <w:t>Ang kapanahonan sa “kalibog ug kalisang” mahitabo sa pag-andam paingon sa balaod sa Domingo. Sa wala pa dayon ang balaod sa Domingo, sa panahon nga gihulagway sa camp meeting sa Exeter ug sa napulo ka adlaw sa taas nga lawak sa wala pa ang Pentecostes, ang usa ka gatus ug kap-atan ug upat ka libo kinahanglan nga “magpundok pag-ayo, akong mga igsoon nga lalaki ug mga igsoon nga babaye, … maghiusa kang Cristo.” Ang pagpatik mahitabo sa wala pa ang balaod sa Domingo, ug sa maong kasaysayan nagsugod ang daotang panaghiusa sa iyang katapusang buluhaton sa pagtukod ug usa ka pangkalibotang kagamhanan.</w:t>
      </w:r>
    </w:p>
    <w:p>
      <w:pPr>
        <w:pStyle w:val="ArticleBody"/>
        <w:jc w:val="left"/>
      </w:pPr>
      <w:r>
        <w:rPr>
          <w:rFonts w:ascii="Times New Roman" w:hAnsi="Times New Roman" w:eastAsia="Times New Roman" w:cs="Times New Roman"/>
        </w:rPr>
        <w:t>Sa panahon sa pagtimri si Cristo mahimong usa ka santuwaryo alang sa mga matarong, apan usa ka bato nga kapangdulan alang sa mga daotan. Siya mahimong “usa ka lit-ag ug usa ka silo alang sa mga lumulupyo sa Jerusalem,” nga mao ang “daghan” nga nangapukan, apan alang sa pipila nga mga tinimrihan “Siya” mahimong ilang “kahadlok.”</w:t>
      </w:r>
    </w:p>
    <w:p>
      <w:pPr>
        <w:pStyle w:val="ArticleBody"/>
        <w:jc w:val="left"/>
      </w:pPr>
      <w:r>
        <w:rPr>
          <w:rFonts w:ascii="Times New Roman" w:hAnsi="Times New Roman" w:eastAsia="Times New Roman" w:cs="Times New Roman"/>
        </w:rPr>
        <w:t>Ang “kahadlok” sa Dios mao ang nakulang kang Eva, ug kadtong may kahadlok sa Dios nanag-iya ug lahi nga matang sa kahadlok kay sa kahadlok nga modangat sa daghan nga mapandol. Kining duha ka matang sa kahadlok nagtimaan niadtong makapasar ug niadtong mapakyas sa proseso sa pagsulay. Kadtong makapasar ginatatakan, ug kadtong dili girepresentahan sa numero nga lima, kay sila “mapandol, ug mangapukan, ug madugmok, ug mabitik, ug madakpan.” Ang panahon sa pagtatak nga gihulagway nga mahitabo sa wala pa ang balaod sa Domingo, sa diha nga adunay panahon sa kalibog ug kagubot, mao ang panahon nga matuman ang sambingay sa napulo ka ulay.</w:t>
      </w:r>
    </w:p>
    <w:p>
      <w:pPr>
        <w:pStyle w:val="ArticleBody"/>
        <w:jc w:val="left"/>
      </w:pPr>
      <w:r>
        <w:rPr>
          <w:rFonts w:ascii="Times New Roman" w:hAnsi="Times New Roman" w:eastAsia="Times New Roman" w:cs="Times New Roman"/>
        </w:rPr>
        <w:t>Ang diyutay nga mga tinimrihan, sukwahi sa daghan nga nanghipangdol, mao kadtong “naghulat” sa Ginoo, sa ingon nagaila sa manggialamon nga mga ulay nga “naghulat.” Anaa usab ang usa ka binalaan ug dili-binalaan nga profetikanhong paghulat sulod sa duha ka pundok sa mga ulay, nga nagatugbang sa duha ka matang sa kahadlok.</w:t>
      </w:r>
    </w:p>
    <w:p>
      <w:pPr>
        <w:pStyle w:val="ArticleScripture"/>
        <w:jc w:val="left"/>
      </w:pPr>
      <w:r>
        <w:rPr>
          <w:rFonts w:ascii="Times New Roman" w:hAnsi="Times New Roman" w:eastAsia="Times New Roman" w:cs="Times New Roman"/>
        </w:rPr>
        <w:t>“‘Samtang nalangan ang pamanhonon, silang tanan giduka ug nangatulog.’ Pinaagi sa paglangan sa pamanhonon gilarawan ang paglabay sa panahon diin gipaabot ang Ginoo, ang kapakyasan sa paglaum, ug ang daw paglangan. Niining panahona sa kawalay-kasigurohan, ang interes sa mga mabaw ug kinasingkasing lamang sa tunga sa dalan sa dili madugay nagsugod sa pagkahuyang, ug ang ilang mga paningkamot mikunhod; apan kadtong kansang pagtoo natukod ibabaw sa personal nga kahibalo sa Biblia may bato sa ilalom sa ilang mga tiil, nga dili mahugasan sa mga balod sa kapakyasan sa paglaum. ‘Silang tanan giduka ug nangatulog;’ ang usa ka pundok diha sa kawalay-pagtagad ug sa pagbiya sa ilang pagtoo, ang laing pundok mapailubon nga naghulat hangtod nga igahatag ang mas tin-aw nga kahayag. Apan sa gabii sa pagsulay ang ulahi daw nakabsan, sa usa ka sukod, sa ilang kainit ug pagkamainampoon. Ang mga kinasingkasing lamang sa tunga sa dalan ug ang mga mabaw dili na makasandig sa pagtoo sa ilang mga igsoon. Ang matag-usa kinahanglan motindog o mapukan alang sa iyang kaugalingon.” The Great Controversy, 395.</w:t>
      </w:r>
    </w:p>
    <w:p>
      <w:pPr>
        <w:pStyle w:val="ArticleBody"/>
        <w:jc w:val="left"/>
      </w:pPr>
      <w:r>
        <w:rPr>
          <w:rFonts w:ascii="Times New Roman" w:hAnsi="Times New Roman" w:eastAsia="Times New Roman" w:cs="Times New Roman"/>
        </w:rPr>
        <w:t>Kadtong mga nagahulat sa usa ka gibalaan nga paagi kinahanglan mahimong “mga timaan ug mga katingalahan” samtang sila ipataas ingon nga usa ka bandila ngadto sa kalibotan sa balaod sa Domingo, sa dihang ang isyu sa kahoy sa kahibalo sa maayo ug sa daotan nagrepresentar sa kahibalo niadtong “mga adunay mga espiritung pamilyar, ug sa mga salamangkero nga nagapanilip ug nagamulong sa hinay” ug sa kahibalo nga gipaila pinaagi sa “sa Kasugoan ug sa Pagpamatuod.” Mao kini ang mao gihapong pagsulay sama sa alang kang Eva ug kang Adan. Modawat ba kita og edukasyon nga ang kamatuoran gisagolan ug gitimplahan sa kasaypanan, o motindog ba kita ibabaw sa usa ka “mao kini ang giingon sa Ginoo,” kay kon sila dili mosulti sumala niining Pulonga, tungod kini kay walay kahayag diha kanila. Ang tinuod ug bakak nga edukasyon maoy usa ka nag-unang laray sa kamatuoran sa dakong panagbangi tali kang Cristo ug kang Satanas. Ang Nashville mao ang simbolo sa pagsukol batok sa Pulong sa Dios, ingon ka sigurado nga ang Sodoma simbolo sa kahilayan, ug nga ang New York simbolo sa gahum pang-ekonomiya sa Tinipong Bansa sa Amerika ug ang Pentagon simbolo sa kusog militar niini.</w:t>
      </w:r>
    </w:p>
    <w:p>
      <w:pPr>
        <w:pStyle w:val="ArticleBody"/>
        <w:jc w:val="left"/>
      </w:pPr>
      <w:r>
        <w:rPr>
          <w:rFonts w:ascii="Times New Roman" w:hAnsi="Times New Roman" w:eastAsia="Times New Roman" w:cs="Times New Roman"/>
        </w:rPr>
        <w:t>Si Pedro nagbarog diha sa ganghaan sa mga bolang kalayo sa Nashville, sa Panium ug sa bukid, nga nagrepresentar sa pagsulay sa templo. Giila niya nga ang Laodicean nga Seventh-day Adventism haduol nang badlungon ug pakaulawan sa diha nga mahulog ang mga bolang kalayo, ug nga ang Nashville, ang Tinipong Bansa sa Amerika ug ang kalibutan kinahanglan pasidan-an. Ang mensahe sa Islam nagpamatuod sa mga mensahero maingon nga ang kalayo nga nahulog sa Carmel nagpamatuod nga si Elias mao ang matuod nga propeta. Apan ang pasidaan ngadto sa Nashville dili lamang ang Islam sa ikatulong kaalautan, labi na gani kung unsang matang sa mga hinagiban ang gigamit sa kalit nga pag-atake. Ang mensahe sa pasidaan kinahanglan magpaila kon ngano nga gitugotan ang Islam sa pagdala sa paghukom, usa ka paghukom nga nagsugod sa usa ka yugto diin linibo ka mga siyudad ang pagalaglagon. Ang pag-ila daan nga ang Islam magmugna ug usa ka kalit nga pag-atake batok sa Nashville, magpamatuod sa mga mensahero, apan kulang kana nga pasidaan kon mao ra kana ang mahimo niini.</w:t>
      </w:r>
    </w:p>
    <w:p>
      <w:pPr>
        <w:pStyle w:val="ArticleBody"/>
        <w:jc w:val="left"/>
      </w:pPr>
      <w:r>
        <w:rPr>
          <w:rFonts w:ascii="Times New Roman" w:hAnsi="Times New Roman" w:eastAsia="Times New Roman" w:cs="Times New Roman"/>
        </w:rPr>
        <w:t>Ang mga nagadilaab nga bola sa Nashville maoy usa ka paghukom sa Dios nga nagsugod sa usa ka mubo nga yugto nga matapos diha sa balaod sa Domingo, nga sama sa sinugdanan sa maong yugto, usa usab ka paghukom sa Dios. Gisultihan daan sa Dios si Adan ug si Eva kon unsa ang pagsulay, ug unsa ang mga sangpotanan kon mapakyas sila sa maong pagsulay. Gipaila ni Sister White ang kamahinungdanon sa pagkaadunay katakos sa pagpangatarungan “gikan sa hinungdan ngadto sa sangpotanan,” ug gipaila sa Biblia nga ang usa ka “tunglo” nga walay “hinungdan” dili moabot.</w:t>
      </w:r>
    </w:p>
    <w:p>
      <w:pPr>
        <w:pStyle w:val="ArticleScripture"/>
        <w:jc w:val="left"/>
      </w:pPr>
      <w:r>
        <w:rPr>
          <w:rFonts w:ascii="Times New Roman" w:hAnsi="Times New Roman" w:eastAsia="Times New Roman" w:cs="Times New Roman"/>
        </w:rPr>
        <w:t>Maingon nga ang langgam sa paglatagaw, maingon nga ang sayaw sa pagpanlupad, sa ingon niana ang tunglo nga walay hinungdan dili moabot. Mga Panultihon 26:2.</w:t>
      </w:r>
    </w:p>
    <w:p>
      <w:pPr>
        <w:pStyle w:val="ArticleBody"/>
        <w:jc w:val="left"/>
      </w:pPr>
      <w:r>
        <w:rPr>
          <w:rFonts w:ascii="Times New Roman" w:hAnsi="Times New Roman" w:eastAsia="Times New Roman" w:cs="Times New Roman"/>
        </w:rPr>
        <w:t>Ang mga bolang-kalayo sa Nashville mao ang “epekto,” ug ang “tunglo” nga moabot. Ang mensahe sa pasidaan kinahanglan maglakip sa “hinungdan.” Ang mensahe ni propeta Jonas dili lamang usa ka pag-ila sa kalaglagan sulod sa kap-atan ka adlaw, kondili nakapamunga kini ug usa ka rebaybal ug repormasyon gikan sa hari ngadto sa tibuok katawhan. Ang giila maoy hinungdan nga ang hari ug ang iyang katawhan mitalikod sa ilang daotang mga dalan. Gisultihan sila ni Jonas mahitungod sa umaabot nga kalaglagan, ug gisultihan usab niya sila nga kini tungod sa ilang malapason ug daotang pamaagi sa kinabuhi.</w:t>
      </w:r>
    </w:p>
    <w:p>
      <w:pPr>
        <w:pStyle w:val="ArticleScripture"/>
        <w:jc w:val="left"/>
      </w:pPr>
      <w:r>
        <w:rPr>
          <w:rFonts w:ascii="Times New Roman" w:hAnsi="Times New Roman" w:eastAsia="Times New Roman" w:cs="Times New Roman"/>
        </w:rPr>
        <w:t>Kay miabut ang pulong ngadto sa hari sa Ninive, ug siya mitindog gikan sa iyang trono, ug iyang gihukas ang iyang bisti gikan kaniya, ug mitabon siya sa sako, ug milingkod sa abo. Ug iyang gipahibalo ug gimantala kini sa tibuok Ninive pinaagi sa sugo sa hari ug sa iyang mga kadagkuan, nga nagaingon: Ayaw tugoti nga ang tawo ni ang mananap, ang panon ni ang kahayopan, makatilaw ug bisan unsa; ayaw sila pakan-a, ni paimna ug tubig; kondili pataboni sa sako ang tawo ug ang mananap, ug pasinggiton sila sa makusog ngadto sa Dios; oo, pabihaa ang matag usa gikan sa iyang dautang dalan, ug gikan sa paglupig nga anaa sa ilang mga kamot. Jonas 3:6–8.</w:t>
      </w:r>
    </w:p>
    <w:p>
      <w:pPr>
        <w:pStyle w:val="ArticleBody"/>
        <w:jc w:val="left"/>
      </w:pPr>
      <w:r>
        <w:rPr>
          <w:rFonts w:ascii="Times New Roman" w:hAnsi="Times New Roman" w:eastAsia="Times New Roman" w:cs="Times New Roman"/>
        </w:rPr>
        <w:t>Ang Islam mao ang usa ka gahom sa trompeta, ug ang pito ka mga trompeta sa Pinadayag otso hangtod onse, ug usab ang kapitulo disisais adunay piho nga mga kinaiyang propetiko. Ang unang upat ka mga trompeta mga paghukom batok sa imperyal nga Roma tungod sa pagpasa sa unang balaod sa Dominggo niadtong 321. Ang misunod nga duha ka mga trompeta mga paghukom batok sa papal nga Roma tungod sa pagpasa sa usa ka balaod sa Dominggo niadtong 538. Ang pito ka mga trompeta sa Pinadayag otso hangtod onse, nagalarawan sa pito ka ulahing mga hampak sa Pinadayag disisais, nga mao ang paghukom sa Dios ibabaw sa katawhan tungod sa pagpatuman sa Dominggo.</w:t>
      </w:r>
    </w:p>
    <w:p>
      <w:pPr>
        <w:pStyle w:val="ArticleBody"/>
        <w:jc w:val="left"/>
      </w:pPr>
      <w:r>
        <w:rPr>
          <w:rFonts w:ascii="Times New Roman" w:hAnsi="Times New Roman" w:eastAsia="Times New Roman" w:cs="Times New Roman"/>
        </w:rPr>
        <w:t>Ang mensahe sa pasidaan sa Nashville kinahanglan magtimaan sa mga lakang nga nagpaingon ngadto sa usa ka balaod sa Domingo, ug pinasikad sa profetikong pagpamatuod, ang paghukom mosunod, ug dili mouna sa hinungdan. Ang paghukom mao ang epekto sa pagpatuman sa Domingo. Ang lima ka mga saksi sa tinagong kasaysayan sa bersikulo kwarenta nga atong ginahisgutan naghatag ug nagkalainlaing mga pagpamatuod, apan dili sama sa mga tawhanong saksi, ang tanang profetikong mga linya nagkahiusa. Ang pag-ila sa mga lakang sa katapusang balaod sa Domingo sa Estados Unidos matuman sa dihang pagahiusahon ni Peter ang pagpamatuod ni Donald Trump aron ipasabut ang epekto sa mga fireballs sa Nashville.</w:t>
      </w:r>
    </w:p>
    <w:p>
      <w:pPr>
        <w:pStyle w:val="ArticleBody"/>
        <w:jc w:val="left"/>
      </w:pPr>
      <w:r>
        <w:rPr>
          <w:rFonts w:ascii="Times New Roman" w:hAnsi="Times New Roman" w:eastAsia="Times New Roman" w:cs="Times New Roman"/>
        </w:rPr>
        <w:t>Ang pasidaan sa Nashville ngadto sa kalibotan mao nga ang Dios nagsugod sa Iyang katapusang paghukom sa mga tawo ug mga nasod nianang taknaa. Unya nagsugod ang usa ka panahon sa paglaglag sa mga siyudad ug sa madali modala ngadto sa balaod sa Domingo diin ang nasodnong apostasya pagasundan sa nasodnong pagkalaglag. Unya moabot si Satanas aron magpakaaron-ingnon nga si Cristo, ug matukod ang daotang panaghiusa sa dihang ang napulo ka mga hari mouyon sa paghatag sa ilang gingharian ngadto sa mga tulisan sa imong katawhan, nga nagatukod sa panan-awon. Ang pasidaan sa Nashville girepresentahan sa kasaysayan nga nag-una sa Nashville, ingon nga girepresentahan ni Donald Trump sa pagporma ug usa ka hulagway ngadto sa mananap. Ang mensahe ni Trump mao ang trompeta sa pasidaan nga nag-una sa mga pungpong sa kalayo sa Nashville.</w:t>
      </w:r>
    </w:p>
    <w:p>
      <w:pPr>
        <w:pStyle w:val="ArticleBody"/>
        <w:jc w:val="left"/>
      </w:pPr>
      <w:r>
        <w:rPr>
          <w:rFonts w:ascii="Times New Roman" w:hAnsi="Times New Roman" w:eastAsia="Times New Roman" w:cs="Times New Roman"/>
        </w:rPr>
        <w:t>Padayonon nato kining mga butanga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Tinagong Kasaysayan sa Bersikulo Kuarenta - Numero Dose</dc:title>
  <dc:subject>Numero Dose</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