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Tinagong Kasaysayan sa Bersikulo Kwarenta - Numero Baynte-Sais</w:t>
      </w:r>
    </w:p>
    <w:p>
      <w:pPr>
        <w:pStyle w:val="ArticleSubtitle"/>
        <w:jc w:val="left"/>
      </w:pPr>
      <w:r>
        <w:rPr>
          <w:rFonts w:ascii="Arial" w:hAnsi="Arial" w:eastAsia="Arial" w:cs="Arial"/>
        </w:rPr>
        <w:t>Ezequiel Numero Siete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2026-08-12</w:t>
      </w:r>
    </w:p>
    <w:p>
      <w:pPr>
        <w:pStyle w:val="ArticleBody"/>
        <w:jc w:val="left"/>
      </w:pPr>
      <w:r>
        <w:rPr>
          <w:rFonts w:ascii="Times New Roman" w:hAnsi="Times New Roman" w:eastAsia="Times New Roman" w:cs="Times New Roman"/>
        </w:rPr>
        <w:t>Ang propetikong linya nga akong giila ingong ‘ang ligid ni Josiah’ nagsugod sa pagrebelde sa karaang Israel sa dihang gisalikway nila ang Dios isip ilang hari niadtong 1097 BC. Ang unang tulo ka mga hari (Saul, David ug Solomon) giila nga naghari sulod sa kap-atan ka tuig, sukad sa 1097 BC hangtod sa 977 BC. Sa kamatayon ni Solomon, ang pagrebelde ni Jeroboam ug sa napulo ka amihanang mga tribo maoy nagtapos sa linya sa unang tulo ka mga hari, ug nagsugod sa usa ka linya sa mga hari diha sa amihanang gingharian ug sa habagatang gingharian.</w:t>
      </w:r>
    </w:p>
    <w:p>
      <w:pPr>
        <w:pStyle w:val="ArticleBody"/>
        <w:jc w:val="left"/>
      </w:pPr>
      <w:r>
        <w:rPr>
          <w:rFonts w:ascii="Times New Roman" w:hAnsi="Times New Roman" w:eastAsia="Times New Roman" w:cs="Times New Roman"/>
        </w:rPr>
        <w:t>Ang unang tulo ka mga hari usa ka simbolo sa daghang mga kamatuoran, apan usa sa mga ligid sa kamatuoran nga ilang nalambigit mao ang katapusang tulo ka mga hari sa Juda—si Jehoiakim, si Jehoiachin, ug si Zedekiah—nga sa ilang bahin nagrepresentar kang Cyrus, Darius, ug Artaxerxes. Si Cyrus, Darius, ug Artaxerxes usab nagrepresentar sa ilang tulo ka mga sugo nga miabot gikan sa 536 BC ngadto sa 457 BC; nga sa ilang bahin nagrepresentar sa tulo ka mga manulonda sa Pinadayag katorse nga moabot sa 1798, Abril 19, 1844, ug Oktubre 22, 1844, matag usa. Ang kasaysayan sa pag-abot sa tulo ka mga manulonda sa Pinadayag katorse gisubli gayud sa matag letra sa panahon sa pagtimri sa usa ka gatus ug kap-atan ug upat ka libo, sa ingon nagpaila nga ang tagnaong linya nga nagsugod sa pagdihog kang Saul ingon nga hari moabot sa iyang katapusan sa dihang ang madaugong iglesia pagadihogan sa haduol-na-kaayong balaod sa Dominggo. Ang maong linya naglakip sa ligid ni Haring Josiah, nga moabot pabalik ngadto sa pagsukol ni Jeroboam sa Bethel ug Dan niadtong 977 BC.</w:t>
      </w:r>
    </w:p>
    <w:p>
      <w:pPr>
        <w:pStyle w:val="ArticleHeading"/>
        <w:jc w:val="left"/>
      </w:pPr>
      <w:r>
        <w:rPr>
          <w:rFonts w:ascii="Arial" w:hAnsi="Arial" w:eastAsia="Arial" w:cs="Arial"/>
        </w:rPr>
        <w:t>Kaluhaag-duha</w:t>
      </w:r>
    </w:p>
    <w:p>
      <w:pPr>
        <w:pStyle w:val="ArticleBody"/>
        <w:jc w:val="left"/>
      </w:pPr>
      <w:r>
        <w:rPr>
          <w:rFonts w:ascii="Times New Roman" w:hAnsi="Times New Roman" w:eastAsia="Times New Roman" w:cs="Times New Roman"/>
        </w:rPr>
        <w:t>Si Jeroboam nagdala sa simbolismo sa baynte-dos, kay siya naghari sulod sa baynte-dos ka tuig, sa ingon gihiusa ang iyang pagpamatuod ngadto sa kasaysayan nga gilarawan sa baynte-dos, nga usa ka simbolo sa panaghiusa sa Pagka-Dios uban sa pagkatawo sa tawo sumala sa gihulagway sa panan-awon ni Daniel mahitungod sa marah sa ikakaluhaan ug duha ka adlaw, ug sa gidaghanon nga duha ka gatus ug baynte, diin ang gidaghanon nga baynte-dos maoy ikapulo niini.</w:t>
      </w:r>
    </w:p>
    <w:p>
      <w:pPr>
        <w:pStyle w:val="ArticleScripture"/>
        <w:jc w:val="left"/>
      </w:pPr>
      <w:r>
        <w:rPr>
          <w:rFonts w:ascii="Times New Roman" w:hAnsi="Times New Roman" w:eastAsia="Times New Roman" w:cs="Times New Roman"/>
        </w:rPr>
        <w:t>Ug ang mga adlaw nga naghari si Jeroboam may kaluhaan ug duha ka tuig; ug siya natulog uban sa iyang mga amahan, ug si Nadab nga iyang anak naghari puli kaniya. 1 Kings 14:20.</w:t>
      </w:r>
    </w:p>
    <w:p>
      <w:pPr>
        <w:pStyle w:val="ArticleBody"/>
        <w:jc w:val="left"/>
      </w:pPr>
      <w:r>
        <w:rPr>
          <w:rFonts w:ascii="Times New Roman" w:hAnsi="Times New Roman" w:eastAsia="Times New Roman" w:cs="Times New Roman"/>
        </w:rPr>
        <w:t>Ang “at-One-Ment,” nga nagrepresentar sa paghiusa sa Pagka-Dios ug pagkatawo, mao ang buluhaton ni Cristo nga nagsugod niadtong Oktubre 22, o sa ikanapulong bulan (Gregorian); ang napulo ka pilo sa baynte dos katumbas sa duha ka gatos ug baynte. Si Jeroboam nagtukod ug peke nga mga halaran sa Bethel ug sa Dan, ug busa simbolo siya sa peke nga pagsimba sa Adlaw nga Domingo diha sa kalambigitan sa paghiusa sa iglesia (Bethel: nagkahulugang iglesia) ug estado (Dan: nagkahulugang paghukom).</w:t>
      </w:r>
    </w:p>
    <w:p>
      <w:pPr>
        <w:pStyle w:val="ArticleScripture"/>
        <w:jc w:val="left"/>
      </w:pPr>
      <w:r>
        <w:rPr>
          <w:rFonts w:ascii="Times New Roman" w:hAnsi="Times New Roman" w:eastAsia="Times New Roman" w:cs="Times New Roman"/>
        </w:rPr>
        <w:t>Unya gitukod ni Jeroboam ang Shechem sa kabungtoran sa Ephraim, ug mipuyo didto; ug migula siya gikan didto, ug gitukod ang Penuel. Ug si Jeroboam miingon sa iyang kasingkasing, Karon mobalik ang gingharian ngadto sa balay ni David: Kon kining katawhan motungas sa paghalad sa mga halad didto sa balay sa Ginoo sa Jerusalem, nan ang kasingkasing niining katawhan mobalik pag-usab ngadto sa ilang ginoo, bisan ngadto kang Rehoboam nga hari sa Juda, ug patyon nila ako, ug mobalik pag-usab ngadto kang Rehoboam nga hari sa Juda. Busa ang hari nagpakitambag, ug naghimo ug duha ka nating vaca nga bulawan, ug miingon kanila, Kapoyan na kaayo kamo sa pagtungas ngadto sa Jerusalem: tan-awa ang imong mga dios, O Israel, nga maoy nagpagula kanimo gikan sa yuta sa Egipto. Ug iyang gibutang ang usa didto sa Bethel, ug ang usa gibutang niya sa Dan. Ug kining butanga nahimong sala: kay ang katawhan miadto sa pagsimba sa atubangan sa usa, bisan hangtod sa Dan. Ug naghimo siya ug usa ka balay sa mga hataas nga dapit, ug naghimo ug mga sacerdote gikan sa labing ubos sa katawhan, nga dili gikan sa mga anak ni Levi. Ug si Jeroboam nagtukod ug usa ka fiesta sa ikawalo nga bulan, sa ikanapulog lima nga adlaw sa bulan, sama sa fiesta nga anaa sa Juda, ug siya mihalad ibabaw sa halaran. Mao usab kini ang iyang gibuhat didto sa Bethel, nga naghalad ngadto sa mga nating vaca nga iyang gihimo; ug iyang gibutang sa Bethel ang mga sacerdote sa mga hataas nga dapit nga iyang gihimo. Busa mihalad siya ibabaw sa halaran nga iyang gihimo sa Bethel sa ikanapulog lima nga adlaw sa ikawalo nga bulan, bisan sa bulan nga iyang gihunahuna sa iyang kaugalingong kasingkasing; ug nagtukod ug usa ka fiesta alang sa mga anak sa Israel: ug mihalad siya ibabaw sa halaran, ug nagsunog ug incienso. 1 Mga Hari 12:25–33.</w:t>
      </w:r>
    </w:p>
    <w:p>
      <w:pPr>
        <w:pStyle w:val="ArticleBody"/>
        <w:jc w:val="left"/>
      </w:pPr>
      <w:r>
        <w:rPr>
          <w:rFonts w:ascii="Times New Roman" w:hAnsi="Times New Roman" w:eastAsia="Times New Roman" w:cs="Times New Roman"/>
        </w:rPr>
        <w:t>Sa batakang kasaysayan sa napulo ka amihanang mga banay, dihay usa ka pagsukol nga gipatin-aw pinaagi sa pagsalikway sa Israel sa Dios ingon nga Hari, ug usab pinaagi sa pagsukol ni Aaron ug sa bulawang nating baka. Ang pagsukol ni Aaron anaa sa batakang kasaysayan sa karaang Israel, ug ang kang Jeroboam anaa sa batakang kasaysayan sa napulo ka amihanang mga banay. “Line upon line” si Aaron, ingon nga labawng pari, nagrepresentar sa iglesia, ug si Jeroboam, ingon nga hari, nagrepresentar sa estado. Kining duha ka batakang mga pagsukol maoy usa ka linya nga naglakip sa batakang pagsukol sa katawohan sa Israel sa ilang pagtinguha ug tawhanong hari.</w:t>
      </w:r>
    </w:p>
    <w:p>
      <w:pPr>
        <w:pStyle w:val="ArticleHeading"/>
        <w:jc w:val="left"/>
      </w:pPr>
      <w:r>
        <w:rPr>
          <w:rFonts w:ascii="Arial" w:hAnsi="Arial" w:eastAsia="Arial" w:cs="Arial"/>
        </w:rPr>
        <w:t>490</w:t>
      </w:r>
    </w:p>
    <w:p>
      <w:pPr>
        <w:pStyle w:val="ArticleBody"/>
        <w:jc w:val="left"/>
      </w:pPr>
      <w:r>
        <w:rPr>
          <w:rFonts w:ascii="Times New Roman" w:hAnsi="Times New Roman" w:eastAsia="Times New Roman" w:cs="Times New Roman"/>
        </w:rPr>
        <w:t>Adunay tulo ka mga yugto nga tag upat ka gatus ug kasiyaman ka tuig sa balaang kasaysayan nga girepresentahan diha sa basahon ni Ezekiel, ug ang usa niini nalambigit sa mga hari, ang usa sa santuwaryo, ug ang usa sa panon. Kining tulo ka mga yugto nagtugbang sa pagrebelde ni Aaron, (ang santuwaryo), ni Saul (ang panon), ug ni Jeroboam (ang hari). Sa tulo ka mga simbolo sa manalagna, saserdote, ug hari, si Haring Saul mao ang giila nga nagapanagna, ug si Aaron mao ang saserdote, ug si Jeroboam mao ang hari.</w:t>
      </w:r>
    </w:p>
    <w:p>
      <w:pPr>
        <w:pStyle w:val="ArticleScripture"/>
        <w:jc w:val="left"/>
      </w:pPr>
      <w:r>
        <w:rPr>
          <w:rFonts w:ascii="Times New Roman" w:hAnsi="Times New Roman" w:eastAsia="Times New Roman" w:cs="Times New Roman"/>
        </w:rPr>
        <w:t>Ug nahitabo nga, sa diha nga ang tanan nga nakaila kaniya kaniadto nakakita nga, ania karon, nagtagna siya uban sa mga manalagna, nan ang katawohan ming-ingon ang usa sa usa, Unsay nahitabo niining anak ni Kish? Si Saul ba usab anaa taliwala sa mga manalagna? Ug usa sa mga tawo niadtong dapita mitubag ug miingon, Apan kinsa ba ang ilang amahan? Busa kini nahimong usa ka sanglitanan, Si Saul ba usab anaa taliwala sa mga manalagna? 1 Samuel 10:11, 12.</w:t>
      </w:r>
    </w:p>
    <w:p>
      <w:pPr>
        <w:pStyle w:val="ArticleBody"/>
        <w:jc w:val="left"/>
      </w:pPr>
      <w:r>
        <w:rPr>
          <w:rFonts w:ascii="Times New Roman" w:hAnsi="Times New Roman" w:eastAsia="Times New Roman" w:cs="Times New Roman"/>
        </w:rPr>
        <w:t>Ang madaugong simbahan naglangkob sa usa ka katloan ka tuig ang panuigon nga manalagna, usa ka katloan ka tuig ang panuigon nga sacerdote, ug usa ka katloan ka tuig ang panuigon nga hari, nga girepresentahan ni Ezekiel nga misugod sa ikakatloan ka tuig, ni Jose nga misugod sa iyang pag-alagad sa ikakatloan ka tuig, ug ni Haring David nga misugod sa paghari sa iyang ikakatloan ka tuig. Ang madaugong simbahan girepresentahan sa katapusang walo ka mga kapitulo sa basahon ni Ezekiel ingon nga templo nga nagapuno sa yuta, ug ang madaugong simbahan mao ang Philadelphia, nga mao ang ikawalong simbahan nga gikan sa pito.</w:t>
      </w:r>
    </w:p>
    <w:p>
      <w:pPr>
        <w:pStyle w:val="ArticleBody"/>
        <w:jc w:val="left"/>
      </w:pPr>
      <w:r>
        <w:rPr>
          <w:rFonts w:ascii="Times New Roman" w:hAnsi="Times New Roman" w:eastAsia="Times New Roman" w:cs="Times New Roman"/>
        </w:rPr>
        <w:t>Ang mahimayaong linya ni Josias nga nagsugod niadtong 977 BC matapos sa haduol na nga balaod sa Domingo. Ang paghinlo ug pagtak-op sa usa ka gatus ug kap-atan ug upat ka libo nga nagsugod niadtong Disyembre 31, 2023, nagsugod sa dihang mikunsad si Miguel aron banhawon ang duha ka mga saksi sa Pinadayag onse. Ang 2023 miabot kaluhaan ug duha ka tuig human sa Septiyembre 11, 2001, maingon nga ang Alien and Sedition Acts sa 1798 miabot kaluhaan ug duha ka tuig human sa Declaration of Independence sa 1776. Ang kaluhaan ug duha ka tuig nga paghari ni Jeroboam nagsugod niadtong 977 BC sa dihang gipadayag ang tagna ni Josias. Niadtong panahona, ang masupilon nga manalagna sa 1 Mga Hari kapitulo trese, mitubag batok sa pagtalikod ni Jeroboam maingon nga si Moises mitubag batok sa pagtalikod ni Aaron, ug si Samuel mitubag batok sa panon nga nangandoy ug hari. Kadtong mga pag-atubang batok sa mga patukorananong pagtalikod nga girepresentahan sa mensahe sa masupilon nga manalagna, ni Moises, ug ni Samuel nagarepresentar sa makusog nga singgit sa ikatulong manulonda sa panahon sa balaod sa Domingo. Kini mao ang mensahe sa pasidaan nga gimantala sa bandila, nga girepresentahan sa kasaysayan ni Jeroboam ingon nga panagna mahitungod kang Josias nga inubanan sa usa ka “ilhanan.”</w:t>
      </w:r>
    </w:p>
    <w:p>
      <w:pPr>
        <w:pStyle w:val="ArticleScripture"/>
        <w:jc w:val="left"/>
      </w:pPr>
      <w:r>
        <w:rPr>
          <w:rFonts w:ascii="Times New Roman" w:hAnsi="Times New Roman" w:eastAsia="Times New Roman" w:cs="Times New Roman"/>
        </w:rPr>
        <w:t>Ug tan-awa, may miabut nga usa ka tawo sa Dios gikan sa Juda pinaagi sa pulong ni Jehova ngadto sa Bethel; ug si Jeroboam nagtindog tupad sa halaran aron sa pagsunog ug incienso. Ug siya misinggit batok sa halaran pinaagi sa pulong ni Jehova, ug miingon, O halaran, halaran, mao kini ang giingon ni Jehova: Tan-awa, may usa ka bata nga matawo ngadto sa balay ni David, si Josias ang iyang ngalan; ug sa ibabaw nimo ihalad niya ang mga sacerdote sa hatag-as nga mga dapit nga nagsunog ug incienso sa ibabaw nimo, ug ang mga bukog sa mga tawo pagasunogon sa ibabaw nimo. Ug siya mihatag ug usa ka ilhanan niadtong maong adlaw, nga nagaingon, Kini mao ang ilhanan nga gisulti ni Jehova: Tan-awa, ang halaran mabuka, ug ang mga abo nga anaa sa ibabaw niini igabubo. Ug nahitabo, sa diha nga ang hari nga si Jeroboam nakadungog sa pulong sa tawo sa Dios, nga misinggit batok sa halaran sa Bethel, nga iyang giyahat ang iyang kamot gikan sa halaran, nga nagaingon, Dakpa siya. Ug ang iyang kamot, nga iyang giyahat batok kaniya, nalaya, mao nga dili na niya kini mabakwi pag-usab ngadto sa iyang kaugalingon.</w:t>
      </w:r>
    </w:p>
    <w:p>
      <w:pPr>
        <w:pStyle w:val="ArticleScripture"/>
        <w:jc w:val="left"/>
      </w:pPr>
      <w:r>
        <w:rPr>
          <w:rFonts w:ascii="Times New Roman" w:hAnsi="Times New Roman" w:eastAsia="Times New Roman" w:cs="Times New Roman"/>
        </w:rPr>
        <w:t>Ug ang halaran nabuka usab, ug ang mga abo naula gikan sa halaran, sumala sa ilhanan nga gihatag sa tawo sa Dios pinaagi sa pulong ni Jehova. Ug ang hari mitubag ug miingon sa tawo sa Dios, Pangamuyo karon sa atubangan ni Jehova nga imong Dios, ug pag-ampo alang kanako, aron ang akong kamot maulian pag-usab. Ug ang tawo sa Dios nangamuyo kang Jehova, ug ang kamot sa hari naulian pag-usab kaniya, ug nahimong sama sa kaniadto. Ug ang hari miingon sa tawo sa Dios, Umuban ka kanako sa balay, ug pahulay, ug hatagan ko ikaw ug ganti. Ug ang tawo sa Dios miingon sa hari, Bisan pa ihatag mo kanako ang katunga sa imong balay, dili ako mouban kanimo, ni mokaon ug tinapay ni moinom ug tubig niining dapita: Kay sa ingon niana ako gisugo pinaagi sa pulong ni Jehova, nga nagaingon, Ayaw pagkaon ug tinapay, ni pag-inom ug tubig, ni pagbalik pinaagi sa samang dalan nga imong giagian sa pag-anhi. Busa miagi siya sa laing dalan, ug wala mobalik sa dalan nga iyang gigamhan sa pag-anhi ngadto sa Bethel. 1 Mga Hari 13:1–10.</w:t>
      </w:r>
    </w:p>
    <w:p>
      <w:pPr>
        <w:pStyle w:val="ArticleBody"/>
        <w:jc w:val="left"/>
      </w:pPr>
      <w:r>
        <w:rPr>
          <w:rFonts w:ascii="Times New Roman" w:hAnsi="Times New Roman" w:eastAsia="Times New Roman" w:cs="Times New Roman"/>
        </w:rPr>
        <w:t>Ang pagdumili sa propeta sa pagkaon uban kang Jeroboam bisan pa sa tanyag nga “ang katunga sa imong balay” nahiuyon sa saad ni Herodes kang Salome sa katunga sa iyang gingharian.</w:t>
      </w:r>
    </w:p>
    <w:p>
      <w:pPr>
        <w:pStyle w:val="ArticleScripture"/>
        <w:jc w:val="left"/>
      </w:pPr>
      <w:r>
        <w:rPr>
          <w:rFonts w:ascii="Times New Roman" w:hAnsi="Times New Roman" w:eastAsia="Times New Roman" w:cs="Times New Roman"/>
        </w:rPr>
        <w:t>Ug sa dihang miabot ang usa ka maayong higayon, nga si Herodes sa iyang adlawng natawhan naghimo ug usa ka panihapon alang sa iyang mga halangdong pangulo, mga punoang kapitan, ug mga pangulong tawo sa Galilea; Ug sa dihang misulod ang anak nga babaye sa maong si Herodias, ug misayaw, ug nakapahimuot kang Herodes ug kanila nga nanaglingkod uban kaniya, ang hari miingon sa dalaga, Pangayoa kanako ang bisan unsa nga imong buot, ug ihatag ko kini kanimo. Ug siya nanumpa kaniya, Bisan unsa ang imong pangayoon kanako, ihatag ko kini kanimo, bisan pa hangtod sa katunga sa akong gingharian. Ug siya migula, ug miingon sa iyang inahan, Unsay akong pangayoon? Ug siya miingon, Ang ulo ni Juan Bautista. Marcos 6:21–24.</w:t>
      </w:r>
    </w:p>
    <w:p>
      <w:pPr>
        <w:pStyle w:val="ArticleBody"/>
        <w:jc w:val="left"/>
      </w:pPr>
      <w:r>
        <w:rPr>
          <w:rFonts w:ascii="Times New Roman" w:hAnsi="Times New Roman" w:eastAsia="Times New Roman" w:cs="Times New Roman"/>
        </w:rPr>
        <w:t>Ang saad ni Herodes nga ihatag ang tunga sa iyang gingharian nahitabo sa adlaw sa iyang pagkatawo. Si Herodes usa ka simbolo sa Roma, ug ang napulo ka mga hari sa Pinadayag disi-siyete gilarawan pinaagi sa napulo ka pilo nga pagkabahin sa Roma diha sa Daniel kapitulo pito, ug sa napulo ka mga tudlo sa tiil sa kapitulo dos. Ang iyang adlawng natawhan gimarkahan sa dihang ang ikaunom nga gingharian pulihan sa ikapito nga gingharian sa balaod sa Domingo, ug niining kahuloga, kini mao ang adlawng natawhan sa United Nations ingon nga ikapito nga gingharian sa tagna sa Biblia. Sa haduol na kaayong pag-abot nga balaod sa Domingo, ang napulo ka mga hari, nga girepresentahan sa napulo ka amihanang mga banay ni Jeroboam, mouyon sa paghatag sa ilang gingharian ngadto sa mapintas nga mananap sulod sa usa ka takna diha sa Pinadayag “disi-siyete”.</w:t>
      </w:r>
    </w:p>
    <w:p>
      <w:pPr>
        <w:pStyle w:val="ArticleScripture"/>
        <w:jc w:val="left"/>
      </w:pPr>
      <w:r>
        <w:rPr>
          <w:rFonts w:ascii="Times New Roman" w:hAnsi="Times New Roman" w:eastAsia="Times New Roman" w:cs="Times New Roman"/>
        </w:rPr>
        <w:t>Kay gibutang sa Dios sa ilang mga kasingkasing ang pagtuman sa iyang kabubut-on, ug ang paghiusa sa usa ka hunahuna, ug ang pagtugyan sa ilang gingharian ngadto sa mananap, hangtod nga matuman ang mga pulong sa Dios. Pinadayag 17:17.</w:t>
      </w:r>
    </w:p>
    <w:p>
      <w:pPr>
        <w:pStyle w:val="ArticleBody"/>
        <w:jc w:val="left"/>
      </w:pPr>
      <w:r>
        <w:rPr>
          <w:rFonts w:ascii="Times New Roman" w:hAnsi="Times New Roman" w:eastAsia="Times New Roman" w:cs="Times New Roman"/>
        </w:rPr>
        <w:t>Sa dili pa nato hisgotan ang propesiya ni Ezekiel sa kapitulo upat, atong ilhon ang napulog-tulo ka higayon nga si Ezekiel mismo direkta nga nagtakda ug petsa. Kining napulog-tulo ka mga timaan sa dalan sa kinatibuk-an nabahin tali sa kalibotan ug sa katawohan sa Dios. Ang kalibotan nga girepresentahan sa Egipto gibutang diha sa usa ka direkta nga petsa sa unom ka higayon, ug ang Tiro gihisgutan sa usa ka higayon, ug sa laing unom ka higayon ang Jerusalem maoy hilisgutan. Ang basahon nagsugod sa 592 BC nga mao ang ikakatloan ka tuig sa ikanapulog-pito nga siklo sa Jubilee, ug ang bersikulo usa sa kapitulo cuarenta sa Ezekiel nagtimaan sa Oktubre 22, 573 BC ingon nga katapusan sa maong siklo. Ang siklo sa Jubilee nagrepresentar sa panahon sa pagpatik sa usa ka gatos ug kap-atan ug upat ka libo gikan sa 9/11 ngadto sa haduol na nga balaod sa Dominggo, nga sa baylo girepresentahan sa usa ka fractal sa maong kasaysayan mismo gikan sa Disyembre 31, 2023 ngadto sa haduol na nga balaod sa Dominggo. Ang duha ka mga yugto gitipohan pinaagi sa Agosto 11, 1840 ngadto sa Oktubre 22, 1844.</w:t>
      </w:r>
    </w:p>
    <w:p>
      <w:pPr>
        <w:pStyle w:val="ArticleBody"/>
        <w:jc w:val="left"/>
      </w:pPr>
      <w:r>
        <w:rPr>
          <w:rFonts w:ascii="Times New Roman" w:hAnsi="Times New Roman" w:eastAsia="Times New Roman" w:cs="Times New Roman"/>
        </w:rPr>
        <w:t>Niadtong Agosto 11, 1840, walay ubos kang Jesu-Cristo mismo ang mikanaug ingon nga gamhanang manulonda sa Pinadayag napulo nga nagdala sa usa ka gamayng basahon nga pagakuhaan ug pagakan-on sa katawhan sa Dios. Ang maong manulonda mikanaug pag-usab sa 9/11 aron timailhanan ang pagsugod sa panahon sa pagpatik. Ang maong manulonda mikanaug usab niadtong Disyembre 31, 2023 aron banhawon ang duha ka mga saksi nga gipamatay didto sa dalan sa maong dakong siyudad sa Sodoma ug Ehipto, diin usab gilansang sa krus ang Ginoo. Ang maong pagkanaog maoy nagtimaan sa panapos nga yugto sa panahon sa pagpatik. Sulod sa paktal nga yugto gikan sa Disyembre 31, 2023 ngadto sa balaod sa Dominggo, si Ezekiel nga sacerdote gihatagan ug usa ka panan-awon sa templo sa langit. Nianang panahona, siya gihimong amang ug mosulti lamang sa dihang ang Dios magsugo kaniya sa pagbuhat niini. Ang iyang kahimtang magapadayon hangtod sa haduol na nga balaod sa Dominggo, nga gihulagway pinaagi sa pagkalaglag sa Jerusalem.</w:t>
      </w:r>
    </w:p>
    <w:p>
      <w:pPr>
        <w:pStyle w:val="ArticleBody"/>
        <w:jc w:val="left"/>
      </w:pPr>
      <w:r>
        <w:rPr>
          <w:rFonts w:ascii="Times New Roman" w:hAnsi="Times New Roman" w:eastAsia="Times New Roman" w:cs="Times New Roman"/>
        </w:rPr>
        <w:t>Sama kang Juan, si Ezequiel gisugoan sa pagkuha sa basahon nga diha sa kamot sa manulonda nga nanaug sa Pinadayag 10, ug gisultihan usab sa pagkaon sa basahon sa pagminatay, pagbangotan, ug kaalautan.</w:t>
      </w:r>
    </w:p>
    <w:p>
      <w:pPr>
        <w:pStyle w:val="ArticleScripture"/>
        <w:jc w:val="left"/>
      </w:pPr>
      <w:r>
        <w:rPr>
          <w:rFonts w:ascii="Times New Roman" w:hAnsi="Times New Roman" w:eastAsia="Times New Roman" w:cs="Times New Roman"/>
        </w:rPr>
        <w:t>Apan, anak sa tawo, pamatia ang akong gisulti kanimo; ayaw pagmasupilon sama niadtong masupilon nga balay: bukha ang imong baba, ug kaona ang akong ihatag kanimo. Ug sa dihang mitan-aw ako, ania karon, may usa ka kamot nga gituy-od nganhi kanako; ug, tan-awa, diha niini ang usa ka linukot nga basahon; Ug kini gibuklad niya sa akong atubangan; ug kini nasulatan sulod ug gawas: ug diha niini nahisulat ang mga pagminatay, ug pagbangotan, ug kaalaut. Ezekiel 2:8–10.</w:t>
      </w:r>
    </w:p>
    <w:p>
      <w:pPr>
        <w:pStyle w:val="ArticleBody"/>
        <w:jc w:val="left"/>
      </w:pPr>
      <w:r>
        <w:rPr>
          <w:rFonts w:ascii="Times New Roman" w:hAnsi="Times New Roman" w:eastAsia="Times New Roman" w:cs="Times New Roman"/>
        </w:rPr>
        <w:t>Ang mensahe gihulagway ingon nga usa ka tulo-ka-bahin nga mensahe, busa nagtimaan sa mensahe sa tulo ka mga manulonda sa Pinadayag katorse. Busa, kini mao ang mensahe sa pagpatik sa ikatulong manulonda nga nagpatik niadtong anaa sulod sa Jerusalem nga nagminatay ug nagbalata tungod sa sala sa iglesia ug sa yuta, sumala sa gihulagway diha sa ikasiyam nga kapitulo sa Ezekiel ug sa ikapito nga kapitulo sa Pinadayag.</w:t>
      </w:r>
    </w:p>
    <w:p>
      <w:pPr>
        <w:pStyle w:val="ArticleScripture"/>
        <w:jc w:val="left"/>
      </w:pPr>
      <w:r>
        <w:rPr>
          <w:rFonts w:ascii="Times New Roman" w:hAnsi="Times New Roman" w:eastAsia="Times New Roman" w:cs="Times New Roman"/>
        </w:rPr>
        <w:t>Ug ang himaya sa Dios sa Israel mitungas gikan sa querubin, diin kini didto, paingon sa ganghaan sa balay. Ug gitawag Niya ang tawo nga sinul-oban ug lino, nga may sudlanan sa tinta sa magsusulat sa iyang kiliran; ug ang Ginoo miingon kaniya, Lakaw latas sa taliwala sa siyudad, latas sa taliwala sa Jerusalem, ug butangi ug timaan ang mga agtang sa mga tawo nga nagapanghupaw ug nagatiyabaw tungod sa tanang mga dulumtanan nga ginabuhat sa taliwala niini. Ezekiel 9:3, 4.</w:t>
      </w:r>
    </w:p>
    <w:p>
      <w:pPr>
        <w:pStyle w:val="ArticleBody"/>
        <w:jc w:val="left"/>
      </w:pPr>
      <w:r>
        <w:rPr>
          <w:rFonts w:ascii="Times New Roman" w:hAnsi="Times New Roman" w:eastAsia="Times New Roman" w:cs="Times New Roman"/>
        </w:rPr>
        <w:t>Kadtong modawat sa timri nagabalata tungod sa mga sala sa iglesia ug sa mga sala sa yuta, ug ang pamatuod ni Ezekiel nalala ibabaw sa kasaysayan sa Jerusalem ug sa Egipto, mga simbolo sa iglesia ug sa kalibotan.</w:t>
      </w:r>
    </w:p>
    <w:p>
      <w:pPr>
        <w:pStyle w:val="ArticleScripture"/>
        <w:jc w:val="left"/>
      </w:pPr>
      <w:r>
        <w:rPr>
          <w:rFonts w:ascii="Times New Roman" w:hAnsi="Times New Roman" w:eastAsia="Times New Roman" w:cs="Times New Roman"/>
        </w:rPr>
        <w:t>“Ang pampaaslom sa pagkadiosnon wala pa sa hingpit mawad-i sa iyang gahum. Sa panahon nga ang kapeligrohan ug ang kaguol sa iglesia labing dako, ang gamayng pundok nga nagatindog diha sa kahayag magapanghupaw ug magatu-aw tungod sa mga dulomtanan nga ginabuhat sa yuta. Apan labi na gayud nga ang ilang mga pag-ampo mosaka alang sa iglesia tungod kay ang mga sakop niini nagabuhat sumala sa paagi sa kalibutan. …”</w:t>
      </w:r>
    </w:p>
    <w:p>
      <w:pPr>
        <w:pStyle w:val="ArticleScripture"/>
        <w:jc w:val="left"/>
      </w:pPr>
      <w:r>
        <w:rPr>
          <w:rFonts w:ascii="Times New Roman" w:hAnsi="Times New Roman" w:eastAsia="Times New Roman" w:cs="Times New Roman"/>
        </w:rPr>
        <w:t>“Ang sugo mao kini: ‘Lakaw sa taliwala sa siyudad, sa taliwala sa Jerusalem, ug butangi ug timaan ang mga agtang sa mga tawo nga nagapanghupaw ug nagatuaw tungod sa tanang mga dulumtanan nga ginabuhat sa taliwala niini.’ Kining mga nagapanghupaw ug nagatuaw nagapadayag sa mga pulong sa kinabuhi; sila nanaway, nagtambag, ug nangamuyo. Ang uban nga nagapasipala sa Dios naghinulsol ug nagpaubos sa ilang mga kasingkasing sa Iyang atubangan. Apan ang himaya sa Ginoo mibulag na gikan sa Israel; bisan pa nga daghan ang nagapadayon gihapon sa mga porma sa relihiyon, ang Iyang gahum ug presensya wala na diha.” Testimonies, volume 5, 209, 210.</w:t>
      </w:r>
    </w:p>
    <w:p>
      <w:pPr>
        <w:pStyle w:val="ArticleBody"/>
        <w:jc w:val="left"/>
      </w:pPr>
      <w:r>
        <w:rPr>
          <w:rFonts w:ascii="Times New Roman" w:hAnsi="Times New Roman" w:eastAsia="Times New Roman" w:cs="Times New Roman"/>
        </w:rPr>
        <w:t>Sa konteksto sa basahon sa mga pagminatay, ang pagbangotan ug kasakit nga naglarawan sa tulo ka mga manulonda sa Pinadayag 14, ang mga pagminatay ug pagbangotan mao ang nahauna ug ikaduhang manulonda, ug ang ikatulo mao ang mensahe sa kasakit, usa ka simbolo sa hangin sa sidlakan nga gipugngan sa upat ka mga manulonda nga nagapugong sa Pinadayag 7.</w:t>
      </w:r>
    </w:p>
    <w:p>
      <w:pPr>
        <w:pStyle w:val="ArticleHeading"/>
        <w:jc w:val="left"/>
      </w:pPr>
      <w:r>
        <w:rPr>
          <w:rFonts w:ascii="Arial" w:hAnsi="Arial" w:eastAsia="Arial" w:cs="Arial"/>
        </w:rPr>
        <w:t>Ehipto</w:t>
      </w:r>
    </w:p>
    <w:p>
      <w:pPr>
        <w:pStyle w:val="ArticleBody"/>
        <w:jc w:val="left"/>
      </w:pPr>
      <w:r>
        <w:rPr>
          <w:rFonts w:ascii="Times New Roman" w:hAnsi="Times New Roman" w:eastAsia="Times New Roman" w:cs="Times New Roman"/>
        </w:rPr>
        <w:t>Sa basahon ni Ezekiel, adunay napulog tulo ka mga petsa nga gihisgutan. Ang nahauna sa hugpong sa mga petsa mahitungod sa Ehipto mao ang Ezekiel 29:1, ug kini nagrepresentar sa 587 BC.</w:t>
      </w:r>
    </w:p>
    <w:p>
      <w:pPr>
        <w:pStyle w:val="ArticleScripture"/>
        <w:jc w:val="left"/>
      </w:pPr>
      <w:r>
        <w:rPr>
          <w:rFonts w:ascii="Times New Roman" w:hAnsi="Times New Roman" w:eastAsia="Times New Roman" w:cs="Times New Roman"/>
        </w:rPr>
        <w:t>Sa ikanapulo ka tuig, sa ikanapulo ka bulan, sa ikanapulo ug duha ka adlaw sa bulan, ang pulong ni Jehova miabut kanako, nga nagaingon, Anak sa tawo, ipaatubang ang imong nawong batok kang Faraon nga hari sa Egipto, ug managna batok kaniya, ug batok sa tibuok Egipto: Isulti, ug umingon, Mao kini ang giingon sa Ginoong Jehova; Ania karon, ako batok kanimo, Faraon nga hari sa Egipto, ang dakung dragon nga nagahigda sa taliwala sa iyang mga suba, nga nagaingon, Ang akong suba ako man, ug gihimo ko kini alang sa akong kaugalingon. Ezekiel 29:1–3.</w:t>
      </w:r>
    </w:p>
    <w:p>
      <w:pPr>
        <w:pStyle w:val="ArticleBody"/>
        <w:jc w:val="left"/>
      </w:pPr>
      <w:r>
        <w:rPr>
          <w:rFonts w:ascii="Times New Roman" w:hAnsi="Times New Roman" w:eastAsia="Times New Roman" w:cs="Times New Roman"/>
        </w:rPr>
        <w:t>Ang 587 BC mao ang tuig sa paglikos, nga nagsugod usa ka tuig ug tunga sa wala pa ang pagkalaglag sa Jerusalem. Nianang panahona si Ezekiel nagpahibalo nga pagapukan sa Dios ang Egipto, ug nga ang maong pagpukan magapakita sa katawhan sa Dios sa ilang kabuangan sa pagsalig sa dragon sa Egipto. Sa katapusan sa kapitulo gihimo ang usa ka pagpahayag nga ang Egipto igahatag ngadto sa Babilonia, sa ingon nagailhan kon kanus-a gihatag sa napulo ka mga hari ang ilang ikapitong gingharian sa tagna sa Biblia ngadto sa modernong Babilonia—ang ikawalong gingharian nga gikan sa pito. Kining tagnaa natuman paglabay sa “napulog-pito” ka tuig sa 571 BC, sumala sa gipahimutang sa katapusan sa kapitulo. Busa ang Kapitulo 29 naglangkob sa una ug sa ulahing reperensiya sa pagtakda sa panahon nga may kalabutan sa Egipto.</w:t>
      </w:r>
    </w:p>
    <w:p>
      <w:pPr>
        <w:pStyle w:val="ArticleScripture"/>
        <w:jc w:val="left"/>
      </w:pPr>
      <w:r>
        <w:rPr>
          <w:rFonts w:ascii="Times New Roman" w:hAnsi="Times New Roman" w:eastAsia="Times New Roman" w:cs="Times New Roman"/>
        </w:rPr>
        <w:t>Ug nahitabo sa ikakaluhaan ug ikapito ka tuig, sa nahaunang bulan, sa nahaunang adlaw sa bulan, nga ang pulong ni Jehova miabut kanako, nga nagaingon, Anak sa tawo, si Nabucodonosor nga hari sa Babilonia nagpabuhat sa iyang kasundalohan ug dakong pag-alagad batok sa Tiro: ang tagsatagsa ka ulo nangaupaw, ug ang tagsatagsa ka abaga nangapanit: apan siya walay balus, ni ang iyang kasundalohan, tungod sa Tiro, alang sa pag-alagad nga iyang gihimo batok niini. Busa mao kini ang giingon sa Ginoong Jehova: Tan-awa, ihatag ko ang yuta sa Egipto kang Nabucodonosor nga hari sa Babilonia; ug kuhaon niya ang iyang panon, ug kuhaon niya ang iyang inagaw, ug kuhaon niya ang iyang tukbonon; ug kini mamahimong balus alang sa iyang kasundalohan. Gihatag ko kaniya ang yuta sa Egipto tungod sa iyang paghago nga pinaagi niana siya nag-alagad batok niini, tungod kay sila nagbuhat alang kanako, nagaingon ang Ginoong Jehova. Nianang adlawa patuboon ko ang sungay sa balay ni Israel, ug ihatag ko kanimo ang pag-abli sa baba sa taliwala nila; ug sila makaila nga ako mao si Jehova. Ezequiel 29:17–21.</w:t>
      </w:r>
    </w:p>
    <w:p>
      <w:pPr>
        <w:pStyle w:val="ArticleBody"/>
        <w:jc w:val="left"/>
      </w:pPr>
      <w:r>
        <w:rPr>
          <w:rFonts w:ascii="Times New Roman" w:hAnsi="Times New Roman" w:eastAsia="Times New Roman" w:cs="Times New Roman"/>
        </w:rPr>
        <w:t>Ang ikakaluhaan ka tuig, sa nahaunang bulan, sa nahaunang adlaw sa bersikulo disisiyete, nagrepresentar sa katapusang petsa sa napulog tulo ka mga petsa diha sa Ezekiel, ug mao lamang kini ang petsa nga mahulog human sa Oktubre 22, 573 BC. Nagrepresentar kini sa panahon nga ang hari sa amihan sa Daniel onse bersikulo kap-atan ug duha ug kap-atan ug tulo hatagan sa Egipto, ingon man usab sa punto nga ang napulo ka mga hari mohatag sa ilang ikapitong gingharian ngadto sa ikawalong gingharian nga gikan sa pito. Matuman kini sa dihang ang “sungay sa balay sa Israel” moturok. Diha sa Isaias, ang Israel moturok sa adlaw sa hangin sa sidlakan.</w:t>
      </w:r>
    </w:p>
    <w:p>
      <w:pPr>
        <w:pStyle w:val="ArticleScripture"/>
        <w:jc w:val="left"/>
      </w:pPr>
      <w:r>
        <w:rPr>
          <w:rFonts w:ascii="Times New Roman" w:hAnsi="Times New Roman" w:eastAsia="Times New Roman" w:cs="Times New Roman"/>
        </w:rPr>
        <w:t>Ang magagikan kang Jacob iyang ipagamot; ang Israel mamulak ug mupaturok, ug pun-on ang nawong kaning kalibotan kang bunga. Isaias 27:8.</w:t>
      </w:r>
    </w:p>
    <w:p>
      <w:pPr>
        <w:pStyle w:val="ArticleBody"/>
        <w:jc w:val="left"/>
      </w:pPr>
      <w:r>
        <w:rPr>
          <w:rFonts w:ascii="Times New Roman" w:hAnsi="Times New Roman" w:eastAsia="Times New Roman" w:cs="Times New Roman"/>
        </w:rPr>
        <w:t>Sa dihang matuman ang Ezekiel 29:17, ug ang dragon sa Ehipto igatugyan ngadto sa mananap nga papal sa haduol nang umalabot nga balaod sa Domingo, ang ulahing ulan igabubo nga walay sukod ibabaw sa Israel. Kana nga ulan nagsugod niadtong 9/11 ingon nga usa ka pagsablig, sumala sa gihulagway pinaagi sa pagginhawa ni Cristo ibabaw sa Iyang mga tinun-an human Siya mikunsad ngadto sa yuta human Siya mikayab ngadto sa Iyang Amahan human sa Iyang pagkabanhaw.</w:t>
      </w:r>
    </w:p>
    <w:p>
      <w:pPr>
        <w:pStyle w:val="ArticleScripture"/>
        <w:jc w:val="left"/>
      </w:pPr>
      <w:r>
        <w:rPr>
          <w:rFonts w:ascii="Times New Roman" w:hAnsi="Times New Roman" w:eastAsia="Times New Roman" w:cs="Times New Roman"/>
        </w:rPr>
        <w:t>“Ang buhat ni Cristo sa pagginhawa ibabaw sa iyang mga tinun-an sa Balaang Espiritu, ug sa paghatag sa iyang pakigdait kanila, sama lamang sa pipila ka tulo sa wala pa ang madagayaong ulan nga igahatag sa adlaw sa Pentecostes.” Spirit of Prophecy, volume 3, 243.</w:t>
      </w:r>
    </w:p>
    <w:p>
      <w:pPr>
        <w:pStyle w:val="ArticleBody"/>
        <w:jc w:val="left"/>
      </w:pPr>
      <w:r>
        <w:rPr>
          <w:rFonts w:ascii="Times New Roman" w:hAnsi="Times New Roman" w:eastAsia="Times New Roman" w:cs="Times New Roman"/>
        </w:rPr>
        <w:t>Ang tagna ni Ezekiel mahitungod sa pagkapukan sa Ehipto gimantala niadtong 587 BC, ang tuig sa paglikos, ug napulo ug pito ka tuig sa ulahi natuman ang tagna. Natuman kini sa yugto nga girepresentahan sa numero nga “napulo ug pito,” sa ingon nagrepresentar sa tinagong kasaysayan sa bersikulo kwarenta sa Daniel onse. Kini pagatumanon sulod sa panahon sa pagpatik sa usag usa ka gatus ug kap-atan ug upat ka libo nga gihulagway sa kapitulo nuwebe sa Ezekiel. Sa panahon sa pagpatik, ang ulahing ulan gibubo, una ingon sa pagsablig niadtong 9/11 ug dayon usa ka hingpit nga pagbubo sa balaod sa Domingo. Natuman kini sumala kang Isaias sa “adlaw sa hangin sa sidlakan,” ug ang Islam mao ang hangin sa sidlakan, ug ang Islam mao ang ikatulong “alaot.” Ang mensahe nga gikaon ni Ezekiel usa ka tulo ka pilo nga mensahe, diin ang ikatulong bahin mao ang mensahe sa alaot.</w:t>
      </w:r>
    </w:p>
    <w:p>
      <w:pPr>
        <w:pStyle w:val="ArticleBody"/>
        <w:jc w:val="left"/>
      </w:pPr>
      <w:r>
        <w:rPr>
          <w:rFonts w:ascii="Times New Roman" w:hAnsi="Times New Roman" w:eastAsia="Times New Roman" w:cs="Times New Roman"/>
        </w:rPr>
        <w:t>Ang napulog tulo ka minarkahang mensahe ni Ezekiel gipahayag may kalabutan sa Jerusalem, Egipto, ug Tiro. Kining tanan naghisgot sa pagsukol ingon nga girepresentahan sa numero nga “napulog tulo.”</w:t>
      </w:r>
    </w:p>
    <w:p>
      <w:pPr>
        <w:pStyle w:val="ArticleBody"/>
        <w:jc w:val="left"/>
      </w:pPr>
      <w:r>
        <w:rPr>
          <w:rFonts w:ascii="Times New Roman" w:hAnsi="Times New Roman" w:eastAsia="Times New Roman" w:cs="Times New Roman"/>
        </w:rPr>
        <w:t>Padayon natong hisgotan ang pagpakigpetsa kang Ezekiel sa 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Tinagong Kasaysayan sa Bersikulo Kwarenta - Numero Baynte-Sais</dc:title>
  <dc:subject>Ezequiel Numero Siete</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