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Natagong Kasaysayan sa Bersikulo Kuwarenta - Numero Baynte-Otso</w:t>
      </w:r>
    </w:p>
    <w:p>
      <w:pPr>
        <w:pStyle w:val="ArticleSubtitle"/>
        <w:jc w:val="left"/>
      </w:pPr>
      <w:r>
        <w:rPr>
          <w:rFonts w:ascii="Arial" w:hAnsi="Arial" w:eastAsia="Arial" w:cs="Arial"/>
        </w:rPr>
        <w:t>Ezekiel Numero Nuwebe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Sumala sa inspirasyon, kon mahitungod na sa inspirasyon, “ang matag kamatuoran adunay iyang kahulogan,” ug “ang matag prinsipyo adunay iyang kahulogan.”</w:t>
      </w:r>
    </w:p>
    <w:p>
      <w:pPr>
        <w:pStyle w:val="ArticleScripture"/>
        <w:jc w:val="left"/>
      </w:pPr>
      <w:r>
        <w:rPr>
          <w:rFonts w:ascii="Times New Roman" w:hAnsi="Times New Roman" w:eastAsia="Times New Roman" w:cs="Times New Roman"/>
        </w:rPr>
        <w:t>“Ang Biblia naglangkob sa tanang mga prinsipyo nga gikinahanglan sa mga tawo aron masabtan ug aron maandam sila alang niining kinabuhia o alang sa kinabuhi nga umalabot. Ug kining mga prinsipyo mahimong masabtan sa tanan. Walay bisan kinsa nga may espiritu sa pagpasalamat sa iyang mga pagtulon-an nga makabasa ug usa lamang ka pahayag gikan sa Biblia nga dili makadawat gikan niini ug usa ka mapuslanong hunahuna. Apan ang labing bililhong pagtulon-an sa Biblia dili madawat pinaagi sa panagsa-panagsang pagtuon o sa pagtuon nga putol-putol. Ang iyang dakong sistema sa kamatuoran wala ipaila sa paagi nga kini maila dayon sa madali o walay pagtagad nga magbabasa. Daghan sa iyang mga bahandi nagapahulay sa kahiladman ubos sa nawong, ug makab-ot lamang pinaagi sa kugihang pagpangita ug padayon nga paningkamot. Ang mga kamatuoran nga naglangkob sa dakong kinatibuk-an kinahanglan pangitaon ug tigomon, ‘ania ang diyutay, ug atua ang diyutay.’ Isaias 28:10.”</w:t>
      </w:r>
    </w:p>
    <w:p>
      <w:pPr>
        <w:pStyle w:val="ArticleScripture"/>
        <w:jc w:val="left"/>
      </w:pPr>
      <w:r>
        <w:rPr>
          <w:rFonts w:ascii="Times New Roman" w:hAnsi="Times New Roman" w:eastAsia="Times New Roman" w:cs="Times New Roman"/>
        </w:rPr>
        <w:t>“Sa diha nga sa ingon niini kini susihon ug pagatigumon, makita nga hingpit gayod ang ilang pagkahaom sa usag usa. Ang matag Ebanghelyo maoy dugang sa uban, ang matag tagna maoy paghubad sa laing tagna, ang matag kamatuoran maoy pagpalambo sa laing kamatuoran. Ang mga tipo sa sistemang Judio gipatin-aw pinaagi sa ebanghelyo. Ang matag prinsipyo diha sa pulong sa Dios adunay iyang dapit, ang matag kamatuoran adunay iyang kalabutan. Ug ang hingpit nga balangkas, sa laraw ug sa pagpatuman, nagapamatuod bahin sa Tagsulat niini. Ang maong balangkas walay hunahuna gawas lamang sa iya sa Walay Kinutuban ang makahimo sa pagpanamkon o pagporma niini.” Education, 123.</w:t>
      </w:r>
    </w:p>
    <w:p>
      <w:pPr>
        <w:pStyle w:val="ArticleBody"/>
        <w:jc w:val="left"/>
      </w:pPr>
      <w:r>
        <w:rPr>
          <w:rFonts w:ascii="Times New Roman" w:hAnsi="Times New Roman" w:eastAsia="Times New Roman" w:cs="Times New Roman"/>
        </w:rPr>
        <w:t>Ang tinuod nga kahimtang mao nga ang Hebreohanong pahayag nga “ereb boqer” makita sa walong ka higayon diha sa Biblia. Kini sa kanunay gihubad nga “gabi-i ug buntag,” gawas sa Daniel 8:14 diin kini gihubad nga “mga adlaw.” Sumala sa inspirasyon, ang bersikulo katorse mao ang “patukoranan ug sentrong haligi sa pagtoo sa Advento.”</w:t>
      </w:r>
    </w:p>
    <w:p>
      <w:pPr>
        <w:pStyle w:val="ArticleScripture"/>
        <w:jc w:val="left"/>
      </w:pPr>
      <w:r>
        <w:rPr>
          <w:rFonts w:ascii="Times New Roman" w:hAnsi="Times New Roman" w:eastAsia="Times New Roman" w:cs="Times New Roman"/>
        </w:rPr>
        <w:t>“Ang teksto sa Kasulatan nga labaw sa tanan ang nahimong patukoranan ug pangunang haligi sa pagtuo sa Adbiyento mao ang pahayag, ‘Ngadto sa duha ka libo ug tulo ka gatus ka mga adlaw; unya pagahinloan ang balaang puloy-anan.’ [Daniel 8:14.]” The Great Controversy, 409.</w:t>
      </w:r>
    </w:p>
    <w:p>
      <w:pPr>
        <w:pStyle w:val="ArticleBody"/>
        <w:jc w:val="left"/>
      </w:pPr>
      <w:r>
        <w:rPr>
          <w:rFonts w:ascii="Times New Roman" w:hAnsi="Times New Roman" w:eastAsia="Times New Roman" w:cs="Times New Roman"/>
        </w:rPr>
        <w:t>Busa ang kamatuoran mao nga ang “mga adlaw” diha sa maong bersikulo mao ang ikawalong higayon sa pito ka higayon nga gigamit kana nga Hebreohanong pahayag. Ug ang biblikanhong panghitabo sa profetikong paggiya sa Dios sa mga maghuhubad sa King James version tinuyo nga nagdugtong sa biblikanhong tigmo sa ikawalo nga usa sa pito diha sa bersikulo nga nagrepresentar sa usa sa duha ka mga panan-awon sa ikawalong kapitulo. Ang usa ka pulong nga gihubad nga “panan-awon” sa ikawalong kapitulo mao ang Hebreohanong pulong nga “chazon,” ug ang usa mao ang “mareh.” Ang “mareh” nagkahulogan og panagway, ug ang “mareh” nga panan-awon mao ang panan-awon sa panagway ni Cristo diha sa profetikong Pulong sa Dios. Ang “mareh” nga panan-awon sa Daniel 8:14 nagpaila nga si Cristo kinahanglan magpakita ug sa kalit moanhi ngadto sa Iyang templo sa Oktubre 22, 1844. Kining tanan nga mga kamatuoran mga kamatuoran gayud, ug kini may kalabutan sa bersikulo nga mao ang sentrong haligi, ug ang sentrong haligi dili usa ka doktrina o usa ka propesiya nga natuman sa Oktubre 22, 1844; ang kamatuoran mao nga ang bersikulo mao si Cristo, ang sentrong haligi.</w:t>
      </w:r>
    </w:p>
    <w:p>
      <w:pPr>
        <w:pStyle w:val="ArticleScripture"/>
        <w:jc w:val="left"/>
      </w:pPr>
      <w:r>
        <w:rPr>
          <w:rFonts w:ascii="Times New Roman" w:hAnsi="Times New Roman" w:eastAsia="Times New Roman" w:cs="Times New Roman"/>
        </w:rPr>
        <w:t>“Samtang anaa ako niining kahimtang sa kapanguy-anan, nakadamgo ako ug usa ka damgo nga nakahatag ug halalum kaayo nga impresyon sa akong hunahuna. Nagdamgo ako nga nakakita ug usa ka templo, diin daghang mga tawo ang nagpanon paingon. Ang mga midangop lamang nianang temploha ang maluwas sa dihang mosira na ang panahon; ang tanang nagpabilin sa gawas mawala sa walay kataposan. Ang mga panon sa katawhan sa gawas, nga nanaglakaw subay sa ilang nagkalainlaing mga dalan, nangyubit ug nanamay sa mga nagsulod sa templo, ug nagsulti kanila nga kining laraw sa kaluwasan usa ka malimbongong paglimbong, nga sa pagkatinuod walay bisan unsang kapeligrohan nga angay likayan. Gani, gigunitan pa nila ang pipila aron pugngan sila sa pagdali pagsulod sulod sa mga bongbong.”</w:t>
      </w:r>
    </w:p>
    <w:p>
      <w:pPr>
        <w:pStyle w:val="ArticleScripture"/>
        <w:jc w:val="left"/>
      </w:pPr>
      <w:r>
        <w:rPr>
          <w:rFonts w:ascii="Times New Roman" w:hAnsi="Times New Roman" w:eastAsia="Times New Roman" w:cs="Times New Roman"/>
        </w:rPr>
        <w:t>“Tungod sa kahadlok nga mahimong bugal-bugalan, akong gihunahuna nga labing maayo ang paghulat hangtod nga mobulag ang panon, o hangtod nga makasulod ako nga wala nila mamatikdi. Apan ang ilang gidaghanon midugang hinuon imbis nga maminusan, ug tungod sa kahadlok nga basin maulahi na kaayo ako, dali-dali akong mibiya sa akong balay ug miuswag latas sa panon. Sa akong kabalaka nga makaabot sa templo, wala ko mamatikdi ni tagda ang dakong panon nga naglibot kanako.”</w:t>
      </w:r>
    </w:p>
    <w:p>
      <w:pPr>
        <w:pStyle w:val="ArticleScripture"/>
        <w:jc w:val="left"/>
      </w:pPr>
      <w:r>
        <w:rPr>
          <w:rFonts w:ascii="Times New Roman" w:hAnsi="Times New Roman" w:eastAsia="Times New Roman" w:cs="Times New Roman"/>
        </w:rPr>
        <w:t>“Sa pagsulod ko sa bilding, nakita ko nga ang halapad nga templo gisaligan sa usa ka dako kaayong haligi, ug niini gihigot ang usa ka nating karnero nga bug-os nga gisamaran ug nagdugo. Kami nga didto nagpakita nga nasayod nga kining nating karnero gisamad ug gipangos tungod kanamo. Ang tanang mosulod sa templo kinahanglan moadto una sa atubangan niini ug isugid ang ilang mga sala. Sa atubangan gayod sa nating karnero dihay mga lingkoranang binayaw, diin naglingkod ang usa ka pundok nga nagpakita nga malipayon kaayo. Ang kahayag sa langit daw nagdan-ag ibabaw sa ilang mga nawong, ug sila nagdayeg sa Dios ug nagaawit ug mga alawiton sa malipayong pagpasalamat nga daw sama sa musika sa mga manolunda. Kini sila mao ang mga miadto sa atubangan sa nating karnero, misugid sa ilang mga sala, nakadawat ug kapasayloan, ug karon nagahulat uban sa malipayong pagpaabut sa usa ka malipayon nga hitabo.</w:t>
      </w:r>
    </w:p>
    <w:p>
      <w:pPr>
        <w:pStyle w:val="ArticleScripture"/>
        <w:jc w:val="left"/>
      </w:pPr>
      <w:r>
        <w:rPr>
          <w:rFonts w:ascii="Times New Roman" w:hAnsi="Times New Roman" w:eastAsia="Times New Roman" w:cs="Times New Roman"/>
        </w:rPr>
        <w:t>“Bisan human ako makasulod na sa bilding, giabut gihapon ako sa kahadlok, ug sa usa ka pagbati sa kaulaw nga kinahanglan akong ipaubos ang akong kaugalingon atubangan niining mga tawhana; apan daw napugos ako sa pagpadayon, ug hinayhinay akong naglibot sa haligi aron maatubang ang nating karnero, sa dihang mitingog ang usa ka trumpeta, nauyog ang templo, mibutho ang mga singgit sa pagdaug gikan sa mga santos nga nagtigom, usa ka makalilisang nga kasanag midan-ag sa tibuok bilding, unya ang tanan nahimong hilabihang kangitngit. Ang malipayon nga mga tawo nangahanaw nga tanan uban sa maong kasanag, ug ako nahibilin nga nag-inusara sa hilom nga kalisang sa kagabhion.</w:t>
      </w:r>
    </w:p>
    <w:p>
      <w:pPr>
        <w:pStyle w:val="ArticleScripture"/>
        <w:jc w:val="left"/>
      </w:pPr>
      <w:r>
        <w:rPr>
          <w:rFonts w:ascii="Times New Roman" w:hAnsi="Times New Roman" w:eastAsia="Times New Roman" w:cs="Times New Roman"/>
        </w:rPr>
        <w:t>“Namata ako diha sa hilabihang kasakit sa hunahuna, ug halos dili ako makapatoo sa akong kaugalingon nga ako nagdamgo lamang. Morag ang akong silot nahukman na; nga ang Espiritu sa Ginoo mibiya kanako, ug dili na gayud mobalik.” Experience and Teachings, 24, 25.</w:t>
      </w:r>
    </w:p>
    <w:p>
      <w:pPr>
        <w:pStyle w:val="ArticleBody"/>
        <w:jc w:val="left"/>
      </w:pPr>
      <w:r>
        <w:rPr>
          <w:rFonts w:ascii="Times New Roman" w:hAnsi="Times New Roman" w:eastAsia="Times New Roman" w:cs="Times New Roman"/>
        </w:rPr>
        <w:t>Gisulayan kita karon kon mosulod ba kita sa templo ug unya magasugid sa atong mga sala ug masiguro ang panalangin sa Iyang pagkamatarong nga nagapakamatarong. Kining katapusang tawag sa pagsulod sa templo gilibotan sa mga babag aron pugngan ang atong tagsatagsa nga pagsulod, apan kon magduha-duha pa kita karon, kita “ibilin nga nag-inusara diha sa hilom nga kalisang sa kagabhion.” Apan dili lamang kini ang akong punto.</w:t>
      </w:r>
    </w:p>
    <w:p>
      <w:pPr>
        <w:pStyle w:val="ArticleBody"/>
        <w:jc w:val="left"/>
      </w:pPr>
      <w:r>
        <w:rPr>
          <w:rFonts w:ascii="Times New Roman" w:hAnsi="Times New Roman" w:eastAsia="Times New Roman" w:cs="Times New Roman"/>
        </w:rPr>
        <w:t>Ang tinuyo nga pagpasiugda gibutang ibabaw niining labing hinungdanong bersikulo pinaagi sa paglakip sa kalainan sa pulong nga “mga adlaw,” nga nagdala uban niini sa profetikong tinago nga ang walo iya sa pito, nga usa sa mga ligid sa panahon sa pagpatik sa usa ka gatus kap-atan ug upat ka libo. Sa yugto sa pagpatik, ang Protestante nga sungay ug ang Republikano nga sungay sa ikaunom nga gingharian sa tagna sa Biblia magatuman silang duha sa tinago nga ang ikawalo iya sa pito. Sa walong presidente sukad sa panahon sa katapusan niadtong 1989, si Trump nahimong ikaunom nga hari sa ikaunom nga gingharian, ug human siya modaug sa iyang ikaduhang termino, nahimo siyang ikawalo nga iya sa pito. Sa lihok sa Tinipong Bansa sa Amerika sa pagsubli sa Edict of Milan niadtong 313, ang kalihokan sa Laodicea sa usa ka gatus kap-atan ug upat ka libo mahimong kalihokan sa Filadelfia sa usa ka gatus kap-atan ug upat ka libo. Ang panahon sa pagpatik matapos sa balaod sa Domingo diin ang makamatay nga samad sa pagkapapa mamaayo, ug sa ingon iyang matuman ang tinago sa Pinadayag disisiete ingon nga ang ikawalo nga iya sa pito. Usa ka kamatuoran, nga girepresentahan sa usa ka Hebreohanong pulong nga hugpong, ingon nga usa ka Iningles nga pulong; nagdala sa bersikulo nga nag-ila sa pag-abli sa paghukom ngadto sa bersikulo nga nag-ila sa pagsira sa paghukom sa panahon sa pagpatik sa usa ka gatus kap-atan ug upat ka libo.</w:t>
      </w:r>
    </w:p>
    <w:p>
      <w:pPr>
        <w:pStyle w:val="ArticleBody"/>
        <w:jc w:val="left"/>
      </w:pPr>
      <w:r>
        <w:rPr>
          <w:rFonts w:ascii="Times New Roman" w:hAnsi="Times New Roman" w:eastAsia="Times New Roman" w:cs="Times New Roman"/>
        </w:rPr>
        <w:t>Ang matag kamatuoran adunay iyang kaugalingong dapit, ug adunay usa lamang ka pagpahayag diin ang numerikal nga pagkahugpong sa usa ka ‘numero’ pilo sa laing ‘numero’ makita sa Bag-ong Tugon, ug duha lamang sa Daang Tugon. Ang alpha sa ‘numerikal nga pagkahugpong’ anaa sa Genesis.</w:t>
      </w:r>
    </w:p>
    <w:p>
      <w:pPr>
        <w:pStyle w:val="ArticleScripture"/>
        <w:jc w:val="left"/>
      </w:pPr>
      <w:r>
        <w:rPr>
          <w:rFonts w:ascii="Times New Roman" w:hAnsi="Times New Roman" w:eastAsia="Times New Roman" w:cs="Times New Roman"/>
        </w:rPr>
        <w:t>Kon si Cain panimalosan sa makapito, sa pagkatinuod si Lamec sa kapitoan ug pito ka pilo. Genesis 4:24.</w:t>
      </w:r>
    </w:p>
    <w:p>
      <w:pPr>
        <w:pStyle w:val="ArticleBody"/>
        <w:jc w:val="left"/>
      </w:pPr>
      <w:r>
        <w:rPr>
          <w:rFonts w:ascii="Times New Roman" w:hAnsi="Times New Roman" w:eastAsia="Times New Roman" w:cs="Times New Roman"/>
        </w:rPr>
        <w:t>Ang omega nga “numerical construction” anaa sa Mateo.</w:t>
      </w:r>
    </w:p>
    <w:p>
      <w:pPr>
        <w:pStyle w:val="ArticleScripture"/>
        <w:jc w:val="left"/>
      </w:pPr>
      <w:r>
        <w:rPr>
          <w:rFonts w:ascii="Times New Roman" w:hAnsi="Times New Roman" w:eastAsia="Times New Roman" w:cs="Times New Roman"/>
        </w:rPr>
        <w:t>Unya miduol si Pedro kaniya, ug miingon, Ginoo, makapila ba makasala ang akong igsoon batok kanako, ug ako siyang pasayloon? hangtod ba sa makapito? Miingon si Jesus kaniya, Wala ako mag-ingon kanimo, Hangtod sa makapito; kondili, Hangtod sa kapitoan ka pilo sa pito. Mateo 18:21, 22.</w:t>
      </w:r>
    </w:p>
    <w:p>
      <w:pPr>
        <w:pStyle w:val="ArticleBody"/>
        <w:jc w:val="left"/>
      </w:pPr>
      <w:r>
        <w:rPr>
          <w:rFonts w:ascii="Times New Roman" w:hAnsi="Times New Roman" w:eastAsia="Times New Roman" w:cs="Times New Roman"/>
        </w:rPr>
        <w:t>Kining mga teksto nagrepresentar sa una ug kataposang higayon diha sa Bibliya diin ang usa ka numero giila nga padaghanon uban sa laing numero. Adunay daghang mga numero, apan ang alpha sa Genesis ug ang omega sa Mateo adunay managsamang numerikal nga pagkakahimo, ug gigamit nila ang mao rang duha ka numero nga “pito” ug “kapitoan.”</w:t>
      </w:r>
    </w:p>
    <w:p>
      <w:pPr>
        <w:pStyle w:val="ArticleBody"/>
        <w:jc w:val="left"/>
      </w:pPr>
      <w:r>
        <w:rPr>
          <w:rFonts w:ascii="Times New Roman" w:hAnsi="Times New Roman" w:eastAsia="Times New Roman" w:cs="Times New Roman"/>
        </w:rPr>
        <w:t>Taliwala sa alpha ug omega; ang tunga, ug ang bugtong laing dapit diin kining numerikal nga porma makita anaa sa Levitico 25. Didto ang duha ka numero dili “pito” ug “kapitoan,” kondili “pito ka pilo sa pito ka tuig.”</w:t>
      </w:r>
    </w:p>
    <w:p>
      <w:pPr>
        <w:pStyle w:val="ArticleScripture"/>
        <w:jc w:val="left"/>
      </w:pPr>
      <w:r>
        <w:rPr>
          <w:rFonts w:ascii="Times New Roman" w:hAnsi="Times New Roman" w:eastAsia="Times New Roman" w:cs="Times New Roman"/>
        </w:rPr>
        <w:t>Ug pagaisipon mo alang kanimo ang pito ka mga adlaw nga igpapahulay sa mga tuig, pito ka makapito ka tuig; ug ang gidugayon sa pito ka mga adlaw nga igpapahulay sa mga tuig mamahimo alang kanimo nga kap-atan ug siyam ka tuig. Levitico 25:8.</w:t>
      </w:r>
    </w:p>
    <w:p>
      <w:pPr>
        <w:pStyle w:val="ArticleBody"/>
        <w:jc w:val="left"/>
      </w:pPr>
      <w:r>
        <w:rPr>
          <w:rFonts w:ascii="Times New Roman" w:hAnsi="Times New Roman" w:eastAsia="Times New Roman" w:cs="Times New Roman"/>
        </w:rPr>
        <w:t>Ang tunga-tungang numerikal nga pagkahimo sa makausa pa naggamit sa numero nga “pito,” apan dili sa numero nga “kapitoan.” Ang teksto diin kini nahimutang adunay panalangin alang sa pagkamasinugtanon, ug usab usa ka tunglo alang sa pagkamasupilon. Ang mga panalangin sa pagpapahigawas sa mga ulipon ug sa pagpahiuli sa yuta, gikompara sa tunglo sa pito ka pilo, nga gihisgutan upat ka higayon sa kapitulo baynte-sais sa Levitico. Ang panalangin naglakip sa pag-atiman sa Ginoo sulod sa mga tuig nga ang yuta nagpahulay, ug usa ka dubli nga panalangin sa tuig sa Jubileo, ug ang pagtunglo sa kapitulo baynte-sais mao ang katugbang niini diha sa pasidaan sa tugon sa duha ka kapitulo.</w:t>
      </w:r>
    </w:p>
    <w:p>
      <w:pPr>
        <w:pStyle w:val="ArticleBody"/>
        <w:jc w:val="left"/>
      </w:pPr>
      <w:r>
        <w:rPr>
          <w:rFonts w:ascii="Times New Roman" w:hAnsi="Times New Roman" w:eastAsia="Times New Roman" w:cs="Times New Roman"/>
        </w:rPr>
        <w:t>Ang tunga nga numerikal nga porma makita diha sa Levitico 25:8 (“pito ka pilo sa pito ka tuig”). Diha-diha kini gipares sa upat ka pilo nga “pito ka pilo” nga paghukom sa Levitico 26. Busa, ang tunga nga numerikal nga porma nagrepresentar sa usa ka panalangin ug usa ka tunglo, nga naghimo ug dinobleng pagpamatuod diha sa basahon sa Levitico. Ang numerikal nga porma sa panalangin o sa tunglo sa Jubileo gibutang taliwala sa paghukom ni Lamec ug sa pag-ila ni Jesus sa utlanan sa panahon sa pagsulay. Ang tanan nga tulo nag-ila sa usa ka utlanan sa panahon sa pagsulay, nga sa dihang mahuman na magapadayag sa usa ka hut-ong nga gipanalanginan ug usa ka hut-ong nga gitunglo. Ang alpha ug omega, nga nagrepresentar sa mga mensahe sa nahaunang ug ikatulong manulonda, nag-ila sa upat ka gatus ug kasiyaman ingon nga simbolo sa panahon sa pagsulay. Sa dihang kini iusa sa tunglo o panalangin sa Jubileo, ang mga kamatuoran mahimong mahinungdanon samtang moduol kita sa pagtuon sa Ezekiel kapitulo uno bersikulo uno nga nagbutang kang Ezekiel sa ikakatloan ka tuig sa ikanapulogpito nga siklo sa Jubileo.</w:t>
      </w:r>
    </w:p>
    <w:p>
      <w:pPr>
        <w:pStyle w:val="ArticleBody"/>
        <w:jc w:val="left"/>
      </w:pPr>
      <w:r>
        <w:rPr>
          <w:rFonts w:ascii="Times New Roman" w:hAnsi="Times New Roman" w:eastAsia="Times New Roman" w:cs="Times New Roman"/>
        </w:rPr>
        <w:t>Kadtong siklo sa Jubileo natapos niadtong Oktubre 22, 573 BC ug nagsimbolo dili lamang sa Oktubre 22, 1844, kondili usab sa hapit na moabot nga balaod sa Domingo. Anaa na kita karon sa 2026 nga mao ang ikakap-atan ug pito ka tuig sa ikapitompulong siklo sa Jubileo. Kining siklo sa Jubileo gipatipikahan sa “ikanapulog-pito” nga siklo sa Jubileo diin si Ezekiel mitindog sa ikakatloan nga tuig. Mitindog siya sa templo, nga nagrepresentar sa usa ka gatus ug kap-atan ug upat ka libo nga pinaagi sa pagtuo misulod sa Labing Balaan nga Dapit sa katapusan sa paghukom, maingon sa gibuhat sa mga matinumanon human sa Oktubre 22, 1844. Ang mapakyas sa “kamatuoran” mahitungod sa dapit diin si Ezekiel atua sa kasaysayan sa tagna sa kapitulo uno ug bersikulo uno, mao ang pagkawala sa imong “baruganan.”</w:t>
      </w:r>
    </w:p>
    <w:p>
      <w:pPr>
        <w:pStyle w:val="ArticleBody"/>
        <w:jc w:val="left"/>
      </w:pPr>
      <w:r>
        <w:rPr>
          <w:rFonts w:ascii="Times New Roman" w:hAnsi="Times New Roman" w:eastAsia="Times New Roman" w:cs="Times New Roman"/>
        </w:rPr>
        <w:t>Human sa pagkakita sa himaya sa Ginoo nga gihatag daplin sa suba sa Chebar, si Ezekiel gipaubos ngadto sa abog maingon kang Daniel, Isaias, ug Juan. Unya ang tanan nga upat ka mga panig-ingnan naghatag ug mga bahin sa pagdihog sa mga magahatag sa mensahe ngadto sa usa ka iglesia nga dili makakita ni makadungog.</w:t>
      </w:r>
    </w:p>
    <w:p>
      <w:pPr>
        <w:pStyle w:val="ArticleBody"/>
        <w:jc w:val="left"/>
      </w:pPr>
      <w:r>
        <w:rPr>
          <w:rFonts w:ascii="Times New Roman" w:hAnsi="Times New Roman" w:eastAsia="Times New Roman" w:cs="Times New Roman"/>
        </w:rPr>
        <w:t>Adunay unom ka petsa sa basahon ni Ezekiel nga nagtumong sa Jerusalem. Atong nahisgotan na kaniadto ang nahaunang ug katapusang mga petsa nga makita sa kapitulo uno, bersikulo uno ug dos, ug dayon sa kapitulo kuwarenta, bersikulo uno. Akong nahisgotan ang ikaduhang petsa nga makita sa kapitulo otso, bersikulo uno, apan sa simbolikong representasyon lamang niini, ug wala ko kini gipahiluna diha sa kalambigitan niini sa paglibot ug paglaglag sa Jerusalem, ug ang tibuok basahon nagtuyok nianang pinakapusod. Ang Jerusalem gilaglag sa katapusan sa 586/585 BC. Ug sa Ezekiel 33:21 may miabot nga usa ka kagiw nga nagdala sa balita sa pagkapukan sa Jerusalem.</w:t>
      </w:r>
    </w:p>
    <w:p>
      <w:pPr>
        <w:pStyle w:val="ArticleScripture"/>
        <w:jc w:val="left"/>
      </w:pPr>
      <w:r>
        <w:rPr>
          <w:rFonts w:ascii="Times New Roman" w:hAnsi="Times New Roman" w:eastAsia="Times New Roman" w:cs="Times New Roman"/>
        </w:rPr>
        <w:t>Ug nahitabo sa ikanapulog-duha ka tuig sa among pagkabinihag, sa ikanapulo nga bulan, sa ikalima ka adlaw sa bulan, nga ang usa nga nakaikyas gikan sa Jerusalem mianhi kanako, nga nagaingon, Ang siyudad gilaglag na. Karon ang kamot sa Ginoo diha kanako sa pagkagabii, sa wala pa moabut ang nakaikyas; ug gibuka Niya ang akong baba hangtud nga siya miabut kanako sa buntag; ug ang akong baba nabuka, ug ako dili na amang. Ezekiel 33:21, 22.</w:t>
      </w:r>
    </w:p>
    <w:p>
      <w:pPr>
        <w:pStyle w:val="ArticleBody"/>
        <w:jc w:val="left"/>
      </w:pPr>
      <w:r>
        <w:rPr>
          <w:rFonts w:ascii="Times New Roman" w:hAnsi="Times New Roman" w:eastAsia="Times New Roman" w:cs="Times New Roman"/>
        </w:rPr>
        <w:t>Sa ikanapulog-duha nga tuig gidaug ang siyudad, ug si Ezekiel niadto gawasnon na sa pagsulti sumala sa iyang kaugalingong kabubut-on. Ang panan-awon sa Ezekiel kapitulo otso diha sa ikaunom nga tuig, busa mga unom ka tuig sa wala pa gidaug ang siyudad.</w:t>
      </w:r>
    </w:p>
    <w:p>
      <w:pPr>
        <w:pStyle w:val="ArticleScripture"/>
        <w:jc w:val="left"/>
      </w:pPr>
      <w:r>
        <w:rPr>
          <w:rFonts w:ascii="Times New Roman" w:hAnsi="Times New Roman" w:eastAsia="Times New Roman" w:cs="Times New Roman"/>
        </w:rPr>
        <w:t>Ug nahitabo sa ikaunom nga tuig, sa ikaunom nga bulan, sa ikalima ka adlaw sa bulan, samtang naglingkod ako sa akong balay, ug ang mga anciano sa Juda naglingkod sa akong atubangan, nga didto mitugpa kanako ang kamot sa Ginoong Dios. Ezekiel 8:1.</w:t>
      </w:r>
    </w:p>
    <w:p>
      <w:pPr>
        <w:pStyle w:val="ArticleBody"/>
        <w:jc w:val="left"/>
      </w:pPr>
      <w:r>
        <w:rPr>
          <w:rFonts w:ascii="Times New Roman" w:hAnsi="Times New Roman" w:eastAsia="Times New Roman" w:cs="Times New Roman"/>
        </w:rPr>
        <w:t>Sa misunod nga tuig, nga mao ang ikapitong tuig, ang mga Anciano nangita kang Ezequiel aron magpakisayod sa Ginoo.</w:t>
      </w:r>
    </w:p>
    <w:p>
      <w:pPr>
        <w:pStyle w:val="ArticleScripture"/>
        <w:jc w:val="left"/>
      </w:pPr>
      <w:r>
        <w:rPr>
          <w:rFonts w:ascii="Times New Roman" w:hAnsi="Times New Roman" w:eastAsia="Times New Roman" w:cs="Times New Roman"/>
        </w:rPr>
        <w:t>Ug nahitabo sa ikapito ka tuig, sa ikalimang bulan, sa ikanapulo ka adlaw sa bulan, nga may pipila sa mga anciano sa Israel nga miadto aron sa pagpangutana kang Jehova, ug milingkod sa akong atubangan. Ezekiel 20:1.</w:t>
      </w:r>
    </w:p>
    <w:p>
      <w:pPr>
        <w:pStyle w:val="ArticleBody"/>
        <w:jc w:val="left"/>
      </w:pPr>
      <w:r>
        <w:rPr>
          <w:rFonts w:ascii="Times New Roman" w:hAnsi="Times New Roman" w:eastAsia="Times New Roman" w:cs="Times New Roman"/>
        </w:rPr>
        <w:t>Unya sa ikasiyam ka tuig, nagsugod ang usa ka tuig ug tunga nga paglikos.</w:t>
      </w:r>
    </w:p>
    <w:p>
      <w:pPr>
        <w:pStyle w:val="ArticleScripture"/>
        <w:jc w:val="left"/>
      </w:pPr>
      <w:r>
        <w:rPr>
          <w:rFonts w:ascii="Times New Roman" w:hAnsi="Times New Roman" w:eastAsia="Times New Roman" w:cs="Times New Roman"/>
        </w:rPr>
        <w:t>Ug usab sa ikasiyam ka tuig, sa ikanapulo ka bulan, sa ikanapulo ka adlaw sa bulan, miabut kanako ang pulong ni Jehova, nga nagaingon: Anak sa tawo, isulat alang kanimo ang ngalan niining adlawa, bisan niining mao gayud nga adlawa: ang hari sa Babilonia mipahimutang sa iyang kaugalingon batok sa Jerusalem niining mao gayud nga adlawa. Ezekiel 24:1, 2.</w:t>
      </w:r>
    </w:p>
    <w:p>
      <w:pPr>
        <w:pStyle w:val="ArticleBody"/>
        <w:jc w:val="left"/>
      </w:pPr>
      <w:r>
        <w:rPr>
          <w:rFonts w:ascii="Times New Roman" w:hAnsi="Times New Roman" w:eastAsia="Times New Roman" w:cs="Times New Roman"/>
        </w:rPr>
        <w:t>Ang matag usa niining mga petsa nagrepresentar sa piho nga mga timaan sa ulahing mga adlaw, kay si Pablo nagaingon nga ang karaang Israel maoy usa ka panig-ingnan alang niadtong mga nagkinabuhi sa katapusan sa kalibotan.</w:t>
      </w:r>
    </w:p>
    <w:p>
      <w:pPr>
        <w:pStyle w:val="ArticleScripture"/>
        <w:jc w:val="left"/>
      </w:pPr>
      <w:r>
        <w:rPr>
          <w:rFonts w:ascii="Times New Roman" w:hAnsi="Times New Roman" w:eastAsia="Times New Roman" w:cs="Times New Roman"/>
        </w:rPr>
        <w:t>Karon kining tanang mga butanga nahitabo kanila ingon nga mga panig-ingnan; ug kini gisulat alang sa atong pagpasidaan, nga dinhi kanato miabut ang mga katapusan sa kalibutan. Busa ang nagahunahuna nga siya nagatindog magmatngon, tingali unya mapukan siya. 1 Corinto 10:11, 12.</w:t>
      </w:r>
    </w:p>
    <w:p>
      <w:pPr>
        <w:pStyle w:val="ArticleBody"/>
        <w:jc w:val="left"/>
      </w:pPr>
      <w:r>
        <w:rPr>
          <w:rFonts w:ascii="Times New Roman" w:hAnsi="Times New Roman" w:eastAsia="Times New Roman" w:cs="Times New Roman"/>
        </w:rPr>
        <w:t>Ang tanang unom ka mga petsa nga may kalabutan sa Jerusalem nahitabo tali sa nahaunang petsa sa kapitulo uno bersikulo uno ug sa ulahing petsa nga makita sa kapitulo kuwarenta, bersikulo uno. Kining duha ka mga petsa nagtimaan sa ikalimang tuig sa kapitulo uno, nga mao ang 592 BC, ug sa ikakaluhaan ug ikalima nga tuig sa kapitulo kuwarenta, nga mao ang 573 BC. Sa hut-ong sa linya ibabaw sa linya, si Ezequiel adunay usa ka linya alang sa Egipto, nga naglakip sa reperensiya sa Tiro, ug usa ka linya alang sa Jerusalem. Ang linya sa Egipto adunay pito ka mga tuwirang timailhan, (sa dihang iapil ang Tiro) ug ang Jerusalem adunay unom. Uban niining duha ka mga linya mao ang linya ni Josias ug ang ikanapulogpito nga siklo sa Jubileo. Apan ang linya nga gihulagway nga walay tuwirang petsa makita sa kapitulo upat, ug ang linya sa kapitulo upat nagbaton sa pipila sa mga ligid nga nakita ni Ezequiel sa dihang siya mitan-aw ngadto sa Labing Balaan nga Dapit. Kini usab puno sa daghang simbolikong mga kamatuoran.</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Ang numero nga upat ka gatus ug katloan nagrepresentar sa walay kataposang tugon, ug sa kapitulo upat si Ezekiel gigamit sa Ginoo ingon nga usa ka buhing sambingay, usa ka sambingay nga naglakip sa numero nga upat ka gatus ug katloan.</w:t>
      </w:r>
    </w:p>
    <w:p>
      <w:pPr>
        <w:pStyle w:val="ArticleScripture"/>
        <w:jc w:val="left"/>
      </w:pPr>
      <w:r>
        <w:rPr>
          <w:rFonts w:ascii="Times New Roman" w:hAnsi="Times New Roman" w:eastAsia="Times New Roman" w:cs="Times New Roman"/>
        </w:rPr>
        <w:t>Ikaw usab, anak sa tawo, pagkuha ug tisa, ug ibutang kini sa imong atubangan, ug idrowing ibabaw niini ang siyudad, nga mao ang Jerusalem: Ug palibuti kini sa paglikos, ug pagtukod ug kuta batok niini, ug magtapok ug bungtod nga inilog batok niini; ibutang usab ang kampo batok niini, ug ibutang ang mga pangbungkag nga troso batok niini sa tanang kiliran. Labut pa, pagkuha alang sa imong kaugalingon ug puthaw nga kalaha, ug ibutang kini ingon nga puthaw nga bongbong sa taliwala mo ug sa siyudad: ug ipatumong ang imong nawong batok niini, ug kini paga-likusan, ug ikaw magalikos batok niini. Kini mahimong usa ka timaan alang sa balay sa Israel. Humigda usab sa imong wala nga kilid, ug ipapahimutang ibabaw niini ang kasal-anan sa balay sa Israel: sumala sa gidaghanon sa mga adlaw nga ikaw mohigda ibabaw niini, ikaw magapas-an sa ilang kasal-anan. Kay gibutang ko ibabaw kanimo ang mga tuig sa ilang kasal-anan, sumala sa gidaghanon sa mga adlaw, totolo ka gatus ug kasiyaman ka adlaw: sa ingon niana ikaw magapas-an sa kasal-anan sa balay sa Israel. Ug sa diha nga matuman mo na kini, humigda pag-usab sa imong tuo nga kilid, ug ikaw magapas-an sa kasal-anan sa balay sa Juda sulod sa kap-atan ka adlaw: gitudlo ko kanimo ang matag adlaw ingon nga usa ka tuig. Busa ipatumong mo ang imong nawong paingon sa paglikos sa Jerusalem, ug ang imong bukton paga-huboan, ug ikaw magapanagna batok niini. Ug, ania karon, butangan ko ikaw ug mga gapus, ug ikaw dili makabalhin gikan sa usa ka kilid ngadto sa usa, hangtod nga mahuman mo ang mga adlaw sa imong paglikos. Ezekiel 4:1–8.</w:t>
      </w:r>
    </w:p>
    <w:p>
      <w:pPr>
        <w:pStyle w:val="ArticleBody"/>
        <w:jc w:val="left"/>
      </w:pPr>
      <w:r>
        <w:rPr>
          <w:rFonts w:ascii="Times New Roman" w:hAnsi="Times New Roman" w:eastAsia="Times New Roman" w:cs="Times New Roman"/>
        </w:rPr>
        <w:t>Ang paglikos sa Jerusalem, sumala sa gihulagway ni Ezequiel, usa ka “timaan,” maingon usab sa paglikos batok sa Jerusalem nga gidala ni Cestius sa tuig 66. Sa pagkomento sa pag-ila ni Jesus sa pagkalaglag sa Jerusalem, gipahibalo kanato ni Sister White nga ang “direkta” nga katumanan sa pagkalaglag sa Jerusalem anaa sa ulahing mga adlaw. Ang timaan sa pagkalaglag ibabaw sa duha ka mga saksi nga girepresentahan ni Nabucodonosor ug ni Cestius nagaila nga ang timaan sa paglikos mao ang timaan sa nagakahiduol nga balaod sa Domingo.</w:t>
      </w:r>
    </w:p>
    <w:p>
      <w:pPr>
        <w:pStyle w:val="ArticleHeading"/>
        <w:jc w:val="left"/>
      </w:pPr>
      <w:r>
        <w:rPr>
          <w:rFonts w:ascii="Arial" w:hAnsi="Arial" w:eastAsia="Arial" w:cs="Arial"/>
        </w:rPr>
        <w:t>Usa ka Adlaw Alang sa Usa ka Tuig</w:t>
      </w:r>
    </w:p>
    <w:p>
      <w:pPr>
        <w:pStyle w:val="ArticleBody"/>
        <w:jc w:val="left"/>
      </w:pPr>
      <w:r>
        <w:rPr>
          <w:rFonts w:ascii="Times New Roman" w:hAnsi="Times New Roman" w:eastAsia="Times New Roman" w:cs="Times New Roman"/>
        </w:rPr>
        <w:t>Sulod sa pahayag nga atong ginatun-an makita usab nato ang omega nga biblikanhong reperensiya sa nag-unang lagda sa paghubad sa tagna ni William Miller diha sa patukorananong kalihokan sa mga mensahe sa nahaunang ug ikaduhang manulonda. Ang alpha sa prinsipyo nga usa ka adlaw alang sa usa ka tuig mao usab ang usa ka omega nga simbolo, kay ang alpha sa prinsipyo nga usa ka adlaw alang sa usa ka tuig gipadayag diha sa basahon sa Mga Numeros ingon nga ang ikanapulo ug katapusang pagsulay, diin napakyas ang Israel, ug busa gidala nila sa ilang kaugalingon ang kamatayon didto sa kamingawan sulod sa kap-atan ka tuig nga paglatagaw sa kamingawan.</w:t>
      </w:r>
    </w:p>
    <w:p>
      <w:pPr>
        <w:pStyle w:val="ArticleScripture"/>
        <w:jc w:val="left"/>
      </w:pPr>
      <w:r>
        <w:rPr>
          <w:rFonts w:ascii="Times New Roman" w:hAnsi="Times New Roman" w:eastAsia="Times New Roman" w:cs="Times New Roman"/>
        </w:rPr>
        <w:t>Ug ang inyong mga anak maglatagaw sa kamingawan sulod sa kap-atan ka tuig, ug magapas-an sa inyong mga pagpakighilawas, hangtod nga ang inyong mga patayng lawas mangahanaw sa kamingawan. Sumala sa gidaghanon sa mga adlaw nga inyong gisusi ang yuta, nga mao ang kap-atan ka adlaw, ang matag adlaw alang sa usa ka tuig, pagapas-anon ninyo ang inyong mga kasal-anan, nga mao ang kap-atan ka tuig, ug mahibaloan ninyo ang akong paglapas sa saad. Ako, si Jehova, nagsulti niini; sa pagkamatuod buhaton ko kini batok niining tibook dautang katilingban, nga nanagkatigum batok kanako: dinhi sa kamingawan mangalaglag sila, ug didto mangamatay sila. Numeros 14:33–35.</w:t>
      </w:r>
    </w:p>
    <w:p>
      <w:pPr>
        <w:pStyle w:val="ArticleBody"/>
        <w:jc w:val="left"/>
      </w:pPr>
      <w:r>
        <w:rPr>
          <w:rFonts w:ascii="Times New Roman" w:hAnsi="Times New Roman" w:eastAsia="Times New Roman" w:cs="Times New Roman"/>
        </w:rPr>
        <w:t>Ang mga propetikong kahulogan nga ang prinsipyo sa usa ka adlaw alang sa usa ka tuig gipaila sa katapusang pagsukol sulod sa napulo-ka-ang-ang nga proseso sa pagsulay nga nagsugod sa pagtabok sa Mapulang Dagat, ug nga ang maong prinsipyo gipahibalo pag-usab samtang ang Jerusalem pagalikosan ug pagalaglagon, kinahanglan masabtan ug ipatuman diha sa bahin nga atong ginahisgutan, maingon man ang kahulogan nga ang “paglikos” mao ang “ilhanan.”</w:t>
      </w:r>
    </w:p>
    <w:p>
      <w:pPr>
        <w:pStyle w:val="ArticleBody"/>
        <w:jc w:val="left"/>
      </w:pPr>
      <w:r>
        <w:rPr>
          <w:rFonts w:ascii="Times New Roman" w:hAnsi="Times New Roman" w:eastAsia="Times New Roman" w:cs="Times New Roman"/>
        </w:rPr>
        <w:t>Ang linya sa kasaysayan nga nagkatigom sa dihang gamiton ang “paglikos” sa Jerusalem ingon nga timailhan kinahanglan ilhon, kay kini nahimong usa ka “ehe,” sa pag-ingon, ug sa mahulagwayong paagi, ang timailhan sa paglikos adunay daghang mga rayos nga nakakabit niini. Ang timailhan sa paglikos tingali mao ang labing mahinungdanong pahayag sa Ezekiel, ug ang timailhan nagtugot sa Leon sa banay ni Juda sa pagdala sa kahingpitan gikan sa unang mipakita kang Ezekiel nga kalibog. Ang “timailhan” sa paglikos, ang prinsipyo sa usa ka tuig alang sa usa ka adlaw, ug ang mga linyang tagna nga gikatigom pinaagi sa paglikos, kinahanglan pagatagdon sulod sa konteksto nga ang upat ka gatus ug katloan nagrepresentar sa walay-kataposang tugon.</w:t>
      </w:r>
    </w:p>
    <w:p>
      <w:pPr>
        <w:pStyle w:val="ArticleHeading"/>
        <w:jc w:val="left"/>
      </w:pPr>
      <w:r>
        <w:rPr>
          <w:rFonts w:ascii="Arial" w:hAnsi="Arial" w:eastAsia="Arial" w:cs="Arial"/>
        </w:rPr>
        <w:t>Ang Pakigsaad</w:t>
      </w:r>
    </w:p>
    <w:p>
      <w:pPr>
        <w:pStyle w:val="ArticleScripture"/>
        <w:jc w:val="left"/>
      </w:pPr>
      <w:r>
        <w:rPr>
          <w:rFonts w:ascii="Times New Roman" w:hAnsi="Times New Roman" w:eastAsia="Times New Roman" w:cs="Times New Roman"/>
        </w:rPr>
        <w:t>Ug miingon siya kang Abram, Hibaloi sa pagkatinuod nga ang imong kaliwat mahimong dumuloong sa usa ka yuta nga dili ila, ug sila magaalagad kanila; ug sila pagadagmalon nila sulod sa upat ka gatus ka tuig. Genesis 15:13.</w:t>
      </w:r>
    </w:p>
    <w:p>
      <w:pPr>
        <w:pStyle w:val="ArticleBody"/>
        <w:jc w:val="left"/>
      </w:pPr>
      <w:r>
        <w:rPr>
          <w:rFonts w:ascii="Times New Roman" w:hAnsi="Times New Roman" w:eastAsia="Times New Roman" w:cs="Times New Roman"/>
        </w:rPr>
        <w:t>Ang Ginoo misulod sa tugon uban kang Abraham pinaagi sa usa ka tulo-ka-lakang nga proseso, ug ang nahaunang lakang niadtong tulo naglakip sa panagna nga ang mga kaliwat ni Abraham mahimong mga bihag didto sa Egipto sulod sa upat ka gatus ka tuig. Sa ikaduhang lakang gihatag kang Abraham ang tulomanon sa sirkunsisyon, ug ang ikatulong lakang mao ang paghalad kang Isaac didto sa Bukid sa Moriah. Ang upat ka gatus ka tuig giila diha sa alpha sa tulo ka mga lakang nga gihimo sa Ginoo sa pagpatindog ug sa pagsulod sa tugon uban sa usa ka piniling katawhan. Kadtong piniling katawhan sa tugon gibulagan sa Dios sa pagbato kang Esteban sa tuig 34, ug human niana si Pablo, ang piniling apostol ngadto sa mga Gentil, miila nianang upat ka gatus ka tuig ingon nga—upat ka gatus ug katloan ka tuig.</w:t>
      </w:r>
    </w:p>
    <w:p>
      <w:pPr>
        <w:pStyle w:val="ArticleScripture"/>
        <w:jc w:val="left"/>
      </w:pPr>
      <w:r>
        <w:rPr>
          <w:rFonts w:ascii="Times New Roman" w:hAnsi="Times New Roman" w:eastAsia="Times New Roman" w:cs="Times New Roman"/>
        </w:rPr>
        <w:t>Ug kini ang akong isulti: nga ang pakigsaad, nga sa Dios gipamatuoran nang daan diha kang Cristo, ang kasugoan, nga miabot upat ka gatus ug katloan ka tuig sa ulahi, dili makawagtang niini, aron ang saad mahimong walay kapuslanan. Genesis 3:17.</w:t>
      </w:r>
    </w:p>
    <w:p>
      <w:pPr>
        <w:pStyle w:val="ArticleBody"/>
        <w:jc w:val="left"/>
      </w:pPr>
      <w:r>
        <w:rPr>
          <w:rFonts w:ascii="Times New Roman" w:hAnsi="Times New Roman" w:eastAsia="Times New Roman" w:cs="Times New Roman"/>
        </w:rPr>
        <w:t>Ang gidaghanon nga nagrepresentar sa tugon mao ang upat ka gatus ug katloan, apan ang duha ka mga saksi ni Abram ug Saul, nga silang duha giilisan ang ilang mga ngalan ngadto sa Abraham ug Pablo matag-usa, nagtimaan sa duha ka lahi nga mga yugto nga naglangkob sa bug-os nga gidaghanon nga upat ka gatus ug katloan. Sa dihang usbon sa Dios ang ngalan sa usa ka kalag, kini usa ka simbolo sa usa ka relasyon sa tugon tali sa maong kalag ug sa Dios. Busa ang upat ka gatus ug katloan ka tuig usa ka total nga mamugna pinaagi sa pagdugang sa duha ka managlahi nga mga gidaghanon, sama sa upat ka gatus ni Abraham ug sa pagdugang ni Pablo ug katloan. Si Ezequiel mihigda ibabaw sa iyang wala nga kilid sulod sa tulo ka gatus ug kasiyaman ka adlaw, ug unya ibabaw sa iyang tuo nga kilid sulod sa kap-atan ka adlaw; nga nagtimaan sa duha ka mga gidaghanon kansang kinatibuk-ang suma mao ang upat ka gatus ug katloan.</w:t>
      </w:r>
    </w:p>
    <w:p>
      <w:pPr>
        <w:pStyle w:val="ArticleBody"/>
        <w:jc w:val="left"/>
      </w:pPr>
      <w:r>
        <w:rPr>
          <w:rFonts w:ascii="Times New Roman" w:hAnsi="Times New Roman" w:eastAsia="Times New Roman" w:cs="Times New Roman"/>
        </w:rPr>
        <w:t>Sa Genesis kapitulo onse, ang tugon sa kamatayon nga gidala dayon human sa lunop pinaagi sa pagsukol ni Nimrod nagaila sa kalainan tali sa duha ka mga tugon. Ang mga elemento sa tore sa Babel nagpamatuod sa usa ka satanikong “luwasa ang imong kaugalingon” nga katawhan sa tugon nga pagahukman ug pagapatlaagon. Sa maong kapitulo usab, ang kagikanan sa mga Hebreohanon gipaila pinaagi sa pagkahimugso ni Eber, nga nagtimaan sa sinugdanan sa usa ka piniling katawhan aron magrepresentar sa tugon sa kinabuhi, sukwahi sa tugon sa kamatayon ni Nimrod.</w:t>
      </w:r>
    </w:p>
    <w:p>
      <w:pPr>
        <w:pStyle w:val="ArticleScripture"/>
        <w:jc w:val="left"/>
      </w:pPr>
      <w:r>
        <w:rPr>
          <w:rFonts w:ascii="Times New Roman" w:hAnsi="Times New Roman" w:eastAsia="Times New Roman" w:cs="Times New Roman"/>
        </w:rPr>
        <w:t>Ug si Eber nabuhi ug katloan ug upat ka tuig, ug nanganak kang Peleg: Ug si Eber nabuhi, sa tapos siya manganak kang Peleg, upat ka gatus ug katloan ka tuig, ug nanganak ug mga anak nga lalake ug mga anak nga babaye. Ug si Peleg nabuhi ug katloan ka tuig, ug nanganak kang Reu. Genesis 11:16–18.</w:t>
      </w:r>
    </w:p>
    <w:p>
      <w:pPr>
        <w:pStyle w:val="ArticleBody"/>
        <w:jc w:val="left"/>
      </w:pPr>
      <w:r>
        <w:rPr>
          <w:rFonts w:ascii="Times New Roman" w:hAnsi="Times New Roman" w:eastAsia="Times New Roman" w:cs="Times New Roman"/>
        </w:rPr>
        <w:t>Sa ikanapulo nga kapitulo sa Genesis, si Eber ug si Peleg unang gihisgutan.</w:t>
      </w:r>
    </w:p>
    <w:p>
      <w:pPr>
        <w:pStyle w:val="ArticleScripture"/>
        <w:jc w:val="left"/>
      </w:pPr>
      <w:r>
        <w:rPr>
          <w:rFonts w:ascii="Times New Roman" w:hAnsi="Times New Roman" w:eastAsia="Times New Roman" w:cs="Times New Roman"/>
        </w:rPr>
        <w:t>Ug kang Eber natawo ang duha ka mga anak nga lalaki: ang ngalan sa usa mao si Peleg; kay sa iyang mga adlaw gibahin ang yuta; ug ang ngalan sa iyang igsoon mao si Joktan. Genesis 10:25.</w:t>
      </w:r>
    </w:p>
    <w:p>
      <w:pPr>
        <w:pStyle w:val="ArticleBody"/>
        <w:jc w:val="left"/>
      </w:pPr>
      <w:r>
        <w:rPr>
          <w:rFonts w:ascii="Times New Roman" w:hAnsi="Times New Roman" w:eastAsia="Times New Roman" w:cs="Times New Roman"/>
        </w:rPr>
        <w:t>Ang “Peleg” nagkahulogan ug pagkabahin o pagbulag, ug sa mga adlaw ni Peleg ang pagkabahin sa duha ka hut-ong sa mga katawohan sa tugon gimarkahan pinaagi sa kasaysayan sa tore sa Babel ug sa pagsukol ni Nimrod. Si Eber nabuhi hangtod sa upat ka gatus ug kan-uman ug upat ka tuig, apan human matawo si Peleg (pagkabahin) nabuhi pa siya ug upat ka gatus ug katloan ka tuig. Ang matag kamatuoran adunay kalabutan niini, ug ang upat ka gatus ug katloan mao ang gidaghanon nga gitagana ni Pablo sa tagna sa tugon ni Abraham. Bisan tuod ang gidaghanon nga upat ka gatus ug katloan giila diha sa kinabuhi ni Eber human sa pagkatawo ni Peleg, ang nahaunang katloan ug upat ka tuig sa iyang kinabuhi gipahayag nga “upat ug katloan ka tuig,” nga sa pagkatinuod katloan ug upat ka tuig, apan sa yano nga pagpahayag nianang katloan ug upat ka tuig mabasa kini nga “upat” ug “katloan” (430). Unya miabot ang upat ka gatus ug katloan, dayon ang nahaunang pagpahayag sa kinabuhi ni Peleg mao ang “katloan.”</w:t>
      </w:r>
    </w:p>
    <w:p>
      <w:pPr>
        <w:pStyle w:val="ArticleBody"/>
        <w:jc w:val="left"/>
      </w:pPr>
      <w:r>
        <w:rPr>
          <w:rFonts w:ascii="Times New Roman" w:hAnsi="Times New Roman" w:eastAsia="Times New Roman" w:cs="Times New Roman"/>
        </w:rPr>
        <w:t>Si Eber mao ang gamot sa ngalan nga Hebreohanon ug mao kini ang unang paghisgot sa mga Hebreohanon, nga mahimong piniling katawhan sa tugon. Ang Eber nagpasabot ug pagtabok, sa ingon nagtimaan sa katawhan sa tugon nga motabok gikan sa yuta ngadto sa bag-ong yuta, maingon sa gibuhat sa mga anak ni Abraham sa dihang mitabok sila sa Mapulang Dagat paingon sa Yutang Saad. Ang kap-atan ka tuig nga paglatagaw sa kamingawan nakababag niadtong pagtabok, apan sa katapusan sa kap-atan ka tuig mitabok sila sa Jordan ngadto sa Yutang Saad, sa ingon nagtimaan sa katapusang pagtabok sa katawhan sa Dios. Si Peleg nagrepresentar sa kasaysayan sa dihang ang pagkabahin sa katawhan ngadto sa duha ka katawhan sa tugon unang nahitabo sa torre ni Nimrod. Ang simbolo sa tugon sa kamatayon ni Nimrod mao ang kalibog, ug ang simbolo sa Hebreohanong tugon sa kinabuhi mao ang upat ka gatus ug katloan ka tuig sa kinabuhi ni Eber sa wala pa ang pagkabahin nga girepresentahan ni Peleg. Ang ngalan nga Peleg nagtimaan usab sa usa ka simbolikong kamatuorang numerikal, kay ang upat ka gatus ug katloan ka tuig ni Eber gibahin ngadto sa duha ka numero, ug si Peleg nagrepresentar sa paglain sa upat ka gatus gikan sa numero nga katloan.</w:t>
      </w:r>
    </w:p>
    <w:p>
      <w:pPr>
        <w:pStyle w:val="ArticleBody"/>
        <w:jc w:val="left"/>
      </w:pPr>
      <w:r>
        <w:rPr>
          <w:rFonts w:ascii="Times New Roman" w:hAnsi="Times New Roman" w:eastAsia="Times New Roman" w:cs="Times New Roman"/>
        </w:rPr>
        <w:t>Ang upat ka gatus ug katloan adunay duha ka bahin. Ang upat ka gatus ka tuig sa tugon ni Abraham uban sa dugang nga katloan ka tuig nga gimarkahan ni Pablo. Ang pagdugang sa kahibalo nga nagamugna sa katapusang pagkabuhi pag-usab sa katawohan sa Dios girepresentahan diha sa Daniel kapitulo dose, diin ang simbolo nga duha ka bahin sa walay katapusang tugon piho nga giila, ug kini gipadayag diha sa mga bersikulo 9/11.</w:t>
      </w:r>
    </w:p>
    <w:p>
      <w:pPr>
        <w:pStyle w:val="ArticleScripture"/>
        <w:jc w:val="left"/>
      </w:pPr>
      <w:r>
        <w:rPr>
          <w:rFonts w:ascii="Times New Roman" w:hAnsi="Times New Roman" w:eastAsia="Times New Roman" w:cs="Times New Roman"/>
        </w:rPr>
        <w:t>Ug siya miingon, Lakaw sa imong dalan, Daniel: kay ang mga pulong gitakpan ug gitiselan hangtod sa panahon sa katapusan. Daghan ang pagahinloan, ug pagapapution, ug pagasulayan; apan ang mga dautan magapadayon sa pagkadautan: ug walay bisan usa sa mga dautan nga makasabut; apan ang mga manggialamon makasabut. Ug sukad sa panahon nga ang adlaw-adlaw nga halad pagakuhaon, ug ang dulomtanan nga makapahimong biniyaan igatukod, may usa ka libo duha ka gatus ug kasiyaman ka adlaw. Daniel 12:9–11.</w:t>
      </w:r>
    </w:p>
    <w:p>
      <w:pPr>
        <w:pStyle w:val="ArticleBody"/>
        <w:jc w:val="left"/>
      </w:pPr>
      <w:r>
        <w:rPr>
          <w:rFonts w:ascii="Times New Roman" w:hAnsi="Times New Roman" w:eastAsia="Times New Roman" w:cs="Times New Roman"/>
        </w:rPr>
        <w:t>Ang katapusang paghubad sa tinakpan nga kamatuoran, nga nagmugna ug tulo-ka-ang-ang nga proseso sa pagsulay ingon sa girepresentar sa bersikulo napulo pinaagi sa mga pulong nga “naputli, ug gipaputi, ug gisulayan,” nalangkit sa usa ka libo duha ka gatus ug kasiyaman ka tuig. Ang pagsabot sa mga payunir mahitungod sa maong bersikulo mao nga ang pagtangtang sa pagsukol sa paganoismo niadtong 508, nagsugod ug traynta ka tuig nga proseso nga mitultol sa pagpatindog sa kapapahan ingon nga ikalimang gingharian sa panagna sa Biblia niadtong 538, nga unya naghari ingon nga ikalimang gingharian sa panagna sa Biblia hangtod nga ang usa ka libo duha ka gatus ug kan-uman ka tuig natapos niadtong 1798. Ang traynta ka tuig gikan sa 508 hangtod sa 538 girepresentar usab ni Pablo ingon nga usa ka “pagkahulog una,” diha sa 2 Thessalonians.</w:t>
      </w:r>
    </w:p>
    <w:p>
      <w:pPr>
        <w:pStyle w:val="ArticleBody"/>
        <w:jc w:val="left"/>
      </w:pPr>
      <w:r>
        <w:rPr>
          <w:rFonts w:ascii="Times New Roman" w:hAnsi="Times New Roman" w:eastAsia="Times New Roman" w:cs="Times New Roman"/>
        </w:rPr>
        <w:t>Sa 2 Tesalonica ang hilisgutan mao ang relasyon tali sa paganong Roma ug sa papal nga Roma, ang ikaupat ug ikalimang mga gingharian sa tagna, sa tagsatagsa. Dinhi niining kapitulo sa Tesalonica nadiskobrehan ni William Miller nga ang “inadlaw” diha sa basahon ni Daniel nagrepresentar sa paganong Roma, ug dugang pa nga nadiskobrehan ni Miller nga ang “inadlaw” diha kang Daniel kanunay nga gipakita nga may kalabutan sa dulumtanan o sa kalapasan sa pagkalaglag. Ang dulumtanan ug ang kalapasan sa pagkalaglag diha sa basahon ni Daniel nagrepresentar niadtong giila ni Juan diha sa basahon sa Pinadayag ingon nga ang larawan sa mapintas nga mananap ug ang timaan sa mapintas nga mananap, sa tagsatagsa.</w:t>
      </w:r>
    </w:p>
    <w:p>
      <w:pPr>
        <w:pStyle w:val="ArticleBody"/>
        <w:jc w:val="left"/>
      </w:pPr>
      <w:r>
        <w:rPr>
          <w:rFonts w:ascii="Times New Roman" w:hAnsi="Times New Roman" w:eastAsia="Times New Roman" w:cs="Times New Roman"/>
        </w:rPr>
        <w:t>Gibase ni William Miller ang kadaghanan, kon dili man ang tanan, sa iyang mga pag-aplikar sa tagna ibabaw sa iyang pag-ila sa duha ka mga gahom nga makapaluya pinaagi sa paglaglag, nga gihulagway ingon nga ang “adlaw-adlaw” (ang pagano nga Roma), ug ang ikaduhang gahom nga makapaluya pinaagi sa paglaglag, nga gipahayag sa duha ka paagi, ingon nga ang kalapasan sa paglaglag (ang paghiusa sa iglesia ug sa estado), diha sa Pinadayag—ingon nga ang larawan sa mananap (ang papal nga profetikong estruktura), ug ang dulumtanan sa paglaglag (ang pagsimba sa adlaw) sa Pinadayag—ingon nga ang marka sa mananap. Ang pagsabot nga nakuha ni Miller gikan sa pagpresentar ni Pablo sa 2 Tesalonica maoy usa ka nag-unang pundasyonal nga pagsabot ni Miller, nga mao ang simbolo sa mga patukoranan sa Adventismo. Giingon ni Pablo nga kadtong wala mahigugma sa kamatuoran nga gihulagway sa ikaduhang kapitulo sa 2 Tesalonica mao kadtong modawat sa kusog nga limbong.</w:t>
      </w:r>
    </w:p>
    <w:p>
      <w:pPr>
        <w:pStyle w:val="ArticleBody"/>
        <w:jc w:val="left"/>
      </w:pPr>
      <w:r>
        <w:rPr>
          <w:rFonts w:ascii="Times New Roman" w:hAnsi="Times New Roman" w:eastAsia="Times New Roman" w:cs="Times New Roman"/>
        </w:rPr>
        <w:t>Diha sa tulo ka bersikulo ni Daniel (Daniel 12:9–11), ang simbolikong pagsabot sa ulahing mga adlaw dili mahimong maglakip sa aplikasyon sa panahon, kay sukad sa Oktubre 22, 1844, ang aplikasyon sa matagnaong panahon dili na balido. Ang mga bersikulo sa 9/11 nagrepresentar sa duha ka lahi nga mga yugto nga katloan ka tuig ug usa ka libo duha ka gatus ug kan-uman ka tuig. Ang numero nga kap-atan ug ang numero nga usa ka libo duha ka gatus ug kan-uman pulos mga simbolo sa usa ka matagnaong kamingawan, ug sa matagnaong diwa mahimo silang ilisan sa usag usa. Busa, ang usa ka libo duha ka gatus ug kan-uman mahimong sabton ingon nga kap-atan, ug ang kap-atan mao ang ikapulo sa upat ka gatus. Ang mga bersikulo sa 9/11 nagsimbolo sa numero sa walay-kataposang tugon, sumala sa girepresentar sa upat ka gatus (Abraham) diha sa kalambigitan sa katloan (Pablo). Ang “kamingawan” nga girepresentar sa “usa ka libo duha ka gatus ug kan-uman” nahiuyon sa usa ka “kamingawan” nga “kap-atan,” ug ang upat mao ang ikapulo sa upat ka gatus. Ang katloan mao ang katloan. Ang upat ka gatus ug katloan maporma pinaagi sa pagdugang sa numero nga upat ka gatus ngadto sa numero nga katloan, nga sa Ezekiel kapitulo upat girepresentar ingon nga tulo ka gatus ug nobenta nga gidugang sa numero nga kap-atan.</w:t>
      </w:r>
    </w:p>
    <w:p>
      <w:pPr>
        <w:pStyle w:val="ArticleBody"/>
        <w:jc w:val="left"/>
      </w:pPr>
      <w:r>
        <w:rPr>
          <w:rFonts w:ascii="Times New Roman" w:hAnsi="Times New Roman" w:eastAsia="Times New Roman" w:cs="Times New Roman"/>
        </w:rPr>
        <w:t>Ang mga bersikulo 9–11 sa ikanapulog-duha nga kapitulo nagrepresentar sa taliwala sa tulo ka mga propetikong yugto diha sa maong kapitulo, ug kini usa ka simbolo sa walay-kataposang tugon nga ginabuksan sa ulahing mga adlaw. Ang pag-abli sa kahulogan sa upat ka gatos ug katloan sa ulahing mga adlaw gidala ngadto sa ikaupat nga kapitulo sa Ezekiel.</w:t>
      </w:r>
    </w:p>
    <w:p>
      <w:pPr>
        <w:pStyle w:val="ArticleBody"/>
        <w:jc w:val="left"/>
      </w:pPr>
      <w:r>
        <w:rPr>
          <w:rFonts w:ascii="Times New Roman" w:hAnsi="Times New Roman" w:eastAsia="Times New Roman" w:cs="Times New Roman"/>
        </w:rPr>
        <w:t>Ang Leon sa banay ni Juda karon nagabukas sa katapusang mensahe sa pahimangno ngadto niadtong pinaagi sa pagtoo misulod sa Labing Balaan nga Dapit uban kang Ezekiel, Juan, Daniel, ug Isaias. Kana nga kamatuoran gibuksan inubanan sa pagpataas niadtong girepresentahan dili lamang ingon nga mga sinalikway sa Israel, kondili ingon usab nga bandila sa usa ka gatus ug kap-atan ug upat ka libo. Kana nga kamatuoran gibutang sulod sa hulagway sa tugon nga girepresentahan sa upat ka gatus ka tuig ni Abraham inubanan sa tugon nga girepresentahan sa traynta ka tuig ni Pablo. Kana nga kamatuoran gipadayag diha sa mga bersikulo 9–11 sa Daniel dose, nga nagarepresentar sa tunga-tunga sa tulo ka simbolikong mga yugto, nga sakto nga nasabtan sa mga Millerita. Ang tunga-tungang 9/11 nga kamatuoran nga ginabuksan sa Daniel dose girepresentahan sa tulo ka gatus ug kasiyaman ka adlaw ug kap-atan ka adlaw ni Ezekiel. Kining mga adlawa gibuksan ngadto kang Ezekiel sa ikakatloan ka tuig sa ikanapulogpito nga siklo sa Jubileo, ug si Ezekiel, ingon nga saserdote, nagarepresentar sa pagkapari sa usa ka gatus ug kap-atan ug upat ka libo nga anaa sa tunga-tungang pagsulay, sa tulo ka mga pagsulay.</w:t>
      </w:r>
    </w:p>
    <w:p>
      <w:pPr>
        <w:pStyle w:val="ArticleBody"/>
        <w:jc w:val="left"/>
      </w:pPr>
      <w:r>
        <w:rPr>
          <w:rFonts w:ascii="Times New Roman" w:hAnsi="Times New Roman" w:eastAsia="Times New Roman" w:cs="Times New Roman"/>
        </w:rPr>
        <w:t>Si Ezekiel gimarkahan sulod sa pagsulay sa templo sa “ikalimang adlaw” sa “ikaupat nga bulan,” nga sa kasaysayan sa mga Millerite nagtimaan sa tukmang tunga (“tunga”) sa ikapitong mga bulan nga nagsugod sa nahaunang kapakyasan niadtong Abril 19, 1844, ug natapos niadtong Oktubre 22 sa maong tuig.</w:t>
      </w:r>
    </w:p>
    <w:p>
      <w:pPr>
        <w:pStyle w:val="ArticleScripture"/>
        <w:jc w:val="left"/>
      </w:pPr>
      <w:r>
        <w:rPr>
          <w:rFonts w:ascii="Times New Roman" w:hAnsi="Times New Roman" w:eastAsia="Times New Roman" w:cs="Times New Roman"/>
        </w:rPr>
        <w:t>“Sa ting-init sa 1844, sa taliwala sa panahon nga una gituohang matapos ang 2300 ka mga adlaw, ug sa tinghunlak sa maong tuig, diin sa ulahi nasuta nga didto sila moabot, ang mensahe gimantala sa mismong mga pulong sa Kasulatan: ‘Ania karon, ang Pamanhonon nagaabot!’” The Great Controversy, 398.</w:t>
      </w:r>
    </w:p>
    <w:p>
      <w:pPr>
        <w:pStyle w:val="ArticleBody"/>
        <w:jc w:val="left"/>
      </w:pPr>
      <w:r>
        <w:rPr>
          <w:rFonts w:ascii="Times New Roman" w:hAnsi="Times New Roman" w:eastAsia="Times New Roman" w:cs="Times New Roman"/>
        </w:rPr>
        <w:t>Ang Hulyo 21, 1844 maoy tunga sa pito ka balaang bulan, ug nianang adlawa si Samuel Snow atua sa Boston Tabernacle nga nagpresentar sa iyang mensahe sa Tunga-sa-Gabiing Singgit. Didto, sa unang higayon sa usa ka publikong presentasyon, siya “nagmantala sa mismong mga pulong sa Kasulatan: ‘Tan-awa, ang Pamanhonon nagaanhi!’” Kita karon sa simbolikong paagi nagbarug uban kang Ezekiel sa Boston Tabernacle, sa dili pa ang pagpataas sa mga mensahero sa tunga-sa-gabiing singgit mogula sama sa dakong balud sa tubig. Ang profetikong proseso sa pagpataas sa bandila girepresentahan diha sa profetikong linya sa Islam sa Pinadayag kapitulo nueve. Ang Ezekiel kapitulo cuatro naghatag sa ikaduhang saksi ug sa konklusyon nianang profesiya sa totolo ka gatus ug nubenta ug usa ka tuig ug napulog lima ka adlaw, ug gibuhat niya kini diha sa kapitulo cuatro.</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Natagong Kasaysayan sa Bersikulo Kuwarenta - Numero Baynte-Otso</dc:title>
  <dc:subject>Ezekiel Numero Nuwebe</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