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Iglesia sa Ikapitong-adlaw nga mga Adventista - Numero Diez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Numero Napuloan</w:t>
      </w:r>
    </w:p>
    <w:p>
      <w:pPr>
        <w:pStyle w:val="ArticleBody"/>
        <w:jc w:val="left"/>
      </w:pPr>
      <w:r>
        <w:rPr>
          <w:rFonts w:ascii="Times New Roman" w:hAnsi="Times New Roman" w:eastAsia="Times New Roman" w:cs="Times New Roman"/>
        </w:rPr>
        <w:t>Atong hisgutan ang usa ka bahin sa panan-awon ni Isaias nga nagsugod sa kapitulo pito ug nagapadayon hangtod sa katapusan sa kapitulo dose. Gibuhat nato kini tungod kay niadtong 1850 “ang Ginoo mituy-od pag-usab sa ikaduhang higayon sa iyang kamot, aron tigumon” ang Iyang salin nga katawhan. Atong ibutang sa ilang dapit ang mga timaan sa dalan gikan sa 1844 hangtod sa 1863. Ang “1850” ug ang ikaduhang pagkatigum maoy usa sa maong mga timaan sa dalan.</w:t>
      </w:r>
    </w:p>
    <w:p>
      <w:pPr>
        <w:pStyle w:val="ArticleBody"/>
        <w:jc w:val="left"/>
      </w:pPr>
      <w:r>
        <w:rPr>
          <w:rFonts w:ascii="Times New Roman" w:hAnsi="Times New Roman" w:eastAsia="Times New Roman" w:cs="Times New Roman"/>
        </w:rPr>
        <w:t>Sa dihang magsugod na ang panan-awon ni Isaias sa bersikulo uno sa kapitulo pito, sa matag higayon nga ang usa ka pahayag nga susama sa “niadtong adlawa” gamiton ingon nga usa ka reperensiya, kini kinahanglan ibutang sulod sa natukod nang profetikong kahimtang sa kapitulo pito. Usa ka yawe sa husto nga pagbahin sa panan-awon mao ang pagsabot nga ang propesiya nagalihok sumala sa mga prinsipyo sa pag-usab ug pagpalapad, ug kining lagda maoy nagalihok sa maong panan-awon.</w:t>
      </w:r>
    </w:p>
    <w:p>
      <w:pPr>
        <w:pStyle w:val="ArticleBody"/>
        <w:jc w:val="left"/>
      </w:pPr>
      <w:r>
        <w:rPr>
          <w:rFonts w:ascii="Times New Roman" w:hAnsi="Times New Roman" w:eastAsia="Times New Roman" w:cs="Times New Roman"/>
        </w:rPr>
        <w:t>Ang nagkalainlaing mga kamatuorang mapanagnaon nga mailhan diha sa panan-awon ni Isaias, sugod sa kapitulo unom, kinahanglan duolon gikan sa panglantaw nga “una sa tanan ug labaw sa tanan,” si Isaias nagarepresentar sa usa ka kalag nga gidihogan sa 9/11 aron imantala nga ang ulahing ulan miabot na. Sulod nianang gibalaan nga konteksto, ang kapitulo pito sa Isaias naghulagway sa mao gayud nga kahadlok nga girepresentar sa manalagna diha sa kapitulo unom sa dihang iyang gipangutana ang pangutana, ‘“hangtod kanus-a” siya kinahanglan maghatag sa mensahe sa 9/11 ngadto sa usa ka apostatang iglesia nga ‘may mga mata apan nagdumili sa pagtan-aw ug may mga dalunggan apan nagdumili sa pagpaminaw’?</w:t>
      </w:r>
    </w:p>
    <w:p>
      <w:pPr>
        <w:pStyle w:val="ArticleBody"/>
        <w:jc w:val="left"/>
      </w:pPr>
      <w:r>
        <w:rPr>
          <w:rFonts w:ascii="Times New Roman" w:hAnsi="Times New Roman" w:eastAsia="Times New Roman" w:cs="Times New Roman"/>
        </w:rPr>
        <w:t>Diha sa panan-awon, ang daotan ug buang nga hari nga si Ahaz mao ang simbolo sa usa ka Laodiceano nga dili modawat sa pasidaan sa mensahe sa ulahing ulan, ingon sa gipahayag sa mga magbalantay nga nag-atubang sa daotan ug buang nga si Ahaz nga girepresentahan ni Isaias ug sa iyang mga anak.</w:t>
      </w:r>
    </w:p>
    <w:p>
      <w:pPr>
        <w:pStyle w:val="ArticleBody"/>
        <w:jc w:val="left"/>
      </w:pPr>
      <w:r>
        <w:rPr>
          <w:rFonts w:ascii="Times New Roman" w:hAnsi="Times New Roman" w:eastAsia="Times New Roman" w:cs="Times New Roman"/>
        </w:rPr>
        <w:t>Ang 9/11 miabot sulod sa propetikong kasaysayan sa Daniel onse bersikulo kuwarenta, busa sa dihang ang Isaias gipahimutang sa 9/11 diha sa kapitulo sais, siya gipahimutang sa pagkatinuod sa paagi nga propetiko sulod sa bersikulo kuwarenta sa Daniel onse, apan labaw pa ka mahinungdanon, siya gipahimutang sulod sa “tinagong kasaysayan sa bersikulo kuwarenta.” Ang tinagong kasaysayan sa bersikulo kuwarenta nagsugod sa dihang ang maong bersikulo natuman niadtong 1989 uban sa pagkapukan sa Unyong Sobyet. Gikan sa 1989 hangtod sa balaod sa Domingo sa bersikulo kuwarenta ug usa mao ang “tinagong kasaysayan sa bersikulo kuwarenta” nga gibuksan sa Leon sa banay ni Juda sulod nianang maong “tinagong kasaysayan.” Ang gipaila niini sa atong paghisgot kang Isaias nga nagrepresentar sa usa ka mensahero sa ulahing ulan human sa 9/11 mao nga ang usa ka bahin sa mensahe sa ulahing ulan nga gikaylap ni Isaias mao—Daniel onse, mga bersikulo kuwarenta ug usa hangtod kuwarenta ug singko.</w:t>
      </w:r>
    </w:p>
    <w:p>
      <w:pPr>
        <w:pStyle w:val="ArticleBody"/>
        <w:jc w:val="left"/>
      </w:pPr>
      <w:r>
        <w:rPr>
          <w:rFonts w:ascii="Times New Roman" w:hAnsi="Times New Roman" w:eastAsia="Times New Roman" w:cs="Times New Roman"/>
        </w:rPr>
        <w:t>Samtang nagabarog sa tinagnaong paagi didto sa 9/11, si Isaias sa ikanapulong kapitulo nagapahayag ug usa ka pasidaan nga ang sunod gayod nga hitabo mao ang “dili matarong nga sugo,” nga mao ang balaod sa Domingo, ug girepresentahan kini sa bersikulo kwarenta’y uno sa Daniel onse. Ang hulagway ni Isaias sa mensahe sa ulahing ulan gipahimutang sulod sa ‘tinagong kasaysayan’ sa bersikulo kwarenta—human sa 9/11. Ang katumanan sa bersikulo kwarenta niadtong 1989 nagapahimutang kang Isaias human sa 1989, sa 9/11, diin siya gidihogan pinaagi sa baga gikan sa halaran. Si Isaias nagarepresentar sa usa ka mensahero kansang mensahe nagalakip sa kataposang unom ka mga bersikulo sa Daniel onse.</w:t>
      </w:r>
    </w:p>
    <w:p>
      <w:pPr>
        <w:pStyle w:val="ArticleBody"/>
        <w:jc w:val="left"/>
      </w:pPr>
      <w:r>
        <w:rPr>
          <w:rFonts w:ascii="Times New Roman" w:hAnsi="Times New Roman" w:eastAsia="Times New Roman" w:cs="Times New Roman"/>
        </w:rPr>
        <w:t>Si Isaias nagapahayag sa dayag nga paagi nga siya ug ang iyang mga anak alang sa mga ilhanan ug mga katingalahan. Sa kapitulo siete bersikulo tres, si Isaias ug ang iyang anak atua sa daplin sa agianan sa tubig gikan sa ibabaw nga lim-aw, sa dakong dalan haduol sa umahan sa maglalaba. Gipresentar ni Isaias ang mensahe sa ulahing ulan nga siya gidihogan sa pagmantala diha sa kapitulo sais, ug nagtindog siya sa tulo ka mga simbolo sa ulahing ulan maingon man uban sa iyang anak nga si Shearjashub. Ang agianan sa tubig gikan sa ibabaw nga lim-aw usa ka propetikong pasumbingay ngadto sa duha ka mga tubo nga napuno sa bulawanong lana nga giila ni Zacarias ug nga kanunayng gihisgotan ni Sister White, nga nagaila sa mensahe nga moabot gikan sa agianan sa tubig sa ibabaw nga lim-aw diha sa mensahe sa ulahing ulan.</w:t>
      </w:r>
    </w:p>
    <w:p>
      <w:pPr>
        <w:pStyle w:val="ArticleBody"/>
        <w:jc w:val="left"/>
      </w:pPr>
      <w:r>
        <w:rPr>
          <w:rFonts w:ascii="Times New Roman" w:hAnsi="Times New Roman" w:eastAsia="Times New Roman" w:cs="Times New Roman"/>
        </w:rPr>
        <w:t>Ang agianan sa tubig ni Isaias nagdugtong sa duha ka tubo ni Zacarias, ug ang komentaryo ni Ellen White naghiusa kang Zacarias uban sa sambingay sa napulo ka ulay. Si Isaias gipaubos ngadto sa abog diha sa kapitulo unom sa dihang iyang nakita ang himaya sa Ginoo. Miuyon siya sa pagdala sa mensahe nga girepresentahan diha sa bersikulo tres ingon nga mensahe nga nagadan-ag sa yuta pinaagi sa himaya sa Dios. Ug siya giputli pinaagi sa usa ka baga nga baga gikan sa halaran ug unya nagatindog siya tupad sa linaw nga namugna pinaagi sa tubig gikan sa ibabaw nga linaw. Diha sa kapitulo baynte-otso, gihubit ni Isaias ang mensahe sa ulahing ulan ingon nga “linya ibabaw sa linya,” ug diha sa bersikulo tres ang ibabaw nga linaw nagarepresentar sa daghang mga linya sa tagna.</w:t>
      </w:r>
    </w:p>
    <w:p>
      <w:pPr>
        <w:pStyle w:val="ArticleBody"/>
        <w:jc w:val="left"/>
      </w:pPr>
      <w:r>
        <w:rPr>
          <w:rFonts w:ascii="Times New Roman" w:hAnsi="Times New Roman" w:eastAsia="Times New Roman" w:cs="Times New Roman"/>
        </w:rPr>
        <w:t>Si Isaias, nga nagrepresentar sa usa ka kalag sa 9/11, motindog lamang unta sa dapit diin ang bulawanong lana nagakanaug gikan sa ibabaw nga danaw kon kadtong kalaga nangutana sa maayong dalan nga nagamando ngadto sa karaang agianan ni Jeremias, nga mao ang “dalan (agianan) sa daplin sa uma sa magpapaputi” ni Isaias diin makita ang “kapahulayan” ni Jeremias. Ang mensahe ni Isaias bahin sa ulahing ulan nakapatindog dili lamang ibabaw sa linya sa napulo ka mga ulay, sa linya ni Zacarias sa duha ka bulawanong mga tubo, ug sa linya ni Jeremias sa karaang agianan, kondili si Isaias nagatindog usab sa “uma sa magpapaputi” diin ang Mensahero sa Pakigsaad nagapaputli ug nagahinlo sa mga anak ni Levi sama sa salapi ug bulawan.</w:t>
      </w:r>
    </w:p>
    <w:p>
      <w:pPr>
        <w:pStyle w:val="ArticleBody"/>
        <w:jc w:val="left"/>
      </w:pPr>
      <w:r>
        <w:rPr>
          <w:rFonts w:ascii="Times New Roman" w:hAnsi="Times New Roman" w:eastAsia="Times New Roman" w:cs="Times New Roman"/>
        </w:rPr>
        <w:t>Usa kaayo kini kasayon nga buluhaton sa pagtagna ang pagdala sa ubang mga linya ngadto sa bersikulo tres sa kapitulo pito. Ang lana ni Zacarias ug ang napulo ka ulay nagdugtong ngadto sa hagdanan ni Jacob ug sa unang duha ka bersikulo sa Pinadayag kay silang tanan naghisgot sa proseso sa komunikasyon tali sa Dios ug sa tawo. Ang karaang agianan ni Jeremias naglakip sa “magbalantay” nga mopatingog sa trumpeta nga gidumilian sa daotan ug buang nga hari nga si Ahaz sa pagpaminaw. Kana nga trumpeta nagdala sa tanang mga trumpeta sa pagtagna, maingon man sa mga magbalantay nga manalagna, ngadto sa “dalang halangdon” ni Isaias diin si Isaias ug ang iyang anak nagtindog aron ipahayag ang usa ka mensahe ngadto sa pangulo sa Laodicea.</w:t>
      </w:r>
    </w:p>
    <w:p>
      <w:pPr>
        <w:pStyle w:val="ArticleBody"/>
        <w:jc w:val="left"/>
      </w:pPr>
      <w:r>
        <w:rPr>
          <w:rFonts w:ascii="Times New Roman" w:hAnsi="Times New Roman" w:eastAsia="Times New Roman" w:cs="Times New Roman"/>
        </w:rPr>
        <w:t>Si Isaias ug ang iyang anak nga si Shearjashub, nga nagkahulogan og “usa ka salin mobalik,” nagtindog nga mag-uban ug naghulagway sila sa pagmantala sa mensahe sa ulahing ulan nga miabot niadtong 9/11. Miadto sila aron sa pagtagbo sa dautang hari nga si Ahaz, ug isip amahan ug anak sila nagrepresentar sa usa ka simbolo sa alpha ug omega, ang pangunang lagda sa pamaagi nga “linya ibabaw sa linya.” Ang “linya ibabaw sa linya” mao ang lagda nga gitipohan sa Millerite nga prinsipyo sa “adlaw/tuig.”</w:t>
      </w:r>
    </w:p>
    <w:p>
      <w:pPr>
        <w:pStyle w:val="ArticleBody"/>
        <w:jc w:val="left"/>
      </w:pPr>
      <w:r>
        <w:rPr>
          <w:rFonts w:ascii="Times New Roman" w:hAnsi="Times New Roman" w:eastAsia="Times New Roman" w:cs="Times New Roman"/>
        </w:rPr>
        <w:t>Niadtong Agosto 11, 1840, natuman ang usa ka tagna mahitungod sa Islam sa ikaduhang kaalaotan sa Pinadayag 9 ug napamatud-an ang prinsipyo sa “adlaw/tuig” sa mga Millerite, sa ingon naghatag ug kusog sa tagna ni Miller mahitungod sa 1843 nga gibase sa prinsipyo sa adlaw/tuig. Niadtong Septyembre 11, 2001, natuman ang usa ka tagna mahitungod sa Islam sa ikatulong kaalaotan sa Pinadayag 9, 10 ug 11 ug napamatud-an ang prinsipyo sa alpha (8-11-1840) ug omega (9/11) sa dihang mikunsad ang gamhanang manolunda sa Pinadayag 18 sa pagkapukan sa dagkong mga tinukod sa New York—maingon nga ang gamhanang manolunda sa Pinadayag 10 mikunsad niadtong Agosto 11, 1840 sa dihang natuman ang alpha nga maoy hulagway sa omega.</w:t>
      </w:r>
    </w:p>
    <w:p>
      <w:pPr>
        <w:pStyle w:val="ArticleBody"/>
        <w:jc w:val="left"/>
      </w:pPr>
      <w:r>
        <w:rPr>
          <w:rFonts w:ascii="Times New Roman" w:hAnsi="Times New Roman" w:eastAsia="Times New Roman" w:cs="Times New Roman"/>
        </w:rPr>
        <w:t>Dili lamang si Isaias ug ang iyang anak nagrepresentar sa nag-unang prinsipyo sa “linya ibabaw sa linya,” kondili nagrepresentar usab sila sa mensahe ni Elias, nga nagrepresentar sa usa ka mensahe nga gihulagway pinaagi sa relasyon sa usa ka amahan ug sa iyang mga anak. Ang mensahe ni Elias, nga ginamantala sa wala pa ang daku ug makalilisang nga adlaw sa Ginoo, nagtimaan sa usa ka mensahe nga moabut sa dili pa magsugod ang ehekutibong paghukom sa Dios. Ang mga ehekutibong paghukom sa Dios nagrepresentar sa usa ka yugto nga mao ang “daku ug makalilisang nga adlaw sa Ginoo.” Kana nga yugto magsugod sa balaod sa Dominggo ug mopadayon hangtod sa pito ka ulahing hampak. Ang yugto magsugod sa balaod sa Dominggo ug matapos sa pito ka ulahing hampak. Busa, ang mensahe ni Elias gitukod ibabaw sa prinsipyo sa alpha ug omega, inubanan sa pasidaan sa nagkaduol nga pagkatapus sa panahon sa gracia. Uban sa mensahe ni Elias anaa usab ang nagkalainlaing mga linya sa profesiya nga nagasukad kang Elias; kay si Elias, sumala kang Jesus, nagrepresentar kang Juan Bautista, ug silang duha, si Elias ug si Juan, sumala kang Sister White, nagrepresentar kang William Miller; ug sa tingub, si Elias ug si Juan Bautista nagrepresentar sa usa ka bahin sa usa ka gatus ug kap-atan ug upat ka libo (Elias), ug sa laing bahin sa dakung panon sa Katawhan diha sa Pinadayag pito (Juan).</w:t>
      </w:r>
    </w:p>
    <w:p>
      <w:pPr>
        <w:pStyle w:val="ArticleBody"/>
        <w:jc w:val="left"/>
      </w:pPr>
      <w:r>
        <w:rPr>
          <w:rFonts w:ascii="Times New Roman" w:hAnsi="Times New Roman" w:eastAsia="Times New Roman" w:cs="Times New Roman"/>
        </w:rPr>
        <w:t>Si Isaias ug ang iyang anak nagatindog sa mga karaang alagianan, nga mao ang mga patukoranan, ug sila nagadawat sa bulawanong lana, kay sila mga maalamong ulay nga nagaagi sa proseso sa paghinlo sa maglalaba, nga natuman niadtong Oktubre 22, 1844, nga nagatipolohiya sa balaod sa Domingo. Si Isaias ug ang salin nga mobalik, (kay mao kana ang kahulogan sa ngalan sa iyang anak nga si Shearjashub), nagarepresentar sa salin nga “mobalik” ngadto sa mga karaang alagianan sa 9/11. Ang relasyon sa amahan ug salin, nga mao usab ang relasyon sa alpha ug omega, nga mao usab ang relasyon ni Elias sa “mga kasingkasing sa mga amahan ug mga anak,” nagapaila nga si Amahan Miller ug ang iyang relasyon ngadto sa usa ka kalihokan sa salin sa unang manulonda mao ang alpha nga kalihokan sa Philadelphia. Sa alpha nga kalihokan si Amahan Miller gipaila ingon si Elias ug si Juan Bautista nga giila ni Jesus ingon nga mensahero nga nagaandam sa dalan alang sa Mensahero sa Pakigsaad. Ang tanan niadtong mga matagnaong katumanan sa alpha nga kasaysayan sa una ug ikaduhang mga manulonda ginabalik sa kasaysayan sa omega sa ikatulong manulonda.</w:t>
      </w:r>
    </w:p>
    <w:p>
      <w:pPr>
        <w:pStyle w:val="ArticleBody"/>
        <w:jc w:val="left"/>
      </w:pPr>
      <w:r>
        <w:rPr>
          <w:rFonts w:ascii="Times New Roman" w:hAnsi="Times New Roman" w:eastAsia="Times New Roman" w:cs="Times New Roman"/>
        </w:rPr>
        <w:t>Aduna pay mas hinungdanong mga kamatuoran mahitungod sa ilustrasyon ni Isaias diha sa panan-awon, apan dinhi ato lamang giila nga si Isaias sa piho nag-ila sa nagkalainlaing mga kamatuoran nga naglangkob sa kasingkasing sa mensahe sa ulahing ulan sa 9/11. Kining tanan nga mga linya nga atong bag-o lang gihisgutan, ug sa pagkatinuod daghan pa, anaa sa bersikulo tres sa kapitulo syete.</w:t>
      </w:r>
    </w:p>
    <w:p>
      <w:pPr>
        <w:pStyle w:val="ArticleBody"/>
        <w:jc w:val="left"/>
      </w:pPr>
      <w:r>
        <w:rPr>
          <w:rFonts w:ascii="Times New Roman" w:hAnsi="Times New Roman" w:eastAsia="Times New Roman" w:cs="Times New Roman"/>
        </w:rPr>
        <w:t>Sa bersikulo otso ang kamatuoran sa tagna mipakusog samtang kini nagpaila sa yawi nga nag-abli sa “tinagong kasaysayan sa bersikulo kwarenta,” ug katingalahang paagi, kana nga yawi gipaila sulod sa mao gihapong bersikulo diin gimarkahan ang sinugdanan sa duha ka mga tagna sa panahon nga 2520 ka tuig.</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pagadugmokon ang Ephraim, aron kini dili na mahimong usa ka katawhan. Ug ang ulo sa Ephraim mao ang Samaria, ug ang ulo sa Samaria mao ang anak ni Remalias.</w:t>
      </w:r>
    </w:p>
    <w:p>
      <w:pPr>
        <w:pStyle w:val="ArticleScripture"/>
        <w:jc w:val="left"/>
      </w:pPr>
      <w:r>
        <w:rPr>
          <w:rFonts w:ascii="Times New Roman" w:hAnsi="Times New Roman" w:eastAsia="Times New Roman" w:cs="Times New Roman"/>
        </w:rPr>
        <w:t>Kon kamo dili motoo, sa pagkatinuod dili kamo malig-on. Isaias 7:8, 9.</w:t>
      </w:r>
    </w:p>
    <w:p>
      <w:pPr>
        <w:pStyle w:val="ArticleBody"/>
        <w:jc w:val="left"/>
      </w:pPr>
      <w:r>
        <w:rPr>
          <w:rFonts w:ascii="Times New Roman" w:hAnsi="Times New Roman" w:eastAsia="Times New Roman" w:cs="Times New Roman"/>
        </w:rPr>
        <w:t>Ang paghulagway ni Isaias sa mensahe sa ulahing ulan nagalakip sa “pito ka pilo” ni Moises, kay ang tagna sa kan-uman ug lima ka tuig sa bersikulo otso nagaila sa sinugdanan alang sa mga 2520 ka tuig sa pagkapatlaag sa amihanan ug habagatang mga gingharian sa Israel. Sa mao gayud nga bersikulo anaa ang yawi nga nagapaliso sa tulo ka tagnaong mga linya sa Daniel onse bersikulo kap-atan mahitungod sa pagkapukan sa Unyong Sobyet niadtong 1989, inubanan sa bersikulo napulo sa Daniel onse, ug uban sa bersikulo otso sa Isaias otso. Uban niining tulo ka mga linya (Isaias 8:8, Daniel 11:10, 40), ang yawi mao ang mga “ulo” sa mga bersikulo otso ug nuebe. Sa dihang ang yawi sa mga “ulo” iaplikar ngadto niadtong tulo ka managsamang mga bersikulo, maablihan ang pultahan ngadto sa kasaysayan sa Gubat sa Ukraine ug sa haduol na nga Ikatulong Gubat sa Kalibotan. Sa dihang maablihan kana nga tagnaong pultahan, ang bersikulo onse hangtod napulog-unom sa Daniel onse makita dayon nga managsamang kasaysayan sa bersikulo kap-atan sa Daniel onse human sa pagkapukan sa Unyong Sobyet niadtong 1989. Ang pag-abli sa “tinagong kasaysayan sa bersikulo kap-atan” usa ka kamatuoran nga usa sa pipila lamang ka pinili nga mga kamatuoran nga giila nga pagabuksan inubanan sa pag-abli sa Pinadayag ni Jesu-Cristo sa dili pa matapos ang panahon sa pagsulay.</w:t>
      </w:r>
    </w:p>
    <w:p>
      <w:pPr>
        <w:pStyle w:val="ArticleBody"/>
        <w:jc w:val="left"/>
      </w:pPr>
      <w:r>
        <w:rPr>
          <w:rFonts w:ascii="Times New Roman" w:hAnsi="Times New Roman" w:eastAsia="Times New Roman" w:cs="Times New Roman"/>
        </w:rPr>
        <w:t>Ang unang bersikulo sa ikawalong kapitulo sa Isaias nagsugod sa pulong nga, “Labut pa,” nga nagaila nga ang ikawalong kapitulo kinahanglan nga moabot ibabaw sa ikapitong kapitulo. Gawas sa kamatuoran nga ang unang pulong mao ang “labut pa,” ang ikawalong kapitulo bersikulo tres nalambigit usab sa bersikulo tres sa ikapitong kapitulo ingon nga ikaduhang saksi nga ang duha ka kapitulo kinahanglan ipatuman linya ibabaw sa linya. Ang duha ka bersikulo nga “tres” nagaila sa usa sa mga anak nga lalaki ni Isaias, kansang mga ngalan silang duha nagasulti mahitungod sa mensaheng matagnaon sulod sa sugilanon. Ang Shearjashub nagpasabot og ‘usa ka salin mobalik’ ug ang Mahershalalhashbaz nagpasabot og ‘matulin ngadto sa inagaw.’ Ang Shearjashub unang gihisgotan, unya ang Mahershalalhashbaz (nga mao ang labing hataas nga ngalan sa Biblia). Ang alpha nga girepresentahan sa “1” mas gamay, ug niini nga kahimtang gani giila ingon nga usa ka “salin,” ug ang omega nga girepresentahan sa “22” mas dako, ug girepresentahan sa labing dako nga ngalan sa Biblia samtang nagsimbolo sa paspas nga mga lihok sa balaod sa Domingo.</w:t>
      </w:r>
    </w:p>
    <w:p>
      <w:pPr>
        <w:pStyle w:val="ArticleBody"/>
        <w:jc w:val="left"/>
      </w:pPr>
      <w:r>
        <w:rPr>
          <w:rFonts w:ascii="Times New Roman" w:hAnsi="Times New Roman" w:eastAsia="Times New Roman" w:cs="Times New Roman"/>
        </w:rPr>
        <w:t>Ang salin sa alpha nga salin, nga gisimbolohan ni Shear-jashub, anaa uban sa iyang amahan nga si Isaias diha sa bersikulo tres. Magkauban sila nga usa ka alpha ug usa ka omega, ug nagtindog sila sa usa ka dapit nga gilangkuban sa tulo ka lahi nga mga reperensiya ngadto sa ulahing ulan.</w:t>
      </w:r>
    </w:p>
    <w:p>
      <w:pPr>
        <w:pStyle w:val="ArticleScripture"/>
        <w:jc w:val="left"/>
      </w:pPr>
      <w:r>
        <w:rPr>
          <w:rFonts w:ascii="Times New Roman" w:hAnsi="Times New Roman" w:eastAsia="Times New Roman" w:cs="Times New Roman"/>
        </w:rPr>
        <w:t>Unya miingon si Jehova kang Isaias, Lakaw karon sa pagsugat kang Ahaz, ikaw ug si Shearjashub nga imong anak, didto sa tumoy sa agianan sa tubig sa ibabaw nga linaw, sa dalan ngadto sa uma sa magpapaputi. Isaias 7:3.</w:t>
      </w:r>
    </w:p>
    <w:p>
      <w:pPr>
        <w:pStyle w:val="ArticleBody"/>
        <w:jc w:val="left"/>
      </w:pPr>
      <w:r>
        <w:rPr>
          <w:rFonts w:ascii="Times New Roman" w:hAnsi="Times New Roman" w:eastAsia="Times New Roman" w:cs="Times New Roman"/>
        </w:rPr>
        <w:t>Si Isaias usa ka simbolo sa usa ka gatus ug kap-atan ug upat ka libo, ug sa iyang pagrepresentar sa tawag sa 9/11, si Isaias nagrepresentar usab sa tawag sa Hulyo 2023. Sa 9/11, si Isaias usa ka Laodiceanon nga girepresentahan ni Jacob nga mangilog-ilog, nga mokuha unta sa pagkapanganay ni Esau samtang ang Adventismo igasuka gikan sa baba sa Ginoo, ug sa 2023 si Isaias nagrepresentar sa Israel nga makadaugon. Si Isaias nagrepresentar sa usa ka tawo nga nagapresentar sa mensahe sa Dios nga gipukaw ngadto sa kamatuoran nga siya usa ka Laodiceanon ug unya gilimpyohan siya sa usa ka baga aron mahimong usa ka Filadelfianhon.</w:t>
      </w:r>
    </w:p>
    <w:p>
      <w:pPr>
        <w:pStyle w:val="ArticleScripture"/>
        <w:jc w:val="left"/>
      </w:pPr>
      <w:r>
        <w:rPr>
          <w:rFonts w:ascii="Times New Roman" w:hAnsi="Times New Roman" w:eastAsia="Times New Roman" w:cs="Times New Roman"/>
        </w:rPr>
        <w:t>“Si Isaias may maanindot nga panan-aw sa himaya sa Dios. Iyang nakita ang pagpadayag sa gahum sa Dios, ug human sa pagtan-aw sa Iyang pagkahalangdon, miabut kaniya ang usa ka mensahe nga moadto ug mobuhat sa usa ka piho nga buluhaton. Gibati niya nga siya hingpit nga dili takos alang sa buluhaton. Unsay nakapahimo kaniya sa pag-isip sa iyang kaugalingon nga dili takos? Naghunahuna ba siya nga dili siya takos sa wala pa siya makakita sa himaya sa Dios?—Wala; naghunahuna siya nga anaa siya sa usa ka matarong nga kahimtang sa atubangan sa Dios; apan sa dihang gipadayag kaniya ang himaya sa Ginoo sa mga panon, sa dihang iyang nakita ang dili masukod nga pagkahalangdon sa Dios, miingon siya, ‘Nalaglag ako; kay ako usa ka tawo nga mahugaw ug mga ngabil, ug nagpuyo ako sa taliwala sa usa ka katawohan nga mahugaw ug mga ngabil; kay ang akong mga mata nakakita sa Hari, ang Ginoo sa mga panon. Unya milupad nganhi kanako ang usa sa mga serapin, nga may buhing baga sa iyang mga kamot, nga iyang gikuha pinaagi sa mga kumpit gikan sa halaran, ug iyang gihikap kini sa akong baba, ug miingon, Tan-awa, kini nakatandog sa imong mga ngabil; ug ang imong kasal-anan gikuha na, ug ang imong sala nahinloan na.’ Mao kini ang buhat nga kinahanglan nga mabuhat alang kanato ingon nga tagsatagsa. Gusto nato nga ang buhing baga gikan sa halaran ibutang sa atong mga ngabil. Gusto nato nga madungog ang pulong nga gikasulti, ‘Ang imong kasal-anan gikuha na, ug ang imong sala nahinloan na’” Review and Herald, Hunyo 4, 1889.</w:t>
      </w:r>
    </w:p>
    <w:p>
      <w:pPr>
        <w:pStyle w:val="ArticleBody"/>
        <w:jc w:val="left"/>
      </w:pPr>
      <w:r>
        <w:rPr>
          <w:rFonts w:ascii="Times New Roman" w:hAnsi="Times New Roman" w:eastAsia="Times New Roman" w:cs="Times New Roman"/>
        </w:rPr>
        <w:t>Ang “How long” sa Isaias kapitulo sais usa ka simbolo sa 9/11 ngadto sa balaod sa Domingo, ug ang kapitulo sais usa ka representasyon sa 9/11. Ang mga kapitulo pito hangtod nuwebe nagpresentar sa mensahe nga gihatag ni Isaias ngadto sa apostatang pagpangulo sa Juda, ug sa hulagway nga mahitabo sa panahon sa pagpatik sa usa ka gatus ug kap-atan ug upat ka libo sa dihang ang mga palahubog sa Efraim mapandol. Sa mao gihapong panan-awon si Isaias nagrekord:</w:t>
      </w:r>
    </w:p>
    <w:p>
      <w:pPr>
        <w:pStyle w:val="ArticleScripture"/>
        <w:jc w:val="left"/>
      </w:pPr>
      <w:r>
        <w:rPr>
          <w:rFonts w:ascii="Times New Roman" w:hAnsi="Times New Roman" w:eastAsia="Times New Roman" w:cs="Times New Roman"/>
        </w:rPr>
        <w:t>Tan-awa, ako ug ang mga anak nga gihatag kanako sa Ginoo maoy alang sa mga ilhanan ug alang sa mga kahibulongan sa Israel gikan sa Ginoo sa mga panon, nga nagapuyo sa bukid sa Zion. Isaias 8:18.</w:t>
      </w:r>
    </w:p>
    <w:p>
      <w:pPr>
        <w:pStyle w:val="ArticleBody"/>
        <w:jc w:val="left"/>
      </w:pPr>
      <w:r>
        <w:rPr>
          <w:rFonts w:ascii="Times New Roman" w:hAnsi="Times New Roman" w:eastAsia="Times New Roman" w:cs="Times New Roman"/>
        </w:rPr>
        <w:t>Si Isaias ug ang iyang mga anak maoy mga timailhan sulod sa mga hiwaga nga makita sa mga kapitulo pito hangtod siyam. Ang mga kapitulo pito hangtod siyam mao ang puntong saligan sa tibuok panan-awon, mahitungod sa bisan unsang paghisgot sa “nianang adlawa” o “nianang panahona.” Ang bersikulo napulog-walo nagpaila nga si Isaias ug ang iyang mga anak maoy mga timailhan, ug ang mga bersikulo nga naglibot sa bersikulo napulog-walo nagpaila sa yugto sa panahon diin ang mga timailhan pagailhon.</w:t>
      </w:r>
    </w:p>
    <w:p>
      <w:pPr>
        <w:pStyle w:val="ArticleScripture"/>
        <w:jc w:val="left"/>
      </w:pPr>
      <w:r>
        <w:rPr>
          <w:rFonts w:ascii="Times New Roman" w:hAnsi="Times New Roman" w:eastAsia="Times New Roman" w:cs="Times New Roman"/>
        </w:rPr>
        <w:t>Ug daghan kanila ang mapandol, ug mangapukan, ug madugmok, ug mabitik, ug madakpan. Ihigot ang pagpamatuod, timri ang Kasugoan taliwala sa akong mga tinun-an. Ug ako magahulat sa Ginoo, nga nagtago sa iyang nawong gikan sa banay ni Jacob, ug ako magapaabot kaniya.</w:t>
      </w:r>
    </w:p>
    <w:p>
      <w:pPr>
        <w:pStyle w:val="ArticleScripture"/>
        <w:jc w:val="left"/>
      </w:pPr>
      <w:r>
        <w:rPr>
          <w:rFonts w:ascii="Times New Roman" w:hAnsi="Times New Roman" w:eastAsia="Times New Roman" w:cs="Times New Roman"/>
        </w:rPr>
        <w:t>Tan-awa, ako ug ang mga anak nga gihatag kanako sa Ginoo maoy mga timaan ug mga katingalahan sa Israel gikan sa Ginoo sa mga panon, nga nagapuyo sa bukid sa Zion. Isaias 8:15–18.</w:t>
      </w:r>
    </w:p>
    <w:p>
      <w:pPr>
        <w:pStyle w:val="ArticleBody"/>
        <w:jc w:val="left"/>
      </w:pPr>
      <w:r>
        <w:rPr>
          <w:rFonts w:ascii="Times New Roman" w:hAnsi="Times New Roman" w:eastAsia="Times New Roman" w:cs="Times New Roman"/>
        </w:rPr>
        <w:t>Kadtong “naghulat sa Ginoo” girepresentahan ni Isaias ug sa iyang duha ka mga anak nga lalaki. Sila mao kadtong gitagoan sa Ginoo sa “iyang nawong,” nga maoy usa ka kinaiya sa mga moduol sa pagkaamgo sa mga gikinahanglan sa pag-ampo sa Levitico 26, human sa Hulyo 2023. Makaamgo sila sa kamatuoran nga ang ilang pagsugid kinahanglan maglakip nga ang Ginoo naglihok nga supak kanila, nga buot ipasabot, gitago niya ang iyang nawong gikan kanila.</w:t>
      </w:r>
    </w:p>
    <w:p>
      <w:pPr>
        <w:pStyle w:val="ArticleBody"/>
        <w:jc w:val="left"/>
      </w:pPr>
      <w:r>
        <w:rPr>
          <w:rFonts w:ascii="Times New Roman" w:hAnsi="Times New Roman" w:eastAsia="Times New Roman" w:cs="Times New Roman"/>
        </w:rPr>
        <w:t>Ang “pagbugkos sa pagpamatuod, ug pagpatik sa balaod” mao ang pagpatik sa usa ka gatos ug kap-atan ug upat ka libo nga gipahimutang nga sukwahi sa “daghan.” “Daghan” ang gitawag, apan pipila ra ang pinili. Ang daghan gipahimutang nga sukwahi kang Isaias ug sa iyang duha ka anak nga lalaki, nga nagrepresentar sa pipila. Ang “daghan” mao ang lima ka buang nga ulay, ug tungod niini lima ka butang ang mahitabo kanila: sila “mapandol, ug mangapukan, ug madugmok, ug mabitik, ug madakpan.” Sila mapandol tungod kay ilang gisalikway ang mensahe sa ulahing ulan.</w:t>
      </w:r>
    </w:p>
    <w:p>
      <w:pPr>
        <w:pStyle w:val="ArticleScripture"/>
        <w:jc w:val="left"/>
      </w:pPr>
      <w:r>
        <w:rPr>
          <w:rFonts w:ascii="Times New Roman" w:hAnsi="Times New Roman" w:eastAsia="Times New Roman" w:cs="Times New Roman"/>
        </w:rPr>
        <w:t>Kay pinaagi sa mga ngabil nga nag-utas-utas ug sa laing pinulongan siya mosulti niining katawhan. Nga kanila siya miingon, Mao kini ang kapahulayan nga pinaagi niini inyong mapapahulay ang gikapoy; ug mao kini ang pagpabaskog: apan sila dili buot mamati. Apan ang pulong ni Jehova alang kanila nahimong sugo ibabaw sa sugo, sugo ibabaw sa sugo; linya ibabaw sa linya, linya ibabaw sa linya; dinhi diyutay, ug didto diyutay; aron sila mangadto, ug mangapukan paatras, ug mangadugmok, ug mangabitik, ug madakpan. Isaias 28:11–13.</w:t>
      </w:r>
    </w:p>
    <w:p>
      <w:pPr>
        <w:pStyle w:val="ArticleBody"/>
        <w:jc w:val="left"/>
      </w:pPr>
      <w:r>
        <w:rPr>
          <w:rFonts w:ascii="Times New Roman" w:hAnsi="Times New Roman" w:eastAsia="Times New Roman" w:cs="Times New Roman"/>
        </w:rPr>
        <w:t>Sa panahon sa pagtimri sa ikawalong kapitulo, gihulagway ni Isaias ang pagkapukan sa mga daotan, nga gihulagway pinaagi kang Ahaz, ug iyang giila ang maong samang pundok diha sa bersikulo trese sa ikakaluhaan ug walo nga kapitulo. Ang hinungdan nga sila “napukan” mao nga ilang gisalikway ang mensahe sa ulahing ulan, nga alang kanila “linya ibabaw sa linya,” ug gipadayag pinaagi niadtong mga gilarawan nga may ngabil nga nagakakurog. Ang mga Judiong mapakiglantugi sa Pentecostes nagsumbong sa mga tinun-an nga nangahubog, kay wala nila masabti ang mensahe. Sa ilang mga hunahuna, kini gipadayag pinaagi sa mga ngabil nga nagakakurog.</w:t>
      </w:r>
    </w:p>
    <w:p>
      <w:pPr>
        <w:pStyle w:val="ArticleBody"/>
        <w:jc w:val="left"/>
      </w:pPr>
      <w:r>
        <w:rPr>
          <w:rFonts w:ascii="Times New Roman" w:hAnsi="Times New Roman" w:eastAsia="Times New Roman" w:cs="Times New Roman"/>
        </w:rPr>
        <w:t>Sa bersikulo tres sa kapitulo siyete, si Isaias mao ang propetikong alpha alang sa iyang anak nga si Shearjashub, nga sa baylo mao ang omega diha sa kalambigitan sa iyang amahan, apan mao usab ang alpha diha sa kalambigitan sa iyang igsoon. Ingon nga mga representante sa Alpha ug Omega, sila nagatindog diin ang duha ka bulawanong tubo gikan sa langitnong balaang puloy-anan nagahimo ug danaw, didto mismo sa dakong dalan sa karaang alagianan ni Jeremias sa uma diin ang lino usbon gikan sa mga lama ngadto sa putli nga kaputi samtang ang Mensahero sa Pakigsaad nagaputli sa mga anak ni Levi, ingon man usab kang Isaias ug kang Shearjashub. Sa dihang atua na siya didto, iyang gipresentar sa daotan ug buang nga hari nga si Ahaz ang mensahe sa karaang alagianan ni Moises bahin sa “pito ka pilo” sa Levitico 26, nga nagapahimutang sa maong bersikulo nga ang “ulo” mao ang usa ka hari, o ang gingharian sa hari, o ang ulohang siyudad sa usa ka gingharian.</w:t>
      </w:r>
    </w:p>
    <w:p>
      <w:pPr>
        <w:pStyle w:val="ArticleBody"/>
        <w:jc w:val="left"/>
      </w:pPr>
      <w:r>
        <w:rPr>
          <w:rFonts w:ascii="Times New Roman" w:hAnsi="Times New Roman" w:eastAsia="Times New Roman" w:cs="Times New Roman"/>
        </w:rPr>
        <w:t>Kana nga yawi nag-abli sa kahayag sa Pulong sa Dios aron ang Gubat sa Ukraine nga nagsugod niadtong 2014 makita ingon nga usa ka hilisgutan sa tagna sa Biblia nga girepresentar nga nagakahitabo sa panahon sa pagpatik sa usa ka gatos ug kap-atan ug upat ka libo ug sa kasaysayan sa katapusang tulo ka mga pangulo sa Tinipong Bansa sa Amerika. Ang mensahe sa ulahing ulan girepresentar ni Isaias diha sa mga kapitulo napulo ug onse, ug kini naghulagway sa sulodnon ug gawasnong kasaysayan sa katapusang unom ka mga bersikulo sa Daniel onse. Ang unang bersikulo, bersikulo kwarenta, gihulagway ni Isaias diha sa mga kapitulo unom hangtod siyam, ug unya sa mga kapitulo napulo ug onse gipadayag ang mensahe nga naablihan niadtong 1989 sa iyang sulodnon ug gawasnong mga kasaysayan. Ang matag dakong bahin sa mensahe sa ulahing ulan girepresentar diha sa panan-awon.</w:t>
      </w:r>
    </w:p>
    <w:p>
      <w:pPr>
        <w:pStyle w:val="ArticleBody"/>
        <w:jc w:val="left"/>
      </w:pPr>
      <w:r>
        <w:rPr>
          <w:rFonts w:ascii="Times New Roman" w:hAnsi="Times New Roman" w:eastAsia="Times New Roman" w:cs="Times New Roman"/>
        </w:rPr>
        <w:t>Ang katapusang mga bersikulo sa kapitulo napulo nagpaila sa mao rang mahimantalaong kasaysayan nga girepresentar sa katapusang mga bersikulo sa kapitulo onse. Ang kapitulo napulo mao ang gawasnon, ug ang onse mao ang sulodnon. Sa basahon sa Pinadayag, ang pito ka mga iglesia mao ang sulodnon ug ang mga patik mao ang gawasnon. Sa katapusang mga bersikulo sa kapitulo napulo, ang gahum sa pagkapapa nagwagayway sa iyang kamot batok sa Jerusalem diha sa usa ka kaparis nga pahayag ngadto sa gahum sa pagkapapa nga moabut sa iyang katapusan nga walay bisan kinsa nga motabang kaniya sa bersikulo kap-atan ug lima sa Daniel onse.</w:t>
      </w:r>
    </w:p>
    <w:p>
      <w:pPr>
        <w:pStyle w:val="ArticleScripture"/>
        <w:jc w:val="left"/>
      </w:pPr>
      <w:r>
        <w:rPr>
          <w:rFonts w:ascii="Times New Roman" w:hAnsi="Times New Roman" w:eastAsia="Times New Roman" w:cs="Times New Roman"/>
        </w:rPr>
        <w:t>Niadtong adlawa mopabilin pa siya sa Nob; iuyog niya ang iyang kamot batok sa bukid sa anak nga babaye sa Zion, sa bungtod sa Jerusalem. Ania karon, ang Ginoo, ang Ginoo sa mga panon, magaputol sa sanga uban ang kalisang; ug ang mga hataas sa tindog pagapukanon, ug ang mga mapahitas-on pagapaubson. Ug pagaputlon niya ang mabagang kalibonan sa lasang pinaagi sa puthaw, ug ang Lebanon mapukan pinaagi sa usa ka gamhanan. Isaias 10:32–34.</w:t>
      </w:r>
    </w:p>
    <w:p>
      <w:pPr>
        <w:pStyle w:val="ArticleBody"/>
        <w:jc w:val="left"/>
      </w:pPr>
      <w:r>
        <w:rPr>
          <w:rFonts w:ascii="Times New Roman" w:hAnsi="Times New Roman" w:eastAsia="Times New Roman" w:cs="Times New Roman"/>
        </w:rPr>
        <w:t>Ang katapusan sa kapitulo napulo mao ang pagsira sa panahon sa pagsulay sa tawo, ug didto usab nagakahuman ang katapusan sa Daniel onse.</w:t>
      </w:r>
    </w:p>
    <w:p>
      <w:pPr>
        <w:pStyle w:val="ArticleScripture"/>
        <w:jc w:val="left"/>
      </w:pPr>
      <w:r>
        <w:rPr>
          <w:rFonts w:ascii="Times New Roman" w:hAnsi="Times New Roman" w:eastAsia="Times New Roman" w:cs="Times New Roman"/>
        </w:rPr>
        <w:t>Ug iyang itanom ang mga tolda sa iyang palasyo taliwala sa mga dagat diha sa mahimayaong balaang bukid; apan siya moabut sa iyang katapusan, ug walay motabang kaniya. Ug niadtong panahona motindog si Miguel, ang dakong principe nga nagatindog alang sa mga anak sa imong katawohan: ug mahitabo ang usa ka panahon sa kagul-anan, nga sukad wala pa gayud mahitabo ingon niana sukad pa nga may usa ka nasud hangtod niadtong maong panahona: ug niadtong panahona maluwas ang imong katawohan, ang tagsatagsa nga hikaplagan nga nahisulat diha sa basahon. Daniel 11:45, 12:1.</w:t>
      </w:r>
    </w:p>
    <w:p>
      <w:pPr>
        <w:pStyle w:val="ArticleBody"/>
        <w:jc w:val="left"/>
      </w:pPr>
      <w:r>
        <w:rPr>
          <w:rFonts w:ascii="Times New Roman" w:hAnsi="Times New Roman" w:eastAsia="Times New Roman" w:cs="Times New Roman"/>
        </w:rPr>
        <w:t>Ang ikanapulong kapitulo nagsugod sa bersikulo uno uban sa “dili matarung nga sugo,” nga giila ni Sister White nga mao ang balaod sa Domingo.</w:t>
      </w:r>
    </w:p>
    <w:p>
      <w:pPr>
        <w:pStyle w:val="ArticleScripture"/>
        <w:jc w:val="left"/>
      </w:pPr>
      <w:r>
        <w:rPr>
          <w:rFonts w:ascii="Times New Roman" w:hAnsi="Times New Roman" w:eastAsia="Times New Roman" w:cs="Times New Roman"/>
        </w:rPr>
        <w:t>Alaut sila nga nagmando ug dili matarong nga mga sugo, ug nga nagsulat sa kabug-aton nga ilang gitakda. Isaias 10:1.</w:t>
      </w:r>
    </w:p>
    <w:p>
      <w:pPr>
        <w:pStyle w:val="ArticleBody"/>
        <w:jc w:val="left"/>
      </w:pPr>
      <w:r>
        <w:rPr>
          <w:rFonts w:ascii="Times New Roman" w:hAnsi="Times New Roman" w:eastAsia="Times New Roman" w:cs="Times New Roman"/>
        </w:rPr>
        <w:t>Ang kapitulo napulo nagsugod sa balaod sa Domingo, nga nahiuyon sa bersikulo kap-atan ug usa sa Daniel kapitulo onse, ug kini natapos uban sa usa ka kaparis sa pagtindog ni Michael sa kasaysayan sa bersikulo kap-atan ug lima sa Daniel onse.</w:t>
      </w:r>
    </w:p>
    <w:p>
      <w:pPr>
        <w:pStyle w:val="ArticleScripture"/>
        <w:jc w:val="left"/>
      </w:pPr>
      <w:r>
        <w:rPr>
          <w:rFonts w:ascii="Times New Roman" w:hAnsi="Times New Roman" w:eastAsia="Times New Roman" w:cs="Times New Roman"/>
        </w:rPr>
        <w:t>“Usa ka igdudulo nga adlawng igpapahulay sa diosdios ang gipahimutang, maingon nga ang bulawanong larawan gipahimutang didto sa kapatagan sa Dura. Ug maingon nga si Nabucodonosor, ang hari sa Babilonia, nagpagula ug usa ka sugo nga ang tanan nga dili moyukbo ug mosimba niining larawan pagapatyon, sa ingon usab usa ka pagpahibalo pagahimoon nga ang tanan nga dili motahod sa institusyon sa Domingo pagasilotan pinaagi sa pagkabilanggo ug kamatayon. Sa ingon niini ang Igpapahulay sa Ginoo ginatamak-ilalom sa tiil. Apan ang Ginoo nagpamatuod, ‘Alaut sila nga nagamando ug dili matarong nga mga sugo, ug nga nagasulat sa kasakit nga ilang gimando’ [Isaias 10:1]. [Sofonias 1:14–18; 2:1–3, kinutlo.]” Manuscript Releases, volume 14, 91.</w:t>
      </w:r>
    </w:p>
    <w:p>
      <w:pPr>
        <w:pStyle w:val="ArticleBody"/>
        <w:jc w:val="left"/>
      </w:pPr>
      <w:r>
        <w:rPr>
          <w:rFonts w:ascii="Times New Roman" w:hAnsi="Times New Roman" w:eastAsia="Times New Roman" w:cs="Times New Roman"/>
        </w:rPr>
        <w:t>Sa “dakong linog” sa Pinadayag onse, nga nagrepresentar sa balaod sa Domingo diha sa bersikulo trese, adunay tulo ka mga simbolo sa Islam nga nalambigit sa “linog” nga nag-uyog sa mananap sa yuta sa Pinadayag trese, sa dihang mosulti kini ingon nga usa ka dragon. Sa Isaias kapitulo diez, ang balaod sa Domingo girepresentar ingon nga usa ka “dili matarung nga sugo” nga adunay “kaalaut” nga gipahayag batok niini. Diha sa “dakong linog” sa Pinadayag onse sukad sa bersikulo trese hangtod sa bersikulo dieciocho ang Islam sa ikatulong kaalaut giila pinaagi sa upat ka mga simbolo sa Islam ug sa hampak nga gihimo niini batok sa Tinipong Bansa sa Amerika sa panahon sa balaod sa Domingo; “Ug niadtong maong taknaa miabut ang usa ka dakong linog,” ug “ang ikaduhang kaalaut milabay na; ug, ania karon, ang ikatulong kaalaut moanhi sa madali. Ug ang ikapitong manulonda mipatingog” “ug ang mga nasud nangasuko.”</w:t>
      </w:r>
    </w:p>
    <w:p>
      <w:pPr>
        <w:pStyle w:val="ArticleBody"/>
        <w:jc w:val="left"/>
      </w:pPr>
      <w:r>
        <w:rPr>
          <w:rFonts w:ascii="Times New Roman" w:hAnsi="Times New Roman" w:eastAsia="Times New Roman" w:cs="Times New Roman"/>
        </w:rPr>
        <w:t>Ang ikanapulong kapitulo naghulagway sa gahum sa kapapahan gikan sa bersikulo 41 sa Daniel 11 hangtod sa bersikulo 45, sa dihang moabot ang katapusan sa kapapahan. Ang bersikulo 40 dili kabahin sa sugilanon sa ikanapulong kapitulo, kay si Isaias naglarawan sa “tinagong kasaysayan” sa bersikulo 40 sa dihang ang mensahe sa ulahing ulan gipresentar ngadto sa usa ka apostatang iglesia nga girepresentahan ni Ahaz. Ang konklusyon sa kapitulo 11 nagapakita sa kaluwasan gikan sa gahum sa kapapahan sulod sa mao gihapong kasaysayan.</w:t>
      </w:r>
    </w:p>
    <w:p>
      <w:pPr>
        <w:pStyle w:val="ArticleScripture"/>
        <w:jc w:val="left"/>
      </w:pPr>
      <w:r>
        <w:rPr>
          <w:rFonts w:ascii="Times New Roman" w:hAnsi="Times New Roman" w:eastAsia="Times New Roman" w:cs="Times New Roman"/>
        </w:rPr>
        <w:t>Ug ang Ginoo magalaglag gayod sa dila sa dagat sa Egipto; ug pinaagi sa iyang gamhanang hangin iyang iwasiwas ang iyang kamot ibabaw sa suba, ug iyang hampakon kini ngadto sa pito ka sapa, ug papalakwon ang mga tawo sa pagtabok nga uga ang ilang mga tiil. Ug didto adunay usa ka halapad nga dalan alang sa salin sa iyang katawhan, nga manghibilin, gikan sa Asiria; maingon sa nahitabo sa Israel sa adlaw nga siya mitungas gikan sa yuta sa Egipto. Isaias 11:15, 16.</w:t>
      </w:r>
    </w:p>
    <w:p>
      <w:pPr>
        <w:pStyle w:val="ArticleBody"/>
        <w:jc w:val="left"/>
      </w:pPr>
      <w:r>
        <w:rPr>
          <w:rFonts w:ascii="Times New Roman" w:hAnsi="Times New Roman" w:eastAsia="Times New Roman" w:cs="Times New Roman"/>
        </w:rPr>
        <w:t>Ang ikanapulog kapitulo sa Isaias mao ang gawasnon, ug ang ikanapulog-usa nga kapitulo mao ang sulodnon sa mao rang kasaysayan. Ang mga pagkaparis sa gawasnon ug sulodnon nagadagaya sa Pulong sa Dios, ug kining duha ka managsamang kapitulo nagrepresentar sa pasidaan sa ikatulong manulunda sumala sa pagrepresentar ni Isaias. Ang pasidaan sa ikatulong manulunda gisumaryo sa daghang paagi pinaagi sa inspirasyon, apan ang usa ka mapuslanon kaayong pagbahinbahin sa pasidaan sa ikatulong manulunda mao nga kini nagrepresentar sa mga hitabo nga may kalabutan sa panapos sa panahon sa pagpasulay, ug nagpasiugda usab kini sa panginahanglan sa personal nga pagpangandam. Ang Isaias 10 mao ang mga hitabo, ug ang kapitulo 11 mao ang pagpangandam.</w:t>
      </w:r>
    </w:p>
    <w:p>
      <w:pPr>
        <w:pStyle w:val="ArticleScripture"/>
        <w:jc w:val="left"/>
      </w:pPr>
      <w:r>
        <w:rPr>
          <w:rFonts w:ascii="Times New Roman" w:hAnsi="Times New Roman" w:eastAsia="Times New Roman" w:cs="Times New Roman"/>
        </w:rPr>
        <w:t>“Ang mga hitabo nga nalangkit sa pagkatapos sa panahon sa grasya ug sa buluhaton sa pagpangandam alang sa panahon sa kagul-anan, tin-aw nga gipadayag. Apan ang daghang mga tawo walay labaw pang pagsabot niining mahinungdanong mga kamatuoran kay sa daw wala gayod kini ikapadayag kanila. Si Satanas nagbantay aron kuhaon ang matag impresyon nga makapahimo kanila nga manggialamon ngadto sa kaluwasan, ug ang panahon sa kagul-anan makakaplag kanila nga dili andam.</w:t>
      </w:r>
    </w:p>
    <w:p>
      <w:pPr>
        <w:pStyle w:val="ArticleScripture"/>
        <w:jc w:val="left"/>
      </w:pPr>
      <w:r>
        <w:rPr>
          <w:rFonts w:ascii="Times New Roman" w:hAnsi="Times New Roman" w:eastAsia="Times New Roman" w:cs="Times New Roman"/>
        </w:rPr>
        <w:t>“Sa diha nga ang Dios magpadala ngadto sa mga tawo ug mga pahimangno nga hilabihan ka mahinungdanon nga ginahulagway ingon nga gimantala sa mga balaang manulonda nga naglupad sa taliwala sa langit, nagkinahanglan Siya sa matag tawo nga gitugahan ug gahum sa pangatarungan nga magpatalinghug sa maong mensahe. Ang makahahadlok nga mga hukom nga gipahayag batok sa pagsimba sa mananap ug sa iyang larawan (Pinadayag 14:9–11), kinahanglan magdala sa tanan ngadto sa masinabuton nga pagtuon sa mga tagna aron mahibaloan kon unsa ang timaan sa mananap, ug sa unsang paagi nila malikayan ang pagdawat niini. Apan ang kadaghanan sa mga tawo mosalikway sa ilang mga dalunggan gikan sa pagpatalinghug sa kamatuoran ug mangadani ngadto sa mga sugilanon. Ang apostol nga si Pablo mipahayag, samtang nagtan-aw ngadto sa ulahing mga adlaw: ‘Kay moabot ang panahon nga dili nila antuson ang himsog nga pagtulon-an.’ 2 Timoteo 4:3. Kana nga panahon miabut na gayud. Ang mga panon sa katawhan dili buot sa kamatuoran sa Biblia, tungod kay kini mosupak sa mga tinguha sa makasasalaon, mahigugmaon-sa-kalibotan nga kasingkasing; ug si Satanas nagahatag sa mga limbong nga ilang gihigugma.”</w:t>
      </w:r>
    </w:p>
    <w:p>
      <w:pPr>
        <w:pStyle w:val="ArticleScripture"/>
        <w:jc w:val="left"/>
      </w:pPr>
      <w:r>
        <w:rPr>
          <w:rFonts w:ascii="Times New Roman" w:hAnsi="Times New Roman" w:eastAsia="Times New Roman" w:cs="Times New Roman"/>
        </w:rPr>
        <w:t>“Apan ang Dios adunay usa ka katawhan dinhi sa yuta nga magapadayon sa Biblia, ug sa Biblia lamang, ingon nga sukdanan sa tanang mga doktrina ug pundasyon sa tanang mga reporma. Ang mga opinyon sa mga tawong inalam, ang mga konklusyon sa siyensiya, ang mga kredo o mga paghukom sa mga konsehong eklisyastiko, nga sama sa kadaghanon ug pagkasupakay sa mga iglesia nga ilang girepresentahan, ang tingog sa kadaghanan—wala ni usa ni silang tanan ang angay pagaisipon nga pamatuod pabor o batok sa bisan unsang bahin sa relihiyosong pagtoo. Sa dili pa dawaton ang bisan unsang doktrina o sugo, kinahanglan kita mangayo ug tin-aw nga ‘Mao kini ang giingon sa Ginoo’ aron mosuporta niini.”</w:t>
      </w:r>
    </w:p>
    <w:p>
      <w:pPr>
        <w:pStyle w:val="ArticleScripture"/>
        <w:jc w:val="left"/>
      </w:pPr>
      <w:r>
        <w:rPr>
          <w:rFonts w:ascii="Times New Roman" w:hAnsi="Times New Roman" w:eastAsia="Times New Roman" w:cs="Times New Roman"/>
        </w:rPr>
        <w:t>“Si Satanas sa walay hunong naningkamot sa pagpabaling sa pagtagad ngadto sa tawo puli sa Dios. Iyang giagda ang katawhan sa pagtan-aw ngadto sa mga obispo, ngadto sa mga pastor, ngadto sa mga propesor sa teolohiya, ingon nga ilang mga giya, imbis nga susihon ang Kasulatan aron ilang mahibaloan ang ilang katungdanan alang sa ilang kaugalingon. Unya, pinaagi sa pagkontrolar sa hunahuna niining mga pangulo, mahimo niyang maimpluwensiyahan ang mga panon sumala sa iyang kabubut-on.” The Great Controversy, 594, 595.</w:t>
      </w:r>
    </w:p>
    <w:p>
      <w:pPr>
        <w:pStyle w:val="ArticleBody"/>
        <w:jc w:val="left"/>
      </w:pPr>
      <w:r>
        <w:rPr>
          <w:rFonts w:ascii="Times New Roman" w:hAnsi="Times New Roman" w:eastAsia="Times New Roman" w:cs="Times New Roman"/>
        </w:rPr>
        <w:t>Padayonon nato kining pagtuon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Iglesia sa Ikapitong-adlaw nga mga Adventista - Numero Diez</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