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 nga Iglesia Adventista sa Ikapitong Adlaw - Numero Baynte-Nuwebe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Kaluhaan ug Siyam</w:t>
      </w:r>
    </w:p>
    <w:p>
      <w:pPr>
        <w:pStyle w:val="ArticleBody"/>
        <w:jc w:val="left"/>
      </w:pPr>
      <w:r>
        <w:rPr>
          <w:rFonts w:ascii="Times New Roman" w:hAnsi="Times New Roman" w:eastAsia="Times New Roman" w:cs="Times New Roman"/>
        </w:rPr>
        <w:t>Ang ikalimang Mesyanikong tagna sa basahon ni Mateo mao ang timailhan sa kasagmuyo ug kamatayon. Niadtong Hulyo 18, 2020, ang bakak nga tagna sa pagkalaglag sa Nashville mipatay kang Elijah ug kang Moses.</w:t>
      </w:r>
    </w:p>
    <w:p>
      <w:pPr>
        <w:pStyle w:val="ArticleHeading"/>
        <w:jc w:val="left"/>
      </w:pPr>
      <w:r>
        <w:rPr>
          <w:rFonts w:ascii="Arial" w:hAnsi="Arial" w:eastAsia="Arial" w:cs="Arial"/>
        </w:rPr>
        <w:t>Ang Ikalimang Mesianikong Timailhan mao ang Kapakyasan sa Hulyo 18, 2020</w:t>
      </w:r>
    </w:p>
    <w:p>
      <w:pPr>
        <w:pStyle w:val="ArticleScripture"/>
        <w:jc w:val="left"/>
      </w:pPr>
      <w:r>
        <w:rPr>
          <w:rFonts w:ascii="Times New Roman" w:hAnsi="Times New Roman" w:eastAsia="Times New Roman" w:cs="Times New Roman"/>
        </w:rPr>
        <w:t>Unya natuman ang gisulti pinaagi ni Jeremias nga manalagna, nga nagaingon: Sa Rama nadungog ang usa ka tingog, pagminatay, ug paghilak, ug dakong pagbangotan; si Raquel naghilak tungod sa iyang mga anak, ug dili magpadalaag lipay, kay sila wala na. Mateo 2:17, 18.</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Mao kini ang giingon sa Ginoo; Usa ka tingog nadungog didto sa Rama, pagminatay, ug mapait nga paghilak; si Rahel nga naghilak tungod sa iyang mga anak midumili sa paglipay alang sa iyang mga anak, kay sila wala na. Jeremias 31:15.</w:t>
      </w:r>
    </w:p>
    <w:p>
      <w:pPr>
        <w:pStyle w:val="ArticleBody"/>
        <w:jc w:val="left"/>
      </w:pPr>
      <w:r>
        <w:rPr>
          <w:rFonts w:ascii="Times New Roman" w:hAnsi="Times New Roman" w:eastAsia="Times New Roman" w:cs="Times New Roman"/>
        </w:rPr>
        <w:t>Si Moises ug si Elias gipamatay sa kadalanan sa Sodoma ug Egipto. Ang katapusang pahayag sa Daang Tugon nagpaila nga si Elias moanhi sa dili pa ang daku ug makahahadlok nga adlaw sa Ginoo. Kanang makahahadlok nga adlaw magsugod sa dihang motindog si Miguel diha sa Daniel dose, ug mopahibalo diha sa Pinadayag baynte dos nga, “ang matarong ug ang dili matarong” magapabilin niana nga kahimtang hangtod sa kahangturan.</w:t>
      </w:r>
    </w:p>
    <w:p>
      <w:pPr>
        <w:pStyle w:val="ArticleScripture"/>
        <w:jc w:val="left"/>
      </w:pPr>
      <w:r>
        <w:rPr>
          <w:rFonts w:ascii="Times New Roman" w:hAnsi="Times New Roman" w:eastAsia="Times New Roman" w:cs="Times New Roman"/>
        </w:rPr>
        <w:t>Ug niadtong panahona motindog si Miguel, ang dakung prinsipe nga nagapanalipod sa mga anak sa imong katawhan; ug moabot ang usa ka panahon sa kagul-anan, nga wala gayud mahitabo sukad sa dihang may nasod hangtod niadtong maong panahona; ug niadtong panahona ang imong katawhan pagaluwason, ang matag-usa nga hikaplagan nga nahisulat sa basahon. Daniel 12:1.</w:t>
      </w:r>
    </w:p>
    <w:p>
      <w:pPr>
        <w:pStyle w:val="ArticleScripture"/>
        <w:jc w:val="left"/>
      </w:pPr>
      <w:r>
        <w:rPr>
          <w:rFonts w:ascii="Times New Roman" w:hAnsi="Times New Roman" w:eastAsia="Times New Roman" w:cs="Times New Roman"/>
        </w:rPr>
        <w:t>Ang dili matarong, padayonon siya sa pagkadili matarong; ug ang mahugaw, padayonon siya sa pagkahugaw; ug ang matarong, padayonon siya sa pagkamatarong; ug ang balaan, padayonon siya sa pagkabalaan. Pinadayag 22:11.</w:t>
      </w:r>
    </w:p>
    <w:p>
      <w:pPr>
        <w:pStyle w:val="ArticleBody"/>
        <w:jc w:val="left"/>
      </w:pPr>
      <w:r>
        <w:rPr>
          <w:rFonts w:ascii="Times New Roman" w:hAnsi="Times New Roman" w:eastAsia="Times New Roman" w:cs="Times New Roman"/>
        </w:rPr>
        <w:t>Si Elias kinahanglan magpakita sa dili pa ang panahon sa probation matapos, ug siya pagapatyon ug pagabanhawon diha sa Pinadayag onse, sa dili pa gayod ang probation matapos. Siya pagabanhawon ug ipahayag niya ang iyang mensahe hangtod nga matapos ang probation, diin adunay unya laing pagkabanhaw, sa mga matarong ug sa mga daotan.</w:t>
      </w:r>
    </w:p>
    <w:p>
      <w:pPr>
        <w:pStyle w:val="ArticleScripture"/>
        <w:jc w:val="left"/>
      </w:pPr>
      <w:r>
        <w:rPr>
          <w:rFonts w:ascii="Times New Roman" w:hAnsi="Times New Roman" w:eastAsia="Times New Roman" w:cs="Times New Roman"/>
        </w:rPr>
        <w:t>Ug daghan kanila nga nangatulog diha sa abog sa yuta mamata; ang uban ngadto sa kinabuhing dayon, ug ang uban ngadto sa kaulaw ug dayong pagtamay. Daniel 12:2.</w:t>
      </w:r>
    </w:p>
    <w:p>
      <w:pPr>
        <w:pStyle w:val="ArticleBody"/>
        <w:jc w:val="left"/>
      </w:pPr>
      <w:r>
        <w:rPr>
          <w:rFonts w:ascii="Times New Roman" w:hAnsi="Times New Roman" w:eastAsia="Times New Roman" w:cs="Times New Roman"/>
        </w:rPr>
        <w:t>Kana nga pinasahi nga pagkabanhaw pagasundan sa Ikaduhang Pag-anhi ni Cristo, diin ang mga matarong nga minatay pagabanhawon ug unya ang usa ka libo ka tuig diin ang mga balaan magahukom sa mga nangawala. Sa katapusan sa usa ka libo ka tuig may laing pagkabanhaw ug ang ikatulong pag-anhi ni Cristo. Ang laray sa mga profetikanhong pagkabanhaw naglakip sa pagkabanhaw sa mapapal nga mananap, apan ang matag usa sa mga pagkabanhaw maoy usa ka piho nga hilisgutan sa profetikanhong Pulong sa Dios. Niadtong Hulyo 18, 2020, ang kalihukang Laodicean sa usa ka gatus ug kap-atan ug upat ka libo naghikog pinaagi sa pagsukol sa sugo ni Cristo nga nagadili sa mga pag-aplikar sa panahon lapas sa 1844.</w:t>
      </w:r>
    </w:p>
    <w:p>
      <w:pPr>
        <w:pStyle w:val="ArticleBody"/>
        <w:jc w:val="left"/>
      </w:pPr>
      <w:r>
        <w:rPr>
          <w:rFonts w:ascii="Times New Roman" w:hAnsi="Times New Roman" w:eastAsia="Times New Roman" w:cs="Times New Roman"/>
        </w:rPr>
        <w:t>Unya may usa ka tingog nga nadungog sa Rama, nga nagpasabot sa garbo ug pagpasidungog sa kaugalingon. Si Rachel, nga nagpasabot ug maayong magpapanaw, anaa sa pagbangotan tungod kay si Moises ug si Elias wala didto, ug labaw pa kaimportante, dili sila mahimong malipay. Wala silay kalipay, ug ang Balaang Espiritu mao ang Maglilipay, nga ipadala sa dihang ang tingog sa kamingawan nagsugod niadtong Hulyo sa 2023.</w:t>
      </w:r>
    </w:p>
    <w:p>
      <w:pPr>
        <w:pStyle w:val="ArticleBody"/>
        <w:jc w:val="left"/>
      </w:pPr>
      <w:r>
        <w:rPr>
          <w:rFonts w:ascii="Times New Roman" w:hAnsi="Times New Roman" w:eastAsia="Times New Roman" w:cs="Times New Roman"/>
        </w:rPr>
        <w:t>Kining mga butanga mahitabo sa dili pa mosira ang panahon sa pagsulay, ug sumala sa Pinadayag, sa dili pa mosira ang panahon sa pagsulay ang Pinadayag ni Jesu-Cristo maablihan gikan sa pagkabinatonan. Kadtong pag-abli gikan sa pagkabinatonan mao ang nagapabangon kang Moises ug Elias, nga mao usab si Raquel, ang maayong magpapanaw, nga nagahilak ug nagabalata alang sa iyang mga anak, ug dili malipayag. Ang iyang pagbalata mahimong kalipay sa dihang mabanhaw na kadtong mga anak.</w:t>
      </w:r>
    </w:p>
    <w:p>
      <w:pPr>
        <w:pStyle w:val="ArticleScripture"/>
        <w:jc w:val="left"/>
      </w:pPr>
      <w:r>
        <w:rPr>
          <w:rFonts w:ascii="Times New Roman" w:hAnsi="Times New Roman" w:eastAsia="Times New Roman" w:cs="Times New Roman"/>
        </w:rPr>
        <w:t>Ug siya miingon kanako, Ayaw pagtimri ang mga pulong sa tagna niining basahona: kay ang panahon haduol na. Pinadayag 22:10.</w:t>
      </w:r>
    </w:p>
    <w:p>
      <w:pPr>
        <w:pStyle w:val="ArticleBody"/>
        <w:jc w:val="left"/>
      </w:pPr>
      <w:r>
        <w:rPr>
          <w:rFonts w:ascii="Times New Roman" w:hAnsi="Times New Roman" w:eastAsia="Times New Roman" w:cs="Times New Roman"/>
        </w:rPr>
        <w:t>Si Moises ug Elias patay didto sa kadalanan sa Sodoma ug Egipto, ug sama kang Cristo, ang usa ka gatus ug kap-atan ug upat ka libo pagatawgon gawas sa Egipto sa dihang ang pagtigom nagsugod niadtong Hulyo sa 2023.</w:t>
      </w:r>
    </w:p>
    <w:p>
      <w:pPr>
        <w:pStyle w:val="ArticleHeading"/>
        <w:jc w:val="left"/>
      </w:pPr>
      <w:r>
        <w:rPr>
          <w:rFonts w:ascii="Arial" w:hAnsi="Arial" w:eastAsia="Arial" w:cs="Arial"/>
        </w:rPr>
        <w:t>Ang Ikaunom nga Mesiyanikong Timaan sa Dalan mao ang pagtawag paggawas gikan sa Egipto niadtong Hulyo 2023.</w:t>
      </w:r>
    </w:p>
    <w:p>
      <w:pPr>
        <w:pStyle w:val="ArticleScripture"/>
        <w:jc w:val="left"/>
      </w:pPr>
      <w:r>
        <w:rPr>
          <w:rFonts w:ascii="Times New Roman" w:hAnsi="Times New Roman" w:eastAsia="Times New Roman" w:cs="Times New Roman"/>
        </w:rPr>
        <w:t>Ug nagpabilin didto hangtod sa kamatayon ni Herodes, aron matuman ang gisulti sa Ginoo pinaagi sa propeta, nga nagaingon, Gikan sa Ehipto gitawag ko ang akong Anak. Mateo 2:15.</w:t>
      </w:r>
    </w:p>
    <w:p>
      <w:pPr>
        <w:pStyle w:val="ArticleHeading"/>
        <w:jc w:val="left"/>
      </w:pPr>
      <w:r>
        <w:rPr>
          <w:rFonts w:ascii="Arial" w:hAnsi="Arial" w:eastAsia="Arial" w:cs="Arial"/>
        </w:rPr>
        <w:t>Tagna</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Sa diha nga ang Israel usa pa ka bata, nan gihigugma ko siya, ug gitawag ko ang akong anak gikan sa Egipto. Hosea 11:1.</w:t>
      </w:r>
    </w:p>
    <w:p>
      <w:pPr>
        <w:pStyle w:val="ArticleBody"/>
        <w:jc w:val="left"/>
      </w:pPr>
      <w:r>
        <w:rPr>
          <w:rFonts w:ascii="Times New Roman" w:hAnsi="Times New Roman" w:eastAsia="Times New Roman" w:cs="Times New Roman"/>
        </w:rPr>
        <w:t>Patay sa dalan sa Ehipto, ang usa ka langitnong tingog gikan sa kamingawan nagtawag sa walog ni Ezekiel nga puno sa mga patay nga bukog ngadto sa kinabuhi. Kana nga tingog misugod sa pagpalanog niadtong Hulyo 2023.</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sa ilang mga tiil; ug dakong kahadlok miabut ibabaw niadtong nakakita kanila. Ug sila nakadungog ug usa ka dakong tingog gikan sa langit nga nagaingon kanila, Saka kamo dinhi. Ug sila mitungas ngadto sa langit diha sa usa ka panganod; ug ang ilang mga kaaway nakakita kanila. Pinadayag 11:11, 12.</w:t>
      </w:r>
    </w:p>
    <w:p>
      <w:pPr>
        <w:pStyle w:val="ArticleBody"/>
        <w:jc w:val="left"/>
      </w:pPr>
      <w:r>
        <w:rPr>
          <w:rFonts w:ascii="Times New Roman" w:hAnsi="Times New Roman" w:eastAsia="Times New Roman" w:cs="Times New Roman"/>
        </w:rPr>
        <w:t>Gipatawag sa Dios ang Iyang Anak gikan sa Egipto ug gitawag usab Niya si Moises gikan sa Egipto, kay si Moises ingon nga alpha ug si Jesus ingon nga omega nagrepresentar sa kasinatian sa usa ka gatus ug kap-atan ug upat ka libo, nga nag-awit sa awit ni Moises ug sa Cordero. Kadtong awita naglakip sa pagtawag paggawas sa Egipto. Diha sa Ezekiel girepresentar ang duha ka lakang, nga gipasundayag daan pinaagi sa duha ka lakang sa paglalang kang Adan. Una naporma ang lawas, ug unya ang gininhawa sa kinabuhi gihuypan ngadto sa lawas ug unya kini nabuhi. Diha sa Pinadayag onse ang unang lakang mao ang pagsulod sa Espiritu sa Dios ngadto sa mga pinatay, ug unya mibarog sila ibabaw sa ilang mga tiil. Sa dihang mibarog sila, sila mao ang kasundalohan sa Dios. Ang nagdala sa Espiritu diha sa kapitulo onse girepresentar sa unang panagna ni Ezekiel. Ang tingog sa kamingawan mao ang mensaheng matagnaon nga inubanan sa Balaang Espiritu.</w:t>
      </w:r>
    </w:p>
    <w:p>
      <w:pPr>
        <w:pStyle w:val="ArticleBody"/>
        <w:jc w:val="left"/>
      </w:pPr>
      <w:r>
        <w:rPr>
          <w:rFonts w:ascii="Times New Roman" w:hAnsi="Times New Roman" w:eastAsia="Times New Roman" w:cs="Times New Roman"/>
        </w:rPr>
        <w:t>Ang basahon ni Mateo naglangkob sa napulog-duha ka mga kapitulo nga mao ang omega sa napulog-duha ka mga kapitulo sa Genesis nga naghatag ug duha ka mga saksi nga nagrepresentar sa tugon uban sa usa ka gatus ug kap-atan ug upat ka libo. Kadtong mga lalaki ug mga babaye gitimrihan alang sa walay kataposan diha sa usa ka relasyon sa Pagka-Dios nga inubanan sa ilang pagkatawo. Sila nahimong timaan alang sa mga mamumuo sa ikanapulo ug usa nga takna.</w:t>
      </w:r>
    </w:p>
    <w:p>
      <w:pPr>
        <w:pStyle w:val="ArticleScripture"/>
        <w:jc w:val="left"/>
      </w:pPr>
      <w:r>
        <w:rPr>
          <w:rFonts w:ascii="Times New Roman" w:hAnsi="Times New Roman" w:eastAsia="Times New Roman" w:cs="Times New Roman"/>
        </w:rPr>
        <w:t>“Ang buluhaton sa Balaang Espiritu mao ang pagconvict sa kalibutan mahitungod sa sala, sa pagkamatarong ug sa paghukom. Ang kalibutan mapasidan-an lamang pinaagi sa pagtan-aw nga kadtong nagatoo sa kamatuoran ginabalaan pinaagi sa kamatuoran, nagabuhat sumala sa hataas ug balaan nga mga prinsipyo, nga nagapakita sa hataas, halangdon nga diwa, sa tin-aw nga linya sa pagkalahi tali sa mga nagabantay sa mga sugo sa Dios, ug sa mga nagatamay kanila ug nagatumban niini ilalom sa ilang mga tiil. Ang pagbalaan sa Espiritu nagailhan sa kalainan tali sa mga adunay selyo sa Dios, ug sa mga nagabantay sa usa ka mini nga adlaw nga pahulay. Sa diha nga moabot ang pagsulay, dayag kaayo nga igapakita kon unsa ang marka sa mapintas nga mananap. Kini mao ang pagbantay sa Domingo. Kadtong human makadungog sa kamatuoran, magapadayon sa pagtagad niining adlawa nga balaan, nagadala sa timaan sa tawo sa sala, nga naghunahuna sa pag-usab sa mga panahon ug sa mga balaod.” Bible Training School, December 1, 1903.</w:t>
      </w:r>
    </w:p>
    <w:p>
      <w:pPr>
        <w:pStyle w:val="ArticleBody"/>
        <w:jc w:val="left"/>
      </w:pPr>
      <w:r>
        <w:rPr>
          <w:rFonts w:ascii="Times New Roman" w:hAnsi="Times New Roman" w:eastAsia="Times New Roman" w:cs="Times New Roman"/>
        </w:rPr>
        <w:t>Ang bandila sa usa ka gatus ug kap-atan ug upat ka libo sa dihang sila pagatawgon ngadto sa langit diha sa kapitulo onse sa Pinadayag, una silang pagatawgon gikan sa Egipto, nga mao ang dapit diin sila gipamatay. Usa ka tingog gikan sa kamingawan nagtawag kanila paggawas sa Egipto, aron sila mahimong timaan alang sa mga mamumuo sa ikanapulog-usa nga takna. Ang ilang pagkabanhaw sa 2024 gihulagway usab ingon nga usa ka pagkatawo, ug usa ka pagpukaw, sumala sa unsang hulagway ang giila. Sa bahin sa usa ka pagkatawo, sila mao kadtong nagtuman sa sambingay sa napulo ka mga ulay, ug niini nga diwa, ang ilang pagkatawo mao ang usa ka ulaynon nga pagkatawo, ug sila mao ang timaan.</w:t>
      </w:r>
    </w:p>
    <w:p>
      <w:pPr>
        <w:pStyle w:val="ArticleHeading"/>
        <w:jc w:val="left"/>
      </w:pPr>
      <w:r>
        <w:rPr>
          <w:rFonts w:ascii="Arial" w:hAnsi="Arial" w:eastAsia="Arial" w:cs="Arial"/>
        </w:rPr>
        <w:t>Ang Ikapitong Mesyanikong Timailhan mao ang 2024</w:t>
      </w:r>
    </w:p>
    <w:p>
      <w:pPr>
        <w:pStyle w:val="ArticleScripture"/>
        <w:jc w:val="left"/>
      </w:pPr>
      <w:r>
        <w:rPr>
          <w:rFonts w:ascii="Times New Roman" w:hAnsi="Times New Roman" w:eastAsia="Times New Roman" w:cs="Times New Roman"/>
        </w:rPr>
        <w:t>Karon kining tanan nahitabo aron matuman ang gisulti sa Ginoo pinaagi sa propeta, nga nagaingon: Ania karon, ang usa ka ulay manamkon ug magaanak ug usa ka anak nga lalake, ug pagatawgon nila ang iyang ngalan nga Emmanuel, nga kon hubaron mao kini: Ang Dios uban kanato. Mateo 1:22, 23.</w:t>
      </w:r>
    </w:p>
    <w:p>
      <w:pPr>
        <w:pStyle w:val="ArticleHeading"/>
        <w:jc w:val="left"/>
      </w:pPr>
      <w:r>
        <w:rPr>
          <w:rFonts w:ascii="Arial" w:hAnsi="Arial" w:eastAsia="Arial" w:cs="Arial"/>
        </w:rPr>
        <w:t>Tagnaan</w:t>
      </w:r>
    </w:p>
    <w:p>
      <w:pPr>
        <w:pStyle w:val="ArticleScripture"/>
        <w:jc w:val="left"/>
      </w:pPr>
      <w:r>
        <w:rPr>
          <w:rFonts w:ascii="Times New Roman" w:hAnsi="Times New Roman" w:eastAsia="Times New Roman" w:cs="Times New Roman"/>
        </w:rPr>
        <w:t>Busa ang Ginoo gayud maoy mohatag kaninyo ug usa ka timaan; Ania karon, ang usa ka ulay manamkon, ug magaanak ug usa ka anak nga lalaki, ug paganganlan ang iyang ngalan nga Emmanuel. Isaias 7:14.</w:t>
      </w:r>
    </w:p>
    <w:p>
      <w:pPr>
        <w:pStyle w:val="ArticleBody"/>
        <w:jc w:val="left"/>
      </w:pPr>
      <w:r>
        <w:rPr>
          <w:rFonts w:ascii="Times New Roman" w:hAnsi="Times New Roman" w:eastAsia="Times New Roman" w:cs="Times New Roman"/>
        </w:rPr>
        <w:t>Adunay mga timailhan sa kasaysayan ni Moises ug ni Cristo, maingon man usab sa kasaysayan sa mga Millerite. Sa ulahing mga adlaw, ang Laodicean nga Adventismo mangita ug usa ka timailhan, ug ang ilang bugtong timailhan mao ang timailhan ni Jonas. Aduna usab timailhan alang niadtong pagabanhawon sa 2024. Ang ilang timailhan mao ang “pito ka mga panahon” sa Levitico 26.</w:t>
      </w:r>
    </w:p>
    <w:p>
      <w:pPr>
        <w:pStyle w:val="ArticleScripture"/>
        <w:jc w:val="left"/>
      </w:pPr>
      <w:r>
        <w:rPr>
          <w:rFonts w:ascii="Times New Roman" w:hAnsi="Times New Roman" w:eastAsia="Times New Roman" w:cs="Times New Roman"/>
        </w:rPr>
        <w:t>Ug kini maoy usa ka timaan alang kanimo: Niining tuiga magakaon kamo sa motubo sa iyang kaugalingon, ug sa ikaduhang tuig sa manalingsing gikan sa mao gihapon; ug sa ikatulong tuig magpugas kamo, ug mag-ani, ug magtanom ug kaparrasan, ug mokaon sa mga bunga niini. Ug ang salin nga nangalagiw sa balay ni Juda mopaubos pag-usab ug gamot, ug mamunga sa itaas. Kay gikan sa Jerusalem mogula ang usa ka salin, ug sila nga nangalagiw gikan sa bukid sa Sion: ang kakugi sa Ginoo sa mga panon maoy magabuhat niini. 2 Mga Hari 19:29–31.</w:t>
      </w:r>
    </w:p>
    <w:p>
      <w:pPr>
        <w:pStyle w:val="ArticleScripture"/>
        <w:jc w:val="left"/>
      </w:pPr>
      <w:r>
        <w:rPr>
          <w:rFonts w:ascii="Times New Roman" w:hAnsi="Times New Roman" w:eastAsia="Times New Roman" w:cs="Times New Roman"/>
        </w:rPr>
        <w:t>Ug kon moingon kamo, Unsa man ang among kan-on sa ikapito ka tuig? tan-awa, dili kami makapugas, ni makatigom sa among inani: Nan sugoon Ko ang Akong panalangin sa ibabaw ninyo sa ikaunom nga tuig, ug kini magahatag ug bunga alang sa tulo ka tuig. Ug magpugas kamo sa ikawalo nga tuig, ug magakaon pa gihapon sa daang abot hangtod sa ikasiyam nga tuig; hangtod nga moabot ang iyang bunga magakaon kamo gikan sa daang tipiganan. Levitico 25:20–22.</w:t>
      </w:r>
    </w:p>
    <w:p>
      <w:pPr>
        <w:pStyle w:val="ArticleBody"/>
        <w:jc w:val="left"/>
      </w:pPr>
      <w:r>
        <w:rPr>
          <w:rFonts w:ascii="Times New Roman" w:hAnsi="Times New Roman" w:eastAsia="Times New Roman" w:cs="Times New Roman"/>
        </w:rPr>
        <w:t>Kadtong mga makagawas, gihulagway usab ingon nga mga sinalikway sa Israel, ug sila gisalikway sa gawas sa ilang mga igsoon nga nagdumot kanila. Ang ilang mga igsoon nagsalikway kanila, kay gidumtan man sila tungod kay dili nila masukol ang kamatuoran sa Igpapahulay nga girepresentar sa “pito ka panahon” ni Moises.</w:t>
      </w:r>
    </w:p>
    <w:p>
      <w:pPr>
        <w:pStyle w:val="ArticleScripture"/>
        <w:jc w:val="left"/>
      </w:pPr>
      <w:r>
        <w:rPr>
          <w:rFonts w:ascii="Times New Roman" w:hAnsi="Times New Roman" w:eastAsia="Times New Roman" w:cs="Times New Roman"/>
        </w:rPr>
        <w:t>Gitukod sa Ginoo ang Jerusalem: iyang gitigom pag-usab ang mga sinalikway sa Israel. Salmo 147:2.</w:t>
      </w:r>
    </w:p>
    <w:p>
      <w:pPr>
        <w:pStyle w:val="ArticleBody"/>
        <w:jc w:val="left"/>
      </w:pPr>
      <w:r>
        <w:rPr>
          <w:rFonts w:ascii="Times New Roman" w:hAnsi="Times New Roman" w:eastAsia="Times New Roman" w:cs="Times New Roman"/>
        </w:rPr>
        <w:t>Ang Ginoo misugod sa pagtigom sa salin niadtong Hulyo 2023, ug ang salin mao ang “mga sinalikway” sa Israel. Niadtong Hulyo 2023, gibutang Niya pag-usab sa ikaduhang higayon ang Iyang kamot aron tigumon ang Iyang mga sinalikway. Gibutang Niya ang Iyang kamot niadtong 1849 sa ikaduhang higayon, sa wala pa ang omega nga kahayag sa pito ka panahon ni Moises niadtong 1856. Ang alpha nga kahayag girepresentahan sa nahaunang profetikanhong pagkaplag ni Miller—ang pito ka panahon ni Moises.</w:t>
      </w:r>
    </w:p>
    <w:p>
      <w:pPr>
        <w:pStyle w:val="ArticleScripture"/>
        <w:jc w:val="left"/>
      </w:pPr>
      <w:r>
        <w:rPr>
          <w:rFonts w:ascii="Times New Roman" w:hAnsi="Times New Roman" w:eastAsia="Times New Roman" w:cs="Times New Roman"/>
        </w:rPr>
        <w:t>Ug niadtong adlawa may motungha nga usa ka gamot ni Jesse, nga motindog ingon nga bandila alang sa katawhan; kaniya mangita ang mga Gentil: ug ang iyang kapahulayan mahimong mahimayaon. Ug mahitabo niadtong adlawa, nga ang Ginoo magabakyaw pag-usab sa iyang kamot sa ikaduhang higayon aron kuhaon pagbalik ang salin sa iyang katawhan nga mahabilin, gikan sa Assyria, ug gikan sa Egipto, ug gikan sa Pathros, ug gikan sa Cush, ug gikan sa Elam, ug gikan sa Shinar, ug gikan sa Hamath, ug gikan sa mga pulo sa dagat. Ug magapatindog siya ug usa ka bandila alang sa mga nasud, ug tigumon ang mga sinalikway sa Israel, ug pagatigumon sa tingub ang mga nagkatibulaag sa Juda gikan sa upat ka suok sa yuta. Isaias 11:10–12.</w:t>
      </w:r>
    </w:p>
    <w:p>
      <w:pPr>
        <w:pStyle w:val="ArticleBody"/>
        <w:jc w:val="left"/>
      </w:pPr>
      <w:r>
        <w:rPr>
          <w:rFonts w:ascii="Times New Roman" w:hAnsi="Times New Roman" w:eastAsia="Times New Roman" w:cs="Times New Roman"/>
        </w:rPr>
        <w:t>Sa diha nga ang mga sinalikway pagabayawon ingon nga timaan, ilang tigumon dayon ang mga mamumuo sa ikanapulog-usa nga takna, nga “mapasidan-an lamang pinaagi sa pagtan-aw” sa “kalainan tali niadtong adunay timri sa Dios, ug niadtong nagabantay sa mini nga adlaw nga pahulay.” Ang timaan alang sa mga mamumuo sa ikanapulog-usa nga takna mao ang mga sinalikway, ug ang timaan SA mga sinalikway mao ang talinghaga sa pagkaon sa “niining tuiga sa mga butang nga motubo sa ilang kaugalingon, ug sa ikaduhang tuig kadtong moturok gikan sa maong sama; ug sa ikatulong tuig magpugas kamo, ug mag-ani, ug magtanom ug kaparrasan, ug mokaon sa mga bunga niana.”</w:t>
      </w:r>
    </w:p>
    <w:p>
      <w:pPr>
        <w:pStyle w:val="ArticleBody"/>
        <w:jc w:val="left"/>
      </w:pPr>
      <w:r>
        <w:rPr>
          <w:rFonts w:ascii="Times New Roman" w:hAnsi="Times New Roman" w:eastAsia="Times New Roman" w:cs="Times New Roman"/>
        </w:rPr>
        <w:t>Ang enigmatikong kahulogan sa maong teksto mao nga kini nagrepresentar sa “pitong panahon” sa Leviticus 25 ug 26. Ang Igpapahulay sa yuta sa pagpahulay niini maoy usa ka bahin sa tugon nga nagtimaan sa panalangin o sa tunglo, pinasikad sa pagsunod o pagsalikway sa pagpahulay sa ikapitong tuig alang sa yutang gisaad. Ang timaan sa usa ka gatus ug kap-atan ug upat ka libo maoy usa ka bahin sa tulo ka pilo nga saad sa tugon nga ginarepresentahan sa Igpapahulay sa yuta sa ikapitong tuig. Ang sukaranang kamatuoran sa “pitong panahon” nagaila sa usa sa tulo ka mga bahin sa tugon nga nagsaad ug bag-ong kasingkasing ug hunahuna, ug bag-ong lawas ug usab usa ka yuta nga kapuy-an.</w:t>
      </w:r>
    </w:p>
    <w:p>
      <w:pPr>
        <w:pStyle w:val="ArticleBody"/>
        <w:jc w:val="left"/>
      </w:pPr>
      <w:r>
        <w:rPr>
          <w:rFonts w:ascii="Times New Roman" w:hAnsi="Times New Roman" w:eastAsia="Times New Roman" w:cs="Times New Roman"/>
        </w:rPr>
        <w:t>Ang Igpapahulay sa ikapitong adlaw mao ang timaan tali sa Dios ug sa Iyang katawohan, apan kana usab nga Igpapahulay sa ikapitong adlaw nagrepresentar sa responsibilidad sa tugon nga gihatag ngadto sa karaang Israel. Sila kinahanglan nga mahimong mga manlalaban ug mga tigbantay sa Napulo ka Sugo. Klaro si Sister White nga ang modernong Israel niadtong 1844, subay sa karaang Israel, gihimong mga tigbantay dili lamang sa Napulo ka Sugo, kondili usab sa profetikong Pulong sa Dios.</w:t>
      </w:r>
    </w:p>
    <w:p>
      <w:pPr>
        <w:pStyle w:val="ArticleScripture"/>
        <w:jc w:val="left"/>
      </w:pPr>
      <w:r>
        <w:rPr>
          <w:rFonts w:ascii="Times New Roman" w:hAnsi="Times New Roman" w:eastAsia="Times New Roman" w:cs="Times New Roman"/>
        </w:rPr>
        <w:t>“Gitawag sa Dios ang Iyang iglesia niining panahona, maingon sa Iyang pagtawag sa karaang Israel, aron motindog ingon nga kahayag sa yuta. Pinaagi sa gamhanang pinikas nga galamiton sa kamatuoran, ang mga mensahe sa nahaunang, ikaduhang, ug ikatulong manulonda, Iyang gipahimulag sila gikan sa mga iglesia ug gikan sa kalibotan aron dad-on sila ngadto sa balaang pagkaduol ngadto Kaniya. Iyang gihimo sila nga mga tigbantay sa Iyang balaod ug gitugyan kanila ang dagkong mga kamatuoran sa tagna alang niining panahona. Sama sa mga balaang pulong nga gitugyan sa karaang Israel, kini maoy usa ka balaang salig nga ipahibalo ngadto sa kalibotan. Ang tulo ka mga manulonda sa Pinadayag 14 nagrepresentar sa mga katawhan nga midawat sa kahayag sa mga mensahe sa Dios ug nanggula ingon nga Iyang mga ahente aron ipatingog ang pasidaan sa tibuok kalapdon ug kahabogon sa yuta.” Testimonies, tomo 5, 455.</w:t>
      </w:r>
    </w:p>
    <w:p>
      <w:pPr>
        <w:pStyle w:val="ArticleBody"/>
        <w:jc w:val="left"/>
      </w:pPr>
      <w:r>
        <w:rPr>
          <w:rFonts w:ascii="Times New Roman" w:hAnsi="Times New Roman" w:eastAsia="Times New Roman" w:cs="Times New Roman"/>
        </w:rPr>
        <w:t>Ang Napulo ka mga Sugo gilarawan pinaagi sa ilhanan sa Igpapahulay sa ikapitong adlaw, ug ang mga balaod sa tagna gilarawan pinaagi sa Igpapahulay sa ikapitong tuig. Ang Laodicean nga Seventh-day Adventism mapakaulawan pag-ayo sa diha nga mobiya sila ug magsugod sa pagsimba sa adlaw, apan ang sugo sa Igpapahulay nga ilang unang gisalikway mao ang “seven times” ni Moises.</w:t>
      </w:r>
    </w:p>
    <w:p>
      <w:pPr>
        <w:pStyle w:val="ArticleBody"/>
        <w:jc w:val="left"/>
      </w:pPr>
      <w:r>
        <w:rPr>
          <w:rFonts w:ascii="Times New Roman" w:hAnsi="Times New Roman" w:eastAsia="Times New Roman" w:cs="Times New Roman"/>
        </w:rPr>
        <w:t>Aron madaug ang yutang saad, ang katawhan sa Dios kinahanglan makasabut ug magasunod dili lamang sa Igpapahulay sa ikapitong adlaw, kondili usab sa Igpapahulay sa pito ka tuig. Ang Laodiceanong Adventismo dili makahimo sa pagsalikway niining kamatuoran sa Biblia, bisan pa man ug gitabonan nila kini sa mga bakak. Kini mao ang gamot sa ilang pagdumot nga nagdala kanila sa paghingilin niadtong mahimong bandila.</w:t>
      </w:r>
    </w:p>
    <w:p>
      <w:pPr>
        <w:pStyle w:val="ArticleScripture"/>
        <w:jc w:val="left"/>
      </w:pPr>
      <w:r>
        <w:rPr>
          <w:rFonts w:ascii="Times New Roman" w:hAnsi="Times New Roman" w:eastAsia="Times New Roman" w:cs="Times New Roman"/>
        </w:rPr>
        <w:t>“Kadaghanan sa pamilya sa akong amahan mga matinud-anong magtutuo sa pag-anhi, ug tungod sa paghatag ug pagpamatuod niini mahimayaong pagtulon-an, pito kanamo ang sa usa ka panahon gipapahawa gikan sa Methodist Church. Niining panahona ang mga pulong sa propeta hilabihan ka bililhon alang kanamo: ‘Ang inyong mga igsoon nga nagdumot kaninyo, nga nagsalikway kaninyo tungod sa Akong ngalan, miingon, Hinaut nga ang Ginoo pagahimayaon: apan Siya magapakita alang sa inyong kalipay, ug sila maulawan.’ Isaias 66:5.”</w:t>
      </w:r>
    </w:p>
    <w:p>
      <w:pPr>
        <w:pStyle w:val="ArticleScripture"/>
        <w:jc w:val="left"/>
      </w:pPr>
      <w:r>
        <w:rPr>
          <w:rFonts w:ascii="Times New Roman" w:hAnsi="Times New Roman" w:eastAsia="Times New Roman" w:cs="Times New Roman"/>
        </w:rPr>
        <w:t>“Sukad niining panahona, hangtod sa Disyembre, 1844, ang akong mga kalipay, mga pagsulay, ug mga kapakyasan sama sa mga sa akong mahal nga mga higala sa Advento nga naglibot kanako. Niining panahona mibisita ako sa usa sa among mga igsoong babaye sa Advento, ug sa buntag miluhod kami palibot sa halaran sa pamilya. Dili kadto makapadasig nga higayon, ug lima lamang kami ang diha, tanan mga babaye. Samtang nag-ampo ako, ang gahum sa Dios mikunsad kanako sa paagi nga wala ko gayud mabati kaniadto. Gilibotan ako sa usa ka panan-awon sa himaya sa Dios, ug daw misaka ako ug misaka pa gayud gikan sa yuta, ug gipakita kanako ang pipila sa mga panaw sa katawhan sa Advento paingon sa Balaang Siyudad, sumala sa gisaysay sa ubos.” Early Writings, 13.</w:t>
      </w:r>
    </w:p>
    <w:p>
      <w:pPr>
        <w:pStyle w:val="ArticleBody"/>
        <w:jc w:val="left"/>
      </w:pPr>
      <w:r>
        <w:rPr>
          <w:rFonts w:ascii="Times New Roman" w:hAnsi="Times New Roman" w:eastAsia="Times New Roman" w:cs="Times New Roman"/>
        </w:rPr>
        <w:t>Ang unang panan-awon ni Ellen White gihatag sa dihang ang lima ka babaye, (nga nagrepresentar sa lima ka maalamong ulay) nanagtigom human sila ipapahawa sa ilang mga igsoong lalake nga nagdumot kanila. Gidumtan sila tungod sa doktrina sa Ikaduhang Pag-anhi, sa ingon naghulagway sa mga sinalikway sa ulahing mga adlaw.</w:t>
      </w:r>
    </w:p>
    <w:p>
      <w:pPr>
        <w:pStyle w:val="ArticleScripture"/>
        <w:jc w:val="left"/>
      </w:pPr>
      <w:r>
        <w:rPr>
          <w:rFonts w:ascii="Times New Roman" w:hAnsi="Times New Roman" w:eastAsia="Times New Roman" w:cs="Times New Roman"/>
        </w:rPr>
        <w:t>“Nakita ko nga ang pormal lamang nga iglesia ug ang pormal lamang nga mga Adventista, sama kang Judas, nga magabudhì kanamo ngadto sa mga Katoliko aron maangkon ang ilang impluwensiya sa pagpakigbatok sa kamatuoran. Unya ang mga santos mamahimong usa ka walay kadungganang katawhan, diyutay ra ang makaila kanila sa mga Katoliko; apan ang mga iglesia ug ang pormal lamang nga mga Adventista nga nahibalo sa atong pagtuo ug mga batasan (kay gidumtan nila kita tungod sa Igpapahulay, kay dili nila kini mapanghimakak) magabudhì sa mga santos ug mosumbong kanila ngadto sa mga Katoliko ingon nga mao ang mga tawo nga nagtamay sa mga tulomanon sa katawhan; nga mao kini, nga ilang ginabantayan ang Igpapahulay ug ginatamay ang Domingo.</w:t>
      </w:r>
    </w:p>
    <w:p>
      <w:pPr>
        <w:pStyle w:val="ArticleScripture"/>
        <w:jc w:val="left"/>
      </w:pPr>
      <w:r>
        <w:rPr>
          <w:rFonts w:ascii="Times New Roman" w:hAnsi="Times New Roman" w:eastAsia="Times New Roman" w:cs="Times New Roman"/>
        </w:rPr>
        <w:t>“Unya ang mga Katoliko moagda sa mga Protestante sa pagpadayon, ug magpagula ug usa ka sugo nga ang tanan nga dili motuman sa nahaunang adlaw sa semana, ilis sa ikapito nga adlaw, pagapatyon. Ug ang mga Katoliko, nga daghan ang ilang gidaghanon, motindog pabor sa mga Protestante. Ihatag sa mga Katoliko ang ilang gahum ngadto sa larawan sa mapintas nga mananap. Ug ang mga Protestante molihok sumala sa gihimo sa ilang inahan sa wala pa sila aron sa paglaglag sa mga balaan. Apan sa dili pa ang ilang sugo makadala o makapamunga ug bunga, ang mga balaan pagaluwason pinaagi sa Tingog sa Dios.” Spalding and Magan, 1, 2.</w:t>
      </w:r>
    </w:p>
    <w:p>
      <w:pPr>
        <w:pStyle w:val="ArticleBody"/>
        <w:jc w:val="left"/>
      </w:pPr>
      <w:r>
        <w:rPr>
          <w:rFonts w:ascii="Times New Roman" w:hAnsi="Times New Roman" w:eastAsia="Times New Roman" w:cs="Times New Roman"/>
        </w:rPr>
        <w:t>Ang “nominal” (nagpasabot nga sa ngalan lamang), “ang mga Adventista, sama kang Judas, magbudhi kanato ngadto sa mga Katoliko.” Gibuhat nila kini tungod kay “gikasilagan nila” ang mga sinalikway “tungod sa Igpapahulay.” Ang nominal nga mga Adventista nagaangkon nga nagabantay sa Igpapahulay sa ikapitong adlaw, busa dili kini mao ang Igpapahulay nga gihisgutan. Gikasilagan nila ang mga sinalikway, kay sila nahibalo nga dili nila masukol ang saligang kamatuoran sa pito ka mga panahon ni Moises, nga mao ang alpha nga pagsabot ni Elias diha sa persona ni William Miller.</w:t>
      </w:r>
    </w:p>
    <w:p>
      <w:pPr>
        <w:pStyle w:val="ArticleScripture"/>
        <w:jc w:val="left"/>
      </w:pPr>
      <w:r>
        <w:rPr>
          <w:rFonts w:ascii="Times New Roman" w:hAnsi="Times New Roman" w:eastAsia="Times New Roman" w:cs="Times New Roman"/>
        </w:rPr>
        <w:t>“Ang Dios wala nagahatag kanato ug bag-ong mensahe. Kinahanglan namo imantala ang mensahe nga niadtong 1843 ug 1844 maoy nagpagula kanamo gikan sa ubang mga iglesia.” Review and Herald, Enero 19, 1905.</w:t>
      </w:r>
    </w:p>
    <w:p>
      <w:pPr>
        <w:pStyle w:val="ArticleScripture"/>
        <w:jc w:val="left"/>
      </w:pPr>
      <w:r>
        <w:rPr>
          <w:rFonts w:ascii="Times New Roman" w:hAnsi="Times New Roman" w:eastAsia="Times New Roman" w:cs="Times New Roman"/>
        </w:rPr>
        <w:t>“Ang tanang mga mensahe nga gihatag gikan sa 1840–1844 kinahanglan himoong mabaskog karon, kay daghan ang mga tawo nga nawad-an sa ilang giya. Ang mga mensahe kinahanglan ipaabot sa tanang mga simbahan.” Manuscript Releases, volume 21, 437.</w:t>
      </w:r>
    </w:p>
    <w:p>
      <w:pPr>
        <w:pStyle w:val="ArticleScripture"/>
        <w:jc w:val="left"/>
      </w:pPr>
      <w:r>
        <w:rPr>
          <w:rFonts w:ascii="Times New Roman" w:hAnsi="Times New Roman" w:eastAsia="Times New Roman" w:cs="Times New Roman"/>
        </w:rPr>
        <w:t>“Ang mga kamatuoran nga atong nadawat niadtong 1841, ’42, ’43, ug ’44 kinahanglan karon tun-an ug imantala.” Manuscript Releases, volume 15, 371.</w:t>
      </w:r>
    </w:p>
    <w:p>
      <w:pPr>
        <w:pStyle w:val="ArticleScripture"/>
        <w:jc w:val="left"/>
      </w:pPr>
      <w:r>
        <w:rPr>
          <w:rFonts w:ascii="Times New Roman" w:hAnsi="Times New Roman" w:eastAsia="Times New Roman" w:cs="Times New Roman"/>
        </w:rPr>
        <w:t>“Miabut na ang pasidaan: Walay bisan unsa nga tugotan nga mosulod nga makasamok sa patukoranan sa pagtuo nga atong gitukoran sukad pa sa pag-abot sa mensahe niadtong 1842, 1843, ug 1844. Ako diha niining mensaheha, ug sukad niadto nagatindog ako atubangan sa kalibotan, matinumanon sa kahayag nga gihatag sa Dios kanato. Wala kami magtinguha sa pagtangtang sa among mga tiil gikan sa patukoranan diin kini gibutang samtang sa matag-adlaw nangita kami sa Ginoo uban sa mainiton nga pag-ampo, nga nangita ug kahayag. Naghunahuna ba kamo nga mahimo kong isalikway ang kahayag nga gihatag sa Dios kanako? Kini mamahimong sama sa Bato sa Kapanahonan. Kini nagamando kanako sukad pa nga kini gihatag.” Review and Herald, Abril 14, 1903.</w:t>
      </w:r>
    </w:p>
    <w:p>
      <w:pPr>
        <w:pStyle w:val="ArticleBody"/>
        <w:jc w:val="left"/>
      </w:pPr>
      <w:r>
        <w:rPr>
          <w:rFonts w:ascii="Times New Roman" w:hAnsi="Times New Roman" w:eastAsia="Times New Roman" w:cs="Times New Roman"/>
        </w:rPr>
        <w:t>Si Judas dili simbolo sa Sanhedrin nga gilangkob sa mga Saduceo ug mga Pariseo; si Judas usa sa napulog-duha ka mga tinun-an. Usa siya sa pangasaw-onong sakop sa tugon, nga pagaasaw-on ni Cristo didto sa Pentecostes. Ang pagbudhi batok sa mga sinalikway nagagikan kang Judas, ang iglesiang Laodicea sa Seventh-day Adventist. Sila ginarepresentahan sa daghang mga simbolo, sama sa mga Levita nga gisalikway sa Mensahero sa Tugon sa Malakias tres. Ang mga Levita ginabulag niadtong paghinlo, ug ang ilang gidaghanon mao ang 25, matinumanon man o dili matinumanon. Ang mga Levita hinloan daan sa dili pa sila igabayaw ingon nga halad, sama sa unang mga tuig.</w:t>
      </w:r>
    </w:p>
    <w:p>
      <w:pPr>
        <w:pStyle w:val="ArticleScripture"/>
        <w:jc w:val="left"/>
      </w:pPr>
      <w:r>
        <w:rPr>
          <w:rFonts w:ascii="Times New Roman" w:hAnsi="Times New Roman" w:eastAsia="Times New Roman" w:cs="Times New Roman"/>
        </w:rPr>
        <w:t>Ug siya molingkod ingon nga mag-uulay ug magaputli sa salapi; ug iya nga pagahinloan ang mga anak ni Levi, ug pagaputlion sila sama sa bulawan ug salapi, aron sila makahalad ngadto sa Ginoo ug halad diha sa pagkamatarung. Unya ang halad sa Juda ug Jerusalem mahimong kahimut-an sa Ginoo, sama sa karaang mga adlaw, ug sama sa nangaging mga tuig. Malakias 3:3, 4.</w:t>
      </w:r>
    </w:p>
    <w:p>
      <w:pPr>
        <w:pStyle w:val="ArticleBody"/>
        <w:jc w:val="left"/>
      </w:pPr>
      <w:r>
        <w:rPr>
          <w:rFonts w:ascii="Times New Roman" w:hAnsi="Times New Roman" w:eastAsia="Times New Roman" w:cs="Times New Roman"/>
        </w:rPr>
        <w:t>Ang mga Levihanon mao ang halad, kay hingpit nilang gipakita ang kinaiya ni Cristo, nga mao ang dakong halad. Sa dihang kadtong kaluhaan ug lima ka Levihanon ginabayaw ingon nga halad, ang peke nga kaluhaan ug lima ka Levihanon nagyukbo sa adlaw diha sa Ezequiel 8.</w:t>
      </w:r>
    </w:p>
    <w:p>
      <w:pPr>
        <w:pStyle w:val="ArticleBody"/>
        <w:jc w:val="left"/>
      </w:pPr>
      <w:r>
        <w:rPr>
          <w:rFonts w:ascii="Times New Roman" w:hAnsi="Times New Roman" w:eastAsia="Times New Roman" w:cs="Times New Roman"/>
        </w:rPr>
        <w:t>Si Judas dili lamang nagrepresentar sa usa ka daotang Levita, kondili usa usab siya ka daotang pari nga giandam sulod sa traynta ka tuig, ingon sa girepresentahan sa traynta ka tipik nga salapi ni Judas.</w:t>
      </w:r>
    </w:p>
    <w:p>
      <w:pPr>
        <w:pStyle w:val="ArticleScripture"/>
        <w:jc w:val="left"/>
      </w:pPr>
      <w:r>
        <w:rPr>
          <w:rFonts w:ascii="Times New Roman" w:hAnsi="Times New Roman" w:eastAsia="Times New Roman" w:cs="Times New Roman"/>
        </w:rPr>
        <w:t>Unya si Judas, nga mao ang nagbudhi kaniya, sa pagkakita niya nga siya gihukman na, nagbasol sa iyang kaugalingon, ug giuli ang katloan ka salapi ngadto sa mga pangulong saserdote ug sa mga anciano, Nga nagaingon, Nakasala ako tungod kay gibudhian ko ang walay sala nga dugo. Ug sila miingon, Unsay labot namo niana? Ikaw na ang bahala niana. Ug iyang gilabay ang mga salapi sa sulod sa templo, ug milakaw, ug miadto ug mihikog pinaagi sa pagbitay sa iyang kaugalingon. Mateo 27:3–5.</w:t>
      </w:r>
    </w:p>
    <w:p>
      <w:pPr>
        <w:pStyle w:val="ArticleBody"/>
        <w:jc w:val="left"/>
      </w:pPr>
      <w:r>
        <w:rPr>
          <w:rFonts w:ascii="Times New Roman" w:hAnsi="Times New Roman" w:eastAsia="Times New Roman" w:cs="Times New Roman"/>
        </w:rPr>
        <w:t>Ang katloan ka tipik nga salapi nga gilabay ni Judas nagrepresentar sa Mensahero sa Tugon nga naglabay gawas (naghinlo) sa mga hugaw nga salin (peke nga salapi) diha sa Malakias tres. Kadtong dautang pagkasacerdote girepresentahan sa pagrebelde nila Korah, Datan ug Abiram ug sa mga rebelde sa 1888. Ang dautang pagkasacerdote tunlon sa dihang ang Tinipong Bansa sa Amerika, ang mananap nga gikan sa yuta, moabli sa iyang baba. Unya ang kalayo molaglag sa ilang mga sumusunod, sa panahon sa bug-os nga pag-ula sa ulahing ulan, nga magsugod sa balaod sa Dominggo.</w:t>
      </w:r>
    </w:p>
    <w:p>
      <w:pPr>
        <w:pStyle w:val="ArticleBody"/>
        <w:jc w:val="left"/>
      </w:pPr>
      <w:r>
        <w:rPr>
          <w:rFonts w:ascii="Times New Roman" w:hAnsi="Times New Roman" w:eastAsia="Times New Roman" w:cs="Times New Roman"/>
        </w:rPr>
        <w:t>Ang ulay nga pagkatawo isip usa ka timailhan sa adlaw ni Cristo naghulagway sa timailhan sa mga manggialamon nga ulay sa ulahing mga adlaw. Niadtong panahona ang Sanhedrin, ang Laodicean nga Seventh-day Adventist nga iglesia, mangita ug usa ka timailhan, apan dili makahimo sa pagtan-aw sa bugtong timailhan nga gihatag sa Laodicea. Ang timailhan alang sa dakong panon, ang mga mamumuo sa ikanapulog-usa nga takna, mao ang pagtan-aw sa mga lalaki ug mga babaye nga nagabantay sa ikapitong-adlaw nga Igpapahulay sa panahon sa pagsulay sa balaod sa Domingo. Ang timailhan sa salin diha sa ilang pakiglantugi batok sa kanhing mga katawhan sa tugon mao ang ikapitong-tuig nga Igpapahulay, nga nagrepresentar sa mga patukoranan sa Adventismo ingon nga giila nga sentral nga haligi sa duruha ka balaan nga lamesa ni Habakkuk. Ang timailhan nga gihatag sa Laodicean nga Adventismo mao ang timailhan ni Jonas, nga gituki diha sa panaghinabi tali ni Cristo ug ni Pedro.</w:t>
      </w:r>
    </w:p>
    <w:p>
      <w:pPr>
        <w:pStyle w:val="ArticleScripture"/>
        <w:jc w:val="left"/>
      </w:pPr>
      <w:r>
        <w:rPr>
          <w:rFonts w:ascii="Times New Roman" w:hAnsi="Times New Roman" w:eastAsia="Times New Roman" w:cs="Times New Roman"/>
        </w:rPr>
        <w:t>Sa pag-abot ni Jesus sa mga utlanan sa Cesarea Filipos, nangutana siya sa iyang mga tinun-an, nga nagaingon, Kinsa man ang giingon sa mga tawo nga ako, ang Anak sa tawo? Ug sila miingon, Ang uban nagaingon nga ikaw mao si Juan Bautista; ang uban, si Elias; ug ang uban pa, si Jeremias, o usa sa mga propeta. Siya miingon kanila, Apan kamo, kinsa man ang inyong giingon nga ako?</w:t>
      </w:r>
    </w:p>
    <w:p>
      <w:pPr>
        <w:pStyle w:val="ArticleScripture"/>
        <w:jc w:val="left"/>
      </w:pPr>
      <w:r>
        <w:rPr>
          <w:rFonts w:ascii="Times New Roman" w:hAnsi="Times New Roman" w:eastAsia="Times New Roman" w:cs="Times New Roman"/>
        </w:rPr>
        <w:t>Ug si Simon Pedro mitubag ug miingon, Ikaw mao ang Cristo, ang Anak sa buhing Dios. Ug si Jesus mitubag ug miingon kaniya, Bulahan ikaw, Simon Barjona; kay dili unod ug dugo ang nagpadayag niini kanimo, kondili ang akong Amahan nga anaa sa langit. Ug ako usab magaingon kanimo, Nga ikaw mao si Pedro, ug ibabaw niining bato pagatukoron ko ang akong iglesia; ug ang mga ganghaan sa hades dili makabuntog batok niini. Ug ihatag ko kanimo ang mga yawi sa gingharian sa langit: ug bisan unsa ang imong pagabugkoson dinhi sa yuta pagaabugkoson didto sa langit: ug bisan unsa ang imong pagaluagan dinhi sa yuta pagaaluagan didto sa langit.</w:t>
      </w:r>
    </w:p>
    <w:p>
      <w:pPr>
        <w:pStyle w:val="ArticleScripture"/>
        <w:jc w:val="left"/>
      </w:pPr>
      <w:r>
        <w:rPr>
          <w:rFonts w:ascii="Times New Roman" w:hAnsi="Times New Roman" w:eastAsia="Times New Roman" w:cs="Times New Roman"/>
        </w:rPr>
        <w:t>Unya gimandoan niya ang iyang mga tinun-an nga dili nila isugilon kang bisan kinsa nga siya mao si Jesus ang Cristo. Mateo 16:13–20.</w:t>
      </w:r>
    </w:p>
    <w:p>
      <w:pPr>
        <w:pStyle w:val="ArticleBody"/>
        <w:jc w:val="left"/>
      </w:pPr>
      <w:r>
        <w:rPr>
          <w:rFonts w:ascii="Times New Roman" w:hAnsi="Times New Roman" w:eastAsia="Times New Roman" w:cs="Times New Roman"/>
        </w:rPr>
        <w:t>Ang timailhan alang sa Sanhedrin, ug busa ang Adventismo mao ang timailhan ni Jonas. Si Simon Barjona gipaila sa maong tudling ingon nga simbolo sa usa ka tawo sa pakigsaad, kay ang iyang ngalan hapit na usbon. Ang ngalan ni Abram giusab sa panahon sa pakigsaad. Ang ngalan ni Saul giusab ngadto kang Pablo. Ang ngalan ni Jacob giusab ngadto sa Israel. Kining tulo ka mga saksi nagapamatuod nga kon ang ngalan sa usa ka biblikanhong kinaiya usbon, siya nagarepresentar sa usa ka tawo sa pakigsaad, ug busa nagatipo sa katapusang katawhan sa pakigsaad, nga mao ang usa ka gatus ug kap-atan ug upat ka libo. Kining tulo ka mga saksi nagapamatuod usab nga ang ngalan sa usa ka tawo sa pakigsaad nagarepresentar sa propetikong simbolismo nga may kalabotan sa tawo kansang ngalan giusab. Si Saul nagakahulogan og “pinili,” kay siya gipili sa pagdala sa ebanghelyo ngadto sa mga Gentil. Ang iyang ngalan giusab ngadto kang Pablo, nga nagakahulogan og gamay, kay sa iyang kaugalingong panan-aw siya mao ang labing gamay sa mga apostoles, tungod kay gilutos niya ang iglesia sa Dios. Si Jacob, ang mangilog sa dapit sa uban, giusab sa ngalan ug sa kasinatian ngadto sa usa ka mananaog, sumala sa kahulogan sa Israel. Ang ngalan ni Pedro mao ang Simon, nga nagakahulogan ug usa nga nagapatalinghug; ug Barjona, nga nagakahulogan sa anak ni Jonas.</w:t>
      </w:r>
    </w:p>
    <w:p>
      <w:pPr>
        <w:pStyle w:val="ArticleBody"/>
        <w:jc w:val="left"/>
      </w:pPr>
      <w:r>
        <w:rPr>
          <w:rFonts w:ascii="Times New Roman" w:hAnsi="Times New Roman" w:eastAsia="Times New Roman" w:cs="Times New Roman"/>
        </w:rPr>
        <w:t>Si Pedro nagrepresentar sa katapusang kaliwatan ni Jonas, kay siya anak ni Jonas. Ang Jonas nagkahulogan ug “salampati,” ug si Simon mao ang nakadungog sa mensahe sa salampati, ug si Simon Barjona nakadungog sa mensahe sa pagdihog kang Jesus, sa dihang Siya gibautismohan ug nahimong Jesu-Cristo, ug ang Espiritu Santo mikunsad diha sa dagway sa usa ka salampati. Ang mensahe ni Jonas mao ang mensahe sa salampati nga nagrepresentar sa pagdihog kang Jesus uban sa gahum sa Iyang bautismo. Ang mensahe ni Jonas girepresentar pinaagi sa paglungtad ni Jonas sulod sa tulo ka adlaw sa tiyan sa dakong isda. Kining tulo ka mga adlaw mao ang tulo ka mga adlaw gikan sa Pasko sa Paglabay hangtod sa pista sa unang mga bunga, nga gipatipo pinaagi sa bautismo ni Cristo ug pinaagi sa panahon ni Jonas sa tiyan sa dakong isda.</w:t>
      </w:r>
    </w:p>
    <w:p>
      <w:pPr>
        <w:pStyle w:val="ArticleBody"/>
        <w:jc w:val="left"/>
      </w:pPr>
      <w:r>
        <w:rPr>
          <w:rFonts w:ascii="Times New Roman" w:hAnsi="Times New Roman" w:eastAsia="Times New Roman" w:cs="Times New Roman"/>
        </w:rPr>
        <w:t>Ang ilhanan ni Jonas mao ang ilhanan sa pagdihog kang Cristo sa Iyang bautismo, nga nagatipo sa pagkanaog sa manulonda sa Pinadayag dieciocho niadtong 9/11. Ang 9/11 nagsugod sa usa ka tulo-ka-hagdan nga proseso sa pagsulay, ingon sa gilarawan sa tulo ka adlaw ni Jonas. Kining tulo ka mga lakang gipakita usab sa kasaysayan sa mga Millerita. Ang Agosto 11, 1840 nagtimaan sa pagsulay sa nahaunang manulonda, ang Abril 19, 1844 sa pagsulay sa ikaduhang manulonda, ug ang Oktubre 22, 1844 sa ikatulong pagsulay. Kining tulo ka mga lakang nagrepresentar sa 9/11, Hulyo 18, 2020, ug sa balaod sa Domingo.</w:t>
      </w:r>
    </w:p>
    <w:p>
      <w:pPr>
        <w:pStyle w:val="ArticleBody"/>
        <w:jc w:val="left"/>
      </w:pPr>
      <w:r>
        <w:rPr>
          <w:rFonts w:ascii="Times New Roman" w:hAnsi="Times New Roman" w:eastAsia="Times New Roman" w:cs="Times New Roman"/>
        </w:rPr>
        <w:t>Sa balaod sa Domingo, si Jonas isuka gikan sa baba sa usa ka isda, diha mismo sa dapit diin gisuka ni Cristo ang Laodicea gikan sa Iyang baba, nga mao usab ang dapit diin gibuka sa asno ni Balaam ang iyang baba ug misulti, nga mao usab ang dapit diin misulti si Zacarias nga amahan ni Juan Bautista, ug mao usab ang dapit diin ang Estados Unidos mosulti ingon nga usa ka dragon. Unya si Jonas mohatag sa katapusang pasidaan ngadto sa kalibotan ingon nga simbolo niadtong mga gibanhaw uban kang Moises ug Elias niadtong 2024. Kadtong mga kalag nangamatay sa kadalanan sa Sodoma ug Egipto, ug human niana gibanhaw ingon nga gamhanang kasundalohan ni Ezequiel. Sa ilang pagkabanhaw sila nahimong ilhanan ni Jonas, kay siya nagrepresentar niadtong mga nangamatay ug gibanhaw aron sa paghatag sa katapusang mensahe ngadto sa Ninive. Si Jonas sa tiyan sa balyena, si Daniel sa langub sa mga leon, si Juan sa kolon sa nagbukal nga lana nagrepresentar sa usa ka gatos ug kap-atan ug upat ka libo nga nakaagi sa usa ka simbolikong kamatayon ug pagkabanhaw. Ang pagdihog niadtong 9/11 ngadto sa pagkabanhaw sa gamhanang kasundalohan ni Ezequiel nagrepresentar sa bautismo ni Cristo ngadto sa Iyang pagkabanhaw.</w:t>
      </w:r>
    </w:p>
    <w:p>
      <w:pPr>
        <w:pStyle w:val="ArticleScripture"/>
        <w:jc w:val="left"/>
      </w:pPr>
      <w:r>
        <w:rPr>
          <w:rFonts w:ascii="Times New Roman" w:hAnsi="Times New Roman" w:eastAsia="Times New Roman" w:cs="Times New Roman"/>
        </w:rPr>
        <w:t>Unya miabut usab ang mga Fariseo uban sa mga Saduceo, ug sa pagtintal kaniya nangayo nga siya magpakita kanila ug usa ka ilhanan gikan sa langit. Mitubag siya ug miingon kanila, Sa pagkagabii, nagaingon kamo, Maayo ang panahon: kay mapula ang langit. Ug sa buntag, Daot ang panahon karon: kay mapula ug mangitngit ang langit. O kamo nga mga salingkapaw, makaila kamo sa dagway sa langit; apan dili ba kamo makaila sa mga ilhanan sa mga panahon? Ang usa ka daotan ug mananapaw nga kaliwatan nangita ug ilhanan; ug walay ilhanan nga igahatag kaniya, gawas sa ilhanan ni Jonas nga manalagna. Ug gibiyaan niya sila, ug mipahawa. Mateo 16:1–4.</w:t>
      </w:r>
    </w:p>
    <w:p>
      <w:pPr>
        <w:pStyle w:val="ArticleBody"/>
        <w:jc w:val="left"/>
      </w:pPr>
      <w:r>
        <w:rPr>
          <w:rFonts w:ascii="Times New Roman" w:hAnsi="Times New Roman" w:eastAsia="Times New Roman" w:cs="Times New Roman"/>
        </w:rPr>
        <w:t>Ang labing dakong milagro mao ang pagkabanhaw ni Lazaro.</w:t>
      </w:r>
    </w:p>
    <w:p>
      <w:pPr>
        <w:pStyle w:val="ArticleScripture"/>
        <w:jc w:val="left"/>
      </w:pPr>
      <w:r>
        <w:rPr>
          <w:rFonts w:ascii="Times New Roman" w:hAnsi="Times New Roman" w:eastAsia="Times New Roman" w:cs="Times New Roman"/>
        </w:rPr>
        <w:t>“Sa paglangan sa pag-anhi ngadto kang Lazaro, si Cristo may usa ka tumong sa kalooy alang kanila nga wala modawat Kaniya. Siya naglangan, aron pinaagi sa pagbanhaw kang Lazaro gikan sa mga patay mahatagan Niya ang Iyang masukihon, dili-matinoohon nga katawhan ug laing pamatuod nga Siya gayud mao ang ‘pagkabanhaw, ug ang kinabuhi.’ Dili Siya buot mobiya sa tanang paglaum alang sa katawhan, ang kabos, naglatagaw nga mga karnero sa banay sa Israel. Ang Iyang kasingkasing nagkabuak tungod sa ilang pagkadili-mabinulsanon. Diha sa Iyang kalooy gituyo Niya ang paghatag kanila ug usa pa ka pamatuod nga Siya mao ang Mag-uuli, ang Usa nga Siya lamang ang makahimo sa pagdala sa kinabuhi ug pagkadili-mamatay ngadto sa kahayag. Kini mamahimong usa ka pamatuod nga dili mahimong sayopon sa paghubad sa mga sacerdote. Mao kini ang hinungdan sa Iyang paglangan sa pag-adto sa Betania. Kining labaw sa tanang milagro, ang pagbanhaw kang Lazaro, maoy mopatik sa selyo sa Dios ibabaw sa Iyang buluhaton ug ibabaw sa Iyang pag-angkon sa pagka-Dios.” The Desire of Ages, 528, 529.</w:t>
      </w:r>
    </w:p>
    <w:p>
      <w:pPr>
        <w:pStyle w:val="ArticleBody"/>
        <w:jc w:val="left"/>
      </w:pPr>
      <w:r>
        <w:rPr>
          <w:rFonts w:ascii="Times New Roman" w:hAnsi="Times New Roman" w:eastAsia="Times New Roman" w:cs="Times New Roman"/>
        </w:rPr>
        <w:t>Naglangan si Cristo sa wala pa Niya pagbanhawa si Lazaro, ug si Lazaro dili lamang ang “koronang milagro,” kondili siya usab ang “selyo” ibabaw sa buluhaton sa Dios. Diha sa maong teksto, ang ilhanan ni Jonas mao lamang ang ilhanan alang sa mananapaw ug dautang kaliwatan. Importante nga makita nga ang panahon sa proseso sa pagpatik sa selyo piho kaayo. Diha sa teksto nga atong gihisgutan diin giusab ang ngalan ni Pedro, gipahibalo kita niini nga sukad niadtong higayona nagsugod si Jesus sa pagpahayag nga Siya igapatay, apan sa katapusang bersikulo nga giulat ni Mateo, “Then charged he his disciples that they should tell no man that he was Jesus the Christ.” Unya sa misunod dayon nga bersikulo iyang giulat,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Ang teksto nagsugod sa pagpangutana ni Jesus kon kinsa Siya sumala sa hunahuna sa mga tawo, ug unya gisundan kini sa laing pangutana diin Iyang gipangutana ang mga tinun-an kon kinsa Siya sumala sa ilang pagtuo.</w:t>
      </w:r>
    </w:p>
    <w:p>
      <w:pPr>
        <w:pStyle w:val="ArticleScripture"/>
        <w:jc w:val="left"/>
      </w:pPr>
      <w:r>
        <w:rPr>
          <w:rFonts w:ascii="Times New Roman" w:hAnsi="Times New Roman" w:eastAsia="Times New Roman" w:cs="Times New Roman"/>
        </w:rPr>
        <w:t>Sa diha nga miabot si Jesus sa mga utlanan sa Cesarea Filipos, nangutana siya sa iyang mga tinun-an, nga nagaingon, Kinsa man ang giingon sa mga tawo nga ako nga Anak sa tawo? Ug sila miingon, Ang uban nagaingon nga ikaw mao si Juan Bautista; ang uban, si Elias; ug ang uban pa, si Jeremias, o usa sa mga propeta. Siya miingon kanila, Apan kamo, kinsa man ang nagaingon kamo nga ako? Mateo 16:13–15.</w:t>
      </w:r>
    </w:p>
    <w:p>
      <w:pPr>
        <w:pStyle w:val="ArticleBody"/>
        <w:jc w:val="left"/>
      </w:pPr>
      <w:r>
        <w:rPr>
          <w:rFonts w:ascii="Times New Roman" w:hAnsi="Times New Roman" w:eastAsia="Times New Roman" w:cs="Times New Roman"/>
        </w:rPr>
        <w:t>Sa dihang mitubag si Pedro, iyang giila nga si Jesus mao ang Cristo ug ang Anak sa buhing Dios. Ang pulong nga Cristo mao ang Griegong pulong alang sa Hebreohanong pulong nga Mesiyas. Gipasaka ni Jesus ang pangutana mahitungod sa kon kinsa Siya, ug gidala Niya ang mga tinun-an ngadto sa kamatuoran nga Siya mao ang Mesiyas, apan dihadiha Iyang gipahibalo kanila nga dili nila kini isulti kang bisan kinsa. Gikan niadtong panahona, misugod Siya sa pagtudlo nga Iyang tumanon ang kaluhaan ug tulo ka mga timaan sa dalan diha sa katapusang tulo ka mga kapitulo sa Mateo, apan pinaagi sa kinahanglanon, ang mga kamatuoran nga may kalabutan sa Cristo kinahanglan nga ipadayag sa usa ka hinayhinay ug sunod-sunod nga paagi.</w:t>
      </w:r>
    </w:p>
    <w:p>
      <w:pPr>
        <w:pStyle w:val="ArticleBody"/>
        <w:jc w:val="left"/>
      </w:pPr>
      <w:r>
        <w:rPr>
          <w:rFonts w:ascii="Times New Roman" w:hAnsi="Times New Roman" w:eastAsia="Times New Roman" w:cs="Times New Roman"/>
        </w:rPr>
        <w:t>Padayonon nato kining mga Mesiyanikong timaan sa dalan sa sunod nga artikulo.</w:t>
      </w:r>
    </w:p>
    <w:p>
      <w:pPr>
        <w:pStyle w:val="ArticleHeading"/>
        <w:jc w:val="left"/>
      </w:pPr>
      <w:r>
        <w:rPr>
          <w:rFonts w:ascii="Arial" w:hAnsi="Arial" w:eastAsia="Arial" w:cs="Arial"/>
        </w:rPr>
        <w:t>Kahayag nga Alpha sa ikatulong manulonda</w:t>
      </w:r>
    </w:p>
    <w:p>
      <w:pPr>
        <w:pStyle w:val="ArticleScripture"/>
        <w:jc w:val="left"/>
      </w:pPr>
      <w:r>
        <w:rPr>
          <w:rFonts w:ascii="Times New Roman" w:hAnsi="Times New Roman" w:eastAsia="Times New Roman" w:cs="Times New Roman"/>
        </w:rPr>
        <w:t>“Sa tinghunlak sa 1846 nagsugod kami sa pagtuman sa Igpapahulay sa Biblia, ug sa pagtudlo ug pagpanalipod niini. Ang akong pagtagad unang nadani ngadto sa Igpapahulay samtang didto ako sa usa ka pagduaw sa New Bedford, Massachusetts, sa sayo pa nianang maong tuiga. Didto nakaila ako kang Elder Joseph Bates, nga sa sayo pa midawat sa pagtuo mahitungod sa pag-anhi, ug usa ka aktibong mamumuo sa maong buluhaton. Si Elder B. nagtuman sa Igpapahulay, ug nagpasiugda sa kahinungdanon niini. Wala ko mabati ang kahinungdanon niini, ug naghunahuna ako nga nasayop si Elder B. sa paghatag ug dakong pagtagad sa ikaupat nga sugo labaw pa sa ubang siyam. Apan gihatagan ako sa Ginoo ug usa ka panan-aw sa langitnong santuwaryo. Ang templo sa Dios naablihan didto sa langit, ug gipakita kanako ang arka sa Dios nga gitabonan sa lingkoranan sa kalooy. Duha ka mga manulonda ang nagtindog, usa sa matag tumoy sa arka, uban sa ilang mga pako nga gibuklad ibabaw sa lingkoranan sa kalooy, ug ang ilang mga nawong nga nakatutok niini. Ang manulonda nga nag-uban kanako nagpahibalo kanako nga kini nagrepresentar sa tibuok panon sa langit nga nagatan-aw uban sa mahadlokon nga pagtahod ngadto sa balaang kasugoan nga gisulat sa tudlo sa Dios. Gibayaw ni Jesus ang tabon sa arka, ug nakita ko ang mga papan nga bato diin nahisulat ang Napulo ka mga Sugo. Natingala gayod ako sa dihang nakita ko ang ikaupat nga sugo sa tinuod gayod nga taliwala sa napulo ka mga lagda, uban sa usa ka malumo nga halo sa kahayag nga naglibot niini. Miingon ang manulonda: ‘Kini lamang ang usa sa napulo nga naghulagway sa buhing Dios nga nagbuhat sa mga langit ug sa yuta ug sa tanang mga butang nga anaa niini. Sa dihang gibutang ang mga patukoranan sa yuta, didto usab gibutang ang patukoranan sa Igpapahulay.’” Testimonies, volume 1, 75.</w:t>
      </w:r>
    </w:p>
    <w:p>
      <w:pPr>
        <w:pStyle w:val="ArticleHeading"/>
        <w:jc w:val="left"/>
      </w:pPr>
      <w:r>
        <w:rPr>
          <w:rFonts w:ascii="Arial" w:hAnsi="Arial" w:eastAsia="Arial" w:cs="Arial"/>
        </w:rPr>
        <w:t>Omega nga kahayag sa ikatulong manulonda</w:t>
      </w:r>
    </w:p>
    <w:p>
      <w:pPr>
        <w:pStyle w:val="ArticleScripture"/>
        <w:jc w:val="left"/>
      </w:pPr>
      <w:r>
        <w:rPr>
          <w:rFonts w:ascii="Times New Roman" w:hAnsi="Times New Roman" w:eastAsia="Times New Roman" w:cs="Times New Roman"/>
        </w:rPr>
        <w:t>“Ang mga nakig-uban sa Dios nagalakaw diha sa kahayag sa Adlaw sa Pagkamatarung. Wala nila gipakaulawan ang ilang Manunubos pinaagi sa pagdaot sa ilang dalan sa atubangan sa Dios. Ang langitnong kahayag nagasidlak ibabaw kanila. Sa nagkaduol sila sa katapusan sa kasaysayan niining yutaa, ang ilang kahibalo mahitungod kang Cristo, ug sa mga tagna nga may kalabutan kaniya, daku gayod ang pagdugang. Sila adunay walay kinutoban nga bili sa pagtan-aw sa Dios; kay sila anaa sa panaghiusa uban sa iyang Anak. Alang kanila ang pulong sa Dios adunay hilabihang katahom ug kahalandumon. Ilang nakita ang kamahinungdanon niini. Ang kamatuoran gipadayag kanila. Ang doktrina sa pagkaunod sa unod naputos sa malumo nga kasanag. Ilang nakita nga ang Kasulatan mao ang yawi nga nagaabli sa tanang mga tinago ug nagasulbad sa tanang mga kalisdanan. Kadtong dili buot modawat sa kahayag ug molakaw diha sa kahayag dili makasabut sa tinago sa pagkadiosnon, apan kadtong wala magduhaduha sa pagpasan sa krus ug sa pagsunod kang Jesus, makakita sa kahayag diha sa kahayag sa Dios.” The Southern Watchman, Abril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 nga Iglesia Adventista sa Ikapitong Adlaw - Numero Baynte-Nuwebe</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