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Adbentista sa Ikapitong Adlaw - Numero Traynta ug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Numero Traynta ug Usa</w:t>
      </w:r>
    </w:p>
    <w:p>
      <w:pPr>
        <w:pStyle w:val="ArticleBody"/>
        <w:jc w:val="left"/>
      </w:pPr>
      <w:r>
        <w:rPr>
          <w:rFonts w:ascii="Times New Roman" w:hAnsi="Times New Roman" w:eastAsia="Times New Roman" w:cs="Times New Roman"/>
        </w:rPr>
        <w:t>Ang kataposang tulo ka Mesianikong katumanan nga makita sulod sa Basahon ni Mateo nag-ila sa tulo ka mga elemento sa waymark sa balaod sa Dominggo; ang pagkatibulaag sa katawohan sa Dios sa balaod sa Dominggo, ingon nga gitipohan sa pagkatibulaag sa gamayng panon niadtong Oktubre 22, 1844 ug sa pagkatibulaag sa mga tinun-an didto sa krus. Ang duruha ka pagkatibulaag nagakaangay sa balaod sa Dominggo. May kalabutan sa Galilea, nga usa ka simbolo sa usa ka propetikong punto sa pagbalhin, ang katawohan nga anaa sa kangitngit hangtod sa balaod sa Dominggo pagatawgon gikan sa kangitngit. Kining mga tawhana mao ang ubang panon sa Dios, ang mga mamumuo sa ikanapulog-usa ka takna nga gipukaw ngadto sa isyu sa kontrobersiya sa Igpapahulay samtang sila ginatawag paggawas sa Babilonia. Ang ilang tawag paggawas sa Babilonia mao ang ikaduhang hugna sa paghukom, nga nagsugod sa balay sa Dios, ug unya sa balaod sa Dominggo moatubang niadtong mga atua sa gawas sa Jerusalem.</w:t>
      </w:r>
    </w:p>
    <w:p>
      <w:pPr>
        <w:pStyle w:val="ArticleHeading"/>
        <w:jc w:val="left"/>
      </w:pPr>
      <w:r>
        <w:rPr>
          <w:rFonts w:ascii="Arial" w:hAnsi="Arial" w:eastAsia="Arial" w:cs="Arial"/>
        </w:rPr>
        <w:t>Ang Ikapulo ka Mesianikong Waymark mao ang Pagkatibulaag tungod sa balaod sa Domingo</w:t>
      </w:r>
    </w:p>
    <w:p>
      <w:pPr>
        <w:pStyle w:val="ArticleScripture"/>
        <w:jc w:val="left"/>
      </w:pPr>
      <w:r>
        <w:rPr>
          <w:rFonts w:ascii="Times New Roman" w:hAnsi="Times New Roman" w:eastAsia="Times New Roman" w:cs="Times New Roman"/>
        </w:rPr>
        <w:t>Apan kining tanan nahitabo aron matuman ang mga kasulatan sa mga propeta. Unya gibiyaan siya sa tanang mga tinun-an, ug nangalagiw. Mateo 26:56.</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Mata, O espada, batok sa akong magbalantay sa carnero, ug batok sa tawo nga akong kauban, nagaingon ang Ginoo sa mga panon: hampaka ang magbalantay sa carnero, ug ang mga carnero magakatibulaag; ug ipabalik ko ang akong kamot ibabaw sa mga gagmay. Zacarias 13:7.</w:t>
      </w:r>
    </w:p>
    <w:p>
      <w:pPr>
        <w:pStyle w:val="ArticleScripture"/>
        <w:jc w:val="left"/>
      </w:pPr>
      <w:r>
        <w:rPr>
          <w:rFonts w:ascii="Times New Roman" w:hAnsi="Times New Roman" w:eastAsia="Times New Roman" w:cs="Times New Roman"/>
        </w:rPr>
        <w:t>“Sa dili madugay kita pagaapug-apugon pag-ayo, ug ang atong buhaton kinahanglan pagabuhaton sa madali.” Fundamentals of Christian Education, 535.</w:t>
      </w:r>
    </w:p>
    <w:p>
      <w:pPr>
        <w:pStyle w:val="ArticleScripture"/>
        <w:jc w:val="left"/>
      </w:pPr>
      <w:r>
        <w:rPr>
          <w:rFonts w:ascii="Times New Roman" w:hAnsi="Times New Roman" w:eastAsia="Times New Roman" w:cs="Times New Roman"/>
        </w:rPr>
        <w:t>“Ang panahon moabot nga kita pagabulagon ug pagapatlaagon, ug ang matag usa kanato kinahanglan motindog nga wala ang pribilehiyo sa pakig-ambitay uban niadtong may sama ka bililhong pagtoo; ug unsaon man ninyo pagbarog gawas kon ang Dios anaa sa inyong kiliran, ug kamo nasayod nga siya mao ang nagamando ug nagaagak kaninyo?” Review and Herald, Marso 25, 1890.</w:t>
      </w:r>
    </w:p>
    <w:p>
      <w:pPr>
        <w:pStyle w:val="ArticleHeading"/>
        <w:jc w:val="left"/>
      </w:pPr>
      <w:r>
        <w:rPr>
          <w:rFonts w:ascii="Arial" w:hAnsi="Arial" w:eastAsia="Arial" w:cs="Arial"/>
        </w:rPr>
        <w:t>Ang Ikanapulog-usa nga Mesiyanikong Timaan mao ang Pagtawag sa mga Hentil</w:t>
      </w:r>
    </w:p>
    <w:p>
      <w:pPr>
        <w:pStyle w:val="ArticleScripture"/>
        <w:jc w:val="left"/>
      </w:pPr>
      <w:r>
        <w:rPr>
          <w:rFonts w:ascii="Times New Roman" w:hAnsi="Times New Roman" w:eastAsia="Times New Roman" w:cs="Times New Roman"/>
        </w:rPr>
        <w:t>Aron matuman ang gisulti pinaagi kang Esaias nga manalagna, nga nagaingon: Ang yuta sa Zabulon, ug ang yuta sa Nephthalim, daplin sa dagat, sa unahan sa Jordan, Galilea sa mga Hentil; Ang katawohan nga nanaglingkod sa kangitngit nakakita ug dakung kahayag; ug kanila nga nanaglingkod sa dapit ug landong sa kamatayon, misilang ang kahayag. Mateo 4:14–16.</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Bisan pa niana, ang kangitngit dili mahimong sama niadtong diha sa iyang kagul-anan, sa dihang sa sinugdanan iyang gipahamtang lamang ang magaang nga pagsakit sa yuta sa Zebulun ug sa yuta sa Naphtali, ug sa ulahi iyang gipahamtang kaniya ang labi pang mabug-at nga kasakit sa daplin sa dagat, unahan sa Jordan, sa Galilea sa mga nasud. Ang katawohan nga naglakaw sa kangitngit nakakita ug dakong kahayag: sila nga nanagpuyo sa yuta sa landong sa kamatayon, kanila misidlak ang kahayag. Isaias 9:1, 2.</w:t>
      </w:r>
    </w:p>
    <w:p>
      <w:pPr>
        <w:pStyle w:val="ArticleBody"/>
        <w:jc w:val="left"/>
      </w:pPr>
      <w:r>
        <w:rPr>
          <w:rFonts w:ascii="Times New Roman" w:hAnsi="Times New Roman" w:eastAsia="Times New Roman" w:cs="Times New Roman"/>
        </w:rPr>
        <w:t>Sa balaod sa Domingo ang ulahing ulan igabubo nga walay sukod ug ang mga Hentil makakita sa dakong kahayag. Ang paglutos magapatibulaag sa mga matinumanon ug magpakaylap sa mensahe.</w:t>
      </w:r>
    </w:p>
    <w:p>
      <w:pPr>
        <w:pStyle w:val="ArticleScripture"/>
        <w:jc w:val="left"/>
      </w:pPr>
      <w:r>
        <w:rPr>
          <w:rFonts w:ascii="Times New Roman" w:hAnsi="Times New Roman" w:eastAsia="Times New Roman" w:cs="Times New Roman"/>
        </w:rPr>
        <w:t>“‘Itugyan nila kamo ngadto sa mga hukmanan, … oo ug atubangan sa mga gobernador ug mga hari pagadad-on kamo tungod Kanako, aron mahimong usa ka pagpamatuod ngadto kanila ug ngadto sa mga Gentil.’ Mateo 10:17, 18, R. V. Ang paglutos magapalapad sa kahayag. Ang mga ulipon ni Cristo igatugyan ngadto sa atubangan sa mga dagkung tawo sa kalibutan, nga, gawas pa niini, tingali dili gayud makadungog sa maayong balita. Ang kamatuoran gisayop ug paglarawan ngadto niining mga tawhana. Nakapaminaw sila sa bakak nga mga sumbong mahitungod sa pagtoo sa mga tinun-an ni Cristo. Sa kasagaran ang ilang bugtong paagi sa pagkat-on sa tinuod nga kinaiya niini mao ang pagpamatuod niadtong gidala ngadto sa paghukom tungod sa ilang pagtoo. Ilalom sa pagsusi gikinahanglan sila sa pagtubag, ug ang ilang mga maghuhukom sa pagpaminaw sa pagpamatuod nga gipas-an. Ang grasya sa Dios igahatag ngadto sa Iyang mga ulipon aron maatubang ang maong kahimtang. ‘Igahatag kaninyo,’ nagaingon si Jesus, ‘nianang maong taknaa ang inyong igaingon. Kay dili kamo mao ang magasulti, kondili ang Espiritu sa inyong Amahan nga nagasulti diha kaninyo.’ Samtang ang Espiritu sa Dios nagadan-ag sa mga hunahuna sa Iyang mga ulipon, ang kamatuoran igapresentar diha sa iyang langitnong gahum ug kahamili. Kadtong mosalikway sa kamatuoran motindog aron sa pagsumbong ug pagdaugdaug sa mga tinun-an. Apan ilalom sa kapildihan ug pag-antus, bisan pa ngadto sa kamatayon, ang mga anak sa Ginoo kinahanglan magpadayag sa kaaghop sa ilang langitnong Panig-ingnan. Sa ingon niini makita ang kalainan tali sa mga ahente ni Satanas ug sa mga representante ni Cristo. Ang Manluluwas igaalsa sa atubangan sa mga magmamando ug sa katawhan.</w:t>
      </w:r>
    </w:p>
    <w:p>
      <w:pPr>
        <w:pStyle w:val="ArticleScripture"/>
        <w:jc w:val="left"/>
      </w:pPr>
      <w:r>
        <w:rPr>
          <w:rFonts w:ascii="Times New Roman" w:hAnsi="Times New Roman" w:eastAsia="Times New Roman" w:cs="Times New Roman"/>
        </w:rPr>
        <w:t>“Ang mga tinun-an wala hatagi sa kaisog ug kalig-on sa mga martir hangtod sa dihang gikinahanglan na ang maong grasya. Unya natuman ang saad sa Manluluwas. Sa dihang si Pedro ug si Juan nagpamatuod sa atubangan sa konseho sa Sanhedrin, ang mga tawo ‘nahibulong; ug ilang nasabtan mahitungod kanila nga sila nakauban ni Jesus.’ Buhat 4:13. Mahitungod kang Esteban nahisulat nga ‘ang tanan nga nanaglingkod sa konseho, sa ilang pagtan-aw pag-ayo kaniya, nakita ang iyang nawong nga daw sama sa nawong sa usa ka manulonda.’ Ang mga tawo ‘dili makahimo sa pagsukol sa kaalam ug sa espiritu nga pinaagi niini siya misulti.’ Buhat 6:15, 10. Ug si Pablo, sa iyang pagsulat mahitungod sa iyang kaugalingong paghukom sa hukmanan sa mga Cesar, nagaingon, ‘Sa akong nahaunang pagdepensa walay usa nga mikuyog kanako, kondili gibiyaan ako sa tanan…. Apan ang Ginoo mitindog sa akong kiliran, ug naglig-on kanako; aron pinaagi kanako ang mensahe ikapahibalo sa bug-os, ug aron ang tanang mga Hentil makadungog: ug giluwas ako gikan sa baba sa leon.’ 2 Timoteo 4:16, 17, R. V.”</w:t>
      </w:r>
    </w:p>
    <w:p>
      <w:pPr>
        <w:pStyle w:val="ArticleScripture"/>
        <w:jc w:val="left"/>
      </w:pPr>
      <w:r>
        <w:rPr>
          <w:rFonts w:ascii="Times New Roman" w:hAnsi="Times New Roman" w:eastAsia="Times New Roman" w:cs="Times New Roman"/>
        </w:rPr>
        <w:t>“Ang mga ulipon ni Cristo dili mag-andam ug daan nga pakigpulong nga ilang ipresentar sa dihang dad-on sila sa paghukom. Ang ilang pagpangandam pagabuhaton adlaw-adlaw pinaagi sa pagtipig sa bililhong mga kamatuoran sa pulong sa Dios, ug pinaagi sa pag-ampo pagapalig-onon nila ang ilang pagtuo. Sa dihang dad-on sila ngadto sa pagsulay, ang Espiritu Santo magapahinumdom kanila sa gayod nga mga kamatuoran nga gikinahanglan.” The Desire of Ages, 354, 355.</w:t>
      </w:r>
    </w:p>
    <w:p>
      <w:pPr>
        <w:pStyle w:val="ArticleBody"/>
        <w:jc w:val="left"/>
      </w:pPr>
      <w:r>
        <w:rPr>
          <w:rFonts w:ascii="Times New Roman" w:hAnsi="Times New Roman" w:eastAsia="Times New Roman" w:cs="Times New Roman"/>
        </w:rPr>
        <w:t>Ang paghukom magsugod sa balay sa Dios sa 9/11 ug matapos sa balaod sa Dominggo, diin ang paghukom unya mobalhin ngadto sa laing panon sa Dios nga anaa sa gawas sa balay sa Dios.</w:t>
      </w:r>
    </w:p>
    <w:p>
      <w:pPr>
        <w:pStyle w:val="ArticleHeading"/>
        <w:jc w:val="left"/>
      </w:pPr>
      <w:r>
        <w:rPr>
          <w:rFonts w:ascii="Arial" w:hAnsi="Arial" w:eastAsia="Arial" w:cs="Arial"/>
        </w:rPr>
        <w:t>Ang Ikapulog-Dohang Mesianikong Timaan sa Dalan mao ang Paghukom ngadto sa mga Gentil</w:t>
      </w:r>
    </w:p>
    <w:p>
      <w:pPr>
        <w:pStyle w:val="ArticleScripture"/>
        <w:jc w:val="left"/>
      </w:pPr>
      <w:r>
        <w:rPr>
          <w:rFonts w:ascii="Times New Roman" w:hAnsi="Times New Roman" w:eastAsia="Times New Roman" w:cs="Times New Roman"/>
        </w:rPr>
        <w:t>Aron matuman ang gisulti pinaagi ni Esaias nga manalagna, nga nagaingon, Ania karon ang akong alagad, nga akong gipili; ang akong hinigugma, nga kaniya ang akong kalag nahimuot pag-ayo: ibutang ko ang akong Espiritu sa ibabaw niya, ug iyang ipahibalo ang paghukom ngadto sa mga Hentil. Dili siya makigbisog, ni magsinggit; ni may bisan kinsa nga makadungog sa iyang tingog diha sa kadalanan. Ang bagakay nga napisa dili niya putlon, ug ang aso-aso nga pabilo dili niya palungon, hangtod nga iyang mapagawas ang paghukom ngadto sa kadaugan. Ug sa iyang ngalan mosalig ang mga Hentil. Mateo 12:17–21.</w:t>
      </w:r>
    </w:p>
    <w:p>
      <w:pPr>
        <w:pStyle w:val="ArticleHeading"/>
        <w:jc w:val="left"/>
      </w:pPr>
      <w:r>
        <w:rPr>
          <w:rFonts w:ascii="Arial" w:hAnsi="Arial" w:eastAsia="Arial" w:cs="Arial"/>
        </w:rPr>
        <w:t>Tagnaan</w:t>
      </w:r>
    </w:p>
    <w:p>
      <w:pPr>
        <w:pStyle w:val="ArticleScripture"/>
        <w:jc w:val="left"/>
      </w:pPr>
      <w:r>
        <w:rPr>
          <w:rFonts w:ascii="Times New Roman" w:hAnsi="Times New Roman" w:eastAsia="Times New Roman" w:cs="Times New Roman"/>
        </w:rPr>
        <w:t>Ania karon ang akong ulipon, nga akong ginatuboy; ang akong pinili, nga kaniya nalipay ang akong kalag; gibutang ko ang akong Espiritu sa ibabaw niya: igapadayag niya ang hukom ngadto sa mga Gentil. Dili siya mosinggit, ni mopatugbaw, ni magpahimulos sa iyang tingog nga madungog diha sa dalan. Ang bagakay nga napangos dili niya bali-on, ug ang aso-asong mitsa dili niya palungon: igapadayag niya ang hukom ngadto sa kamatuoran. Dili siya maluya ni madiscouraged, hangtod nga iyang mapahaluna ang hukom sa yuta: ug ang mga pulo magapaabut sa iyang balaod. Isaias 42:1–4.</w:t>
      </w:r>
    </w:p>
    <w:p>
      <w:pPr>
        <w:pStyle w:val="ArticleBody"/>
        <w:jc w:val="left"/>
      </w:pPr>
      <w:r>
        <w:rPr>
          <w:rFonts w:ascii="Times New Roman" w:hAnsi="Times New Roman" w:eastAsia="Times New Roman" w:cs="Times New Roman"/>
        </w:rPr>
        <w:t>Ang pagtapos sa paghukom alang sa balay sa Dios nagsugod niadtong Hulyo sa 2023, sa dihang usa ka tingog nadungog sa kadalanan diin si Moises ug si Elias nahigda nga patay sa usa ka walog sa mga patay ug uga nga mga bukog. Sa dihang ang tingog nadungog, ang paghukom misugod sa pagtapos alang sa balay sa Dios, ug mipadayon paingon sa paghukom sa mga Gentil. Adunay napulog-duha ka Mesiyanikong katumanan sa basahon ni Mateo nga nag-ila sa dagkong mga timaan sa dalan sa kalihokan sa reporma sa usa ka gatus ug kap-atan ug upat ka libo. Kining napulog-duha ka mga timaan sa dalan gisimbolohan pinaagi sa Mesiyas. 1989; 1996; 9/11, 2001; Hulyo 18, 2020; Hulyo 2023; 2024; ang Tunga sa Gabii nga Singgit, ang pagbulag sa mga pari ug ang balaod sa Domingo tanan giila, uban sa 9/11 nga adunay sulodnon ug gawasnong saksi ug ang balaod sa Domingo nga adunay sulodnong saksi sa usa ka pagkatibulaag, ug unya duha ka mga saksi sa panahon sa paghukom sa mga mamumuo sa ikanapulog-usa nga takna. Siyam ka mga timaan sa dalan sa kalihokan sa reporma sa usa ka gatus ug kap-atan ug upat ka libo nga direkta nga giila sa basahon ni Mateo.</w:t>
      </w:r>
    </w:p>
    <w:p>
      <w:pPr>
        <w:pStyle w:val="ArticleBody"/>
        <w:jc w:val="left"/>
      </w:pPr>
      <w:r>
        <w:rPr>
          <w:rFonts w:ascii="Times New Roman" w:hAnsi="Times New Roman" w:eastAsia="Times New Roman" w:cs="Times New Roman"/>
        </w:rPr>
        <w:t>Ang Mateo mao ang alpha sa Bag-ong Tugon ug ang Pinadayag mao ang omega. Ang Mateo usa ka propetikong obra maestra kansang kahulogan gitimbrihan hangtod sa ulahing mga adlaw. Naglangkob kini sa omega nga napulog-duha ka mga kapitulo, nga nagtugbang sa alpha sa Genesis kapitulo onse hangtod sa baynte-dos. Ingon nga alpha ngadto sa Pinadayag, kini nagkaparis sa dinasig nga relasyon sa Daniel ug sa Pinadayag. Ang gipadayag mahitungod sa mga basahon sa Daniel ug sa Pinadayag kabahin sa ilang propetikong relasyon, mamahimong matuod usab sa relasyon sa Mateo ug sa Pinadayag. Ang atong gipahibalo niana nga mga linya mahimong ikatumbas sa:</w:t>
      </w:r>
    </w:p>
    <w:p>
      <w:pPr>
        <w:pStyle w:val="ArticleBody"/>
        <w:jc w:val="left"/>
      </w:pPr>
      <w:r>
        <w:rPr>
          <w:rFonts w:ascii="Times New Roman" w:hAnsi="Times New Roman" w:eastAsia="Times New Roman" w:cs="Times New Roman"/>
        </w:rPr>
        <w:t>Sa basahon ni Mateo, ang mao gihapong linya sa tagna gikuha sama sa basahon sa Pinadayag.</w:t>
      </w:r>
    </w:p>
    <w:p>
      <w:pPr>
        <w:pStyle w:val="ArticleScripture"/>
        <w:jc w:val="left"/>
      </w:pPr>
      <w:r>
        <w:rPr>
          <w:rFonts w:ascii="Times New Roman" w:hAnsi="Times New Roman" w:eastAsia="Times New Roman" w:cs="Times New Roman"/>
        </w:rPr>
        <w:t>“Ang Pinadayag maoy usa ka linilong nga basahon, apan usa usab kini ka binuksang basahon. Kini nagatala sa kahibulongang mga hitabo nga mahitabo sa ulahing mga adlaw sa kasaysayan niining kalibotana. Ang mga pagtulon-an niining basahona tino ug klaro, dili mistiko ug dili masabtan. Diha niini, ang maong linya sa profesiya gisubli ingon sa anaa sa Daniel. Ang pipila ka mga profesiya gisubli sa Dios, sa ingon nagapakita nga kinahanglan hatagan kini ug importansiya. Ang Ginoo dili mosubli sa mga butang nga walay dakong sangpotanan.” Manuscript Releases, volume 9, 8.</w:t>
      </w:r>
    </w:p>
    <w:p>
      <w:pPr>
        <w:pStyle w:val="ArticleBody"/>
        <w:jc w:val="left"/>
      </w:pPr>
      <w:r>
        <w:rPr>
          <w:rFonts w:ascii="Times New Roman" w:hAnsi="Times New Roman" w:eastAsia="Times New Roman" w:cs="Times New Roman"/>
        </w:rPr>
        <w:t>Ang basahon ni Mateo nagpadayon sa “samang linya sa tagna” sama sa Pinadayag ug Daniel, ug kini gidala ngadto sa kahingpitan diha sa basahon sa Pinadayag, kay ang pulong nga “complement” nagpasabot ug kahingpitan.</w:t>
      </w:r>
    </w:p>
    <w:p>
      <w:pPr>
        <w:pStyle w:val="ArticleScripture"/>
        <w:jc w:val="left"/>
      </w:pPr>
      <w:r>
        <w:rPr>
          <w:rFonts w:ascii="Times New Roman" w:hAnsi="Times New Roman" w:eastAsia="Times New Roman" w:cs="Times New Roman"/>
        </w:rPr>
        <w:t>“Diha sa Pinadayag nagtagbo ug natapos ang tanang mga basahon sa Biblia. Ania dinhi ang katumanan sa basahon ni Daniel. Ang usa usa ka tagna; ang usa usa ka pinadayag. Ang basahon nga gisirhan pinaagi sa selyo dili ang Pinadayag, kondili kadtong bahin sa tagna ni Daniel nga may kalabutan sa kaulahiang mga adlaw. Ang manulonda nagsugo, ‘Apan ikaw, O Daniel, tak-umi ang mga pulong, ug selyohi ang basahon, bisan hangtod sa panahon sa katapusan.’ Daniel 12:4.” Mga Buhat sa mga Apostoles, 585.</w:t>
      </w:r>
    </w:p>
    <w:p>
      <w:pPr>
        <w:pStyle w:val="ArticleBody"/>
        <w:jc w:val="left"/>
      </w:pPr>
      <w:r>
        <w:rPr>
          <w:rFonts w:ascii="Times New Roman" w:hAnsi="Times New Roman" w:eastAsia="Times New Roman" w:cs="Times New Roman"/>
        </w:rPr>
        <w:t>Ang Mateo, Daniel, ug Pinadayag mao ang usa ra ka libro.</w:t>
      </w:r>
    </w:p>
    <w:p>
      <w:pPr>
        <w:pStyle w:val="ArticleScripture"/>
        <w:jc w:val="left"/>
      </w:pPr>
      <w:r>
        <w:rPr>
          <w:rFonts w:ascii="Times New Roman" w:hAnsi="Times New Roman" w:eastAsia="Times New Roman" w:cs="Times New Roman"/>
        </w:rPr>
        <w:t>“Ang mga basahon ni Daniel ug sa Pinadayag usa ra. Ang usa maoy usa ka tagna, ang usa maoy usa ka pagpadayag; ang usa maoy usa ka basahon nga pinatikan, ang usa maoy usa ka basahon nga inablihan. Nadungog ni Juan ang mga tinago nga gipamulong sa mga dalugdog, apan gimandoan siya nga dili kini isulat.” The Seventh-day Adventist Bible Commentary, volume 7, 971.</w:t>
      </w:r>
    </w:p>
    <w:p>
      <w:pPr>
        <w:pStyle w:val="ArticleBody"/>
        <w:jc w:val="left"/>
      </w:pPr>
      <w:r>
        <w:rPr>
          <w:rFonts w:ascii="Times New Roman" w:hAnsi="Times New Roman" w:eastAsia="Times New Roman" w:cs="Times New Roman"/>
        </w:rPr>
        <w:t>Daw mahinungdanon ang paggahin ug panahon aron ibutang sa hustong konteksto ang basahon ni Mateo, nga makapasiugda sa propetikong kahulogan sa pagkaanaa ni Pedro sa Cesarea Filipos, sa dili pa nako ibalik ang pagtuon ngadto sa basahon ni Joel. Paningkamotan ko ang pagsumaryo sa akong mga obserbasyon sa basahon ni Mateo aron mailarawan ang dakong propetikong kahulogan ni Pedro didto sa Cesarea Filipos, nga mao ang Panium sa Daniel onse bersikulo trese ngadto sa kinse.</w:t>
      </w:r>
    </w:p>
    <w:p>
      <w:pPr>
        <w:pStyle w:val="ArticleBody"/>
        <w:jc w:val="left"/>
      </w:pPr>
      <w:r>
        <w:rPr>
          <w:rFonts w:ascii="Times New Roman" w:hAnsi="Times New Roman" w:eastAsia="Times New Roman" w:cs="Times New Roman"/>
        </w:rPr>
        <w:t>Ang basahon ni Mateo gitukod ibabaw sa tulo ka lahi nga mga linya sa tagna. Ang unang linya mao ang unang napulo ka mga kapitulo; ang ikaduhang linya mao ang mosunod nga napulog-duha ka mga kapitulo nga sinusundan sa ikatulong linya nga naglangkob ug unom ka mga kapitulo. Ang unang napulo ka mga kapitulo nagrepresentar sa unang manulonda sa Pinadayag katorse, ang mosunod nga napulog-duha ka mga kapitulo nagrepresentar sa ikaduhang manulonda sa Pinadayag katorse, ug ang kataposang unom ka mga kapitulo nagrepresentar sa ikatulong manulonda sa Pinadayag katorse. Wala ko pa sa pagkakaron mapamatuod sa tin-aw kining obserbasyon, apan kini sayon ra nga mahimo. Sa dili pa nato buhaton kana, buot ko una nga ipadayon ang pagdrowing sa pipila sa mas halapad nga mga hagod ibabaw sa hulagway nga mao ang basahon ni Mateo.</w:t>
      </w:r>
    </w:p>
    <w:p>
      <w:pPr>
        <w:pStyle w:val="ArticleBody"/>
        <w:jc w:val="left"/>
      </w:pPr>
      <w:r>
        <w:rPr>
          <w:rFonts w:ascii="Times New Roman" w:hAnsi="Times New Roman" w:eastAsia="Times New Roman" w:cs="Times New Roman"/>
        </w:rPr>
        <w:t>Ang ikaduhang linya sa mga kapitulo onse hangtod baynte-dos girepresentahan sa ikaduhang manulonda, ug ang ikaduhang manulonda sa kanunay nagtimaan sa pagdoble, kay ang Babilonia nahulog na, nahulog na. Ang mga kapitulo onse hangtod baynte-dos sa Genesis nagapahayag sa saad ug unya sa tulo-ka-lakang pakigsaad sa Dios uban sa piniling katawhan pinaagi sa patriarka nga si Abram. Ang tukmang tunga nga bersikulo niadtong napulog-duha ka mga kapitulo nagaila sa “sirkunsisyon” ingon nga timaan sa pakigsaad, ug kini natukod sa ikaduha sa tulo ka mga lakang. Ang tukmang tunga nga bersikulo sa paralelong linya sa pakigsaad diha sa Mateo mao ang higayon nga ang ngalan ni Simon Barjona giusab ngadto kang Pedro.</w:t>
      </w:r>
    </w:p>
    <w:p>
      <w:pPr>
        <w:pStyle w:val="ArticleScripture"/>
        <w:jc w:val="left"/>
      </w:pPr>
      <w:r>
        <w:rPr>
          <w:rFonts w:ascii="Times New Roman" w:hAnsi="Times New Roman" w:eastAsia="Times New Roman" w:cs="Times New Roman"/>
        </w:rPr>
        <w:t>Ug ako usab magaingon kanimo, Nga ikaw si Pedro, ug sa ibabaw niining batoa pagatukoron ko ang akong iglesia; ug ang mga ganghaan sa hades dili makadaog batok kaniya. Mateo 16:18.</w:t>
      </w:r>
    </w:p>
    <w:p>
      <w:pPr>
        <w:pStyle w:val="ArticleBody"/>
        <w:jc w:val="left"/>
      </w:pPr>
      <w:r>
        <w:rPr>
          <w:rFonts w:ascii="Times New Roman" w:hAnsi="Times New Roman" w:eastAsia="Times New Roman" w:cs="Times New Roman"/>
        </w:rPr>
        <w:t>Ang ngalan ni Pedro nagrepresentar sa usa ka gatus kap-atan ug upat ka libo, ug siya nagrepresentar sa hut-ong sa mga nagapatukod sa ilang pagtuo ibabaw sa pagkadungog sa mensahe ni Cristo. Dili lamang ang mensahe mahitungod kang Jesus, kondili ang mensahe nga giila ni Jesus nga gihatag kang Pedro sa Ginoo Mismo.</w:t>
      </w:r>
    </w:p>
    <w:p>
      <w:pPr>
        <w:pStyle w:val="ArticleScripture"/>
        <w:jc w:val="left"/>
      </w:pPr>
      <w:r>
        <w:rPr>
          <w:rFonts w:ascii="Times New Roman" w:hAnsi="Times New Roman" w:eastAsia="Times New Roman" w:cs="Times New Roman"/>
        </w:rPr>
        <w:t>Miingon siya kanila, Apan kamo, kinsa man ang inyong giingon nga ako?</w:t>
      </w:r>
    </w:p>
    <w:p>
      <w:pPr>
        <w:pStyle w:val="ArticleScripture"/>
        <w:jc w:val="left"/>
      </w:pPr>
      <w:r>
        <w:rPr>
          <w:rFonts w:ascii="Times New Roman" w:hAnsi="Times New Roman" w:eastAsia="Times New Roman" w:cs="Times New Roman"/>
        </w:rPr>
        <w:t>Ug si Simon Pedro mitubag ug miingon, Ikaw mao ang Cristo, ang Anak sa buhing Dios. Ug si Jesus mitubag ug miingon kaniya,</w:t>
      </w:r>
    </w:p>
    <w:p>
      <w:pPr>
        <w:pStyle w:val="ArticleScripture"/>
        <w:jc w:val="left"/>
      </w:pPr>
      <w:r>
        <w:rPr>
          <w:rFonts w:ascii="Times New Roman" w:hAnsi="Times New Roman" w:eastAsia="Times New Roman" w:cs="Times New Roman"/>
        </w:rPr>
        <w:t>Bulahan ikaw, Simon Barjona; kay dili unod ug dugo ang nagpahibalo niini kanimo, kondili ang akong Amahan nga anaa sa langit. Mateo 16:15–17.</w:t>
      </w:r>
    </w:p>
    <w:p>
      <w:pPr>
        <w:pStyle w:val="ArticleBody"/>
        <w:jc w:val="left"/>
      </w:pPr>
      <w:r>
        <w:rPr>
          <w:rFonts w:ascii="Times New Roman" w:hAnsi="Times New Roman" w:eastAsia="Times New Roman" w:cs="Times New Roman"/>
        </w:rPr>
        <w:t>Ang pagtuo ni Pedro nakabase sa pagkahimong Cristo ni Jesus—ang Mesiyas. Ang ngalan ni Pedro giusab, maingon sa kang Abram, aron timaan sa usa ka relasyon sa tugon, ug ang iyang ngalan katumbas sa 144,000, ug niadtong maong bersikulo gayod, ang dakong away gikilala ingon nga usa ka Bato nga mao ang patukoranan sa usa ka iglesia, nga makadaug batok sa mga iglesia sa impiyerno. Ang usa ka gatus ug kap-atan ug upat ka libo mao ang katapusang pagpakita sa usa ka piniling katawhan sa tugon, ug si Pedro nagrepresentar nianang pundoka.</w:t>
      </w:r>
    </w:p>
    <w:p>
      <w:pPr>
        <w:pStyle w:val="ArticleBody"/>
        <w:jc w:val="left"/>
      </w:pPr>
      <w:r>
        <w:rPr>
          <w:rFonts w:ascii="Times New Roman" w:hAnsi="Times New Roman" w:eastAsia="Times New Roman" w:cs="Times New Roman"/>
        </w:rPr>
        <w:t>Si Pedro usab sa samang higayon nagrepresentar sa unang Cristohanong iglesia, ang iglesia sa mga tinun-an, kay mao kana ang kasaysayan diin gibutang ni Cristo ang patukoranan sa Iyang iglesia. Si Cristo mao ang patukoranan ug Siya usab mao ang ulohang bato sa pamag-ang, ug si Pedro usa ka simbolo sa unang Cristohanong pangasaw-onon ug sa ulahing Cristohanong pangasaw-onon. Busa, si Pedro mao ang usa ka simbolo sa alpha ug omega diha sa usa ka bersikulo.</w:t>
      </w:r>
    </w:p>
    <w:p>
      <w:pPr>
        <w:pStyle w:val="ArticleBody"/>
        <w:jc w:val="left"/>
      </w:pPr>
      <w:r>
        <w:rPr>
          <w:rFonts w:ascii="Times New Roman" w:hAnsi="Times New Roman" w:eastAsia="Times New Roman" w:cs="Times New Roman"/>
        </w:rPr>
        <w:t>Kana nga usa ka bersikulo mao ang sentrong bersikulo sa napulog-duha ka mga kapitulo nga nagrepresentar sa mensahe sa ikaduhang manulunda, ug si Pedro “midoble” ingon nga nahaunang pangasaw-onon ug ang ulahing pangasaw-onon. Ang ulahing pangasaw-onon makiggubat batok sa sinagoga ni Satanas, ug ang ulahing pangasaw-onon pagabuhaton gikan sa duha ka pundok. Ang usa ka pundok, ang usa ka gatus ug kap-atan ug upat ka libo; ang laing pundok mao ang dakong panon. Ang dakong panon girepresentahan sa Smyrna ug ang usa ka gatus ug kap-atan ug upat ka libo sa Philadelphia.</w:t>
      </w:r>
    </w:p>
    <w:p>
      <w:pPr>
        <w:pStyle w:val="ArticleBody"/>
        <w:jc w:val="left"/>
      </w:pPr>
      <w:r>
        <w:rPr>
          <w:rFonts w:ascii="Times New Roman" w:hAnsi="Times New Roman" w:eastAsia="Times New Roman" w:cs="Times New Roman"/>
        </w:rPr>
        <w:t>Ang usa ka gatos kap-atan ug upat ka libo mao ang mga taga-Filadelfia, ug ang pag-ilis sa ngalan ni Pedro diha sa bersikulo napulog-walo nagrepresentar sa pagpatik sa usa ka gatos kap-atan ug upat ka libo. Siya mao ang simbolo niadtong mga pinatikan, ug diha sa maong bersikulo, ang mismong sentrong bersikulo sa napulog-duha ka mga kapitulo sa tugon, siya nagakatakdo sa mismong sentrong bersikulo sa napulog-duha ka mga kapitulo sa Genesis, diin ang sirkunsisyon giila ingon nga ilhanan. Ang Pinadayag mga kapitulo onse hangtod baynte-dos nagahatag sa ikatulong linya sa napulog-duha ka mga kapitulo sa pagpamatuod sa tugon, ug ang sentrong bersikulo niadtong napulog-duha ka mga kapitulo nagaila sa kaminyoon sa bigaon sa Pinadayag 17 uban sa mga hari sa yuta.</w:t>
      </w:r>
    </w:p>
    <w:p>
      <w:pPr>
        <w:pStyle w:val="ArticleScripture"/>
        <w:jc w:val="left"/>
      </w:pPr>
      <w:r>
        <w:rPr>
          <w:rFonts w:ascii="Times New Roman" w:hAnsi="Times New Roman" w:eastAsia="Times New Roman" w:cs="Times New Roman"/>
        </w:rPr>
        <w:t>Ug ang mapintas nga mananap nga kaniadto mao, ug karon wala na, bisan siya mao ang ikawalo, ug gikan sa pito, ug moadto ngadto sa kalaglagan. Pinadayag 17:11.</w:t>
      </w:r>
    </w:p>
    <w:p>
      <w:pPr>
        <w:pStyle w:val="ArticleBody"/>
        <w:jc w:val="left"/>
      </w:pPr>
      <w:r>
        <w:rPr>
          <w:rFonts w:ascii="Times New Roman" w:hAnsi="Times New Roman" w:eastAsia="Times New Roman" w:cs="Times New Roman"/>
        </w:rPr>
        <w:t>Kining bersikulo may kalabotan sa pag-ila sa katapusang pagkapukan sa dakong Babilonya, ug ang unang pagkapukan sa Babel diha sa unang kapitulo sa dose ka kapitulo nga linya sa tugon sa Genesis. Si Pedro nagrepresentar sa usa ka gatus ug kap-atan ug upat ka libo diha sa sentrong bersikulo, nga nagahan-ay sa sentrong bersikulo sa Genesis. Diha sa sentrong bersikulo sa Pinadayag, ang pagkapukan sa dakong Babilonya nagdala sa sugilanon ni Nimrod, ang bantugang mangangayam sa Babel, ngadto sa iyang katapusan.</w:t>
      </w:r>
    </w:p>
    <w:p>
      <w:pPr>
        <w:pStyle w:val="ArticleBody"/>
        <w:jc w:val="left"/>
      </w:pPr>
      <w:r>
        <w:rPr>
          <w:rFonts w:ascii="Times New Roman" w:hAnsi="Times New Roman" w:eastAsia="Times New Roman" w:cs="Times New Roman"/>
        </w:rPr>
        <w:t>Ang mga sentrong bersikulo sa matag usa niining tulo ka mga propetikong linya nag-ila sa timri sa Dios o sa marka sa mananap. Ang sinugdanang Babilonyanhong pakigsaad sa kamatayon diha sa Genesis moabot sa iyang katapusan diha sa Pinadayag. Sa pagbuhat niini, nagbutang kini ug sinugdanan ug katapusan sa tanan nga tulo ka mga linya, sa dihang pagatiponon sila, linya ibabaw sa linya. Ang dapit diin si Pedro gigamit ingon nga simbolo sa dakong kontrobersiya tali sa Bato ug sa mga ganghaan sa Impiyerno mao ang mensahe sa ikaduhang manulonda, kay ang mensahe sa ikaduhang manulonda mao ang “Napukan ang Babilonya” (Nimrod), “napukan” (ang bigaon sa Roma). Ang ikaduhang linya sa tulo ka mga linya ni Mateo mao ang mensahe sa ikaduhang manulonda kay kini nag-ila sa duha ka pagkapukan sa Babilonya. Nagapakita kini ug peke nga kaminyoon diha gayud sa dapit diin ang tinuod nga kaminyoon pagahingpiton, sa balaod sa Dominggo. Kini nagrepresentar sa numero nga “8” ingon nga peke sa katawhan sa Dios nga mao ang tinuod nga walo. Ang pagka-papa usab gihulagway ingon nga nagsundog sa Dios, kay kini kaniadto, ug ania pa karon, ug mokayab. Mokayab kini diha gayud sa dapit diin ang bandila mokayab—ang balaod sa Dominggo.</w:t>
      </w:r>
    </w:p>
    <w:p>
      <w:pPr>
        <w:pStyle w:val="ArticleBody"/>
        <w:jc w:val="left"/>
      </w:pPr>
      <w:r>
        <w:rPr>
          <w:rFonts w:ascii="Times New Roman" w:hAnsi="Times New Roman" w:eastAsia="Times New Roman" w:cs="Times New Roman"/>
        </w:rPr>
        <w:t>Sa Mateo adunay dose ka Mesiyanikong katumanan, ug adunay tali sa tulo ka gatus hangtod lima ka gatus ka mga tagna mahitungod sa Mesiyas diha sa Daang Tugon. Ang Mateo naglangkob ug dose ka mga katumanan nga tuwirang giila, nga labaw pa kaayo kaysa sa bisan hain sa ubang tulo ka mga ebanghelyo. Kining dose ka mga katumanan nahiuyon sa siyam ka lahi nga mga timaan sa dalan sa repormatoryong kalihukan sa usa ka gatus ug kap-atan ug upat ka libo. Ang siyam nagsimbolo sa pagkahingpit, kay walay numero nga molapas sa “siyam,” kay ang matag ubang gidaghanon nga mosunod sa “siyam” naggamit lamang sa siyam ka mga digit gikan sa usa hangtod sa siyam, ug sa sero. Ang siyam mao ang kapun-an. Niadtong siyam ka mga timaan sa dalan, duha adunay labaw sa usa sa mga katumanan ni Mateo. Ang 9/11 adunay duha, ug ang balaod sa Domingo adunay tulo.</w:t>
      </w:r>
    </w:p>
    <w:p>
      <w:pPr>
        <w:pStyle w:val="ArticleBody"/>
        <w:jc w:val="left"/>
      </w:pPr>
      <w:r>
        <w:rPr>
          <w:rFonts w:ascii="Times New Roman" w:hAnsi="Times New Roman" w:eastAsia="Times New Roman" w:cs="Times New Roman"/>
        </w:rPr>
        <w:t>Ang panahon sa katapusan niadtong 1989, ang pormalisasyon sa mensahe niadtong 1996, gisundan sa 9/11, gisundan sa kapakyasan sa Hulyo 18, 2020, gisundan sa tingog sa kamingawan sa Hulyo sa 2023, nga mitultol ngadto sa pagkabanhaw sa 2024, nga modala ngadto sa Singgit sa Tunga-tungang Gabii, gisundan sa pagkabulag sa mga saserdote, nga moabot sa kinapungkayan diha sa balaod sa Domingo. Siyam ka mga waymark, usa niini nga adunay duha ka mga saksi ug usa nga adunay tulo ka mga saksi; ang 9/11 adunay duha ug ang balaod sa Domingo adunay tulo. Kini nagpasabot nga diha sa reform line sa usa ka gatus ug kap-atan ug upat ka libo, ang duha ka mga saksi sa 9/11 hangtod sa tulo ka mga saksi sa balaod sa Domingo—mao ang nagtimaan sa panahon sa pagpatik sa usa ka gatus ug kap-atan ug upat ka libo. Ang napulog-duha ka mga waymark nagahan-ay sa matag kalihokang repormatibo, ug sa pagbuhat niana, ilang gipasiugda ug giila ang panahon sa pagpatik sa usa ka gatus ug kap-atan ug upat ka libo gikan sa 9/11 hangtod sa balaod sa Domingo.</w:t>
      </w:r>
    </w:p>
    <w:p>
      <w:pPr>
        <w:pStyle w:val="ArticleBody"/>
        <w:jc w:val="left"/>
      </w:pPr>
      <w:r>
        <w:rPr>
          <w:rFonts w:ascii="Times New Roman" w:hAnsi="Times New Roman" w:eastAsia="Times New Roman" w:cs="Times New Roman"/>
        </w:rPr>
        <w:t>Sa pagbuhat niini, kini nag-ila sa duha ka mga saksi sa 9/11, ug tulo ka mga saksi sa balaod sa Dominggo. Ang duha ka mga saksi sa 9/11 mao ang mensahe sa ikaduhang manulonda ug ang tulo ka mga saksi sa balaod sa Dominggo mao ang mensahe sa ikatulong manulonda. Busa, ang linya nga napamunga pinaagi sa mga katumanan ni Mateo sa mesyanikong mga tagna nagpalain ug nagpadaku sa panahon sa pagpatik, samtang nag-ila sa ikaduhang manulonda ingon nga alpha sa kasaysayan sa panahon sa pagpatik, ug sa ikatulong manulonda ingon nga omega. Kana nagpasabot nga ang panahon sa pagpatik gilibotan sa sinugdanan ug katapusan tali sa numero dos ug numero tres, sa ingon nagbutang sa baynte-tres, usa ka simbolo sa pagtabon-sa-sala—ibabaw sa tibuok kasaysayan sa pagpatik.</w:t>
      </w:r>
    </w:p>
    <w:p>
      <w:pPr>
        <w:pStyle w:val="ArticleBody"/>
        <w:jc w:val="left"/>
      </w:pPr>
      <w:r>
        <w:rPr>
          <w:rFonts w:ascii="Times New Roman" w:hAnsi="Times New Roman" w:eastAsia="Times New Roman" w:cs="Times New Roman"/>
        </w:rPr>
        <w:t>Sa basahon ni Mateo adunay tulo ka mga propetikong linya, nga nagrepresentar sa nahauna, ikaduha, ug ikatulong mga manulonda matag usa, ug nga ang napulog-duha ka mga kapitulo sa ikaduhang linya sa Mateo nagrepresentar sa tugon uban sa usa ka gatus ug kap-atan ug upat ka libo, kay kini mao ang omega sa alpha nga tugon sa Genesis uban kang Abram. Nagpasabot usab kini nga ingon nga ang ikaduhang manulonda, sa dihang si Pedro nagrepresentar sa nahauna ug sa ulahing Cristohanong pangasaw-onon, ang pagkapilo ni Pedro nagapahimutang sa propetikong kinahanglanon sa usa ka pagkapilo diha sa ikaduhang manulonda. Pinaagi sa tulo ka mga saksi ang gidaghanon nga napulog-duha mao ang pisi nga nagbugkos sa tulo ka mga linya sa napulog-duha ka mga kapitulo, busa sa dihang makakaplag kita ug laing representasyon sa gidaghanon nga napulog-duha sa basahon ni Mateo, kini kinahanglan nga mahiuyon sa ubang napulog-duha sa basahon ni Mateo.</w:t>
      </w:r>
    </w:p>
    <w:p>
      <w:pPr>
        <w:pStyle w:val="ArticleBody"/>
        <w:jc w:val="left"/>
      </w:pPr>
      <w:r>
        <w:rPr>
          <w:rFonts w:ascii="Times New Roman" w:hAnsi="Times New Roman" w:eastAsia="Times New Roman" w:cs="Times New Roman"/>
        </w:rPr>
        <w:t>Ang napulog-duha ka mga kapitulo sa Mateo, nga nagsugod sa simbolikong numero onse ug natapos sa simbolikong katumbas niini, nga numero baynte-dos, nahiuyon sa linya sa reporma sa usa ka gatus ug kap-atan ug upat ka libo nga girepresentahan sa napulog-duha ka Mesianikong katumanan, sa ingon nagapadayag sa ikaduhang “pagdoble” sa linya sa ikaduhang manulonda. Ang napulog-duha ka Mesianikong katumanan, uban sa napulog-duha ka mga kapitulo, mao ang “pagdoble” sa ikaduhang manulonda, apan sa dihang gipadaghan sila nagarepresentar sila sa 144,000. Si Pedro gidoble, ug ang numero napulog-duha gidoble usab. Kining mga pagdoble nagtuman sa pagdoble sa Babilonia nga nahulog sa makaduha.</w:t>
      </w:r>
    </w:p>
    <w:p>
      <w:pPr>
        <w:pStyle w:val="ArticleBody"/>
        <w:jc w:val="left"/>
      </w:pPr>
      <w:r>
        <w:rPr>
          <w:rFonts w:ascii="Times New Roman" w:hAnsi="Times New Roman" w:eastAsia="Times New Roman" w:cs="Times New Roman"/>
        </w:rPr>
        <w:t>Ang mga kapitulo onse hangtod baynte-dos nagrepresentar sa ikaduhang manulonda sa Pinadayag katorse. Ang napulo simboliko sa usa ka pagsulay, ug ang nahaunang sa tulo ka mga pagsulay mao ang unang napulo ka mga kapitulo sa Mateo. Ang “napulo” nagsimbolo sa usa ka pagsulay. Tungod kay ang Mateo mao ang alpha ngadto sa omega sa Pinadayag, ang kapitulo uno sa bisan hain nga basahon nagsugod sa usa ka pagpadayag ni Jesu-Cristo. Sa kapitulo uno, si Jose gisulayan kon motuo ba siya sa manulonda o dili. Ang iyang katugbang mao si Zacarias, ang amahan ni Juan Bautista, nga wala motuo ug napakyas sa maong pagsulay. Ang usa midawat sa usa ka pagkahimugso nga gikan sa pagbuot sa Dios, ang usa nagduhaduha.</w:t>
      </w:r>
    </w:p>
    <w:p>
      <w:pPr>
        <w:pStyle w:val="ArticleBody"/>
        <w:jc w:val="left"/>
      </w:pPr>
      <w:r>
        <w:rPr>
          <w:rFonts w:ascii="Times New Roman" w:hAnsi="Times New Roman" w:eastAsia="Times New Roman" w:cs="Times New Roman"/>
        </w:rPr>
        <w:t>Sa ikaduhang kapitulo nahadlok si Herodes sa pagkahimugso sa usa ka bag-ong hari, ug si Jose ug si Maria mikalagiw ngadto sa Ehipto. Si Juan Bautista maoy nagdala sa unang pagsulay sa ikatulong kapitulo, usa ka unang pagsulay nga giila ni Sister White ingon nga pagsulay sa kinabuhi o kamatayon, kay siya misulat nga “those who rejected the message of John could not be benefitted by Jesus.” Ang unang manulonda maoy usa ka mensahe sa pagsulay nga nagtawag sa mga tawo, ingon sa gibuhat ni Juan, sa pagkahadlok sa Dios, kay ang takna sa paghukom sa Dios nagasingabot. Kini gilarawan ni Juan sa dihang siya nangutana, “who hath warned you to flee from the wrath to come?”</w:t>
      </w:r>
    </w:p>
    <w:p>
      <w:pPr>
        <w:pStyle w:val="ArticleBody"/>
        <w:jc w:val="left"/>
      </w:pPr>
      <w:r>
        <w:rPr>
          <w:rFonts w:ascii="Times New Roman" w:hAnsi="Times New Roman" w:eastAsia="Times New Roman" w:cs="Times New Roman"/>
        </w:rPr>
        <w:t>Unya sa kapitulo upat, si Jesus nagpuasa sulod sa kap-atan ka adlaw nga mitapos sa tulo ka lahi nga pagsulay, kay ang tulo ka pagsulay sa kanunay girepresentar diha sa mensahe sa nahaunang manulonda. Unya si Jesus misugod sa pagtukod sa mga pundasyon pinaagi sa pagpili sa Iyang mga tinun-an, kay uban kang Ezra ug Nehemiah ang mga pundasyon sa templo gipahimutang diha sa kasaysayan sa nahaunang sugo, ug uban sa mga Millerite, ang mga pundasyon gipahimutang diha sa kasaysayan sa nahaunang manulonda. Ang mga pundasyon mao ang mga panalangin, gisundan sa Iyang mga milagro nga mitultol sa Iyang pagpadala sa napulog-duha ka mga tinun-an hangtod sa pagtapos sa kapitulo napulo. Ang napulog-duha ka mga tinun-an napahimutang na dayon, ug ang inspirasyon nagaila nga ang mga tinun-an mao ang pundasyon sa Kristohanong iglesia. Sa kapitulo onse nahuman na ang mga pundasyon.</w:t>
      </w:r>
    </w:p>
    <w:p>
      <w:pPr>
        <w:pStyle w:val="ArticleBody"/>
        <w:jc w:val="left"/>
      </w:pPr>
      <w:r>
        <w:rPr>
          <w:rFonts w:ascii="Times New Roman" w:hAnsi="Times New Roman" w:eastAsia="Times New Roman" w:cs="Times New Roman"/>
        </w:rPr>
        <w:t>Sa kapitulo onse ang mga tinun-an nagapangalagad sa ilang kaugalingon, ug si Jesus nag-inusara, nga nagaila sa usa ka tin-awng pagkaputol tali sa kapitulo diez ug onse. Ang mga kapitulo uno hangtod diez mao ang mensahe sa unang manulonda; kana natapos sa pag-abot sa ikaduhang manulonda. Ang ikaduhang manulonda nagpatungha ug usa ka pagkabahin, usa ka pagkabulag, sama sa nahitabo sa mga Millerite ug sa mga Protestante. Ang kapitulo diez natapos uban sa pagbulag ni Jesus gikan sa mga tinun-an, ug sa kapitulo onse Siya nag-inusara.</w:t>
      </w:r>
    </w:p>
    <w:p>
      <w:pPr>
        <w:pStyle w:val="ArticleBody"/>
        <w:jc w:val="left"/>
      </w:pPr>
      <w:r>
        <w:rPr>
          <w:rFonts w:ascii="Times New Roman" w:hAnsi="Times New Roman" w:eastAsia="Times New Roman" w:cs="Times New Roman"/>
        </w:rPr>
        <w:t>Ang kapitulo onse hangtod baynte-dos nagrepresentar sa ikaduhang manulonda, nga modala ngadto sa kapitulo baynte-tres hangtod baynte-otso, ingon nga ikatulong linya sa ikatulong manulonda. Siyempre, ang ikatulong manulonda moabot sa balaod sa Domingo, nga mao ang ginarepresentar sa Paskuwa sa mga kapitulo baynte-sais hangtod baynte-otso. Ang “23” mao ang simbolo sa pagtabon-sa-sala, ug ang nahaunang tulo niana nga unom ka mga kapitulo nagrepresentar sa mensahe sa unang manulonda ug ang katapusang tulo ka mga kapitulo nagrepresentar sa mensahe sa ikatulong manulonda. Ang duha ka mga kapitulo sa tunga (24 &amp; 25) nagrepresentar sa ikaduhang manulonda. Ang katapusang tulo ka mga kapitulo naglangkob sa “23” ka piho nga mga waymark nga nagahanay sa kapitulo “23,” ingon nga unang manulonda o ang sinugdanan, ug sa mga kapitulo baynte-sais hangtod baynte-otso ingon nga ikatulo, uban sa “23” ka mga waymark. Ang Kapitulo 23 mao ang unang manulonda, ug ang mosunod nga duha ka mga kapitulo mao ang ikaduhang manulonda ug ang katapusang tulo ka mga kapitulo mao ang ikatulong manulonda.</w:t>
      </w:r>
    </w:p>
    <w:p>
      <w:pPr>
        <w:pStyle w:val="ArticleBody"/>
        <w:jc w:val="left"/>
      </w:pPr>
      <w:r>
        <w:rPr>
          <w:rFonts w:ascii="Times New Roman" w:hAnsi="Times New Roman" w:eastAsia="Times New Roman" w:cs="Times New Roman"/>
        </w:rPr>
        <w:t>Ang ikatulong linya diha sa Mateo nagrepresentar sa ikatulong manulonda, ug kini gibahin ngadto sa tulo ka mga lakang. Ang kapitulo 23 mao ang unang lakang, ug ang unang manulonda. Ang mga kapitulo 24 ug 25 mao ang ikaduhang lakang, ug ang ikaduhang manulonda. Ang mga kapitulo 26, 27, ug 28 mao ang ikatulong lakang ug ang ikatulong manulonda. Usa ka kapitulo alang sa unang manulonda, duha ka mga kapitulo alang sa ikaduhang manulonda, ug tulo ka mga kapitulo alang sa ikatulong manulonda. Ang ikatulo, nga mao ang Pasko sa Paglabay, nga nagrepresentar sa krus, nga sa baylo nagtugma sa balaod sa Domingo, girepresentahan usab sa Pentecostes.</w:t>
      </w:r>
    </w:p>
    <w:p>
      <w:pPr>
        <w:pStyle w:val="ArticleBody"/>
        <w:jc w:val="left"/>
      </w:pPr>
      <w:r>
        <w:rPr>
          <w:rFonts w:ascii="Times New Roman" w:hAnsi="Times New Roman" w:eastAsia="Times New Roman" w:cs="Times New Roman"/>
        </w:rPr>
        <w:t>Ang Pentecostes mao ang numero 50, ug ang 50 mao ang simbolo sa Jubileo. Ang Jubileo naglangkob sa ikakwarenta ug siyam ka tuig, ang katapusan sa ikapitong siklo sa pito ka tuig. Ang numero 49 nag-una sa numero 50, apan diretso nga nalambigit niini. Ang ikatulong linya sa Mateo nagsugod sa kapitulo 23, ug unya gisundan kini sa duha ka kapitulo (24, 25) nga ang ilang suma mao ang 49, sa dili pa ang ikatulong manulonda nga nagrepresentar sa numero 50.</w:t>
      </w:r>
    </w:p>
    <w:p>
      <w:pPr>
        <w:pStyle w:val="ArticleBody"/>
        <w:jc w:val="left"/>
      </w:pPr>
      <w:r>
        <w:rPr>
          <w:rFonts w:ascii="Times New Roman" w:hAnsi="Times New Roman" w:eastAsia="Times New Roman" w:cs="Times New Roman"/>
        </w:rPr>
        <w:t>Ang sinugdanan sa han-ay sa unom ka kapitulo mao ang “23” ug ang katapusan mao ang mga timailhan nga “23”, ug ang gidaghanon nga makuha pinaagi sa pagdugang sa kapitulo 26, uban sa 27 ug 28, mao ang “81,” nga usa ka simbolo sa mga saserdote nga gilakip sa mismong mga bersikulo nga nag-ila sa pag-ula sa dugo nga gamiton sa Langitnong Labawng Sacerdote sa Iyang ministeryo isip labawng sacerdote. Tungod niini, ang ulohan sa kapitulo nga “81” sa The Desire of Ages gibase sa Mateo 28.</w:t>
      </w:r>
    </w:p>
    <w:p>
      <w:pPr>
        <w:pStyle w:val="ArticleScripture"/>
        <w:jc w:val="left"/>
      </w:pPr>
      <w:r>
        <w:rPr>
          <w:rFonts w:ascii="Times New Roman" w:hAnsi="Times New Roman" w:eastAsia="Times New Roman" w:cs="Times New Roman"/>
        </w:rPr>
        <w:t>“Kapitulo 81— ‘Ang Ginoo Nabanhaw Na’”</w:t>
      </w:r>
    </w:p>
    <w:p>
      <w:pPr>
        <w:pStyle w:val="ArticleScripture"/>
        <w:jc w:val="left"/>
      </w:pPr>
      <w:r>
        <w:rPr>
          <w:rFonts w:ascii="Times New Roman" w:hAnsi="Times New Roman" w:eastAsia="Times New Roman" w:cs="Times New Roman"/>
        </w:rPr>
        <w:t>“Kining kapitulo gibase sa Mateo 28:2–4, 11–15.” The Desire of Ages, 780.</w:t>
      </w:r>
    </w:p>
    <w:p>
      <w:pPr>
        <w:pStyle w:val="ArticleBody"/>
        <w:jc w:val="left"/>
      </w:pPr>
      <w:r>
        <w:rPr>
          <w:rFonts w:ascii="Times New Roman" w:hAnsi="Times New Roman" w:eastAsia="Times New Roman" w:cs="Times New Roman"/>
        </w:rPr>
        <w:t>Ang gidaghanon nga “81” nagrepresentar sa pagkapari, ug sa Levitico 8 gipakita ang pito ka adlaw sa pagpahinungod sa mga pari. Sa Numeros kapitulo 8, gipakita ang paghinlo sa mga Levita. Sa 2 Cronicas, “81” ka mga pari ang misupak kang hari Uzzias, ug ang maong teksto diretso nga nakatampo sa pagpalig-on sa mensahe sa pagselyo sa usa ka gatus ug kap-atan ug upat ka libo.</w:t>
      </w:r>
    </w:p>
    <w:p>
      <w:pPr>
        <w:pStyle w:val="ArticleScripture"/>
        <w:jc w:val="left"/>
      </w:pPr>
      <w:r>
        <w:rPr>
          <w:rFonts w:ascii="Times New Roman" w:hAnsi="Times New Roman" w:eastAsia="Times New Roman" w:cs="Times New Roman"/>
        </w:rPr>
        <w:t>Apan sa dihang siya nalig-on na, ang iyang kasingkasing mituboy ngadto sa iyang kaugalingong pagkalaglag; kay nakalapas siya batok kang Jehova nga iyang Dios, ug misulod sa templo ni Jehova aron sa pagsunog ug incienso ibabaw sa halaran sa incienso. Ug si Azarias nga sacerdote misulod sunod kaniya, ug uban kaniya ang kawaloan ka mga sacerdote ni Jehova, nga mga maisog nga lalaki. Ug ilang gisukol si Hari Uzzias, ug miingon kaniya: Dili ikaw, Uzzias, ang angay magsunog ug incienso alang kang Jehova, kondili ang mga sacerdote, ang mga anak ni Aaron, nga binalaan aron sa pagsunog ug incienso: gumula ka gikan sa balaang puloy-anan; kay nakalapas ka; ug kini dili mahimong alang sa imong kadungganan gikan kang Jehova nga Dios.</w:t>
      </w:r>
    </w:p>
    <w:p>
      <w:pPr>
        <w:pStyle w:val="ArticleScripture"/>
        <w:jc w:val="left"/>
      </w:pPr>
      <w:r>
        <w:rPr>
          <w:rFonts w:ascii="Times New Roman" w:hAnsi="Times New Roman" w:eastAsia="Times New Roman" w:cs="Times New Roman"/>
        </w:rPr>
        <w:t>Unya si Uzias nasuko, ug may insensaryo sa iyang kamot aron sa pagsunog ug incienso; ug samtang siya nasuko batok sa mga sacerdote, mitungha ang sanla diha sa iyang agtang sa atubangan sa mga sacerdote sa balay ni Jehova, tupad sa halaran sa incienso. Ug si Azarias nga labawng sacerdote, ug ang tanang mga sacerdote, mitan-aw kaniya, ug ania karon, siya may sanla sa iyang agtang, ug ilang giduso siya pagawas gikan didto; oo, siya usab midali sa paggawas, tungod kay gisilotan siya ni Jehova. Ug si Haring Uzias nahimong sanlahon hangtod sa adlaw sa iyang kamatayon, ug mipuyo sa usa ka linain nga balay, sanglit siya sanlahon; kay siya giputol gikan sa balay ni Jehova: ug si Jotam nga iyang anak mao ang nagdumala sa balay sa hari, nga nagahukom sa katawohan sa yuta. 2 Cronicas 26:16–21.</w:t>
      </w:r>
    </w:p>
    <w:p>
      <w:pPr>
        <w:pStyle w:val="ArticleBody"/>
        <w:jc w:val="left"/>
      </w:pPr>
      <w:r>
        <w:rPr>
          <w:rFonts w:ascii="Times New Roman" w:hAnsi="Times New Roman" w:eastAsia="Times New Roman" w:cs="Times New Roman"/>
        </w:rPr>
        <w:t>Ang bilang nga kawaloan ug usa ingon nga simbolo nalangkit sa mga sacerdote nga misupak sa mga paningkamot ni Uzziah sa paghalad ug mga halad sa balaang puloy-anan. Ang profetikanhong estruktura sa bahin nga may kalabotan kang Uzziah nahiuyon sa profetikanhong estruktura sa Daniel onse bersikulo onse ug dose. Ang duha ka mga bahin nagaila sa usa ka hari sa habagatan, kansang kasingkasing ginapataas tungod sa mga kadaugan sa gubat, ug ilabina sa bag-ong kadaugan batok sa usa ka hari sa amihanan. Sa dihang natuman ang bersikulo onse sa Daniel onse pinaagi kang Ptolemy sa gubat sa Raphia, siya, sama kang Uzziah, nagtinguha sa paghalad ug usa ka halad sa balaang puloy-anan didto sa Jerusalem, apan gisukol sa mga sacerdote. Linya ibabaw sa linya, ang duha ka mga saksi nagaila sa gubat sa Ukraine nga hapit na matapos.</w:t>
      </w:r>
    </w:p>
    <w:p>
      <w:pPr>
        <w:pStyle w:val="ArticleBody"/>
        <w:jc w:val="left"/>
      </w:pPr>
      <w:r>
        <w:rPr>
          <w:rFonts w:ascii="Times New Roman" w:hAnsi="Times New Roman" w:eastAsia="Times New Roman" w:cs="Times New Roman"/>
        </w:rPr>
        <w:t>Ang ikawalong-pulo ug usa ka kapitulo sa The Desire of Ages gibase sa Mateo 28, ug nagaila kang Cristo nga misaka aron magsugod sa Iyang buluhaton isip Langitnong Labing Halangdong Saserdote.</w:t>
      </w:r>
    </w:p>
    <w:p>
      <w:pPr>
        <w:pStyle w:val="ArticleScripture"/>
        <w:jc w:val="left"/>
      </w:pPr>
      <w:r>
        <w:rPr>
          <w:rFonts w:ascii="Times New Roman" w:hAnsi="Times New Roman" w:eastAsia="Times New Roman" w:cs="Times New Roman"/>
        </w:rPr>
        <w:t>Karon sa mga butang nga among gipamulong, mao kini ang kinatibuk-an: Kita adunay ingon nianang labawng sacerdote, nga milingkod sa too sa trono sa Kamahalan didto sa mga langit. Hebreohanon 8:1.</w:t>
      </w:r>
    </w:p>
    <w:p>
      <w:pPr>
        <w:pStyle w:val="ArticleBody"/>
        <w:jc w:val="left"/>
      </w:pPr>
      <w:r>
        <w:rPr>
          <w:rFonts w:ascii="Times New Roman" w:hAnsi="Times New Roman" w:eastAsia="Times New Roman" w:cs="Times New Roman"/>
        </w:rPr>
        <w:t>Ang gidaghanon nga “81” usa ka simbolo sa mga pari, ug ang mga kapitulo 26, 27, 28; ang ikatulong lakang sa ikatulong linya diha sa Mateo mokabat ug 81. Ang ikaduhang lakang mokabat ug 49 ug ang unang lakang mao ang 23. Ang kawaloan ug usa nagrepresentar sa 80 ka pari ug sa usa ka labawng pari diha sa pagpamatuod ni Uzzias. Niining ang-ang, ang 80 ka pari mga tawo, ug ang labawng pari Diosnon. Ang 81 nagrepresentar sa panaghiusa sa Pagka-Dios uban sa pagkatawo. Ang gidaghanon nga usa diha sa gidaghanon nga kawaloan ug usa nagrepresentar sa Pagka-Dios.</w:t>
      </w:r>
    </w:p>
    <w:p>
      <w:pPr>
        <w:pStyle w:val="ArticleBody"/>
        <w:jc w:val="left"/>
      </w:pPr>
      <w:r>
        <w:rPr>
          <w:rFonts w:ascii="Times New Roman" w:hAnsi="Times New Roman" w:eastAsia="Times New Roman" w:cs="Times New Roman"/>
        </w:rPr>
        <w:t>Ang numero uno diha sa onse nagrepresentar sa pagkatawo ug usab sa Pagka-Dios. Ang numero uno diha sa numero nga baynte-uno nagrepresentar sa Pagka-Dios, ug ang baynte nagrepresentar sa pagkatawo. Ang kombinasyon sa duha ug usa makita diha sa mga tinun-an sa dalan paingon sa Emaus.</w:t>
      </w:r>
    </w:p>
    <w:p>
      <w:pPr>
        <w:pStyle w:val="ArticleBody"/>
        <w:jc w:val="left"/>
      </w:pPr>
      <w:r>
        <w:rPr>
          <w:rFonts w:ascii="Times New Roman" w:hAnsi="Times New Roman" w:eastAsia="Times New Roman" w:cs="Times New Roman"/>
        </w:rPr>
        <w:t>Ang panaghiusa sa tulo ug usa mao ang pagkatawo ug pagka-Dios, ingon nga gilarawan sa nagdilaab nga hudno ni Shadrach, Meshach, ug Abednego.</w:t>
      </w:r>
    </w:p>
    <w:p>
      <w:pPr>
        <w:pStyle w:val="ArticleBody"/>
        <w:jc w:val="left"/>
      </w:pPr>
      <w:r>
        <w:rPr>
          <w:rFonts w:ascii="Times New Roman" w:hAnsi="Times New Roman" w:eastAsia="Times New Roman" w:cs="Times New Roman"/>
        </w:rPr>
        <w:t>Ang kombinasyon sa upat ug usa nagpasabot nga ang panag-usa sa pagka-Diyos ug sa pagkatawo natuman sa ikaupat nga kaliwatan.</w:t>
      </w:r>
    </w:p>
    <w:p>
      <w:pPr>
        <w:pStyle w:val="ArticleBody"/>
        <w:jc w:val="left"/>
      </w:pPr>
      <w:r>
        <w:rPr>
          <w:rFonts w:ascii="Times New Roman" w:hAnsi="Times New Roman" w:eastAsia="Times New Roman" w:cs="Times New Roman"/>
        </w:rPr>
        <w:t>Ang kombinasyon sa lima ug usa nagaila sa lima ka mga ulay nga naghulat sa pamanhonon.</w:t>
      </w:r>
    </w:p>
    <w:p>
      <w:pPr>
        <w:pStyle w:val="ArticleBody"/>
        <w:jc w:val="left"/>
      </w:pPr>
      <w:r>
        <w:rPr>
          <w:rFonts w:ascii="Times New Roman" w:hAnsi="Times New Roman" w:eastAsia="Times New Roman" w:cs="Times New Roman"/>
        </w:rPr>
        <w:t>Ang kombinasyon sa unom ug usa nagrepresentar sa relasyon sa tawo ngadto sa Igpapahulay sa ikapito ka adlaw, diin ang Pagka-Dios mao ang Ginoo niini. Ang gidaghanon nga “unom” usa ka simbolo sa tawo, ug ang usa mao si Cristo.</w:t>
      </w:r>
    </w:p>
    <w:p>
      <w:pPr>
        <w:pStyle w:val="ArticleBody"/>
        <w:jc w:val="left"/>
      </w:pPr>
      <w:r>
        <w:rPr>
          <w:rFonts w:ascii="Times New Roman" w:hAnsi="Times New Roman" w:eastAsia="Times New Roman" w:cs="Times New Roman"/>
        </w:rPr>
        <w:t>Ang kombinasyon sa pito ug usa nagrepresentar sa pagbalhin sa ikapitong iglesia sa Laodicea ngadto sa kasinatian nga Philadelphian.</w:t>
      </w:r>
    </w:p>
    <w:p>
      <w:pPr>
        <w:pStyle w:val="ArticleBody"/>
        <w:jc w:val="left"/>
      </w:pPr>
      <w:r>
        <w:rPr>
          <w:rFonts w:ascii="Times New Roman" w:hAnsi="Times New Roman" w:eastAsia="Times New Roman" w:cs="Times New Roman"/>
        </w:rPr>
        <w:t>Ang 81 usa ka simbolo sa mga saserdote ug sa ilang relasyon ngadto sa labawng saserdote.</w:t>
      </w:r>
    </w:p>
    <w:p>
      <w:pPr>
        <w:pStyle w:val="ArticleBody"/>
        <w:jc w:val="left"/>
      </w:pPr>
      <w:r>
        <w:rPr>
          <w:rFonts w:ascii="Times New Roman" w:hAnsi="Times New Roman" w:eastAsia="Times New Roman" w:cs="Times New Roman"/>
        </w:rPr>
        <w:t>Ang kombinasyon sa siyam ug usa nagtimaan sa pagkompleto. Ang pagmabdos naglangkob ug siyam ka bulan. Adunay siyam ka kaliwatan nga miuna kang Noe, ug siyam usab ka kaliwatan pagkahuman nga mitultol ngadto sa pakigsaad. Gitugyan ni Jesus ang Iyang espiritu sa ikasiyam nga takna. Ang kombinasyon sa siyam ug usa nagtimaan sa pagtapos sa buluhaton sa pagpatik sa Iyang katawhan.</w:t>
      </w:r>
    </w:p>
    <w:p>
      <w:pPr>
        <w:pStyle w:val="ArticleBody"/>
        <w:jc w:val="left"/>
      </w:pPr>
      <w:r>
        <w:rPr>
          <w:rFonts w:ascii="Times New Roman" w:hAnsi="Times New Roman" w:eastAsia="Times New Roman" w:cs="Times New Roman"/>
        </w:rPr>
        <w:t>Niining kahimtanga, ang usa mao ang panaghiusa sa pagkatawo ug sa Pagka-Dios; ang numero dos mao ang balaang Magtutudlo, nga nagatudlo sa katawhan. Ang numero tulo mao ang mensahe sa tulo ka manolunda, nga mao ang mensahe nga gitudlo kanila diha sa numero dos. Ang numero upat nagtimaan sa ikaupat nga kaliwatan, sa ingon nagaila sa propetikong kasaysayan sa dihang ang lima ka manggialamon nga ulay mapadayag, ug mamugna pag-usab sumala sa gihulagway sa ikaunom nga adlaw sa paglalang. Unya ang ikapito nga lakang nagaila sa pagbalhin ngadto sa Philadelphia ug sa enigma sa walo nga gikan sa pito. Niining puntoha, ang tugon matuman ug ang pagkasacerdote sa “81” igatuboy aron tapuson ang buluhaton nga gisimbolohan sa numero nuybe. Sa matag lakang, ang numero usa mao ang Leon sa banay ni Juda, nga mao usab si Palmoni, ang Kahibulongang Mag-iihap. Ang 81 usa ka simbolo sa mga sacerdote. Gibuhat ni Palmoni ang tanang mga numero.</w:t>
      </w:r>
    </w:p>
    <w:p>
      <w:pPr>
        <w:pStyle w:val="ArticleBody"/>
        <w:jc w:val="left"/>
      </w:pPr>
      <w:r>
        <w:rPr>
          <w:rFonts w:ascii="Times New Roman" w:hAnsi="Times New Roman" w:eastAsia="Times New Roman" w:cs="Times New Roman"/>
        </w:rPr>
        <w:t>Ang numero onse nagrepresentar sa katunga sa baynte-dos, ug silang duha nagrepresentar sa panaghiusa sa pagka-Dios ug sa pagka-tawo. Sa usa ka bag-ong artikulo, gilakip ko ang duha ka pahayag nga nagtuki sa sinugdanan ug sa katapusan.</w:t>
      </w:r>
    </w:p>
    <w:p>
      <w:pPr>
        <w:pStyle w:val="ArticleBody"/>
        <w:jc w:val="left"/>
      </w:pPr>
      <w:r>
        <w:rPr>
          <w:rFonts w:ascii="Times New Roman" w:hAnsi="Times New Roman" w:eastAsia="Times New Roman" w:cs="Times New Roman"/>
        </w:rPr>
        <w:t>Ang unang pahayag nagpaila nga sa dihang si Ellen White may unang mga panan-awon bahin sa santuwaryo, gipakita kaniya nga ang sugo sa Igpapahulay misidlak nga labi pa kay sa uban nga mga sugo. Gipakita usab kaniya nga sa ulahing mga adlaw ang “doktrina sa inkarnasyon” gilibotan sa usa ka malumo nga kahayag. Ang Igpapahulay maoy usa ka kahayag sa sinugdanan nga naghulagway sa doktrina sa inkarnasyon sa katapusan. Ang paghiusa sa Pagka-Dios uban sa pagkatawo mao ang doktrina sa inkarnasyon, kay kini mao ang doktrina ni Cristo nga nagkuha sa Iyang kaugalingon ug tawhanong unod, ug sa ingon nagbutang sa panig-ingnan nga ang Pagka-Dios nga nahiusa sa pagkatawo dili makasala.</w:t>
      </w:r>
    </w:p>
    <w:p>
      <w:pPr>
        <w:pStyle w:val="ArticleBody"/>
        <w:jc w:val="left"/>
      </w:pPr>
      <w:r>
        <w:rPr>
          <w:rFonts w:ascii="Times New Roman" w:hAnsi="Times New Roman" w:eastAsia="Times New Roman" w:cs="Times New Roman"/>
        </w:rPr>
        <w:t>Ang onse ug onse katumbas ug baynte-dos, ug ang numero nga onse mao ang nagsugod sa matag usa sa napulog-duha ka mga linya sa tugon nga may kapitulo, ug ang matag usa matapos sa baynte-dos. Ang mga kapitulo nga onse ug ang mga bersikulo nga onse sulod sa Kasulatan nagrepresentar sa mga timaan sa dalan sa usa ka gatus ug kap-atan ug upat ka libo.</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Ang gubat sa Ukraine nagsugod niadtong 2014, ug mao ang panggawas nga linya sa panahon sa pagpatik sa usa ka gatus ug kap-atan ug upat ka libo.</w:t>
      </w:r>
    </w:p>
    <w:p>
      <w:pPr>
        <w:pStyle w:val="ArticleScripture"/>
        <w:jc w:val="left"/>
      </w:pPr>
      <w:r>
        <w:rPr>
          <w:rFonts w:ascii="Times New Roman" w:hAnsi="Times New Roman" w:eastAsia="Times New Roman" w:cs="Times New Roman"/>
        </w:rPr>
        <w:t>Ug ang hari sa habagatan mapukaw sa dakung kapungot, ug mogula ug makiggubat batok kaniya, batok gayud sa hari sa amihanan; ug siya magpahiluna ug usa ka dakung panon; apan ang maong panon igatugyan ngadto sa iyang kamot. Daniel 11:11.</w:t>
      </w:r>
    </w:p>
    <w:p>
      <w:pPr>
        <w:pStyle w:val="ArticleHeading"/>
        <w:jc w:val="left"/>
      </w:pPr>
      <w:r>
        <w:rPr>
          <w:rFonts w:ascii="Arial" w:hAnsi="Arial" w:eastAsia="Arial" w:cs="Arial"/>
        </w:rPr>
        <w:t>Hulyo 18, 2020</w:t>
      </w:r>
    </w:p>
    <w:p>
      <w:pPr>
        <w:pStyle w:val="ArticleBody"/>
        <w:jc w:val="left"/>
      </w:pPr>
      <w:r>
        <w:rPr>
          <w:rFonts w:ascii="Times New Roman" w:hAnsi="Times New Roman" w:eastAsia="Times New Roman" w:cs="Times New Roman"/>
        </w:rPr>
        <w:t>Ang unang kahigawad mao ang paglangan ni Jesus sa pag-adto aron banhawon si Lazaro, ang labing hataas nga milagro ug ang patik sa Dios. Nagpaabot si Jesus ug upat ka adlaw sa wala pa Iyang gibanhaw si Lazaro. Ang bersikulo sa Juan nag-ila sa kataposang usa sa pito ka mga milagro nga tuwirang giila diha sa ebanghelyo ni Juan. Ang nahauna mao ang pag-ilis sa tubig ngadto sa bino. Adunay daghang kahayag sa pagpalandong sa pito ka mga milagro nga moabot sa kinatumyan diha sa Juan 11:11, ug ang tanang mga teologo nagkahiusa nga pito lamang ka mga milagro ang anaa sa Juan, pinasikad sa kamatuoran nga kadtong mga milagro tuwirang giila. Tungod niini, wala nila iapil ang pagkabanhaw ni Cristo ingon nga ikawalong ilhanan, apan kini usa ka milagro, ug ang Iyang pagkabanhaw mao ang ilhanan sa tugon, busa ang pagkabanhaw sa basahon ni Juan mao ang ikawalong milagro, nga iya sa pito, kay ang matag usa sa miaging pito ka mga milagro natuman pinaagi sa gahum sa Iyang pagkabanhaw.</w:t>
      </w:r>
    </w:p>
    <w:p>
      <w:pPr>
        <w:pStyle w:val="ArticleScripture"/>
        <w:jc w:val="left"/>
      </w:pPr>
      <w:r>
        <w:rPr>
          <w:rFonts w:ascii="Times New Roman" w:hAnsi="Times New Roman" w:eastAsia="Times New Roman" w:cs="Times New Roman"/>
        </w:rPr>
        <w:t>Kining mga butanga iyang gisulti; ug human niana miingon siya kanila, Ang atong higala nga si Lazaro natulog; apan moadto ako, aron pukawon ko siya gikan sa pagkatulog. Juan 11:11.</w:t>
      </w:r>
    </w:p>
    <w:p>
      <w:pPr>
        <w:pStyle w:val="ArticleHeading"/>
        <w:jc w:val="left"/>
      </w:pPr>
      <w:r>
        <w:rPr>
          <w:rFonts w:ascii="Arial" w:hAnsi="Arial" w:eastAsia="Arial" w:cs="Arial"/>
        </w:rPr>
        <w:t>Hulyo, 2023</w:t>
      </w:r>
    </w:p>
    <w:p>
      <w:pPr>
        <w:pStyle w:val="ArticleBody"/>
        <w:jc w:val="left"/>
      </w:pPr>
      <w:r>
        <w:rPr>
          <w:rFonts w:ascii="Times New Roman" w:hAnsi="Times New Roman" w:eastAsia="Times New Roman" w:cs="Times New Roman"/>
        </w:rPr>
        <w:t>Niadtong Hulyo 2023, ang tingog sa kamingawan misugod sa pagsinggit sa usa ka mensahe nga nagbaton sa Espiritu sa kinabuhi.</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sa ilang mga tiil; ug dakong kahadlok miabut ibabaw kanila nga nakakita kanila. Pinadayag 11:11.</w:t>
      </w:r>
    </w:p>
    <w:p>
      <w:pPr>
        <w:pStyle w:val="ArticleBody"/>
        <w:jc w:val="left"/>
      </w:pPr>
      <w:r>
        <w:rPr>
          <w:rFonts w:ascii="Times New Roman" w:hAnsi="Times New Roman" w:eastAsia="Times New Roman" w:cs="Times New Roman"/>
        </w:rPr>
        <w:t>Si Juan natawo walo ka adlaw sa wala pa ang balaod sa Domingo, kay sa balaod sa Domingo man mosulti ang iyang amahan nga si Zacarias. Ang ngalan ni Juan giusab gikan kang Zacarias ngadto kang Juan sa panahon sa balaod sa Domingo, sa dihang ang pag-usab sa iyang ngalan nagtimaan sa usa ka relasyon sa pakigsaad. Ang pagkahimugso nagalarawan sa pagkabanhaw niadtong mga gipamatay sa kadalanan niadtong Hulyo 18, 2020.</w:t>
      </w:r>
    </w:p>
    <w:p>
      <w:pPr>
        <w:pStyle w:val="ArticleScripture"/>
        <w:jc w:val="left"/>
      </w:pPr>
      <w:r>
        <w:rPr>
          <w:rFonts w:ascii="Times New Roman" w:hAnsi="Times New Roman" w:eastAsia="Times New Roman" w:cs="Times New Roman"/>
        </w:rPr>
        <w:t>Sa pagkatinuod nagaingon ako kaninyo, Sa taliwala sa mga natawo sa mga babaye walay mitungha nga labi pa kadaku kay kang Juan Bautista; bisan pa niana, ang labing gamay sa gingharian sa langit labi pang daku kay kaniya. Mateo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Gipaila ni Isaias ang ikaduhang panagtigom nga natuman niadtong 1849. Ang ikaduhang panagtigom nagsugod niadtong Hulyo 2023, ug matapos sa dihang ang katawhan sa Dios mapatikan.</w:t>
      </w:r>
    </w:p>
    <w:p>
      <w:pPr>
        <w:pStyle w:val="ArticleScripture"/>
        <w:jc w:val="left"/>
      </w:pPr>
      <w:r>
        <w:rPr>
          <w:rFonts w:ascii="Times New Roman" w:hAnsi="Times New Roman" w:eastAsia="Times New Roman" w:cs="Times New Roman"/>
        </w:rPr>
        <w:t>Ug mahitabo niadtong adlawa, nga ang Ginoo magabakyaw pag-usab sa iyang kamot sa ikaduhang higayon aron bawion ang salin sa iyang katawohan nga mahibilin, gikan sa Asiria, ug gikan sa Egipto, ug gikan sa Patros, ug gikan sa Cus, ug gikan sa Elam, ug gikan sa Sinar, ug gikan sa Hamath, ug gikan sa mga pulo sa dagat. Isaias 11:11.</w:t>
      </w:r>
    </w:p>
    <w:p>
      <w:pPr>
        <w:pStyle w:val="ArticleHeading"/>
        <w:jc w:val="left"/>
      </w:pPr>
      <w:r>
        <w:rPr>
          <w:rFonts w:ascii="Arial" w:hAnsi="Arial" w:eastAsia="Arial" w:cs="Arial"/>
        </w:rPr>
        <w:t>Sa Wala Pa Gayud ang Balaod sa Dominggo</w:t>
      </w:r>
    </w:p>
    <w:p>
      <w:pPr>
        <w:pStyle w:val="ArticleBody"/>
        <w:jc w:val="left"/>
      </w:pPr>
      <w:r>
        <w:rPr>
          <w:rFonts w:ascii="Times New Roman" w:hAnsi="Times New Roman" w:eastAsia="Times New Roman" w:cs="Times New Roman"/>
        </w:rPr>
        <w:t>Si Jesus bag-o pa lamang mahuman sa madaugong pagsulod, sa ingon niini gipaila Niya ang pagbalhin gikan sa Singgit sa Tunga-tungang Gabii ngadto sa balaod sa Domingo; uban Niya ang napulog-duha ka mga tinun-an, kay sila napili na daan sa wala pa ang balaod sa Domingo.</w:t>
      </w:r>
    </w:p>
    <w:p>
      <w:pPr>
        <w:pStyle w:val="ArticleScripture"/>
        <w:jc w:val="left"/>
      </w:pPr>
      <w:r>
        <w:rPr>
          <w:rFonts w:ascii="Times New Roman" w:hAnsi="Times New Roman" w:eastAsia="Times New Roman" w:cs="Times New Roman"/>
        </w:rPr>
        <w:t>Ug si Jesus misulod sa Jerusalem, ug sa templo; ug sa dihang iyang gitutokan ang tanang mga butang sa palibot, ug sanglit hapon na, migula siya paingon sa Betania uban sa napulog-duha. Marcos 11:11.</w:t>
      </w:r>
    </w:p>
    <w:p>
      <w:pPr>
        <w:pStyle w:val="ArticleBody"/>
        <w:jc w:val="left"/>
      </w:pPr>
      <w:r>
        <w:rPr>
          <w:rFonts w:ascii="Times New Roman" w:hAnsi="Times New Roman" w:eastAsia="Times New Roman" w:cs="Times New Roman"/>
        </w:rPr>
        <w:t>Sa dihang matuman na ang pagpatik sa usa ka gatus ug kap-atan ug upat ka libo, diha-diha sa dili pa ang balaod sa Dominggo, matapos ang paghiusa sa bana nga Pagka-Dios uban sa asawa nga pagkatawhan, ug ang duruha sa walay kataposan mahimong usa, kay nahuman na ang halad-sa-pasaylo.</w:t>
      </w:r>
    </w:p>
    <w:p>
      <w:pPr>
        <w:pStyle w:val="ArticleScripture"/>
        <w:jc w:val="left"/>
      </w:pPr>
      <w:r>
        <w:rPr>
          <w:rFonts w:ascii="Times New Roman" w:hAnsi="Times New Roman" w:eastAsia="Times New Roman" w:cs="Times New Roman"/>
        </w:rPr>
        <w:t>Bisan pa niana, ang lalaki dili gawasnon sa babaye, ni ang babaye gawasnon sa lalaki, diha sa Ginoo. 1 Corinto 11:11.</w:t>
      </w:r>
    </w:p>
    <w:p>
      <w:pPr>
        <w:pStyle w:val="ArticleBody"/>
        <w:jc w:val="left"/>
      </w:pPr>
      <w:r>
        <w:rPr>
          <w:rFonts w:ascii="Times New Roman" w:hAnsi="Times New Roman" w:eastAsia="Times New Roman" w:cs="Times New Roman"/>
        </w:rPr>
        <w:t>Ang milagrosong pagpanganak ni Sarah, usa ka pagpanganak nga dugay nang nalangan sukad sa pagrebelde sa 1863, matuman sa dihang ang babaye sa Pinadayag dose manganak ug kaluha. Ang unang bata moabot sa Tungang Gabii nga Singgit ug ang ikaduhang bata sa balaod sa Domingo. Ang bata nga migula nga ikaduha, adunay mapulang pisi nga nagrepresentar sa ilhanan ni Rahab didto sa Jerico.</w:t>
      </w:r>
    </w:p>
    <w:p>
      <w:pPr>
        <w:pStyle w:val="ArticleScripture"/>
        <w:jc w:val="left"/>
      </w:pPr>
      <w:r>
        <w:rPr>
          <w:rFonts w:ascii="Times New Roman" w:hAnsi="Times New Roman" w:eastAsia="Times New Roman" w:cs="Times New Roman"/>
        </w:rPr>
        <w:t>Pinaagi sa pagtuo, si Sara usab nakadawat ug kusog sa pagpanamkon ug kaliwatan, ug nanganak sa usa ka anak sa diha nga milabay na siya sa panuigon, tungod kay giisip niya nga matinumanon Siya nga nagsaad. Hebreohanon 11:11.</w:t>
      </w:r>
    </w:p>
    <w:p>
      <w:pPr>
        <w:pStyle w:val="ArticleHeading"/>
        <w:jc w:val="left"/>
      </w:pPr>
      <w:r>
        <w:rPr>
          <w:rFonts w:ascii="Arial" w:hAnsi="Arial" w:eastAsia="Arial" w:cs="Arial"/>
        </w:rPr>
        <w:t>Ang balaod sa Dominggo alang sa Laodicea</w:t>
      </w:r>
    </w:p>
    <w:p>
      <w:pPr>
        <w:pStyle w:val="ArticleBody"/>
        <w:jc w:val="left"/>
      </w:pPr>
      <w:r>
        <w:rPr>
          <w:rFonts w:ascii="Times New Roman" w:hAnsi="Times New Roman" w:eastAsia="Times New Roman" w:cs="Times New Roman"/>
        </w:rPr>
        <w:t>Giila ni Jeremias ang paghukom sa iglesia sa Laodicea nga Seventh-day Adventist.</w:t>
      </w:r>
    </w:p>
    <w:p>
      <w:pPr>
        <w:pStyle w:val="ArticleScripture"/>
        <w:jc w:val="left"/>
      </w:pPr>
      <w:r>
        <w:rPr>
          <w:rFonts w:ascii="Times New Roman" w:hAnsi="Times New Roman" w:eastAsia="Times New Roman" w:cs="Times New Roman"/>
        </w:rPr>
        <w:t>Busa mao kini ang giingon sa Ginoo: Ania karon, dad-an ko silag kadaotan nga dili nila arang malikayan; ug bisan pa man motuaw sila kanako, dili ko sila pamatian. Jeremias 11:11.</w:t>
      </w:r>
    </w:p>
    <w:p>
      <w:pPr>
        <w:pStyle w:val="ArticleBody"/>
        <w:jc w:val="left"/>
      </w:pPr>
      <w:r>
        <w:rPr>
          <w:rFonts w:ascii="Times New Roman" w:hAnsi="Times New Roman" w:eastAsia="Times New Roman" w:cs="Times New Roman"/>
        </w:rPr>
        <w:t>Si Ezekiel nagkauyon sa paghukom ni Jeremias batok sa Adventismo.</w:t>
      </w:r>
    </w:p>
    <w:p>
      <w:pPr>
        <w:pStyle w:val="ArticleScripture"/>
        <w:jc w:val="left"/>
      </w:pPr>
      <w:r>
        <w:rPr>
          <w:rFonts w:ascii="Times New Roman" w:hAnsi="Times New Roman" w:eastAsia="Times New Roman" w:cs="Times New Roman"/>
        </w:rPr>
        <w:t>Kining lungsora dili mao ang inyong kawa, ni kamo mao ang unod nga anaa sa taliwala niini; kondili hukman ko kamo diha sa utlanan sa Israel. Ezekiel 11:11.</w:t>
      </w:r>
    </w:p>
    <w:p>
      <w:pPr>
        <w:pStyle w:val="ArticleBody"/>
        <w:jc w:val="left"/>
      </w:pPr>
      <w:r>
        <w:rPr>
          <w:rFonts w:ascii="Times New Roman" w:hAnsi="Times New Roman" w:eastAsia="Times New Roman" w:cs="Times New Roman"/>
        </w:rPr>
        <w:t>Ang pagbiya sa karaang Israel ingon nga katawhan sa pakigsaad sa Dios naglakip sa pagpukaw sa Dios sa kasina sa kanhing katawhan sa pakigsaad tungod sa ilang gisalikway. Kini pagausbon batok sa Adventismo sa panahon sa balaod sa Dominggo.</w:t>
      </w:r>
    </w:p>
    <w:p>
      <w:pPr>
        <w:pStyle w:val="ArticleScripture"/>
        <w:jc w:val="left"/>
      </w:pPr>
      <w:r>
        <w:rPr>
          <w:rFonts w:ascii="Times New Roman" w:hAnsi="Times New Roman" w:eastAsia="Times New Roman" w:cs="Times New Roman"/>
        </w:rPr>
        <w:t>Busa nagaingon ako, Napangdol ba sila aron mangahulog? Dili itugot sa Dios: kondili hinoon pinaagi sa ilang pagkapangdol ang kaluwasan nahiabot ngadto sa mga Gentil, aron sa pagpasina sa ilang pangabugho. Roma 11:11.</w:t>
      </w:r>
    </w:p>
    <w:p>
      <w:pPr>
        <w:pStyle w:val="ArticleBody"/>
        <w:jc w:val="left"/>
      </w:pPr>
      <w:r>
        <w:rPr>
          <w:rFonts w:ascii="Times New Roman" w:hAnsi="Times New Roman" w:eastAsia="Times New Roman" w:cs="Times New Roman"/>
        </w:rPr>
        <w:t>Ang Adventismo, nga nasandig sa buluhaton ni William Miller—nga ilang gisalikway—mao gihapon ang kalihokan nga nagtukod sa templo; apan sama kang Solomon, nga maoy nagtukod usab sa templo, ilang gilapas ang tugon ug ang ilang gingharian pagakuhaon gikan kanila, ug ihatag ngadto sa usa ka katawhan nga magadumala sa kaparrasan sa Dios sumala sa Iyang gimando.</w:t>
      </w:r>
    </w:p>
    <w:p>
      <w:pPr>
        <w:pStyle w:val="ArticleScripture"/>
        <w:jc w:val="left"/>
      </w:pPr>
      <w:r>
        <w:rPr>
          <w:rFonts w:ascii="Times New Roman" w:hAnsi="Times New Roman" w:eastAsia="Times New Roman" w:cs="Times New Roman"/>
        </w:rPr>
        <w:t>Busa miingon ang Ginoo kang Solomon, Tungod kay gibuhat mo kini, ug wala mo tumanon ang akong tugon ug ang akong kabalaoran, nga akong gisugo kanimo, sa pagkatinuod gision ko ang gingharian gikan kanimo, ug ihatag ko kini sa imong alagad. 1 Mga Hari 11:11.</w:t>
      </w:r>
    </w:p>
    <w:p>
      <w:pPr>
        <w:pStyle w:val="ArticleHeading"/>
        <w:jc w:val="left"/>
      </w:pPr>
      <w:r>
        <w:rPr>
          <w:rFonts w:ascii="Arial" w:hAnsi="Arial" w:eastAsia="Arial" w:cs="Arial"/>
        </w:rPr>
        <w:t>Ang balaod sa Domingo alang sa Filadelfia</w:t>
      </w:r>
    </w:p>
    <w:p>
      <w:pPr>
        <w:pStyle w:val="ArticleBody"/>
        <w:jc w:val="left"/>
      </w:pPr>
      <w:r>
        <w:rPr>
          <w:rFonts w:ascii="Times New Roman" w:hAnsi="Times New Roman" w:eastAsia="Times New Roman" w:cs="Times New Roman"/>
        </w:rPr>
        <w:t>Sa balaod sa Domingo, ang simbahan nga madaugon igabutang ngadto sa iyang kaugalingong yuta, sumala sa mga manalagna, ug kana nga yuta mao ang usa ka yuta nga madagayaon sa mensahe sa ulahing ulan. Ang Jerico gitukod pag-usab niadtong 1863, ug sa balaod sa Domingo ang Jerico mapukan.</w:t>
      </w:r>
    </w:p>
    <w:p>
      <w:pPr>
        <w:pStyle w:val="ArticleScripture"/>
        <w:jc w:val="left"/>
      </w:pPr>
      <w:r>
        <w:rPr>
          <w:rFonts w:ascii="Times New Roman" w:hAnsi="Times New Roman" w:eastAsia="Times New Roman" w:cs="Times New Roman"/>
        </w:rPr>
        <w:t>Apan ang yuta nga inyong pagaadtoan aron panag-iyahon, maoy yuta sa mga kabungtoran ug sa mga walog, ug nagainom sa tubig gikan sa ulan sa langit. Deuteronomio 11:11.</w:t>
      </w:r>
    </w:p>
    <w:p>
      <w:pPr>
        <w:pStyle w:val="ArticleBody"/>
        <w:jc w:val="left"/>
      </w:pPr>
      <w:r>
        <w:rPr>
          <w:rFonts w:ascii="Times New Roman" w:hAnsi="Times New Roman" w:eastAsia="Times New Roman" w:cs="Times New Roman"/>
        </w:rPr>
        <w:t>Ang usa ka siyudad mao ang usa ka gingharian, ug ang iglesia nga madaugon nagrepresentar sa mahimayaong gingharian ni Cristo. Kadtong gingharian sa iglesia nga madaugon magsugod sa balaod sa Dominggo, sa diha nga ang Iyang iglesia pagabayawon ug ipataas ibabaw sa tanang kabukiran ug mga bungtod.</w:t>
      </w:r>
    </w:p>
    <w:p>
      <w:pPr>
        <w:pStyle w:val="ArticleScripture"/>
        <w:jc w:val="left"/>
      </w:pPr>
      <w:r>
        <w:rPr>
          <w:rFonts w:ascii="Times New Roman" w:hAnsi="Times New Roman" w:eastAsia="Times New Roman" w:cs="Times New Roman"/>
        </w:rPr>
        <w:t>Pinaagi sa panalangin sa mga matarong ang siyudad ginapahitas-on; apan kini ginapukan pinaagi sa baba sa mga daotan. Mga Panultihon 11:11.</w:t>
      </w:r>
    </w:p>
    <w:p>
      <w:pPr>
        <w:pStyle w:val="ArticleBody"/>
        <w:jc w:val="left"/>
      </w:pPr>
      <w:r>
        <w:rPr>
          <w:rFonts w:ascii="Times New Roman" w:hAnsi="Times New Roman" w:eastAsia="Times New Roman" w:cs="Times New Roman"/>
        </w:rPr>
        <w:t>Sa ikasiyam nga takna miabut ang manolonda kang Cornelious nga nagsugo kaniya sa pagpakuha kang Pedro, sa ingon niini giila kon kanus-a moadto ang maayong balita ngadto sa mga Hentil diha sa balaod sa Domingo. Sa dihang gisugo si Pedro sa Dios sa pag-adto, diha kini sa kahimtang sa usa ka panan-awon mahitungod sa pagkaon ug mahugaw nga mga mananap. Kini matuman diha sa balaod sa Domingo. Ang ikasiyam nga takna nagtumbok sa ikasiyam nga takna sa dihang namatay si Cristo. Ang ikasiyam nga takna nagrepresentar sa katapusan sa usa ka yugto nga nagsugod sa ikatulong takna, sa dihang gilansang si Jesus sa krus, ug namatay unom ka oras sa ulahi. Mao kini ang mao rang yugto ni Pedro nga atua sa lawak sa itaas sa ikatulong takna, unya atua sa templo sa ikasiyam nga takna. Ang usa ka ikasiyam nga takna natapos sa kamatayon ni Cristo; sa misunod nga ikasiyam nga takna si Pedro atua sa templo nga nagamantala sa mensahe ni Joel. Ang kamatayon ni Cristo maoy nagtapos sa pakigsaad nga relasyon sa Israel ug nag-abli sa pultahan alang sa mga Hentil, nga girepresentahan ni Cornelious.</w:t>
      </w:r>
    </w:p>
    <w:p>
      <w:pPr>
        <w:pStyle w:val="ArticleScripture"/>
        <w:jc w:val="left"/>
      </w:pPr>
      <w:r>
        <w:rPr>
          <w:rFonts w:ascii="Times New Roman" w:hAnsi="Times New Roman" w:eastAsia="Times New Roman" w:cs="Times New Roman"/>
        </w:rPr>
        <w:t>Ug tan-awa, dihadiha may tulo ka tawo nga miabut na sa balay diin ako atua, nga gipadala gikan sa Cesarea nganhi kanako. Mga Buhat 11:11.</w:t>
      </w:r>
    </w:p>
    <w:p>
      <w:pPr>
        <w:pStyle w:val="ArticleScripture"/>
        <w:jc w:val="left"/>
      </w:pPr>
      <w:r>
        <w:rPr>
          <w:rFonts w:ascii="Times New Roman" w:hAnsi="Times New Roman" w:eastAsia="Times New Roman" w:cs="Times New Roman"/>
        </w:rPr>
        <w:t>Ug sila mahimong dulumtanan gayud alang kaninyo; dili kamo magkaon sa ilang unod, apan pagailhon ninyo ang ilang mga patayng lawas nga dulumtanan. Levitico 11:11.</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“Nadamgo ako nga ang Dios, pinaagi sa usa ka dili makita nga kamot, nagpadala kanako ug usa ka kahon nga nindot kaayong nahimo, mga napulo ka pulgada ang gitas-on ug unom ka pulgada ang gilapdon, hinimo sa ebeno ug mga perlas nga nindot kaayong gipanumpay. Sa maong kahon adunay usa ka yawi nga nakabit. Diha-diha dayon gikuha ko ang yawi ug giablihan ang kahon; ug sa akong katingala ug kahibulong, nakaplagan ko nga kini puno sa tanang matang ug gidak-on sa mga alahas, mga diamante, mahalong mga bato, ug mga salaping bulawan ug salapi sa matag sukod ug bili, nga matahum kaayong gihan-ay sa ilang nagkalainlaing mga dapit sulod sa kahon; ug sa ingon nga pagkahan-ay sila nagpabanaag ug usa ka kahayag ug himaya nga ikatandi lamang sa adlaw. …”</w:t>
      </w:r>
    </w:p>
    <w:p>
      <w:pPr>
        <w:pStyle w:val="ArticleScripture"/>
        <w:jc w:val="left"/>
      </w:pPr>
      <w:r>
        <w:rPr>
          <w:rFonts w:ascii="Times New Roman" w:hAnsi="Times New Roman" w:eastAsia="Times New Roman" w:cs="Times New Roman"/>
        </w:rPr>
        <w:t>“Mitutok ako sa kahon, apan nasilaw ang akong mga mata tungod sa akong nakita. Misidlak sila sa napulo ka pilo sa ilang unang himaya. Naghunahuna ako nga gikusokuso sila sa balas pinaagi sa mga tiil niadtong mga dautang tawo nga nagpatibulaag kanila ug nagtamak kanila sa abog. Hapsay kaayo silang napahimutang sa kahon, ang matag usa diha sa iyang dapit, nga walay makita nga timailhan sa kasakit ug paningkamot sa tawo nga maoy nagbutang kanila didto. Misinggit ako tungod sa dakong kalipay, ug kana nga singgit maoy nakapukaw kanako.” Early Writings, 81–83.</w:t>
      </w:r>
    </w:p>
    <w:p>
      <w:pPr>
        <w:pStyle w:val="ArticleScripture"/>
        <w:jc w:val="left"/>
      </w:pPr>
      <w:r>
        <w:rPr>
          <w:rFonts w:ascii="Times New Roman" w:hAnsi="Times New Roman" w:eastAsia="Times New Roman" w:cs="Times New Roman"/>
        </w:rPr>
        <w:t>“Gipalayoan ninyo ug ayo kaayo ang pag-anhi sa Ginoo. Nakita ko nga ang ulahing ulan moabot sama sa [kalit kaayo nga] singgit sa tungang gabii, ug uban sa napulo ka pilo nga gahum.” Spalding and Magan, 5.</w:t>
      </w:r>
    </w:p>
    <w:p>
      <w:pPr>
        <w:pStyle w:val="ArticleScripture"/>
        <w:jc w:val="left"/>
      </w:pPr>
      <w:r>
        <w:rPr>
          <w:rFonts w:ascii="Times New Roman" w:hAnsi="Times New Roman" w:eastAsia="Times New Roman" w:cs="Times New Roman"/>
        </w:rPr>
        <w:t>Ug sa tanang butang maylabot sa kaalam ug pagsabot nga gipangutana kanila sa hari, iyang hingkaplagan sila nga napulo ka pilo ang kalabwan kay sa tanang mga salamangkero ug mga astroloho nga anaa sa tibuok niyang gingharian.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Adbentista sa Ikapitong Adlaw - Numero Traynta ug Usa</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