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sa mga Laodiceanong Seventh-day Adventist — Ikatrentay-tres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Numero Traynta ug Tulo</w:t>
      </w:r>
    </w:p>
    <w:p>
      <w:pPr>
        <w:pStyle w:val="ArticleBody"/>
        <w:jc w:val="left"/>
      </w:pPr>
      <w:r>
        <w:rPr>
          <w:rFonts w:ascii="Times New Roman" w:hAnsi="Times New Roman" w:eastAsia="Times New Roman" w:cs="Times New Roman"/>
        </w:rPr>
        <w:t>Sa balaod sa Domingo ang usa ka gatus ug kap-atan ug upat ka libo, sa paagi nga manalagnaon, makigtagbo sa mga mamumuo sa ikanapulog-usa nga takna. Ang usa ka gatus ug kap-atan ug upat ka libo natimrihan na daan, ug unya sila nagtawag sa dakong panon sa pagpagula gikan sa Babilonia ug sa pagbarug uban kanila alang sa ikapitong-adlaw nga Igpapahulay. Ang paghukom alang sa balay sa Dios matapos sa balaod sa Domingo, ug ang paghukom unya mopadayon ngadto sa mga Gentil, ang dakong panon—ang laing panon sa Dios. Ang Pinadayag 7 nag-ila sa maong duha ka pundok, ug diha sa ikalima nga selyo ang mga martir gikan sa Mangitngit nga Kapanahonan nangutana, “hangtod anus-a,” sa dili pa hukman sa Dios ang gahum sa pagka-papa tungod sa ilang pagkamartir? Sila gisultihan sa pagpahulay sa ilang mga lubnganan hangtod mapun-an ang ikaduhang pundok sa mga martir sa paglutos sa pagka-papa, ug sila gihatagan ug maputing mga kupo. Ang dakong panon sa Pinadayag kapitulo 7 nagsul-ob ug maputing mga kupo, kay sila nagrepresentar sa ikaduhang pundok sa mga martir sa pagka-papa diha sa hapit nang moabot nga krisis sa balaod sa Domingo. Ang Pinadayag 7 ug ang ikalima nga selyo naghisgot niining duha ka pundok, maingon man usab ang mga iglesia sa Smirna ug Filadelfia. Ang Smirna nagrepresentar sa mga martir sa katapusang pag-ula sa dugo sa pagka-papa, ug ang Filadelfia sa usa ka gatus ug kap-atan ug upat ka libo.</w:t>
      </w:r>
    </w:p>
    <w:p>
      <w:pPr>
        <w:pStyle w:val="ArticleBody"/>
        <w:jc w:val="left"/>
      </w:pPr>
      <w:r>
        <w:rPr>
          <w:rFonts w:ascii="Times New Roman" w:hAnsi="Times New Roman" w:eastAsia="Times New Roman" w:cs="Times New Roman"/>
        </w:rPr>
        <w:t>Si Pedro atua sa ikatulong takna sa Caesarea Philippi, ug human sa “unom ka adlaw,” dili unom ka oras, maabot siya sa utlanan sa balaod sa Domingo, nga mao ang ikasiyam nga takna.</w:t>
      </w:r>
    </w:p>
    <w:p>
      <w:pPr>
        <w:pStyle w:val="ArticleScripture"/>
        <w:jc w:val="left"/>
      </w:pPr>
      <w:r>
        <w:rPr>
          <w:rFonts w:ascii="Times New Roman" w:hAnsi="Times New Roman" w:eastAsia="Times New Roman" w:cs="Times New Roman"/>
        </w:rPr>
        <w:t>Ug sa tapos ang unom ka adlaw, gidala ni Jesus si Pedro, si Santiago, ug si Juan nga iyang igsoon, ug iyang gipatungas sila ngadto sa usa ka hataas nga bukid nga sila lamang; Ug siya nausab sa dagway sa ilang atubangan; ug ang iyang nawong misidlak sama sa adlaw, ug ang iyang mga bisti maputi sama sa kahayag. Ug ania karon, mitungha kanila si Moises ug si Elias nga nakigsulti kaniya. Mateo 17:1–3.</w:t>
      </w:r>
    </w:p>
    <w:p>
      <w:pPr>
        <w:pStyle w:val="ArticleBody"/>
        <w:jc w:val="left"/>
      </w:pPr>
      <w:r>
        <w:rPr>
          <w:rFonts w:ascii="Times New Roman" w:hAnsi="Times New Roman" w:eastAsia="Times New Roman" w:cs="Times New Roman"/>
        </w:rPr>
        <w:t>Sa balaod sa Domingo ang usa ka gatus ug kap-atan ug upat ka libo, sa paagi nga mahulagon, makigtagbo sa dakong panon. Si Elias nagrepresentar sa usa ka gatus ug kap-atan ug upat ka libo nga dili makatilaw sa kamatayon, ug si Moises nagrepresentar niadtong mga nangamatay diha sa Ginoo. Nagatindog sila uban kang Cristo sa balaod sa Domingo, nga mao ang dapit diin gidihogan ni Cristo ang Iyang gingharian sa himaya, maingon nga Iyang gitukod ang Iyang gingharian sa grasya didto sa krus. Kon kamo sa gihapon nalambigit pa sa lohika nga among gipahamutang may kalabutan sa unom ka oras nga yugto gikan sa ikatulong takna ngadto sa ikasiyam nga takna, nan gikinahanglan nga makita ang usa ka butang nga usa ka labi ka pinasahi nga hulagway.</w:t>
      </w:r>
    </w:p>
    <w:p>
      <w:pPr>
        <w:pStyle w:val="ArticleBody"/>
        <w:jc w:val="left"/>
      </w:pPr>
      <w:r>
        <w:rPr>
          <w:rFonts w:ascii="Times New Roman" w:hAnsi="Times New Roman" w:eastAsia="Times New Roman" w:cs="Times New Roman"/>
        </w:rPr>
        <w:t>Ang ikatulong takna sa Caesarea Philippi mao ang alpha sa omega sa ikasiyam nga takna sa Caesarea Maritima. Akong giila nga dili unom ka oras, kondili unom ka adlaw ang milabay, si Pedro atua sa Bukid sa Pagbag-o sa Panagway, nga naghulagway usab sa kasaysayan nga motapos sa balaod sa Domingo, nga mao ang ikasiyam nga takna. Ang unom ka adlaw nga yugto motakdo sa unom ka oras nga yugto, apan ingon lamang nga usa ka fractal gikan sa Caesarea ngadto sa Caesarea. Ang labi ka talagsaon mao nga kining panghitabua sa usa ka fractal sa kasaysayan nga anaa sulod sa kasaysayan sa unom ka oras nga yugto mao gayud ang mahitabo sa dihang hisgotan ang Pentecostal nga kapanahonan. Ang unom ka oras gikan sa kamatayon ni Cristo hangtod sa Pentecostes usa ka fractal sa yugto gikan sa krus hangtod sa AD 34, sa dihang natapos ang balaang semana ug ang ebanghelyo miadto sa mga Hentil.</w:t>
      </w:r>
    </w:p>
    <w:p>
      <w:pPr>
        <w:pStyle w:val="ArticleScripture"/>
        <w:jc w:val="left"/>
      </w:pPr>
      <w:r>
        <w:rPr>
          <w:rFonts w:ascii="Times New Roman" w:hAnsi="Times New Roman" w:eastAsia="Times New Roman" w:cs="Times New Roman"/>
        </w:rPr>
        <w:t>“Karon ang pagkamapahitas-on ug kasina misira sa pultahan batok sa kahayag. Kon ang mga taho nga gidala sa mga magbalantay sa karnero ug sa mga manggialamong gituohan, ibutang nila ang mga saserdote ug mga rabi sa usa ka kahimtang nga labing dili maayong pagaatubangon, nga magapamatuod nga bakak ang ilang pag-angkon nga sila mao ang mga maghuhubad sa kamatuoran sa Dios. Kining mga inila nga magtutudlo dili magpaubos nga patudloan niadtong ilang gitawag nga mga pagano. Dili mahimo, matod nila, nga ang Dios milabay kanila aron makigsulti sa mga walay alamag nga mga magbalantay sa karnero o sa mga Hentil nga walay sirkunsisyon. Naghukom sila sa pagpakita sa ilang pagtamay sa mga taho nga nakapukaw kang Haring Herodes ug sa tibuok Jerusalem. Wala gani sila moadto sa Betlehem aron tan-awon kon tinuod ba kining mga butanga. Ug ilang gidala ang katawhan sa pagtan-aw sa pagtagad kang Jesus ingon nga usa ka panatisistang kahinam. Dinhi nagsugod ang pagsalikway kang Cristo sa mga saserdote ug mga rabi. Gikan niining puntoha ang ilang pagkamapahitas-on ug pagkagahig-ulo mitubo ngadto sa usa ka malig-ong pagdumot batok sa Manluluwas. Samtang ang Dios nag-abli sa pultahan ngadto sa mga Hentil, ang mga pangulong Judio maoy nagasira sa pultahan alang sa ilang kaugalingon.” The Desire of Ages, 62.</w:t>
      </w:r>
    </w:p>
    <w:p>
      <w:pPr>
        <w:pStyle w:val="ArticleBody"/>
        <w:jc w:val="left"/>
      </w:pPr>
      <w:r>
        <w:rPr>
          <w:rFonts w:ascii="Times New Roman" w:hAnsi="Times New Roman" w:eastAsia="Times New Roman" w:cs="Times New Roman"/>
        </w:rPr>
        <w:t>Sa taliwala sa balaang semana si Cristo gilansang sa krus. Tulo ug tunga ka tuig sa ulahi si Esteban gibato hangtod mamatay, ug si Cornelio nagpasugo alang kang Pedro. Tulo ug tunga ka tuig human sa krus, ang panahon sa grasya hingpit nang natapos alang sa karaang Israel. Unya si Esteban mitan-aw ngadto sa langit ug nakita si Cristo nga nagtindog, nga mao ang simbolo sa pagsira sa panahon sa grasya diha sa Daniel dose bersikulo uno. Ang pultahan gisirhan alang sa karaang Israel ug giablihan alang sa mga Hentil.</w:t>
      </w:r>
    </w:p>
    <w:p>
      <w:pPr>
        <w:pStyle w:val="ArticleBody"/>
        <w:jc w:val="left"/>
      </w:pPr>
      <w:r>
        <w:rPr>
          <w:rFonts w:ascii="Times New Roman" w:hAnsi="Times New Roman" w:eastAsia="Times New Roman" w:cs="Times New Roman"/>
        </w:rPr>
        <w:t>Sa yugto sukad sa kamatayon ni Cristo sa ikasiyam nga takna hangtod sa kamatayon ni Esteban ug sa pagtawag kang Pedro sa ikasiyam nga takna, si Cornelio ug si Esteban maoy duha ka mga saksi nga ang usa ka libo duha ka gatus ug kan-uman ka mga matagnaong adlaw natuman. Gikan sa ikasiyam nga takna sa kamatayon ngadto sa ikasiyam nga takna sa kamatayon, milabay ang 1,260 ka matagnaong adlaw. Ang ikasiyam nga takna sa kamatayon ngadto sa ikasiyam nga takna sa Pentecostes nagaila sa usa ka fractal sa 1,260 ka adlaw, sulod sa gilapdon sa kalim-an ug duha ka adlaw.</w:t>
      </w:r>
    </w:p>
    <w:p>
      <w:pPr>
        <w:pStyle w:val="ArticleBody"/>
        <w:jc w:val="left"/>
      </w:pPr>
      <w:r>
        <w:rPr>
          <w:rFonts w:ascii="Times New Roman" w:hAnsi="Times New Roman" w:eastAsia="Times New Roman" w:cs="Times New Roman"/>
        </w:rPr>
        <w:t>Ang fractal nga mao ang kapanahonan sa Pentecostal anaa sa sinugdanan nianang 1,260 ka adlaw, ug sa katapusan nianang mga adlawa si Pedro, sa matagnaong paagi, nahimutang sa ikatulo ug ikasiyam nga takna sa Cesarea. Ang duha ka Cesarea nagrepresentar sa alpha ug omega sa usa ka matagnaong unom ka takna nga yugto. Sulod sa matagnaong unom ka takna nga yugto sa duha ka Cesarea, si Pedro mibiyahe sulod sa unom ka adlaw ug nakaabot sa Bukid sa Pagbag-o sa Dagway. Ang Bukid nagrepresentar sa pagpatik nga moabot sa kinatumyan diha sa balaod sa Dominggo, diin ang iglesia nga madaugon pagabayawon labaw sa tanang kabukiran. Kining unom ka mga adlaw nagrepresentar sa unom ka takna nga yugto gikan sa Cesarea ngadto sa Cesarea ug usa ka fractal sulod sa maong yugto, maingon nga ang kapanahonan sa Pentecostal usa ka fractal sa sinugdanan sa mao rang sagradong yugto.</w:t>
      </w:r>
    </w:p>
    <w:p>
      <w:pPr>
        <w:pStyle w:val="ArticleBody"/>
        <w:jc w:val="left"/>
      </w:pPr>
      <w:r>
        <w:rPr>
          <w:rFonts w:ascii="Times New Roman" w:hAnsi="Times New Roman" w:eastAsia="Times New Roman" w:cs="Times New Roman"/>
        </w:rPr>
        <w:t>Ang sinugdanang fractal usa ka katumanan sa mga pista sa Tingpamulak nga nalangkit sa panahon sa Pentecostes. Ang nagtapos nga fractal gikan sa Caesarea Philippi ngadto sa Bukid sa Pagbag-o sa Panagway usab sa pagtagnahi nga gihiusa uban sa balaang semana. Didto sa Bukid misulti ang Amahan, maingon sa Iyang gibuhat sa bautismo ni Cristo, ug maingon sa Iyang pagabuhaton sa dili pa ang krus. Ang Amahan namulong sa madungog nga paagi sa tulo ka higayon sukad sa sinugdan sa balaang semana hangtod sa krus. Usa ka higayon sa bautismo, dayon sa Bukid sa Pagbag-o sa Panagway, ug dayon misulti Siya ilalom sa landong sa nagkaduol nga krus.</w:t>
      </w:r>
    </w:p>
    <w:p>
      <w:pPr>
        <w:pStyle w:val="ArticleBody"/>
        <w:jc w:val="left"/>
      </w:pPr>
      <w:r>
        <w:rPr>
          <w:rFonts w:ascii="Times New Roman" w:hAnsi="Times New Roman" w:eastAsia="Times New Roman" w:cs="Times New Roman"/>
        </w:rPr>
        <w:t>Ang krus mao ang omega sa 1,260 ka adlaw nga nagsugod sa Iyang bautismo. Ang bautismo ug ang krus mao ang piho nga mga timaan sa dalan sa balaang semana sa Daniel nuebe, busa nagpaila nga ang Bukid sa Pagbag-o sa Panagway kabahin sa balaang semana. Kon ang nahauna ug ang nahaulahi nagtuman sa mga timaan sa dalan sa tagna sa balaang semana, nan ang timaan sa dalan sa taliwala kinahanglan usab, tungod sa pagkinahanglan sa tagna, magbuhat sa mao gihapon.</w:t>
      </w:r>
    </w:p>
    <w:p>
      <w:pPr>
        <w:pStyle w:val="ArticleBody"/>
        <w:jc w:val="left"/>
      </w:pPr>
      <w:r>
        <w:rPr>
          <w:rFonts w:ascii="Times New Roman" w:hAnsi="Times New Roman" w:eastAsia="Times New Roman" w:cs="Times New Roman"/>
        </w:rPr>
        <w:t>Ang bautismo mao ang unang manulonda; ang Bukid sa Pagkabalhin sa Dagway mao ang ikaduha ug ang krus mao ang ikatulo. Didto sa Bukid, giila sa Dios si Moises ug si Elias ingon nga mga timailhan sa dalan sa salin nga iglesia. Ang aplikasyon gihiusa pinaagi sa tulo-ka-bahin nga simbolo ni Pedro, Santiago ug Juan. Adunay tulo ka higayon nga gidala ni Jesus si Pedro, si Santiago ug si Juan uban Kaniya. Sa unang higayon, mao kadto ang pagkabanhaw sa anak nga babaye ni Jairo; ang ikaduha mao ang Pagkabalhin sa Dagway ug ang ikatulo mao ang Getsemani. Sa unang higayon, nasaksihan ni Pedro, ni Santiago ug ni Juan ang nabanhaw nga usa ka dose anyos nga ulay.</w:t>
      </w:r>
    </w:p>
    <w:p>
      <w:pPr>
        <w:pStyle w:val="ArticleScripture"/>
        <w:jc w:val="left"/>
      </w:pPr>
      <w:r>
        <w:rPr>
          <w:rFonts w:ascii="Times New Roman" w:hAnsi="Times New Roman" w:eastAsia="Times New Roman" w:cs="Times New Roman"/>
        </w:rPr>
        <w:t>Ug nahitabo nga, sa pagbalik ni Jesus, ang katawhan malipayong midawat kaniya; kay silang tanan nagpaabot kaniya. Ug ania karon, miabut ang usa ka tawo nga ginganlag Jairus, ug siya pangulo sa sinagoga; ug mihapa siya sa tiilan ni Jesus, ug nangamuyo kaniya nga moadto siya sa iyang balay: Kay siya adunay usa lamang ka anak nga babaye, nga may mga napulog duha ka tuig ang panuigon, ug kini naghimalatyon na. Apan sa iyang pag-adto, ang katawhan nagdasok kaniya. Lucas 8:40–42.</w:t>
      </w:r>
    </w:p>
    <w:p>
      <w:pPr>
        <w:pStyle w:val="ArticleBody"/>
        <w:jc w:val="left"/>
      </w:pPr>
      <w:r>
        <w:rPr>
          <w:rFonts w:ascii="Times New Roman" w:hAnsi="Times New Roman" w:eastAsia="Times New Roman" w:cs="Times New Roman"/>
        </w:rPr>
        <w:t>Ang ngalan nga Jairus nagpasabot ug “ang nagahulagway sa kahayag” ug “mahayag ug mahimayaon.” Sa tulo ka higayon diin si Pedro, Santiago, ug Juan eksklusibong mga dinapit ni Cristo, kini mao ang unang higayon, ug si Jairus nagalarawan sa unang anghel nga nagapasanag sa yuta pinaagi sa iyang himaya. Ang napulog-duha ka tuig nga ulay nagalarawan sa mga ulay nga pagabanhawon ingon nga usa ka gatus kap-atan ug upat ka libo. Miabot si Cristo sa balay sa ulay nga anak nga babaye human sa Iyang pakig-uban sa usa ka babaye nga may pag-agas sa dugo sulod sa napulog-duha ka tuig.</w:t>
      </w:r>
    </w:p>
    <w:p>
      <w:pPr>
        <w:pStyle w:val="ArticleScripture"/>
        <w:jc w:val="left"/>
      </w:pPr>
      <w:r>
        <w:rPr>
          <w:rFonts w:ascii="Times New Roman" w:hAnsi="Times New Roman" w:eastAsia="Times New Roman" w:cs="Times New Roman"/>
        </w:rPr>
        <w:t>Ug usa ka babaye nga may pagdugo sulod sa napulog-duha ka tuig, nga nahurot na ang tanan niyang panginabuhian tungod sa mga mananambal, ug wala gayud mamaayo bisan kang kinsa kanila, miduol gikan sa iyang luyo, ug mihikap sa borlas sa iyang bisti; ug dihadiha mihunong ang iyang pagdugo. Lucas 8:43, 44.</w:t>
      </w:r>
    </w:p>
    <w:p>
      <w:pPr>
        <w:pStyle w:val="ArticleBody"/>
        <w:jc w:val="left"/>
      </w:pPr>
      <w:r>
        <w:rPr>
          <w:rFonts w:ascii="Times New Roman" w:hAnsi="Times New Roman" w:eastAsia="Times New Roman" w:cs="Times New Roman"/>
        </w:rPr>
        <w:t>Giila ang usa ka dose-anyos nga ulay, ug dayon sa sunod nga bersikulo giila usab ang usa ka babaye nga adunay pag-agas sa dugo sulod sa dose ka tuig. Ang babaye nag-antus nianang pag-agas sa dugo sa tibuok kinabuhi sa maong ulay. Si Jesus hapit na moagi sa daplin sa babaye nga adunay pag-agas sa dugo, aron makaabot sa ulayng anak nga babaye. Ang babaye nagrepresentar sa mensahe sa unang manulonda ingon nga gihulagway pinaagi sa mensahe ngadto sa Laodicea. Si Cristo hapit na mobanhaw ug mopatindog pag-usab sa ulay ngadto sa kinabuhi, ug ang masakiton nga babaye, ang babayeng Laodiceano, may usa pa ka mubo nga higayon sa paghikap sa Pagka-Diosnon. Ang usa ka bata nagrepresentar sa katapusang kaliwatan, ug si Jesus nagaagi sa daplin sa usa ka masakiton nga babaye, ang Laodicea, aron patindogon ang ulay sa katapusang mga adlaw. Sa dihang ang ulay mabanhaw, ang babaye mamaayo na o malabyan na.</w:t>
      </w:r>
    </w:p>
    <w:p>
      <w:pPr>
        <w:pStyle w:val="ArticleBody"/>
        <w:jc w:val="left"/>
      </w:pPr>
      <w:r>
        <w:rPr>
          <w:rFonts w:ascii="Times New Roman" w:hAnsi="Times New Roman" w:eastAsia="Times New Roman" w:cs="Times New Roman"/>
        </w:rPr>
        <w:t>Usa ka kinaiya sa unang manulonda mao ang kahadlok, ug adunay duha ka matang sa kahadlok.</w:t>
      </w:r>
    </w:p>
    <w:p>
      <w:pPr>
        <w:pStyle w:val="ArticleScripture"/>
        <w:jc w:val="left"/>
      </w:pPr>
      <w:r>
        <w:rPr>
          <w:rFonts w:ascii="Times New Roman" w:hAnsi="Times New Roman" w:eastAsia="Times New Roman" w:cs="Times New Roman"/>
        </w:rPr>
        <w:t>Samtang nagsulti pa siya, miabut ang usa ka tawo gikan sa balay sa punoan sa sinagoga, nga nag-ingon kaniya, Patay na ang imong anak nga babaye; ayaw na pagsamoka sa Magtutudlo. Apan sa pagkadungog ni Jesus niini, siya mitubag kaniya, nga nag-ingon, Ayaw kahadlok: tumoo lamang, ug mamaayo siya. Lucas 8:49, 50.</w:t>
      </w:r>
    </w:p>
    <w:p>
      <w:pPr>
        <w:pStyle w:val="ArticleBody"/>
        <w:jc w:val="left"/>
      </w:pPr>
      <w:r>
        <w:rPr>
          <w:rFonts w:ascii="Times New Roman" w:hAnsi="Times New Roman" w:eastAsia="Times New Roman" w:cs="Times New Roman"/>
        </w:rPr>
        <w:t>Unya si Pedro, Santiago, ug Juan misulod sa lawak diin ang pagkabanhaw, nga gisimbolohan sa bautismo ni Cristo, nagrepresentar sa paghatag ug gahum sa nahauna ug ikatulong mga manulonda. Ang Bukid sa Pagbag-o sa Dagway mao ang ikaduhang higayon nga si Pedro, Santiago, ug Juan mga saksi. Ang Bukid sa Pagbag-o sa Dagway mao ang ikaduhang manulonda, ug sa dihang gidala ni Cristo ang mao rang mga tinun-an ngadto sa Getsemani, kini nagrepresentar sa ikatulong manulonda. Sa ikaduhang lakang, ang Bukid sa Pagbag-o sa Dagway adunay usa ka “pagdoble,” kay ang ilhanan sa Bukid mao ang tunga sa tulo ka higayon nga misulti ang Amahan. Ang nahauna mao ang sa Iyang bautismo, nga nagkatakdo sa pagkabanhaw sa dose anyos nga ulay; ang ikaduha mao ang Bukid, ug ang ikatulo mao ang diha-diha sa wala pa ang krus. Ang tulo ka higayon nga misulti ang Amahan ug ang tulo ka higayon nga ang tulo ka tinun-an miuban nga sila lamang kauban ni Jesus nalambigit sa usag usa pinaagi sa kamatuoran nga ang ikaduhang ilhanan sa bisan hain nga linya mao ang Bukid sa Pagbag-o sa Dagway.</w:t>
      </w:r>
    </w:p>
    <w:p>
      <w:pPr>
        <w:pStyle w:val="ArticleScripture"/>
        <w:jc w:val="left"/>
      </w:pPr>
      <w:r>
        <w:rPr>
          <w:rFonts w:ascii="Times New Roman" w:hAnsi="Times New Roman" w:eastAsia="Times New Roman" w:cs="Times New Roman"/>
        </w:rPr>
        <w:t>Ug sa dihang misulod siya sa balay, wala siya motugot nga may bisan kinsa nga mosulod gawas kang Pedro, ug Santiago, ug Juan, ug ang amahan ug ang inahan sa dalaga. Ug silang tanan nanghilak, ug nagminatay alang kaniya; apan siya miingon, Ayaw kamo paghilak; siya dili patay, kondili nagakatulog. Ug ilang gikataw-an siya sa pagtamay, kay nasayran nila nga siya patay na. Ug iyang gipagawas silang tanan, ug gigunitan niya ang iyang kamot, ug mitawag, nga nag-ingon, Dalaga, bumangon ka. Ug mibalik ang iyang espiritu, ug siya mitindog dayon; ug iyang gisugo nga hatagan siya ug pagkaon. Ug ang iyang mga ginikanan nahibulong pag-ayo: apan iyang gisugo sila nga dili isugilon kang bisan kinsa ang nahitabo. Lucas 8:51–56.</w:t>
      </w:r>
    </w:p>
    <w:p>
      <w:pPr>
        <w:pStyle w:val="ArticleBody"/>
        <w:jc w:val="left"/>
      </w:pPr>
      <w:r>
        <w:rPr>
          <w:rFonts w:ascii="Times New Roman" w:hAnsi="Times New Roman" w:eastAsia="Times New Roman" w:cs="Times New Roman"/>
        </w:rPr>
        <w:t>Si Pedro, Santiago ug Juan nakasaksi sa nahaunang manulonda didto sa pagkabanhaw sa ulay, nga natulog, sama kang Lazaro. Sa dihang siya nahigmata, dihadiha siya mitindog ug gihatagan ug pagkaon. Sa dihang si Elias ug si Moises pagabanhawon diha sa Pinadayag onse, dihadiha sila motindog, ug unya ang Espiritu Santo igabubo sa walay sukod, nga nagalarawan sa pagkaon sa ulay. Ang Bukid sa Pagbag-o sa Dagway unom ka adlaw human sa Cesarea Filipos, gawas sa dihang si Lucas maoy nagtala sa mga hitabo.</w:t>
      </w:r>
    </w:p>
    <w:p>
      <w:pPr>
        <w:pStyle w:val="ArticleScripture"/>
        <w:jc w:val="left"/>
      </w:pPr>
      <w:r>
        <w:rPr>
          <w:rFonts w:ascii="Times New Roman" w:hAnsi="Times New Roman" w:eastAsia="Times New Roman" w:cs="Times New Roman"/>
        </w:rPr>
        <w:t>Ug nahitabo, mga walong adlaw human niining mga pulonga, nga iyang gidala si Pedro ug si Juan ug si Santiago, ug mikayab ngadto sa bukid sa pag-ampo. Ug sa nag-ampo siya, nausab ang dagway sa iyang nawong, ug ang iyang bisti nahimong maputi ug nagasidlak. Ug, ania karon, may duha ka tawo nga nakigsulti kaniya, nga mao sila si Moises ug si Elias. Lucas 9:28–30.</w:t>
      </w:r>
    </w:p>
    <w:p>
      <w:pPr>
        <w:pStyle w:val="ArticleBody"/>
        <w:jc w:val="left"/>
      </w:pPr>
      <w:r>
        <w:rPr>
          <w:rFonts w:ascii="Times New Roman" w:hAnsi="Times New Roman" w:eastAsia="Times New Roman" w:cs="Times New Roman"/>
        </w:rPr>
        <w:t>Si Mateo ug si Marcos parehong matin-awon nga nagaingon, “human sa unom ka adlaw,” ug si Lucas nagaingon, “mga” walo ka adlaw. Ang mga tigsulat sa Biblia migamit ug duha ka paagi sa pag-ihap sa panahon; ang usa gitawag nga inclusive ug ang usa exclusive. Sa unang tan-aw daw makita kini nga mga panagsumpaki, apan ang kamatuoran nga si Lucas miingon ug “mga” nagpaila nga siya nagsulti sa inclusive nga paagi, ug sa dihang si Mateo ug si Marcos nagaingon, “human sa unom ka adlaw,” ilang gipaila nga sila nag-ihap sa tibuok nga mga adlaw, ug dili apil ang adlaw nga nagsugod sa yugto nga walo ka adlaw, ni ang adlaw nga mitapos sa yugto nga walo ka adlaw. Ang maong kalainan nagmugna ug duha ka numerikal nga mga simbolo sa mao rang panahon; ang usa mao ang numero nga walo ug ang usa mao ang unom ka adlaw.</w:t>
      </w:r>
    </w:p>
    <w:p>
      <w:pPr>
        <w:pStyle w:val="ArticleBody"/>
        <w:jc w:val="left"/>
      </w:pPr>
      <w:r>
        <w:rPr>
          <w:rFonts w:ascii="Times New Roman" w:hAnsi="Times New Roman" w:eastAsia="Times New Roman" w:cs="Times New Roman"/>
        </w:rPr>
        <w:t>Ang natukod pinaagi sa duha ka pagpamatuod sa unom o walo ka adlaw nga yugto gikan sa Cesarea Filipos ug sa Bukid sa Pagbag-o sa Dagway mao kini: nga sa panahon nga si Cristo nagtimri sa usa ka gatus ug kap-atan ug upat ka libo, ang numero nga walo nagrepresentar sa walo ka mga kalag sa Arka ni Noe, ug ang unom nagrepresentar sa ikaunom nga iglesia sa Filadelfia, nga gitagana nga mahimong iglesia nga mao ang ikawalo, nga gikan sa pito. Sila gibag-o ngadto sa ikawalo sa paghimaya ni Moises, Elias, ug Cristo. Ang paghimaya sa bukid gihulagway usab pinaagi sa paghimaya sa bukid diha sa kasaysayan ni Moises.</w:t>
      </w:r>
    </w:p>
    <w:p>
      <w:pPr>
        <w:pStyle w:val="ArticleBody"/>
        <w:jc w:val="left"/>
      </w:pPr>
      <w:r>
        <w:rPr>
          <w:rFonts w:ascii="Times New Roman" w:hAnsi="Times New Roman" w:eastAsia="Times New Roman" w:cs="Times New Roman"/>
        </w:rPr>
        <w:t>Sa dihang mitungas si Moises sa bukid, gidala niya uban kaniya ang kapitoan ka mga anciano ug si Josue.</w:t>
      </w:r>
    </w:p>
    <w:p>
      <w:pPr>
        <w:pStyle w:val="ArticleScripture"/>
        <w:jc w:val="left"/>
      </w:pPr>
      <w:r>
        <w:rPr>
          <w:rFonts w:ascii="Times New Roman" w:hAnsi="Times New Roman" w:eastAsia="Times New Roman" w:cs="Times New Roman"/>
        </w:rPr>
        <w:t>Unya mitungas si Moises, ug si Aaron, si Nadab, ug si Abihu, ug kapitoan sa mga anciano sa Israel: Ug ilang nakita ang Dios sa Israel: ug didto sa ilalom sa iyang mga tiil may ingon sa usa ka salog nga hinimo sa bato nga zafiro, ug ingon sa kalangitan sa iyang kaputli. Ug sa ibabaw sa mga dungganon sa mga anak sa Israel wala niya ibutang ang iyang kamot: nakita usab nila ang Dios, ug sila nangaon ug nanginum. Ug miingon si Jehova kang Moises, Umari ka kanako sa bukid, ug didto magpabilin ka: ug hatagan ko ikaw ug mga papan nga bato, ug usa ka kasugoan, ug mga sugo nga akong gisulat; aron imong itudlo kanila.</w:t>
      </w:r>
    </w:p>
    <w:p>
      <w:pPr>
        <w:pStyle w:val="ArticleScripture"/>
        <w:jc w:val="left"/>
      </w:pPr>
      <w:r>
        <w:rPr>
          <w:rFonts w:ascii="Times New Roman" w:hAnsi="Times New Roman" w:eastAsia="Times New Roman" w:cs="Times New Roman"/>
        </w:rPr>
        <w:t>Ug si Moises mitindog, ug si Josue nga iyang alagad; ug si Moises mitungas ngadto sa bukid sa Dios. Ug siya miingon sa mga anciano, Pabilin kamo dinhi alang kanamo, hangtod nga kami mobalik pag-usab kaninyo; ug, ania karon, si Aaron ug si Hur anaa uban kaninyo: kon adunay bisan kinsa nga may mga butang nga pagahimoon, paadtoa siya ngadto kanila.</w:t>
      </w:r>
    </w:p>
    <w:p>
      <w:pPr>
        <w:pStyle w:val="ArticleScripture"/>
        <w:jc w:val="left"/>
      </w:pPr>
      <w:r>
        <w:rPr>
          <w:rFonts w:ascii="Times New Roman" w:hAnsi="Times New Roman" w:eastAsia="Times New Roman" w:cs="Times New Roman"/>
        </w:rPr>
        <w:t>Ug si Moises mitungas ngadto sa bukid, ug ang usa ka panganod mitabon sa bukid. Ug ang himaya sa Ginoo mipabilin sa ibabaw sa Bukid sa Sinai, ug ang panganod mitabon niini sulod sa unom ka adlaw; ug sa ikapito ka adlaw Iyang gitawag si Moises gikan sa taliwala sa panganod. Ug ang dagway sa himaya sa Ginoo sama sa kalayo nga nagalamoy diha sa tumoy sa bukid sa panan-aw sa mga anak sa Israel. Ug si Moises misulod sa taliwala sa panganod, ug mitungas ngadto sa bukid; ug si Moises didto sa bukid sulod sa kap-atan ka adlaw ug kap-atan ka gabii. Exodo 24:9–18.</w:t>
      </w:r>
    </w:p>
    <w:p>
      <w:pPr>
        <w:pStyle w:val="ArticleBody"/>
        <w:jc w:val="left"/>
      </w:pPr>
      <w:r>
        <w:rPr>
          <w:rFonts w:ascii="Times New Roman" w:hAnsi="Times New Roman" w:eastAsia="Times New Roman" w:cs="Times New Roman"/>
        </w:rPr>
        <w:t>Ang mensahe sa unang manulonda mao ang pagkabanhaw sa anak nga babaye ni Jairo, nga nahiuyon sa bautismo ni Cristo. Unya unom ka adlaw sa ulahi, miabot ang Bukid sa Pagkabalhin sa Dagway, nga mao ang ikaduhang manulonda, nga nagdala ngadto sa krus, nga mao ang ikatulong manulonda. Ingon nga ikaduhang manulonda, ang Bukid adunay pinilo nga saksi, tungod kay ang pagsulti sa Amahan didto sa Bukid nagdugtong sa ikaduhang linya sa tulo. Ang tulo ka higayon nga si Pedro, Santiago, ug Juan maoy mga piniling dinapit lamang ni Cristo, ug ang tulo ka higayon nga misulti ang Amahan, kapuwa nagtimaan sa ikaduhang pagpakita sa tingog sa Amahan, ug ang ikaduhang higayon nga gidala ni Jesus si Pedro, Santiago, ug Juan mao ang Bukid sa Pagkabalhin sa Dagway. Ang ikaduhang timailhan sa Bukid adunay pinilo nga saksi sa tingog sa Amahan ug sa tulo ka tinun-an, kay ang ikaduhang mensahe sa kanunay nagtimaan sa usa ka “pagpilo.”</w:t>
      </w:r>
    </w:p>
    <w:p>
      <w:pPr>
        <w:pStyle w:val="ArticleBody"/>
        <w:jc w:val="left"/>
      </w:pPr>
      <w:r>
        <w:rPr>
          <w:rFonts w:ascii="Times New Roman" w:hAnsi="Times New Roman" w:eastAsia="Times New Roman" w:cs="Times New Roman"/>
        </w:rPr>
        <w:t>Ang unom ka oras nga yugto tali sa mga halad sa hapon ug sa buntag, nga gihulagway sa unom ka adlaw ni Mateo ug ni Marcos sukad sa Cesarea Filipos ug sa Bukid, gihulagway usab sa unom ka adlaw ni Moises, hangtod nga gitawag siya ngadto sa panganod sa ikapito ka adlaw.</w:t>
      </w:r>
    </w:p>
    <w:p>
      <w:pPr>
        <w:pStyle w:val="ArticleBody"/>
        <w:jc w:val="left"/>
      </w:pPr>
      <w:r>
        <w:rPr>
          <w:rFonts w:ascii="Times New Roman" w:hAnsi="Times New Roman" w:eastAsia="Times New Roman" w:cs="Times New Roman"/>
        </w:rPr>
        <w:t>Ang linya nagsugod sa panahon sa paghulat sa ikaduhang manulonda, ingon nga si Moises nagtudlo sa kapitoan ka mga anciano nga “maghulat” hangtod nga siya mobalik. Ang unang unom ka mga adlaw sa linya gilain, apan nagpabilin gihapon nga bahin sa kinatibuk-ang 46 ka adlaw. Ang unom ka adlaw maoy usa ka yugto nga nagdala ngadto sa ikatulong pagsulay, nga gihulagway sa kap-atan ka adlaw. Ang 46 ka adlaw nagsimbolo sa templo; ang ikaunom ka mga adlaw mao ang unom ka oras gikan sa kamatayon ni Cristo ngadto sa Pentecostes, ang unom ka oras gikan sa Iyang paglansang sa krus ngadto sa Iyang kamatayon, ang unom ka oras sa Caesarea ngadto sa Caesarea, ug ang unom ka oras ni Pedro sa lawak sa itaas ngadto sa templo. Si Moises nagadawat sa Balaod sa tugon, ug nagadawat sa mga pahimangno kon sa unsang paagi pagpatindog sa templo. Bisan pa nga nagaingon ang Biblia nga walay tawo nga nakakita sa Dios, ang mga anciano “nakakita sa Dios sa Israel.” Ang paghimaya sa Dios sa bukid uban kang Moises ug sa mga anciano naglarawan sa paghimaya didto sa Bukid sa Pagbag-o sa Dagway. Ang duha naglangkob sa unom ka adlaw nga yugto. Ang linya ni Moises naglakip sa panahon sa paghulat sa ikaduhang manulonda ug sa tibuok kap-atan ug unom ka adlaw nga nagrepresentar sa templo. Ang kap-atan ka adlaw diin iyang nadawat ang balaod nagrepresentar sa pagpatik.</w:t>
      </w:r>
    </w:p>
    <w:p>
      <w:pPr>
        <w:pStyle w:val="ArticleBody"/>
        <w:jc w:val="left"/>
      </w:pPr>
      <w:r>
        <w:rPr>
          <w:rFonts w:ascii="Times New Roman" w:hAnsi="Times New Roman" w:eastAsia="Times New Roman" w:cs="Times New Roman"/>
        </w:rPr>
        <w:t>Si Pedro atua sa Caesarea Philippi sa ikatulong takna, paingon sa Caesarea Maritima sa ikasiyam nga takna, ug sulod sa unom ngadto sa walo ka adlaw atua siya sa Bukid, nga nagapabilin uban sa kapitoan ka mga anciano ni Moises sa dihang siya nakakita ug panan-awon sa mahimayaong Ginoo, maingon nga si Daniel nakakita usab sa ikapulo nga kapitulo. Nakita ni Daniel ang Ginoo nawong sa nawong, ingon man si Gideon ug ang kapitoan ka mga anciano. Ang Bukid sa Pagkabalhin sa Panagway mao ang dapit diin ang kalihokan sa Laodicea sa usa ka gatus ug kap-atan ug upat ka libo ginabalhin ngadto sa kalihokan sa Filadelfia sa usa ka gatus ug kap-atan ug upat ka libo. Nahimo silang ikawalong iglesia nga mao ang ikaunom nga iglesia, busa makita nato ang unom ka adlaw ug walo ka adlaw.</w:t>
      </w:r>
    </w:p>
    <w:p>
      <w:pPr>
        <w:pStyle w:val="ArticleBody"/>
        <w:jc w:val="left"/>
      </w:pPr>
      <w:r>
        <w:rPr>
          <w:rFonts w:ascii="Times New Roman" w:hAnsi="Times New Roman" w:eastAsia="Times New Roman" w:cs="Times New Roman"/>
        </w:rPr>
        <w:t>Ang unom ka oras gikan sa paglansang sa krus hangtod sa Iyang kamatayon, ang unom ka oras sa Pentecostes, ang unom ka oras gikan sa Caesarea ngadto sa Caesarea, ang unom ka adlaw paingon sa Bukid sa Pagkabalhin sa Dagway, ug ang unom ka adlaw ni Moises nga mitultol ngadto sa kap-atan ka adlaw, mao ang mao rang linya. Tali sa Caesarea Philippi, nga mao ang Panium, ug sa balaod sa Dominggo, ang usa ka gatus ug kap-atan ug upat ka libo gitimbrehan. Kining pagtimri maoy hinungdan sa pagkabahin.</w:t>
      </w:r>
    </w:p>
    <w:p>
      <w:pPr>
        <w:pStyle w:val="ArticleScripture"/>
        <w:jc w:val="left"/>
      </w:pPr>
      <w:r>
        <w:rPr>
          <w:rFonts w:ascii="Times New Roman" w:hAnsi="Times New Roman" w:eastAsia="Times New Roman" w:cs="Times New Roman"/>
        </w:rPr>
        <w:t>Ug ako si Daniel lamang ang nakakita sa panan-awon; kay ang mga lalaking kauban ko wala makakita sa panan-awon; apan usa ka dakong pagkurog ang miabot kanila, mao nga nangalagiw sila aron manago sa ilang kaugalingon. Daniel 10:7.</w:t>
      </w:r>
    </w:p>
    <w:p>
      <w:pPr>
        <w:pStyle w:val="ArticleBody"/>
        <w:jc w:val="left"/>
      </w:pPr>
      <w:r>
        <w:rPr>
          <w:rFonts w:ascii="Times New Roman" w:hAnsi="Times New Roman" w:eastAsia="Times New Roman" w:cs="Times New Roman"/>
        </w:rPr>
        <w:t>Mipahimulag si Moises gikan sa mga anciano sa dihang miingon siya, “Paghulat kamo dinhi alang kanamo, hangtod nga mobalik kami nganha kaninyo.” Mipahimulag si Moises gikan sa kapitoan sa panahon sa paghulat, ug ang kapitoan ka semana nagrepresentar sa panahon sa pagsulay alang sa mga tawo sa unang tugon. Sa dihang natapos ang ikakapitoan ka semana, ug kana nga ikakapitoan ka semana mao ang balaang semana diin gikompirmar ni Cristo ang tugon uban sa daghan, unya hingpit nang mipahimulag si Cristo gikan sa mga tawo sa unang tugon. Ang yugto sa panahon diin ang mga tawo sa unang tugon makahimo pa unta sa pagsulbad sa ilang isyu sa dugo, nga alang kanila mao ang pagtuo nga sila naluwas pinaagi sa dugo ni Abraham, natapos na, ug ang birhen nga may napulog-duha ka tuig gibanhaw aron sa pag-alagad. Sa dihang nagsugod na ang panahon sa paghulat, nadawat ni Moises ang balaod sa tugon, ug ang mga pagtulon-an sa pagpatindog sa templo.</w:t>
      </w:r>
    </w:p>
    <w:p>
      <w:pPr>
        <w:pStyle w:val="ArticleBody"/>
        <w:jc w:val="left"/>
      </w:pPr>
      <w:r>
        <w:rPr>
          <w:rFonts w:ascii="Times New Roman" w:hAnsi="Times New Roman" w:eastAsia="Times New Roman" w:cs="Times New Roman"/>
        </w:rPr>
        <w:t>Sa dihang si Pedro, si Santiago, ug si Juan didto sa Bukid, ang pagtimri sa katawhan sa Dios, ug ang ilang misunod nga pagpataas ingon nga usa ka bandila, naghulagway niadtong mga katawhan sa pakigsaad ingon nga templo sa usa ka gatus ug kap-atan ug upat ka libo. Ang mga mamumuo sa ikanapulog-usa nga takna unya ikadugtong nianang templo.</w:t>
      </w:r>
    </w:p>
    <w:p>
      <w:pPr>
        <w:pStyle w:val="ArticleScripture"/>
        <w:jc w:val="left"/>
      </w:pPr>
      <w:r>
        <w:rPr>
          <w:rFonts w:ascii="Times New Roman" w:hAnsi="Times New Roman" w:eastAsia="Times New Roman" w:cs="Times New Roman"/>
        </w:rPr>
        <w:t>Mao kini ang giingon sa Ginoo: Bantayi ninyo ang paghukom, ug buhata ang justicia; kay ang akong kaluwasan haduol na nga moabot, ug ang akong pagkamatarong igapadayag na. Bulahan ang tawo nga nagabuhat niini, ug ang anak sa tawo nga nagakupot niini; nga nagabantay sa adlaw nga igpapahulay aron dili kini mahugawan, ug nagabantay sa iyang kamot gikan sa pagbuhat ug bisan unsang dautan. Ug ayaw ipasulti ang anak sa lumalangyaw, nga naghiusa sa iyang kaugalingon sa Ginoo, nga nagaingon: Ang Ginoo gayud nagbulag kanako gikan sa iyang katawohan; ni ayaw ipasulti ang bating, Tan-awa, ako usa ka kahoy nga uga. Kay mao kini ang giingon sa Ginoo mahitungod sa mga bating nga nagabantay sa akong mga adlaw nga igpapahulay, ug nagapili sa mga butang nga makapahimuot kanako, ug nagakupot sa akong tugon; Bisan kanila ihatag ko sa sulod sa akong balay ug sulod sa akong mga kuta ang usa ka dapit ug usa ka ngalan nga labi pang maayo kay sa mga anak nga lalake ug sa mga anak nga babaye: hatagan ko sila ug ngalan nga walay katapusan, nga dili maputol. Usab ang mga anak sa lumalangyaw, nga naghiusa sa ilang kaugalingon sa Ginoo, sa pag-alagad kaniya, ug sa paghigugma sa ngalan sa Ginoo, aron mahimong iyang mga ulipon, ang matag usa nga nagabantay sa adlaw nga igpapahulay aron dili kini mahugawan, ug nagakupot sa akong tugon; Bisan sila pagadad-on ko ngadto sa akong balaang bukid, ug pagapalipayon ko sila sa akong balay nga ampoanan: ang ilang mga halad-nga-sinunog ug ang ilang mga halad pagadawaton sa ibabaw sa akong halaran; kay ang akong balay pagatawgon nga balay nga ampoanan alang sa tanang katawohan.</w:t>
      </w:r>
    </w:p>
    <w:p>
      <w:pPr>
        <w:pStyle w:val="ArticleScripture"/>
        <w:jc w:val="left"/>
      </w:pPr>
      <w:r>
        <w:rPr>
          <w:rFonts w:ascii="Times New Roman" w:hAnsi="Times New Roman" w:eastAsia="Times New Roman" w:cs="Times New Roman"/>
        </w:rPr>
        <w:t>Mao kini ang giingon sa Ginoong Dios nga nagtigum sa mga sinalikway sa Israel: “Magatigum pa gayud ako ug uban ngadto kaniya, labut pa sa mga natigum na ngadto kaniya.” Isaias 56:1–8.</w:t>
      </w:r>
    </w:p>
    <w:p>
      <w:pPr>
        <w:pStyle w:val="ArticleBody"/>
        <w:jc w:val="left"/>
      </w:pPr>
      <w:r>
        <w:rPr>
          <w:rFonts w:ascii="Times New Roman" w:hAnsi="Times New Roman" w:eastAsia="Times New Roman" w:cs="Times New Roman"/>
        </w:rPr>
        <w:t>Si Pedro, Santiago ug Juan, maingon man si Moises, nagrepresentar sa “mga sinalikway sa Israel,” nga gisalikway sa ilang mga igsoon nga nagdumot kanila.</w:t>
      </w:r>
    </w:p>
    <w:p>
      <w:pPr>
        <w:pStyle w:val="ArticleScripture"/>
        <w:jc w:val="left"/>
      </w:pPr>
      <w:r>
        <w:rPr>
          <w:rFonts w:ascii="Times New Roman" w:hAnsi="Times New Roman" w:eastAsia="Times New Roman" w:cs="Times New Roman"/>
        </w:rPr>
        <w:t>Mao kini ang giingon sa Ginoo: Ang langit mao ang akong trono, ug ang yuta mao ang tumbanan sa akong mga tiil; hain man ang balay nga inyong pagatukoron alang kanako? ug hain man ang dapit sa akong kapahulayan?</w:t>
      </w:r>
    </w:p>
    <w:p>
      <w:pPr>
        <w:pStyle w:val="ArticleScripture"/>
        <w:jc w:val="left"/>
      </w:pPr>
      <w:r>
        <w:rPr>
          <w:rFonts w:ascii="Times New Roman" w:hAnsi="Times New Roman" w:eastAsia="Times New Roman" w:cs="Times New Roman"/>
        </w:rPr>
        <w:t>Kay kining tanang mga butanga gibuhat sa akong kamot, ug tungod niini ang tanan nangahimo, nagaingon ang Ginoo; apan niining tawhana ako motan-aw, bisan kaniya nga kabus ug mapainubsanon ang espiritu, ug nangurog sa akong pulong. Siya nga nagapatay ug toro ingon sa daw nagpatay ug tawo; siya nga nagahalad ug nating karnero, ingon sa daw nagputol sa liog sa iro; siya nga nagahalad ug halad-nga-kalan-on, ingon sa daw naghalad ug dugo sa baboy; siya nga nagsunog ug incienso, ingon sa daw nanalangin sa usa ka diosdios. Oo, gipili nila ang ilang kaugalingong mga dalan, ug ang ilang kalag nalipay sa ilang mga dulumtanan. Ako usab mopili sa ilang mga paglimbong, ug ipadangat ko kanila ang ilang mga kahadlok; tungod kay sa diha nga nagtawag ako, walay mitubag; sa diha nga misulti ako, sila wala mamati: kondili naghimo sila ug dautan sa akong atubangan, ug gipili nila kana nga wala ko kahimut-i.</w:t>
      </w:r>
    </w:p>
    <w:p>
      <w:pPr>
        <w:pStyle w:val="ArticleScripture"/>
        <w:jc w:val="left"/>
      </w:pPr>
      <w:r>
        <w:rPr>
          <w:rFonts w:ascii="Times New Roman" w:hAnsi="Times New Roman" w:eastAsia="Times New Roman" w:cs="Times New Roman"/>
        </w:rPr>
        <w:t>Pamatia ang pulong sa Ginoo, kamong nangurog sa iyang pulong; Ang inyong mga igsoon nga nagdumot kaninyo, nga nagsalikway kaninyo tungod sa akong ngalan, miingon, Hinaut nga ang Ginoo pagahimayaon: apan siya magapakita alang sa inyong kalipay, ug sila maulawan. Isaias 66:1–5.</w:t>
      </w:r>
    </w:p>
    <w:p>
      <w:pPr>
        <w:pStyle w:val="ArticleBody"/>
        <w:jc w:val="left"/>
      </w:pPr>
      <w:r>
        <w:rPr>
          <w:rFonts w:ascii="Times New Roman" w:hAnsi="Times New Roman" w:eastAsia="Times New Roman" w:cs="Times New Roman"/>
        </w:rPr>
        <w:t>Ang pulong nga “kalipay” makita sa daghang higayon ug sa nagkalainlaing paagi diha sa mga Kasulatan, maingon man ang pulong nga “naulawan.” Sulod sa konteksto sa mensahe ni Pedro gikan sa basahon ni Joel, ang kaulaw batok sa kalipay usa ka paralelismo, sama sa manggialamon ug sa buang o sa trigo ug sa mga bunglayon. Ang kaulaw ug ang kalipay nagrepresentar, sulod sa konteksto ni Joel, niadtong adunay lana, o sa mensahe sa ulahing ulan, batok niadtong wala niini. Sa diha lamang nga imong makita kining detalyeha, makaabot ka sa mas lalom nga kahulogan sa, “Ang inyong mga igsoon nga nagdumot kaninyo, nga nagsalikway kaninyo tungod sa akong ngalan.” Kadtong mga igsoon mao kadtong, diha sa Spalding and Magan, panid usa ug duha, nga mao ang “mga pormal nga Adventista, sama kang Judas,” nga “magatugyan kanato ngadto sa mga Katoliko,” “kay gidumtan nila kita tungod sa Igpapahulay, kay dili nila kini mapanghimakak.” Ang inyong mga igsoon nga nagdumot kaninyo, magasalikway kaninyo tungod sa mensahe sa Igpapahulay sa yuta, si Moises sa pito ka higayon, nga dili mahimong mapanghimakak. Ang punto dinhi mao nga ginapapahawa kamo tungod sa usa ka lalis doktrinal, usa ka pakiglalis, ingon sa pagtawag niini ni Isaias, ug ang maong pakiglalis doktrinal mao ang mensahe sa ulahing ulan.</w:t>
      </w:r>
    </w:p>
    <w:p>
      <w:pPr>
        <w:pStyle w:val="ArticleBody"/>
        <w:jc w:val="left"/>
      </w:pPr>
      <w:r>
        <w:rPr>
          <w:rFonts w:ascii="Times New Roman" w:hAnsi="Times New Roman" w:eastAsia="Times New Roman" w:cs="Times New Roman"/>
        </w:rPr>
        <w:t>Gitawag ni Joel kana nga mensahe nga “bag-ong bino,” ug kon ikaw adunay kana nga mensahe, anaa kanimo ang kalipay. Kon wala ka niini, ikaw momata sama sa mga palahubog diha kang Joel aron mahibaloan nga ang bag-ong bino giputol gikan sa imong baba. Niana nga punto ikaw sa pagtagna “naulawan.” Ang pundok nga may lana, may kalipay, ug ang pundok nga walay lana naulawan. Ang lana usab mao ang bag-ong bino, ug kini gilangkit sa kalipay. Mao kini ang hinungdan ngano nga si Isaias nagaingon, “Pamatia ang pulong sa Ginoo.” Usa ka pundok mopili sa pagpamati, ug ang usa wala mamati sa tingog sa trumpeta. Sa piho gayud giila ni Isaias ang pundok nga namati sa dihang iyang giingon, “kamo nga nangurog sa iyang pulong.” Gitigom sa Ginoo kadtong mga sinalikway tungod sa mensahe nga miabot niadtong 9/11, ug sa balaod sa Domingo, iyang tigomon ang mga eunoko ni Isaias, nga gihulagway ingon nga mga uga nga kahoy. Kon sila mokupot sa tugon, dili na sila mabulag gikan sa balaan nga bukid sa Dios.</w:t>
      </w:r>
    </w:p>
    <w:p>
      <w:pPr>
        <w:pStyle w:val="ArticleBody"/>
        <w:jc w:val="left"/>
      </w:pPr>
      <w:r>
        <w:rPr>
          <w:rFonts w:ascii="Times New Roman" w:hAnsi="Times New Roman" w:eastAsia="Times New Roman" w:cs="Times New Roman"/>
        </w:rPr>
        <w:t>Ang usa ka bating o usa ka uga nga kahoy nagrepresentar sa kamatayon. Ang bating dili makahimugso ug ang uga nga kahoy walay kinabuhi. Ang saad mao nga kon kadtong mga Hentil, o mga mamumuo sa ikanapulog-usa nga takna, modawat sa tugon nga girepresentahan sa Igpapahulay, sila makabaton ug mga anak nga lalake ug mga anak nga babaye. Una Iyang tigumon ang mga sinalikway sa Israel, unya bayawon Niya kadtong mga sinalikway ingon nga usa ka bandila, ug dayon tigumon Niya ang Iyang laing panon. Ang nahauna ug ikaduhang panagtigum nagrepresentar sa yugto gikan sa 9/11 hangtod sa balaod sa Dominggo sa diha nga ang Balaang Espiritu nagasablig, ug usab sa yugto gikan sa balaod sa Dominggo hangtod si Michael motindog ug ang ulahing ulan igaula nga walay sukod. Sa duruha ka yugto ang ulahing ulan usa ka mensahe, nga kon anaa kanimo, nagadala ug kalipay, ug kon wala kanimo, nagadala ug kaulawan.</w:t>
      </w:r>
    </w:p>
    <w:p>
      <w:pPr>
        <w:pStyle w:val="ArticleBody"/>
        <w:jc w:val="left"/>
      </w:pPr>
      <w:r>
        <w:rPr>
          <w:rFonts w:ascii="Times New Roman" w:hAnsi="Times New Roman" w:eastAsia="Times New Roman" w:cs="Times New Roman"/>
        </w:rPr>
        <w:t>Ang basahon sa Mateo gibahin ngadto sa tulo ka mga linya, nga nagrepresentar sa tulo ka mga manulunda sa Pinadayag kapitulo katorse. Ang matag usa sa tulo ka mga linya usab naglangkob ug mga praktal sa tulo ka mga manulunda. Ang ikaduhang linya gikan sa kapitulo onse hangtod sa kapitulo baynte dos mao ang sentro, kay kini mao ang ikaduhang manulunda, nga nahimutang tali sa nahaunang ug sa ikatulong mga manulunda. Ang basahon sa Mateo mao usab sa iyang kaugalingon usa ka sentrong linya, sa dihang atong hisgotan ang mga kapitulo onse hangtod baynte dos sulod sa konteksto sa mga kapitulo sa tugon diha sa Genesis ug sa Pinadayag.</w:t>
      </w:r>
    </w:p>
    <w:p>
      <w:pPr>
        <w:pStyle w:val="ArticleBody"/>
        <w:jc w:val="left"/>
      </w:pPr>
      <w:r>
        <w:rPr>
          <w:rFonts w:ascii="Times New Roman" w:hAnsi="Times New Roman" w:eastAsia="Times New Roman" w:cs="Times New Roman"/>
        </w:rPr>
        <w:t>Ang sentro sa napulog-duha ka mga kapitulo sa pakigsaad mao ang kang Mateo, ug ang tunga nga linya sa tulo ka mga linya ni Mateo makita sa maong napulog-duha ka mga kapitulo. Ang sentro niadtong napulog-duha ka mga kapitulo mao ang pagtimri sa usa ka gatus ug kap-atan ug upat ka libo. Kana nga sentrong punto girepresentahan sa tulo ka mga bersikulo, nga nagtukma sa tulo ka sentrong mga bersikulo sa napulog-duha ka mga kapitulo sa pakigsaad sa Genesis ug Pinadayag.</w:t>
      </w:r>
    </w:p>
    <w:p>
      <w:pPr>
        <w:pStyle w:val="ArticleBody"/>
        <w:jc w:val="left"/>
      </w:pPr>
      <w:r>
        <w:rPr>
          <w:rFonts w:ascii="Times New Roman" w:hAnsi="Times New Roman" w:eastAsia="Times New Roman" w:cs="Times New Roman"/>
        </w:rPr>
        <w:t>Si Pedro mao ang sentrong punto sa sentrong punto sa sentrong punto, ug siya nagrepresentar sa nahaunang ug katapusang Kristohanong pangasaw-onon. Mao kana ang pirma sa Alpha ug Omega. Gibutang usab ni Palmoni ang Iyang pirma ibabaw sa pag-usab sa ngalan ni Pedro, sa dihang Iyang gilaraw ang tigmo sa ngalan ni Pedro sa English. Si Jesus misulti kang Pedro sa Hebreo, ug ang panag-istoryahanay natala sa Griyego ug unya gihubad ngadto sa English. Sa English, ginganlan ni Palmoni si Pedro pinaagi sa paggamit sa ika-16 nga letra sa English nga alpabeto, nga gisundan sa ika-5 nga letra, nga gisundan sa ika-20, nga gisundan sa ika-5 nga gisundan sa ika-18, sa bug-os nga pagkahibalo nga sa dihang Siya, ingon nga si Palmoni, nagmugna sa ngalan nga moagi gikan sa Hebreo, ngadto sa Griyego ngadto sa English. Gilaraw usab Niya nga ang English nga ngalan magtugot sa usa ka tigmo sa pagpadaghan niadtong lima ka mga letra sa han-ay aron maabot ang gidaghanon nga usa ka gatos ug kap-atan ug upat ka libo. Si Palmoni, nga mao usab ang nahauna ug ang katapusan, naglaraw nga ang nahauna niadtong lima ug ang katapusan sa lima ka English nga mga letra nga naglangkob sa ngalan nga Peter mao ang ika-16 ug ika-18 nga mga letra, kay ang ngalan nga Peter pagahisgotan sa Mateo 16:18.</w:t>
      </w:r>
    </w:p>
    <w:p>
      <w:pPr>
        <w:pStyle w:val="ArticleBody"/>
        <w:jc w:val="left"/>
      </w:pPr>
      <w:r>
        <w:rPr>
          <w:rFonts w:ascii="Times New Roman" w:hAnsi="Times New Roman" w:eastAsia="Times New Roman" w:cs="Times New Roman"/>
        </w:rPr>
        <w:t>Bisan sa tanan niana mahitungod kang Pedro, kinahanglan gihapon natong hisgutan ang “golden ratio.” Ang golden ratio girepresentahan sa Mateo 16:18, kay ang ratio mao ang 1.618. Ang golden ratio nalangkit sa mga fractal sa kinaiyahan, ug sa dihang gipahimutang ni Palmoni si Pedro sa Mateo 16:18, giila ni Palmoni nga ang tagnaong yawe nga gibutang ibabaw sa abaga ni Eliakim sa Isaias 22:22, ug ang mga tagnaong yawe nga gihatag kang Pedro ug sa iglesia diha sa maong teksto, naglakip ug mga tagnaong fractal.</w:t>
      </w:r>
    </w:p>
    <w:p>
      <w:pPr>
        <w:pStyle w:val="ArticleBody"/>
        <w:jc w:val="left"/>
      </w:pPr>
      <w:r>
        <w:rPr>
          <w:rFonts w:ascii="Times New Roman" w:hAnsi="Times New Roman" w:eastAsia="Times New Roman" w:cs="Times New Roman"/>
        </w:rPr>
        <w:t>Ang Caesarea Philippi sa ikatulong takna ngadto sa Caesarea Maritima sa ikasiyam nga takna nagrepresentar ug usa ka fractal sa ikatulong takna sa dihang si Cristo gilansang sa krus hangtod sa ikasiyam nga takna sa pagpasugo ni Cornelio sa pagpatawag kang Pedro. Ang Pentecostal nga panahon sukad sa ikatulong takna sa paglansang sa krus hangtod kang Pedro didto sa templo sa Pentecostes sa ikasiyam nga takna, usa ka fractal sa 1,260 ka adlaw gikan sa krus ngadto kang Cornelio. Ang tulo ka higayon nga misulti ang Amahan usa ka fractal sa tulo ka mga anghel, maingon man ang tulo ka higayon nga gidala lamang ni Jesus sila Pedro, Santiago, ug Juan. Ang propetikong kasayuran nga naka-encode sulod sa mga bersikulo diin si Pedro naghulagway sa usa ka gatus ug kap-atan ug upat ka libo ingon ka halalum sa bisan unsang kamatuoran nga nahimo nang anaa, ug apan wala pa gihapon nato mapahimutang si Pedro sa Panium sa Daniel onse.</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Si Pedro, apostol ni Jesu-Cristo, ngadto sa mga lumalangyaw nga nagkatibulaag sa tibuok Pontus, Galacia, Capadocia, Asia, ug Bitinia, mga pinili sumala sa daang pagkahibalo sa Dios nga Amahan, pinaagi sa pagbalaan sa Espiritu, ngadto sa pagkamasinugtanon ug sa pagwisik sa dugo ni Jesu-Cristo: Ang grasya kaninyo ug ang kalinaw madugangan. Dalaygon ang Dios ug Amahan sa atong Ginoong Jesu-Cristo, nga sumala sa iyang daghang kalooy naghatag kanato sa bag-ong pagkatawo ngadto sa buhing paglaom pinaagi sa pagkabanhaw ni Jesu-Cristo gikan sa mga patay, Ngadto sa usa ka panulondon nga dili madunot, ug walay kahugaw, ug dili malaya, nga gitagana sa langit alang kaninyo, Kamo nga ginabantayan pinaagi sa gahum sa Dios tungod sa pagtuo ngadto sa kaluwasan nga andam na ikapadayag sa ulahing panahon.</w:t>
      </w:r>
    </w:p>
    <w:p>
      <w:pPr>
        <w:pStyle w:val="ArticleScripture"/>
        <w:jc w:val="left"/>
      </w:pPr>
      <w:r>
        <w:rPr>
          <w:rFonts w:ascii="Times New Roman" w:hAnsi="Times New Roman" w:eastAsia="Times New Roman" w:cs="Times New Roman"/>
        </w:rPr>
        <w:t>Tungod niini kamo nagakalipay sa hilabihan, bisan karon sa makadiyot, kon kinahanglan, anaa kamo sa kasubo tungod sa nagkalainlaing mga pagsulay; Aron ang pagsulay sa inyong pagtuo, nga labi pang bililhon kay sa bulawan nga malaglag bisan pa kini sulayan pinaagi sa kalayo, hikaplagan nga moresulta ngadto sa pagdayeg ug kadungganan ug himaya sa pagpadayag ni Jesu-Cristo; Nga bisan wala ninyo makita, inyong gihigugma; kaniya, bisan karon dili ninyo siya makita, apan sa nagatuo kamo, nagakalipay kamo sa kalipay nga dili masaysay ug puno sa himaya; Nga nagadawat sa tumong sa inyong pagtuo, nga mao ang kaluwasan sa inyong mga kalag.</w:t>
      </w:r>
    </w:p>
    <w:p>
      <w:pPr>
        <w:pStyle w:val="ArticleScripture"/>
        <w:jc w:val="left"/>
      </w:pPr>
      <w:r>
        <w:rPr>
          <w:rFonts w:ascii="Times New Roman" w:hAnsi="Times New Roman" w:eastAsia="Times New Roman" w:cs="Times New Roman"/>
        </w:rPr>
        <w:t>Mahitungod niining kaluwasan, ang mga propeta nangutana ug nagsusi sa dakong kakugi, sila nga nanagna mahitungod sa grasya nga moabot kaninyo: nga nagsusi kon unsa, o unsang matanga sa panahon, ang gipaila sa Espiritu ni Cristo nga diha kanila, sa dihang daan nang nagpamatuod kini sa mga pag-antus ni Cristo, ug sa himaya nga mosunod. Kang kinsa gipadayag nga dili alang sa ilang kaugalingon, kondili alang kanato, sila nag-alagad niining mga butanga, nga karon gipahibalo na kaninyo pinaagi kanila nga nagwali sa Maayong Balita kaninyo uban sa Espiritu Santo nga gipadala gikan sa langit; mga butang nga ang mga manulonda nangandoy sa pagtan-aw.</w:t>
      </w:r>
    </w:p>
    <w:p>
      <w:pPr>
        <w:pStyle w:val="ArticleScripture"/>
        <w:jc w:val="left"/>
      </w:pPr>
      <w:r>
        <w:rPr>
          <w:rFonts w:ascii="Times New Roman" w:hAnsi="Times New Roman" w:eastAsia="Times New Roman" w:cs="Times New Roman"/>
        </w:rPr>
        <w:t>Busa, andama ang hawak sa inyong hunahuna, magmahinuklog, ug pagsalig hangtod sa katapusan sa grasya nga igahatag kaninyo sa pagpadayag ni Jesu-Cristo; Ingon nga mga anak nga masinugtanon, ayaw kamo pagpahiuyon sa inyong kaugalingon sumala sa nangaging mga pangibog sa panahon sa inyong pagkawalay alamag: Kondili maingon nga ang nagtawag kaninyo balaan man, busa magmabalaan kamo usab sa tanan ninyong paggawi; Tungod kay nahisulat na, Magmabalaan kamo; kay ako balaan man.</w:t>
      </w:r>
    </w:p>
    <w:p>
      <w:pPr>
        <w:pStyle w:val="ArticleScripture"/>
        <w:jc w:val="left"/>
      </w:pPr>
      <w:r>
        <w:rPr>
          <w:rFonts w:ascii="Times New Roman" w:hAnsi="Times New Roman" w:eastAsia="Times New Roman" w:cs="Times New Roman"/>
        </w:rPr>
        <w:t>Ug kon inyong tawgon ang Amahan, nga sa walay pagpinalabi naghukom sumala sa buhat sa matag usa, panahona ninyo ang panahon sa inyong pagpuyo dinhi sa kahadlok; kay nahibalo man kamo nga wala kamo lukasa pinaagi sa mga butang nga malata, sama sa salapi ug bulawan, gikan sa inyong kawang nga paggawi nga nadawat pinaagi sa kabilin gikan sa inyong mga amahan; kondili pinaagi sa mahal nga dugo ni Cristo, ingon sa usa ka nating carnero nga walay buling ug walay mansa; nga sa pagkatinuod gitagana nang daan sa wala pa matukod ang kalibutan, apan gipadayag niining kaulahiang mga panahon tungod kaninyo, nga pinaagi kaniya mitoo kamo sa Dios, nga nagbanhaw kaniya gikan sa mga patay, ug mihatag kaniya ug himaya; aron ang inyong pagtoo ug paglaum anaa sa Dios. Sanglit inyong naputli ang inyong mga kalag pinaagi sa pagtuman sa kamatuoran pinaagi sa Espiritu ngadto sa walay pagpakaaron-ingnong gugma sa mga igsoon, higugmaa ninyo ang usa ug usa sa kinasingkasing sa mainiton gayud: Ingon nga nangatawo kamo pag-usab, dili sa binhi nga malata, kondili sa dili malata, pinaagi sa pulong sa Dios, nga buhi ug nagapabilin hangtod sa kahangtoran. Kay ang tanang unod sama sa balili, ug ang tanang himaya sa tawo sama sa bulak sa balili. Ang balili malaya, ug ang bulak niini mapukan: Apan ang pulong sa Ginoo nagapabilin hangtod sa kahangtoran. Ug kini mao ang pulong nga pinaagi sa ebanghelyo gimantala kaninyo. 1 Pedro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sa mga Laodiceanong Seventh-day Adventist — Ikatrentay-tres</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