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Ang Basahon ni Joel ug ang Laodiceanong Iglesia sa Seventh-day Adventist — Numero Traynta’y Singko</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2026-01-27</w:t>
      </w:r>
    </w:p>
    <w:p>
      <w:pPr>
        <w:pStyle w:val="ArticleHeading"/>
        <w:jc w:val="left"/>
      </w:pPr>
      <w:r>
        <w:rPr>
          <w:rFonts w:ascii="Arial" w:hAnsi="Arial" w:eastAsia="Arial" w:cs="Arial"/>
        </w:rPr>
        <w:t>Numero Trenta y Singko</w:t>
      </w:r>
    </w:p>
    <w:p>
      <w:pPr>
        <w:pStyle w:val="ArticleBody"/>
        <w:jc w:val="left"/>
      </w:pPr>
      <w:r>
        <w:rPr>
          <w:rFonts w:ascii="Times New Roman" w:hAnsi="Times New Roman" w:eastAsia="Times New Roman" w:cs="Times New Roman"/>
        </w:rPr>
        <w:t>Sa panid 81 sa Early Writings (ug ang “81” usa ka simbolo sa usa ka balaang Labawng Sacerdote ug kawaloan ka mga sacerdote), natala ang ikaduhang damgo ni William Miller. Sama kang Nabucodonosor, si William Miller adunay duha ka mga damgo. Ang ikaduhang damgo ni Nabucodonosor diha sa ikaupat nga kapitulo sa Daniel, gibutang sulod sa konteksto sa “pito ka mga panahon” ni Moises sa Levitico 26. Gigamit ni Miller ang ikaupat nga kapitulo sa Daniel aron sa paghulagway sa “pito ka mga panahon” sa Levitico 26 sa dihang iyang gitudlo ang 2,520, bisan pa man gitawag niya kini nga “ang pito ka mga panahon.” Wala mailhi ni Miller nga siya gikatipohan pinaagi kang Nabucodonosor, apan ang 2,520 ka mga adlaw ni Nabucodonosor sa ikaupat nga kapitulo, gihulagway pinaagi sa pulong nga “scatter” ug sa kamatuoran nga kini mahitabo ‘pito ka mga panahon,’ sa wala pa miabot ang tawong tigkushkos sa yuta diha sa damgo ni Miller.</w:t>
      </w:r>
    </w:p>
    <w:p>
      <w:pPr>
        <w:pStyle w:val="ArticleBody"/>
        <w:jc w:val="left"/>
      </w:pPr>
      <w:r>
        <w:rPr>
          <w:rFonts w:ascii="Times New Roman" w:hAnsi="Times New Roman" w:eastAsia="Times New Roman" w:cs="Times New Roman"/>
        </w:rPr>
        <w:t>Si Miller gitawag ni Sister White nga “Amahan Miller,” apan dili sa paganong paagi sama sa gibuhat sa mga Katoliko, kondili sa patriarkal nga paagi, ingon kang amahan Abraham. Si Miller usa ka simbolo; siya usa ka tawo sa tugon, nga nagrepresentar sa kaw-ing sa mga biblikanhong simbolo subay sa dalan padulong sa kataposang tugon uban sa usa ka gatos ug kap-atan ug upat ka libo. Gipahibalo kanato ni Joel nga sa ulahing mga adlaw, ang mga tigulang mangadamgo ug mga damgo, ug si William Miller mao ang tigulang nga tawo sa atong kasaysayan, ug usab ang mag-uuma nga nagtuman sa profesiya ni William Tyndale nga nagaingon, “If God spare my life, ere many years I will cause a boy that driveth the plough shall know more of the Scripture than thou dost.”</w:t>
      </w:r>
    </w:p>
    <w:p>
      <w:pPr>
        <w:pStyle w:val="ArticleScripture"/>
        <w:jc w:val="left"/>
      </w:pPr>
      <w:r>
        <w:rPr>
          <w:rFonts w:ascii="Times New Roman" w:hAnsi="Times New Roman" w:eastAsia="Times New Roman" w:cs="Times New Roman"/>
        </w:rPr>
        <w:t>“Gipadala sa Dios ang Iyang anghel aron molihok sa kasingkasing sa usa ka mag-uuma nga wala motuo sa Biblia, aron sa paggiya kaniya sa pagsusi sa mga tagna. Ang mga anghel sa Dios sa makadaghang higayon mibisita niadtong pinili, aron sa paggiya sa iyang hunahuna ug sa pag-abli sa iyang pagsabut sa mga tagna nga kanunayng mangitngit alang sa katawhan sa Dios. Ang sinugdanan sa kadena sa kamatuoran gihatag kaniya, ug siya gigiyahan sa pagpadayon sa pagpangita sa sumpay human sa sumpay, hangtod nga mitan-aw siya uban sa katingala ug pagdayeg sa Pulong sa Dios. Didto nakita niya ang usa ka hingpit nga kadena sa kamatuoran. Kadtong Pulong nga iyang giisip nga dili dinasig karon naabli sa iyang panan-aw sa iyang katahum ug himaya. Nakita niya nga ang usa ka bahin sa Kasulatan nagpasabot sa usa pa, ug sa dihang ang usa ka pahayag sirado sa iyang pagsabut, nakakaplag siya sa laing bahin sa Pulong niadtong nagpatin-aw niini. Giisip niya ang balaang Pulong sa Dios uban sa kalipay ug sa labing halalum nga pagtahod ug kahadlok.” Early Writings, 230.</w:t>
      </w:r>
    </w:p>
    <w:p>
      <w:pPr>
        <w:pStyle w:val="ArticleBody"/>
        <w:jc w:val="left"/>
      </w:pPr>
      <w:r>
        <w:rPr>
          <w:rFonts w:ascii="Times New Roman" w:hAnsi="Times New Roman" w:eastAsia="Times New Roman" w:cs="Times New Roman"/>
        </w:rPr>
        <w:t>Si Miller mao ang mag-uuma nga nagtuman sa tagna ni Tyndale, ug ang iyang unang publikasyon sa kahibalo sa tagna nga iyang natigom gikan sa pag-abli sa Daniel 8:14 nahitabo niadtong 1831, duha ka gatus ug kaluhaan ka tuig human sa pagmantala sa King James Version sa Biblia. Si John Wycliff, si William Tyndale, ug ang pagmantala sa King James Bible niadtong 1611, nagrepresentar sa tulo ka mga timaan sa dalan nga nagsugod sa duha-ka-gatus-ug-kaluhaan-ka-tuig nga tagna nga matapos sa dihang ang batang magdadaro ni Tyndale moabli sa Pulong sa Dios ngadto sa mensahe sa unang manolunda, nga pagasundan pa sa laing duha ka mga manolunda. Kadtong unang manolunda miabut niadtong 1798 ug ang ikatulo niadtong 1844. Si Wycliff, Tyndale, ug King James nagdugtong ngadto sa mag-uuma nga motuman sa panagna ni Tyndale, ug nga magasimbolo sa kasaysayan sa tulo ka mga manolunda sukad sa 1798 hangtod sa 1844.</w:t>
      </w:r>
    </w:p>
    <w:p>
      <w:pPr>
        <w:pStyle w:val="ArticleBody"/>
        <w:jc w:val="left"/>
      </w:pPr>
      <w:r>
        <w:rPr>
          <w:rFonts w:ascii="Times New Roman" w:hAnsi="Times New Roman" w:eastAsia="Times New Roman" w:cs="Times New Roman"/>
        </w:rPr>
        <w:t>Ang alpha nga pagkadiskobre ni William Miller mao ang 2,520 ka tuig sa Levitico 26, ug ang iyang omega nga pagkadiskobre mao ang 2,300 ka tuig sa Daniel 8:14. Ang 2,520 nga pagkatibulaag sa Juda nagsugod sa 677 BC ug natapos sa 1844. Ang 2,300 ka tuig sa Daniel 8:14 natapos sa 1844. Silang duha natapos nga dungan sa 1844, ug ang sinugdanan sa alpha ug omega nga mga pagkadiskobre ni William Miller gilain sa duruha ka gatos ug kawhaan ka tuig. Ang “duruha ka gatos ug kawhaan” usa ka simbolo ni William Miller, ibabaw sa duruha ka mga saksi. Ang alpha ug omega nga mga pagkadiskobre ni Miller girepresentahan sa 1798 ug 1844. Ang 2,520 nga pagkatibulaag batok sa amihanang gingharian natapos sa 1798, ug kap-atan ug unom ka tuig sa ulahi, sa 1844, natapos ang 2,300 ka tuig.</w:t>
      </w:r>
    </w:p>
    <w:p>
      <w:pPr>
        <w:pStyle w:val="ArticleBody"/>
        <w:jc w:val="left"/>
      </w:pPr>
      <w:r>
        <w:rPr>
          <w:rFonts w:ascii="Times New Roman" w:hAnsi="Times New Roman" w:eastAsia="Times New Roman" w:cs="Times New Roman"/>
        </w:rPr>
        <w:t>Ang 2,520 ka tuig nga natapos niadtong 1798 nagtimaan niana nga petsa, ug ang 2,520 ka tuig batok sa Juda, nga natapos niadtong 1844, nagmugna ug usa ka yugto nga duha ka gatus ug baynte ka tuig. Nagpasabot kini nga ang 2,520 batok sa Israel nagmugna sa profetikanhong yugto nga kap-atan ug unom ka tuig, ug ang 2,520 batok sa Juda nagmugna sa profetikanhong yugto nga duha ka gatus ug baynte ka tuig. Ang alpha nianang yugtoa mao ang 677 BC ug ang omega mao ang 457 BC, nga nagpasabot nga ang alpha sa kap-atan ug unom ka tuig nga yugto ug sa duha ka gatus ug baynte ka tuig nga yugto girepresentahan sa 2,520, ug ang omega sa maong duha ka linya mao ang 2,300. Ang duha ka “pagkatibulaag” sa 2,520 ka tuig naghatag ug duha ka mga saksi sa usa ka yugto nga nagsugod sa 2,520 ug natapos sa 2,300. Ang maong duha ka linya parehong nagpaila sa mga nadiskobrehan ni William Miller mahitungod sa alpha ug omega.</w:t>
      </w:r>
    </w:p>
    <w:p>
      <w:pPr>
        <w:pStyle w:val="ArticleScripture"/>
        <w:jc w:val="left"/>
      </w:pPr>
      <w:r>
        <w:rPr>
          <w:rFonts w:ascii="Times New Roman" w:hAnsi="Times New Roman" w:eastAsia="Times New Roman" w:cs="Times New Roman"/>
        </w:rPr>
        <w:t>“Ang Damgo ni William Miller”</w:t>
      </w:r>
    </w:p>
    <w:p>
      <w:pPr>
        <w:pStyle w:val="ArticleScripture"/>
        <w:jc w:val="left"/>
      </w:pPr>
      <w:r>
        <w:rPr>
          <w:rFonts w:ascii="Times New Roman" w:hAnsi="Times New Roman" w:eastAsia="Times New Roman" w:cs="Times New Roman"/>
        </w:rPr>
        <w:t>“Nagdamgo ako nga ang Dios, pinaagi sa usa ka kamot nga dili makita, nagpadala kanako ug usa ka kahon nga maampingong gihimo, nga mga napulo ka pulgada ang gitas-on ug unom ka pulgada ang kilid, hinimo sa ebano ug mga perlas nga matahom nga pagkasinuksok. Sa maong kahon adunay usa ka yawi nga nakakabit. Diha-diha gikuha ko ang yawi ug giablihan ang kahon; ug sa akong kahibulong ug katingala, nakita ko nga kini napuno sa tanang matang ug gidak-on sa mga alahas, mga diamante, mahalong mga bato, ug bulawan ug salaping sensilyo sa matag gidak-on ug bili, nga matahom nga gikahan-ay sa ilang tagsatagsa ka dapit sulod sa kahon; ug sa maong pagkahan-ay, kini nagpasanag ug usa ka kahayag ug himaya nga maparehas lamang sa adlaw.</w:t>
      </w:r>
    </w:p>
    <w:p>
      <w:pPr>
        <w:pStyle w:val="ArticleScripture"/>
        <w:jc w:val="left"/>
      </w:pPr>
      <w:r>
        <w:rPr>
          <w:rFonts w:ascii="Times New Roman" w:hAnsi="Times New Roman" w:eastAsia="Times New Roman" w:cs="Times New Roman"/>
        </w:rPr>
        <w:t>“Nahunahuna ko nga dili ko katungdanan ang maglingaw niining kahibulongang talan-awon nga ako ra, bisan pa nga ang akong kasingkasing napuno sa kalipay tungod sa kasidlak, katahom, ug bili sa mga sulod niini. Busa gibutang ko kini sa usa ka lamesa sa tunga sa akong lawak ug gipahibalo ko nga ang tanan nga may tinguha mahimong moanhi ug motan-aw sa labing mahimayaon ug labing masidlakon nga talan-awon nga nakita sa tawo niining kinabuhia.</w:t>
      </w:r>
    </w:p>
    <w:p>
      <w:pPr>
        <w:pStyle w:val="ArticleScripture"/>
        <w:jc w:val="left"/>
      </w:pPr>
      <w:r>
        <w:rPr>
          <w:rFonts w:ascii="Times New Roman" w:hAnsi="Times New Roman" w:eastAsia="Times New Roman" w:cs="Times New Roman"/>
        </w:rPr>
        <w:t>Ang mga tawo misugod sa pag-abot, sa sinugdan diyutay ra ang gidaghanon, apan midaghan ngadto sa usa ka panon. Sa ilang unang pagtan-aw sa kaha, sila manghibulong ug mosinggit sa kalipay. Apan sa dihang midaghan ang mga nanan-aw, ang matag-usa misugod sa pagsamok sa mga alahas, nga kuhaon kini gikan sa kaha ug isabwag sa lamesa.</w:t>
      </w:r>
    </w:p>
    <w:p>
      <w:pPr>
        <w:pStyle w:val="ArticleScripture"/>
        <w:jc w:val="left"/>
      </w:pPr>
      <w:r>
        <w:rPr>
          <w:rFonts w:ascii="Times New Roman" w:hAnsi="Times New Roman" w:eastAsia="Times New Roman" w:cs="Times New Roman"/>
        </w:rPr>
        <w:t>“Misugod ako sa paghunahuna nga ang tag-iya mangayo pag-usab sa akong mga kamot sa kahon ug sa mga mutya; ug kon itugot ko nga kini mapatlaag, dili ko na gayud mahimo nga mahipos sila pag-usab sa ilang mga dapit sulod sa kahon sama sa kaniadto; ug mibati ako nga dili gayud ako makahimo sa pag-atubang sa tulubagon, kay kini mahimong hilabihan kadaku. Unya nagsugod ako sa paghangyo sa mga tawo nga dili sila modapat niini, ni mokuha kanila gikan sa kahon; apan samtang labaw ang akong paghangyo, labi usab nilang gipangpatlaag kini; ug karon daw ilang gipangpatlaag kini sa tibuok lawak, sa salog ug sa tanang piraso sa muwebles sulod sa lawak.</w:t>
      </w:r>
    </w:p>
    <w:p>
      <w:pPr>
        <w:pStyle w:val="ArticleScripture"/>
        <w:jc w:val="left"/>
      </w:pPr>
      <w:r>
        <w:rPr>
          <w:rFonts w:ascii="Times New Roman" w:hAnsi="Times New Roman" w:eastAsia="Times New Roman" w:cs="Times New Roman"/>
        </w:rPr>
        <w:t>“Unya nakita ko nga taliwala sa mga tinuod nga mga hiyas ug salapi ilang gisabwag ang dili maihap nga kadaghanon sa peke nga mga hiyas ug mini nga salapi. Hilabihan ang akong kasuko sa ilang ubos nga binuhatan ug kawalay pagpasalamat, ug gisaway ko sila ug gibadlong tungod niini; apan samtang nagkadaghan ang akong pagsaway, mao usab ang ilang pagdugang sa pagsabwag sa peke nga mga hiyas ug mini nga salapi taliwala sa mga tinuod.</w:t>
      </w:r>
    </w:p>
    <w:p>
      <w:pPr>
        <w:pStyle w:val="ArticleScripture"/>
        <w:jc w:val="left"/>
      </w:pPr>
      <w:r>
        <w:rPr>
          <w:rFonts w:ascii="Times New Roman" w:hAnsi="Times New Roman" w:eastAsia="Times New Roman" w:cs="Times New Roman"/>
        </w:rPr>
        <w:t>“Unya nasamok ako sulod sa akong pisikal nga kalag ug misugod sa paggamit ug pisikal nga kusog aron ipagawas sila gikan sa lawak; apan samtang ginaduso ko pagawas ang usa, tulo pa ang mosulod ug magdala ug hugaw ug mga kinaltak ug balas ug tanang matang sa basura, hangtod nga ilang natabonan ang matag usa sa tinuod nga mga alahas, mga diamante, ug mga sensilyo, nga silang tanan natabonan sa panan-aw. Ilang gipanggisi ang akong kahon usab ug gisabwag kini taliwala sa mga basura. Nagtuo ako nga walay tawo nga nagtagad sa akong kasubo o sa akong kapungot. Nahimo akong hingpit nga naluya ug nawadaan ug kadasig, ug milingkod ako ug mihilak.</w:t>
      </w:r>
    </w:p>
    <w:p>
      <w:pPr>
        <w:pStyle w:val="ArticleScripture"/>
        <w:jc w:val="left"/>
      </w:pPr>
      <w:r>
        <w:rPr>
          <w:rFonts w:ascii="Times New Roman" w:hAnsi="Times New Roman" w:eastAsia="Times New Roman" w:cs="Times New Roman"/>
        </w:rPr>
        <w:t>“Samtang ako naghilak ug nagbangutan tungod sa akong daku nga kapildihan ug tulubagon, nahinumdom ako sa Dios, ug mainiton nga nag-ampo nga Siya magpadala kanako ug tabang.</w:t>
      </w:r>
    </w:p>
    <w:p>
      <w:pPr>
        <w:pStyle w:val="ArticleScripture"/>
        <w:jc w:val="left"/>
      </w:pPr>
      <w:r>
        <w:rPr>
          <w:rFonts w:ascii="Times New Roman" w:hAnsi="Times New Roman" w:eastAsia="Times New Roman" w:cs="Times New Roman"/>
        </w:rPr>
        <w:t>“Diha-diha dayon naablihan ang pultahan, ug misulod ang usa ka tawo sa lawak, sa dihang nanggawas ang tanang mga tawo gikan niini; ug siya, nga may kupkop sa abog diha sa iyang kamot, miabli sa mga bintana, ug misugod sa pagpanilhig sa abog ug sa mga hugaw gikan sa lawak.</w:t>
      </w:r>
    </w:p>
    <w:p>
      <w:pPr>
        <w:pStyle w:val="ArticleScripture"/>
        <w:jc w:val="left"/>
      </w:pPr>
      <w:r>
        <w:rPr>
          <w:rFonts w:ascii="Times New Roman" w:hAnsi="Times New Roman" w:eastAsia="Times New Roman" w:cs="Times New Roman"/>
        </w:rPr>
        <w:t>“Naghilak ako ngadto kaniya nga maghunong, kay may pipila ka bililhong mutya nga nagkatag taliwala sa mga kagun-oban.</w:t>
      </w:r>
    </w:p>
    <w:p>
      <w:pPr>
        <w:pStyle w:val="ArticleScripture"/>
        <w:jc w:val="left"/>
      </w:pPr>
      <w:r>
        <w:rPr>
          <w:rFonts w:ascii="Times New Roman" w:hAnsi="Times New Roman" w:eastAsia="Times New Roman" w:cs="Times New Roman"/>
        </w:rPr>
        <w:t>Miingon siya kanako nga “ayaw kahadlok,” kay iyang “atimanon sila.”</w:t>
      </w:r>
    </w:p>
    <w:p>
      <w:pPr>
        <w:pStyle w:val="ArticleScripture"/>
        <w:jc w:val="left"/>
      </w:pPr>
      <w:r>
        <w:rPr>
          <w:rFonts w:ascii="Times New Roman" w:hAnsi="Times New Roman" w:eastAsia="Times New Roman" w:cs="Times New Roman"/>
        </w:rPr>
        <w:t>“Unya, samtang iyang gipanilhig ang abog ug basura, ang peke nga mga alahas ug peke nga mga sensilyo, ang tanan mingtungha ug migawas sa bintana sama sa usa ka panganod, ug gidala sila sa hangin. Sa kasamok, gipiyong ko ang akong mga mata sa makadiyot; sa akong pag-abli kanila, ang tanang basura hingtangtang na. Ang bililhong mga alahas, ang mga diamante, ang bulawan ug salapi nga mga sensilyo, nagkatag sa hilabihang kadagaya sa tibuok lawak.</w:t>
      </w:r>
    </w:p>
    <w:p>
      <w:pPr>
        <w:pStyle w:val="ArticleScripture"/>
        <w:jc w:val="left"/>
      </w:pPr>
      <w:r>
        <w:rPr>
          <w:rFonts w:ascii="Times New Roman" w:hAnsi="Times New Roman" w:eastAsia="Times New Roman" w:cs="Times New Roman"/>
        </w:rPr>
        <w:t>“Dayon iyang gibutang sa ibabaw sa lamesa ang usa ka kahon, nga labi pang dako ug mas maanindot kay sa nahauna, ug gitigom niya ang mga mutya, ang mga diamante, ang mga sensilyo, pinaagi sa dinakop nga kamot, ug gilabay kini ngadto sa kahon, hangtod nga walay bisan usa nga nahibilin, bisan pa nga ang uban sa mga diamante dili dako pa kay sa tumoy sa usa ka aspili.”</w:t>
      </w:r>
    </w:p>
    <w:p>
      <w:pPr>
        <w:pStyle w:val="ArticleScripture"/>
        <w:jc w:val="left"/>
      </w:pPr>
      <w:r>
        <w:rPr>
          <w:rFonts w:ascii="Times New Roman" w:hAnsi="Times New Roman" w:eastAsia="Times New Roman" w:cs="Times New Roman"/>
        </w:rPr>
        <w:t>“Dayon gitawag niya ako sa ‘pag-anhi ug pagtan-aw.’”</w:t>
      </w:r>
    </w:p>
    <w:p>
      <w:pPr>
        <w:pStyle w:val="ArticleScripture"/>
        <w:jc w:val="left"/>
      </w:pPr>
      <w:r>
        <w:rPr>
          <w:rFonts w:ascii="Times New Roman" w:hAnsi="Times New Roman" w:eastAsia="Times New Roman" w:cs="Times New Roman"/>
        </w:rPr>
        <w:t>“Mitutok ako sa kahon, apan ang akong mga mata nabulag sa kasilaw sa nakita. Misidlak sila sa napulo ka pilo sa ilang nahaunang himaya. Naghunahuna ako nga kini hinloan pinaagi sa balas sa mga tiil niadtong mga daotang tawo nga nagsabwag kanila ug nagtamaktamak kanila sa abog. Gihan-ay sila diha sa matahum nga kahapsay sulod sa kahon, ang matag-usa diha sa iyang dapit, nga walay bisan unsang makita nga timailhan sa mga paningkamot sa tawo nga maoy naglabay kanila ngadto didto. Misiyagit ako sa hilabihang kalipay, ug kadtong siyagit maoy nagpukaw kanako.” Early Writings, 81–83.</w:t>
      </w:r>
    </w:p>
    <w:p>
      <w:pPr>
        <w:pStyle w:val="ArticleBody"/>
        <w:jc w:val="left"/>
      </w:pPr>
      <w:r>
        <w:rPr>
          <w:rFonts w:ascii="Times New Roman" w:hAnsi="Times New Roman" w:eastAsia="Times New Roman" w:cs="Times New Roman"/>
        </w:rPr>
        <w:t>Nagsugod sa panid “81,” usa ka simbolo sa mga saserdote, ang damgo nag-ila sa kasaysayan sa buluhaton sa iglesya sa Laodicean Seventh-day Adventist sa paglaglag sa mga pundasyonal nga kamatuoran nga gitigom sa Pagkadiyos pinaagi sa pagkatawo ni William Miller. Ang maong kasaysayan natapos sa dihang si Miller “misinggit tungod sa dakong kalipay” ug ang maong singgit “nakapukaw” kaniya. Ang kasaysayan nga girepresentar diha sa damgo motapos sa makusog nga singgit sa ikatulong manulonda, nga mao ang kinapungkayan sa Tunga-tungang Gabiing Singgit. Ang historikal nga asoy sa damgo ni Miller nagrepresentar usab sa mga timailhan sa dalan sa kasaysayan sa mga Millerite, ug busa nagrepresentar usab kini sa kaparis nga kasaysayan sa kalihukan sa usa ka gatus ug kap-atan ug upat ka libo. Dili moubos ang kamahinungdanon nga ang historikal nga representasyon sa damgo naglangkob usab ug usa ka propetikong fractal sa kasaysayan nga nagsugod pag-usab sa pagbalikbalik niadtong 2023.</w:t>
      </w:r>
    </w:p>
    <w:p>
      <w:pPr>
        <w:pStyle w:val="ArticleBody"/>
        <w:jc w:val="left"/>
      </w:pPr>
      <w:r>
        <w:rPr>
          <w:rFonts w:ascii="Times New Roman" w:hAnsi="Times New Roman" w:eastAsia="Times New Roman" w:cs="Times New Roman"/>
        </w:rPr>
        <w:t>Ang mga mutya sa kamatuoran nga naila sa kasaysayan sa usa ka gatus ug kap-atan ug upat ka libo gibutang sa publikong talaan niadtong 2004 ug unya pag-usab niadtong 2012, sa dihang ang presentasyon sa Habakkuk’s Tables nagtigom ug usa ka pundok nga gikatagana nga magkatibulaag. Kadtong mga kamatuoran gibutang sa lamesa niadtong 2004, uban sa unang presentasyon sa mga kamatuoran nga giablihan pag-usab niadtong 1989. Usa ka “pipila” ang mitagad sa mensahe niadto, apan niadtong 2012, ang sunod-sunod nga 95 ka presentasyon nga may ulohang Habakkuk’s Tables nagdala ug usa ka panon, kay ang “mga tawo nagsugod sa pagsulod, sa sinugdanan pipila ra ang gidaghanon, apan midugang hangtud nahimong usa ka panon.”</w:t>
      </w:r>
    </w:p>
    <w:p>
      <w:pPr>
        <w:pStyle w:val="ArticleBody"/>
        <w:jc w:val="left"/>
      </w:pPr>
      <w:r>
        <w:rPr>
          <w:rFonts w:ascii="Times New Roman" w:hAnsi="Times New Roman" w:eastAsia="Times New Roman" w:cs="Times New Roman"/>
        </w:rPr>
        <w:t>Gikan sa 2012 hangtod sa Hulyo 18, 2020, kadtong mga kamatuoran anam-anam nga nagkatibulaag ug natabonan sa mga hugaw. Niadtong Hulyo 18, 2020, ang mga tigpaluyo sa mensahe sa mga Lamisa ni Habakkuk gipatibulaag sulod sa tulo ug tunga ka adlaw.</w:t>
      </w:r>
    </w:p>
    <w:p>
      <w:pPr>
        <w:pStyle w:val="ArticleScripture"/>
        <w:jc w:val="left"/>
      </w:pPr>
      <w:r>
        <w:rPr>
          <w:rFonts w:ascii="Times New Roman" w:hAnsi="Times New Roman" w:eastAsia="Times New Roman" w:cs="Times New Roman"/>
        </w:rPr>
        <w:t>Ug sa diha nga mahuman na nila ang ilang pagpamatuod, ang mapintas nga mananap nga mosaka gikan sa bung-aw nga walay kinailadman makiggubat batok kanila, ug magmadaugon batok kanila, ug mopatay kanila. Ug ang ilang mga patayng lawas mahigda sa dalan sa dakong siyudad, nga sa espirituwal gitawag ug Sodoma ug Ehipto, diin usab ang atong Ginoo gilansang sa krus. Ug ang mga tawo gikan sa mga katawhan ug mga kabanayan ug mga pinulongan ug mga nasod motan-aw sa ilang mga patayng lawas sulod sa tulo ka adlaw ug tunga, ug dili motugot nga ang ilang mga patayng lawas ipahiluna sa mga lubnganan. Ug ang mga nagpuyo sa yuta magakalipay tungod kanila, ug magamaya, ug magapadad-anay ug mga gasa ang usa ug usa; kay kining duha ka mga propeta nagsakit kanila nga nagpuyo sa yuta. Pinadayag 11:7–10.</w:t>
      </w:r>
    </w:p>
    <w:p>
      <w:pPr>
        <w:pStyle w:val="ArticleBody"/>
        <w:jc w:val="left"/>
      </w:pPr>
      <w:r>
        <w:rPr>
          <w:rFonts w:ascii="Times New Roman" w:hAnsi="Times New Roman" w:eastAsia="Times New Roman" w:cs="Times New Roman"/>
        </w:rPr>
        <w:t>Sa Adlaw nga Igpapahulay, Disyembre 30, 2023, ang Future for America miapil sa usa ka zoom meeting alang sa iyang unang pampublikong tigom sukad Hulyo 18, 2020. Ang Disyembre 30, 2023 maoy 1,260 ka adlaw human sa Hulyo 18, 2020, o “tulo ka adlaw ug tunga.” Samtang si Elias ug si Moises mga patay diha sa dalan, ang laing pundok “nangalipay.” Ang Future for America mibalik sa pagmantala sa matagnaong mensahe niadtong Hulyo sa 2023, kay ang mensahe nga niadto unta moadto sa tibuok kalibotan, tungod sa matagnaong pagkinahanglan kinahanglan magagikan sa “kamingawan.” Ang tulo ka adlaw ug tunga, o 1,260 ka adlaw, usa ka kamingawan.</w:t>
      </w:r>
    </w:p>
    <w:p>
      <w:pPr>
        <w:pStyle w:val="ArticleScripture"/>
        <w:jc w:val="left"/>
      </w:pPr>
      <w:r>
        <w:rPr>
          <w:rFonts w:ascii="Times New Roman" w:hAnsi="Times New Roman" w:eastAsia="Times New Roman" w:cs="Times New Roman"/>
        </w:rPr>
        <w:t>Ug ang babaye mikalagiw ngadto sa kamingawan, diin siya adunay usa ka dapit nga giandam sa Dios, aron didto siya atimanon sulod sa usa ka libo duha ka gatus ug kan-uman ka adlaw. Pinadayag 12:6.</w:t>
      </w:r>
    </w:p>
    <w:p>
      <w:pPr>
        <w:pStyle w:val="ArticleBody"/>
        <w:jc w:val="left"/>
      </w:pPr>
      <w:r>
        <w:rPr>
          <w:rFonts w:ascii="Times New Roman" w:hAnsi="Times New Roman" w:eastAsia="Times New Roman" w:cs="Times New Roman"/>
        </w:rPr>
        <w:t>Ang “kamingawan” mao ang “usa ka libo duha ka gatus ug kan-uman ka adlaw,” nga 1,260 ka adlaw, nga mao usab ang “totolo ka adlaw ug tunga,” ug gilarawan diha sa Pinadayag 12:6, ug ang “126” mao ang ikapulo sa 1,260. Usa sa makapahibulong nga mga kamatuoran nga niadto giabrihan mao ang panginahanglan sa paghinulsol sa katumanan sa pag-ampo sa “pito ka higayon” diha sa Levitico beinte-sais.</w:t>
      </w:r>
    </w:p>
    <w:p>
      <w:pPr>
        <w:pStyle w:val="ArticleBody"/>
        <w:jc w:val="left"/>
      </w:pPr>
      <w:r>
        <w:rPr>
          <w:rFonts w:ascii="Times New Roman" w:hAnsi="Times New Roman" w:eastAsia="Times New Roman" w:cs="Times New Roman"/>
        </w:rPr>
        <w:t>Ang 1,260 ka adlaw simbolo usab sa 2,520 ka adlaw. Ang “pito ka mga panahon” batok sa amihanang gingharian nagsugod sa 723 BC ug natapos sa 1798. Ang tunga niini mao ang 538, nga sa ingon nagmugna ug 1,260 ka tuig diin gitunob sa paganismo ang balaang puloy-anan ug ang panon, nga gisundan sa 1,260 diin gitunob sa papadohanong sistema ang balaang puloy-anan ug ang panon. Kining profetikong estruktura nahiuyon sa 1,260 ka adlaw gikan sa bautismo ni Cristo hangtod sa krus, nga gisundan sa 1,260 ka profetikong adlaw ngadto sa 34 AD, sa dihang ang ebanghelyo miadto sa mga Hentil. Busa, sa pagpamatuod sa duha ka mga saksi, ang 1,260 kabahin sa 2,520 ka adlaw, o sa “pito ka mga panahon” ni Moises sa Levitico 26.</w:t>
      </w:r>
    </w:p>
    <w:p>
      <w:pPr>
        <w:pStyle w:val="ArticleBody"/>
        <w:jc w:val="left"/>
      </w:pPr>
      <w:r>
        <w:rPr>
          <w:rFonts w:ascii="Times New Roman" w:hAnsi="Times New Roman" w:eastAsia="Times New Roman" w:cs="Times New Roman"/>
        </w:rPr>
        <w:t>Ang tingog sa panahon sa kamingawan nga nagsugod sa Adlaw nga Igpapahulay, Hulyo 18, 2020 hangtod sa Adlaw nga Igpapahulay, Disyembre 30, 2023, misugod sa pagtuaw niadtong Hulyo sa 2023, ug sa dihang natapos ang panahon sa “kamingawan” sa Adlaw nga Igpapahulay, Disyembre 30, 2023, miabot ang pagkabanhaw ni Moises ug Elias. Ang mensahe sa tingog nagpaila nga ang timailhan sa nagkahanay nga unang mga kapakyasan sa matag kalihukang reporma maoy nagpasabot sa bakak nga panagna sa Hulyo 18, 2020, sulod sa konteksto sa sambingay sa napulo ka ulay. Gitawag niini ang mga lalaki ug mga babaye ngadto sa paghinulsol nga gisimbolo sa pag-ampo sa Levitico baynte-sais. Ang damgo ni Miller nagrepresentar nianang maong paghinulsol sa dihang iyang gitala, “Samtang ako naghilak ug nagminatay tungod sa akong dakong kapildihan ug tulubagon, nahinumdom ako sa Dios, ug sa kinasingkasing nag-ampo nga Siya magpadala kanako ug tabang.”</w:t>
      </w:r>
    </w:p>
    <w:p>
      <w:pPr>
        <w:pStyle w:val="ArticleHeading"/>
        <w:jc w:val="left"/>
      </w:pPr>
      <w:r>
        <w:rPr>
          <w:rFonts w:ascii="Arial" w:hAnsi="Arial" w:eastAsia="Arial" w:cs="Arial"/>
        </w:rPr>
        <w:t>Umari ug Tan-awa</w:t>
      </w:r>
    </w:p>
    <w:p>
      <w:pPr>
        <w:pStyle w:val="ArticleBody"/>
        <w:jc w:val="left"/>
      </w:pPr>
      <w:r>
        <w:rPr>
          <w:rFonts w:ascii="Times New Roman" w:hAnsi="Times New Roman" w:eastAsia="Times New Roman" w:cs="Times New Roman"/>
        </w:rPr>
        <w:t>Ang damgo ni Miller gibahin sa duha ka pahayag nga “ari ug tan-awa.” Sa unang higayon, si Miller mao ang nagaimbitar sa mga tawo nga “ari ug tan-awa,” ug sa ikaduhang higayon ang “tawo nga may brush sa abog” mao ang nagaimbitar kang Miller nga moari ug motan-aw. Ang “ari ug tan-awa” usa ka propetikong simbolo nga nagaila sa usa ka propetikong kamatuoran nga naablihan. Ang unang upat ka mga selyo matag usa naglangkob sa sugo nga “ari ug tan-awa.”</w:t>
      </w:r>
    </w:p>
    <w:p>
      <w:pPr>
        <w:pStyle w:val="ArticleScripture"/>
        <w:jc w:val="left"/>
      </w:pPr>
      <w:r>
        <w:rPr>
          <w:rFonts w:ascii="Times New Roman" w:hAnsi="Times New Roman" w:eastAsia="Times New Roman" w:cs="Times New Roman"/>
        </w:rPr>
        <w:t>Ug nakita ko sa diha nga giablihan sa Cordero ang usa sa mga patik, ug nadungog ko, daw sa lanog sa dalugdog, ang usa sa upat ka mga buhing binuhat nga nagaingon, Umari ka ug tan-awa. … Ug sa diha nga giablihan niya ang ikaduhang patik, nadungog ko ang ikaduhang buhing binuhat nga nagaingon, Umari ka ug tan-awa. … Ug sa diha nga giablihan niya ang ikatulong patik, nadungog ko ang ikatulong buhing binuhat nga nagaingon, Umari ka ug tan-awa. … Ug sa diha nga giablihan niya ang ikaupat nga patik, nadungog ko ang tingog sa ikaupat nga buhing binuhat nga nagaingon, Umari ka ug tan-awa. Pinadayag 6:1, 3, 5, 7.</w:t>
      </w:r>
    </w:p>
    <w:p>
      <w:pPr>
        <w:pStyle w:val="ArticleBody"/>
        <w:jc w:val="left"/>
      </w:pPr>
      <w:r>
        <w:rPr>
          <w:rFonts w:ascii="Times New Roman" w:hAnsi="Times New Roman" w:eastAsia="Times New Roman" w:cs="Times New Roman"/>
        </w:rPr>
        <w:t>Ang “umari ka ug tan-awa” sa sinugdanan sa damgo ni Miller mao ang alpha, ug ang “umari ka ug tan-awa” sa katapusan mao ang omega. Gipasabot sa damgo nga ang pag-abli sa sinugdanan sa damgo mao ang mga mutya nga, sa dihang “gipahimutang na sila, mipasibya sila ug kahayag ug himaya nga ikatandi lamang sa adlaw.” Sa dihang giimbitar ni Cristo si Miller nga “umari ka ug tan-awa” ang omega, miingon si Miller, “nasilaw ang akong mga mata sa maong talan-awon. Misidlak sila sa napulo ka pilo sa ilang nahaunang himaya.” Ang kahayag sa alpha sama sa adlaw, ug ang kahayag sa omega napulo ka pilo sa adlaw.</w:t>
      </w:r>
    </w:p>
    <w:p>
      <w:pPr>
        <w:pStyle w:val="ArticleHeading"/>
        <w:jc w:val="left"/>
      </w:pPr>
      <w:r>
        <w:rPr>
          <w:rFonts w:ascii="Arial" w:hAnsi="Arial" w:eastAsia="Arial" w:cs="Arial"/>
        </w:rPr>
        <w:t>Ipatibulaag</w:t>
      </w:r>
    </w:p>
    <w:p>
      <w:pPr>
        <w:pStyle w:val="ArticleBody"/>
        <w:jc w:val="left"/>
      </w:pPr>
      <w:r>
        <w:rPr>
          <w:rFonts w:ascii="Times New Roman" w:hAnsi="Times New Roman" w:eastAsia="Times New Roman" w:cs="Times New Roman"/>
        </w:rPr>
        <w:t>Ang pagbangotan ug paghinulsol ni Miller girepresentar sa katapusan sa yugto nga nagsugod sa unang “ari ug tan-awa,” ug sa kataposang “ari ug tan-awa.” Sa yugto nga nagsugod sa pag-abli ni Miller sa usa ka mensahe ngadto sa katawhan ug dayon natapos sa pag-abli ni Cristo sa usa ka mensahe ngadto kang Miller, ang pulong nga “katag” girepresentar “pito ka higayon.” Gamiton pag-usab ni Miller ang maong pulong, apan tali sa unang ug kataposang pag-abli, ang “katag” gipahayag “pito ka higayon.” Giila sa Biblia ang paghukom sa “pito ka higayon” uban sa pulong nga “katag.”</w:t>
      </w:r>
    </w:p>
    <w:p>
      <w:pPr>
        <w:pStyle w:val="ArticleScripture"/>
        <w:jc w:val="left"/>
      </w:pPr>
      <w:r>
        <w:rPr>
          <w:rFonts w:ascii="Times New Roman" w:hAnsi="Times New Roman" w:eastAsia="Times New Roman" w:cs="Times New Roman"/>
        </w:rPr>
        <w:t>Ug akong patibulaagon kamo sa taliwala sa mga Hentil, ug birahon ko ang espada batok kaninyo: ug ang inyong yuta mahimong biniyaan, ug ang inyong mga siyudad mahimong awa-aw. Levitico 26:33.</w:t>
      </w:r>
    </w:p>
    <w:p>
      <w:pPr>
        <w:pStyle w:val="ArticleBody"/>
        <w:jc w:val="left"/>
      </w:pPr>
      <w:r>
        <w:rPr>
          <w:rFonts w:ascii="Times New Roman" w:hAnsi="Times New Roman" w:eastAsia="Times New Roman" w:cs="Times New Roman"/>
        </w:rPr>
        <w:t>Ang labing unang kamatuoran nga nadiskobrehan ni Miller mao ang “pito ka mga panahon” sa Levitico 26, ug sa iyang damgo ang yugto sa panahon tali sa pagmantala sa mensahe ni Miller ug sa pagmantala sa mensahe ni Cristo mao ang panahon diin ang tanang pundasyonal nga mga kamatuoran nga girepresentahan sa buluhaton ni William Miller pagatabonan sa mga hugaw ug peke nga mga sensilyo sa mga teologo sa Laodiceanong Seventh-day Adventism. Kining pagsalikway sa pundasyonal nga mga kamatuoran girepresentahan ingon nga pito ka mga pagkatibulaag sulod sa kasaysayan tali sa alpha ug omega. Ang “pito ka mga panahon” usa ka simbolo sa buluhaton ni William Miller, nga sa baylo mao ang mga patukoranan sa Seventh-day Adventism, diin ang 2,300 ka mga adlaw sa Daniel 8:14 mao ang sentral nga haligi nianang mismong patukoranan. Ang gipaila niini mao nga ang 2,520 ka tuig nga pagkatibulaag, nga mao ang nahaunang, o alpha nga pagdiskobre ni William Miller, nagtimaan sa sinugdanan sa usa ka yugto sa panahon nga natapos sa omega nga pagdiskobre ni William Miller, nga mao ang 2,300 ka mga adlaw.</w:t>
      </w:r>
    </w:p>
    <w:p>
      <w:pPr>
        <w:pStyle w:val="ArticleBody"/>
        <w:jc w:val="left"/>
      </w:pPr>
      <w:r>
        <w:rPr>
          <w:rFonts w:ascii="Times New Roman" w:hAnsi="Times New Roman" w:eastAsia="Times New Roman" w:cs="Times New Roman"/>
        </w:rPr>
        <w:t>Sa dihang gisalikway sa Laodiceanong Seventh-day Adventism ang “pito ka mga panahon” niadtong 1863, ilang gisalikway ang unang nadiskobrehan ni William Miller, nga mao unta ang iyang alpha nga pagkadiskobre ug ang iyang patukoranan nga pagkadiskobre. Ang katapusan sa mga nadiskobrehan ni Miller mao ang 2,300 ka mga adlaw, nga mao ang iyang omega nga pagkadiskobre ug ang iyang pinakabubong nga pagkadiskobre. Ang “pito ka mga panahon” nga natapos niadtong 1798 maoy nagtimaan sa 2,520, ug ang 2,300 ka mga adlaw gitimaan niadtong 1844.</w:t>
      </w:r>
    </w:p>
    <w:p>
      <w:pPr>
        <w:pStyle w:val="ArticleBody"/>
        <w:jc w:val="left"/>
      </w:pPr>
      <w:r>
        <w:rPr>
          <w:rFonts w:ascii="Times New Roman" w:hAnsi="Times New Roman" w:eastAsia="Times New Roman" w:cs="Times New Roman"/>
        </w:rPr>
        <w:t>Ang tawo nga magwawalis sa hugaw mao ang magatigom sa mga alahas human kini mapakatag sa makapito ka higayon. Unya ang kahon sa alahas mahimong mas dako ug mas matahum ug modan-ag sa napulo ka pilo nga mas hayag kay sa adlaw. Ang napulo maoy usa ka simbolo sa usa ka pagsulay, ug busa kadtong mga alahas modan-ag diha sa pagsulay ibabaw sa adlaw sa adlaw, mao nga ang damgo ni Miller nagsugod sa 1798 ug matapos sa makusog nga singgit sa ikatulong manulonda sa balaod sa Domingo.</w:t>
      </w:r>
    </w:p>
    <w:p>
      <w:pPr>
        <w:pStyle w:val="ArticleBody"/>
        <w:jc w:val="left"/>
      </w:pPr>
      <w:r>
        <w:rPr>
          <w:rFonts w:ascii="Times New Roman" w:hAnsi="Times New Roman" w:eastAsia="Times New Roman" w:cs="Times New Roman"/>
        </w:rPr>
        <w:t>Ang kasaysayan sa mga Millerite gikan sa 1798 hangtod sa 1863 mao usab ang kasaysayan gikan sa 1798 hangtod sa haduol na nga balaod sa Domingo. Ang kasaysayan nga girepresentahan diha sa damgo ni William Miller nga mahitabo tali sa pag-ingon ni Miller og “umari ug tan-awa” hangtod sa pag-ingon sa tawo nga may Dirt Brush og “umari ug tan-awa,” mao ang duha: ang yugto gikan sa 1798 hangtod sa 1863, ug usab ang yugto gikan sa 1798 hangtod sa balaod sa Domingo. Ang linya nga matapos sa 1863 usa ka propetikong fractal sa linya nga nagsugod sa 1798 ug matapos sa balaod sa Domingo. Kining duha ka linya girepresentahan sa damgo ni Miller.</w:t>
      </w:r>
    </w:p>
    <w:p>
      <w:pPr>
        <w:pStyle w:val="ArticleBody"/>
        <w:jc w:val="left"/>
      </w:pPr>
      <w:r>
        <w:rPr>
          <w:rFonts w:ascii="Times New Roman" w:hAnsi="Times New Roman" w:eastAsia="Times New Roman" w:cs="Times New Roman"/>
        </w:rPr>
        <w:t>Ang siradong pultahan niadtong Oktubre 22, 1844 nagasimbolo sa siradong pultahan sa balaod sa Domingo. Ang tagna sa 2,300 ka tuig nga natuman niadtong 1844, nagasimbolo sa balaod sa Domingo.</w:t>
      </w:r>
    </w:p>
    <w:p>
      <w:pPr>
        <w:pStyle w:val="ArticleScripture"/>
        <w:jc w:val="left"/>
      </w:pPr>
      <w:r>
        <w:rPr>
          <w:rFonts w:ascii="Times New Roman" w:hAnsi="Times New Roman" w:eastAsia="Times New Roman" w:cs="Times New Roman"/>
        </w:rPr>
        <w:t>“Ang pag-abot ni Cristo ingon nga atong labawng sacerdote ngadto sa labing balaang dapit, alang sa paghinlo sa santuwaryo, nga gipakita sa Daniel 8:14; ang pag-abot sa Anak sa tawo ngadto sa Tigulang sa mga Adlaw, sumala sa gipadayag sa Daniel 7:13; ug ang pag-abot sa Ginoo ngadto sa Iyang templo, nga gitagna ni Malakias, maoy mga paghulagway sa mao rang hitabo; ug kini usab girepresentahan sa pag-abot sa pamanhonon ngadto sa kasal, nga gihulagway ni Cristo sa sambingay sa napulo ka mga ulay, sa Mateo 25.” The Great Controversy, 426.</w:t>
      </w:r>
    </w:p>
    <w:p>
      <w:pPr>
        <w:pStyle w:val="ArticleHeading"/>
        <w:jc w:val="left"/>
      </w:pPr>
      <w:r>
        <w:rPr>
          <w:rFonts w:ascii="Arial" w:hAnsi="Arial" w:eastAsia="Arial" w:cs="Arial"/>
        </w:rPr>
        <w:t>Mga Linya</w:t>
      </w:r>
    </w:p>
    <w:p>
      <w:pPr>
        <w:pStyle w:val="ArticleBody"/>
        <w:jc w:val="left"/>
      </w:pPr>
      <w:r>
        <w:rPr>
          <w:rFonts w:ascii="Times New Roman" w:hAnsi="Times New Roman" w:eastAsia="Times New Roman" w:cs="Times New Roman"/>
        </w:rPr>
        <w:t>Ang omega sa mga nadiskobrehan ni Miller mao ang tagna sa 2,300 ka tuig, busa ang 1844 ug ang balaod sa Domingo parehong girepresentahan sa 2,300 ka tuig. Nagpasabot kini nga ang 2,520 mao ang alpha ug ang 2,300 mao ang omega sa duha ka linya; ang usa ka linya nagatapos sa 1863, ug ang laing linya nagatapos sa balaod sa Domingo. Sa duha ka linya ang tagna sa 2,520 mao ang alpha, ug ang pundasyong bato. Ang fractal gikan sa 1798 ngadto sa 1863 diha sa pundasyonal nga kasaysayan sa mga Millerite, nahiuyon usab sa laing fractal diha sa omega, capstone nga kasaysayan sa usa ka gatus ug kap-atan ug upat ka libo.</w:t>
      </w:r>
    </w:p>
    <w:p>
      <w:pPr>
        <w:pStyle w:val="ArticleBody"/>
        <w:jc w:val="left"/>
      </w:pPr>
      <w:r>
        <w:rPr>
          <w:rFonts w:ascii="Times New Roman" w:hAnsi="Times New Roman" w:eastAsia="Times New Roman" w:cs="Times New Roman"/>
        </w:rPr>
        <w:t>Niadtong 9/11 gitawag sa Dios ang Iyang katawohan sa pagbalik ngadto sa karaang mga alagianan ni Jeremias, nga mao ang mga patukoranan, nga sa baylo girepresentahan sa mensahero sa patukorananong kasaysayan, nga sa baylo girepresentahan sa iyang patukorananong alpha nga pagkadiskobre sa “pito ka mga panahon.” Ang “pito ka mga panahon” mao ang simbolo sa mga patukoranan sa usa ka gatus ug kap-atan ug upat ka libo, ug niadtong 9/11 ang pagpatik sa maong pundok nagsugod pinaagi sa mensahe sa pagsulay sa mga patukoranan, nga girepresentahan sa labing una nga kamatuoran sa patukoranan ni William Miller ug sa Adventismo. Niadtong 9/11 nagsugod ang panahon sa pagpatik ug sa haduol na nga balaod sa Domingo ang panahon sa pagpatik sa usa ka gatus ug kap-atan ug upat ka libo matapos.</w:t>
      </w:r>
    </w:p>
    <w:p>
      <w:pPr>
        <w:pStyle w:val="ArticleBody"/>
        <w:jc w:val="left"/>
      </w:pPr>
      <w:r>
        <w:rPr>
          <w:rFonts w:ascii="Times New Roman" w:hAnsi="Times New Roman" w:eastAsia="Times New Roman" w:cs="Times New Roman"/>
        </w:rPr>
        <w:t>Kana nga kasaysayan usa ka fractal nga nagsugod sa 2,520 ug natapos sa 2,300, ug nga kana nga kasaysayan mao busa ang ikatulong linya sa propetikanhong kasaysayan nga girepresentar diha sa damgo ni William Miller. Ang 2,520 natuman niadtong 1798 ug ang 2,300 niadtong 1844. Ang buluhaton nga girepresentar sa duha ka linya mao ang buluhaton ni Cristo sa paghiusa sa Iyang pagka-Dios uban sa atong pagkatawo. Kini mao ang buluhaton sa pag-usab sa usa ka makasasala ngadto sa usa ka balaan, sa pagpahiuli sa hataas nga kinaiya ngadto sa iyang matarong nga trono ibabaw sa ubos nga kinaiya. Tungod niini, ang lawas sa tawo nagkinahanglan ug 2,520 ka adlaw aron hingpit nga mapulihan ang matag selula sa lawas, ug kana gayud nga maong lawas gibase sa 23 ka lalaki nga mga chromosome nga gihiusa uban sa 23 ka babaye nga mga chromosome. Magkauban sila naghimo ug usa ka buhing templo, nga girepresentar isip numero nga “46,” nga mao ang yugto gikan sa 1798 ngadto sa 1844, nga mao ang yugto sa damgo ni William Miller gikan sa 2,520 niadtong 1798 hangtod sa 2,300 niadtong 1844.</w:t>
      </w:r>
    </w:p>
    <w:p>
      <w:pPr>
        <w:pStyle w:val="ArticleBody"/>
        <w:jc w:val="left"/>
      </w:pPr>
      <w:r>
        <w:rPr>
          <w:rFonts w:ascii="Times New Roman" w:hAnsi="Times New Roman" w:eastAsia="Times New Roman" w:cs="Times New Roman"/>
        </w:rPr>
        <w:t>Ang damgo usab ni William Miller naglangkob ug laing hinungdanong fractal. Gikan sa 9/11 ngadto sa balaod sa Domingo maoy usa ka fractal sa 1798 ngadto sa balaod sa Domingo, sama sa 1798 ngadto sa 1863. Ang 2023 ngadto sa balaod sa Domingo maoy usa ka fractal sa 9/11 ngadto sa balaod sa Domingo, ug kini mao ang kasaysayan nga gitumong sa tanang linya sulod sa damgo ni Miller ingon nga mao ang ilang tanan nga omega. Mao kini ang panahon diin ang orihinal nga mga kamatuoran gipadako sa napulo ka pilo sa adlaw.</w:t>
      </w:r>
    </w:p>
    <w:p>
      <w:pPr>
        <w:pStyle w:val="ArticleHeading"/>
        <w:jc w:val="left"/>
      </w:pPr>
      <w:r>
        <w:rPr>
          <w:rFonts w:ascii="Arial" w:hAnsi="Arial" w:eastAsia="Arial" w:cs="Arial"/>
        </w:rPr>
        <w:t>Ang Duha ka Bustle</w:t>
      </w:r>
    </w:p>
    <w:p>
      <w:pPr>
        <w:pStyle w:val="ArticleBody"/>
        <w:jc w:val="left"/>
      </w:pPr>
      <w:r>
        <w:rPr>
          <w:rFonts w:ascii="Times New Roman" w:hAnsi="Times New Roman" w:eastAsia="Times New Roman" w:cs="Times New Roman"/>
        </w:rPr>
        <w:t>Sa dekada 1840, ang pulong nga “bustle” (isip usa ka nombre) kasagarang nagpasabot ug madasigon, puliki, o saba nga kalihokan—kasagaran uban sa pagbati sa kasamok, kahinam, pagdali, o kaguol. Kini nagtumong sa buhi nga lihok, kagubot, o pagkapuliki dinhi ug didto, bisan diha sa usa ka panon, sa usa ka panimalay, sa usa ka merkado, o sa panahon sa usa ka piho nga hitabo. Busa ang “bustle” sa damgo ni Miller maghulagway sa dihadiha nga pagdagsa sa kalihokan, kahinam, o dinaliang buluhaton nga nagakahitabo gayud niadtong higayona—ang lumalabay nga kasamok o kagubot sa kasamtangang kahimtang o okasyon.</w:t>
      </w:r>
    </w:p>
    <w:p>
      <w:pPr>
        <w:pStyle w:val="ArticleBody"/>
        <w:jc w:val="left"/>
      </w:pPr>
      <w:r>
        <w:rPr>
          <w:rFonts w:ascii="Times New Roman" w:hAnsi="Times New Roman" w:eastAsia="Times New Roman" w:cs="Times New Roman"/>
        </w:rPr>
        <w:t>Si Miller nag-ingon, “Unya, samtang iyang gihaplas ang abog ug ang mga sagbot, ang mga mini nga hiyas ug ang peke nga kuwarta, silang tanan mingsaka ug migawas sa bintana sama sa usa ka panganod, ug gidala sila sa hangin palayo. Diha sa kasaba gilukop ko ang akong mga mata sa makadiyot; sa akong pag-abli kanila, ang tanan nga basura nawala na.”</w:t>
      </w:r>
    </w:p>
    <w:p>
      <w:pPr>
        <w:pStyle w:val="ArticleBody"/>
        <w:jc w:val="left"/>
      </w:pPr>
      <w:r>
        <w:rPr>
          <w:rFonts w:ascii="Times New Roman" w:hAnsi="Times New Roman" w:eastAsia="Times New Roman" w:cs="Times New Roman"/>
        </w:rPr>
        <w:t>Ang “kaguliyang” nagtimaan sa duha ka punto diha sa damgo ni Miller; ang nahauna sa dihang ang panon nagkatag sa mga alahas, ug dayon sa dihang ang tawo nga may sipilyong pang-abog nag-abli sa mga bintana ug nagsugod sa pagsilhig paggawas sa mga mini nga alahas. Ang nahauna ug alpha nga kaguliyang mao ang pagtabon sa mga alahas ug ang ikaduha ug omega nga kaguliyang mao ang pagpahiuli sa mga alahas. Sulod nianang kaguliyang, gipiyong ni Miller ang iyang mga mata. Si Miller gipapahulay niadtong 1849, mao gayud ang punto sa dihang si Cristo nagbuklad pag-usab sa Iyang kamot sa ikaduhang higayon aron tigumon ang salin sa Iyang katawohan. Unya gipiyong ni Miller ang iyang mga mata, ug niadtong 1850 ang iyang mga kamatuoran gibutang pag-usab ibabaw sa usa ka lamesa ingon nga katumanan sa sugo ni Habakkuk sa pagsulat sa panan-awon ug sa paghimo niini nga matin-aw. Nianang panahona sa kaguliyang, gipiyong ni Miller ang iyang mga mata ug sa dihang siya nahigmata ang mga alahas anaa na sa proseso sa pagpahiuli.</w:t>
      </w:r>
    </w:p>
    <w:p>
      <w:pPr>
        <w:pStyle w:val="ArticleBody"/>
        <w:jc w:val="left"/>
      </w:pPr>
      <w:r>
        <w:rPr>
          <w:rFonts w:ascii="Times New Roman" w:hAnsi="Times New Roman" w:eastAsia="Times New Roman" w:cs="Times New Roman"/>
        </w:rPr>
        <w:t>Ang ikaduhang kalihokan diha sa iyang damgo mahitabo sa dihang ang bandila sa usa ka gatus ug kap-atan ug upat ka libo ginabanhaw, hinloan ug ginaputli ingon nga maong bandila nga giila ni Zacarias nga mga mutya sa ibabaw sa usa ka purongpurong.</w:t>
      </w:r>
    </w:p>
    <w:p>
      <w:pPr>
        <w:pStyle w:val="ArticleScripture"/>
        <w:jc w:val="left"/>
      </w:pPr>
      <w:r>
        <w:rPr>
          <w:rFonts w:ascii="Times New Roman" w:hAnsi="Times New Roman" w:eastAsia="Times New Roman" w:cs="Times New Roman"/>
        </w:rPr>
        <w:t>Ug ang Ginoo nga ilang Dios magluwas kanila niadtong adlawa ingon nga panon sa Iyang katawohan: kay sila maingon sa mga bato sa usa ka purongpurong, ginabayaw ingon nga bandila ibabaw sa Iyang yuta. Kay pagkadaku sa Iyang kaayo, ug pagkadaku sa Iyang katahom! Ang trigo makapahimuot sa mga batan-ong lalaki, ug ang bag-ong bino sa mga dalaga. Pangayo kamo sa Ginoo ug ulan sa panahon sa ulahing ulan; busa ang Ginoo magahimo ug masanag nga mga panganod, ug magahatag kanila ug mga taligsik sa ulan, sa matag-usa ug balili sa kapatagan. Kay ang mga larawan sa dios nagasulti ug kawang, ug ang mga manalagna nakakita ug bakak, ug nagsugilon ug mini nga mga damgo; sila nagalipay sa walay kapuslanan: busa sila nanglakaw ingon nga usa ka panon, sila gisamok, kay walay magbalantay. Ang Akong kasuko misilaob batok sa mga magbalantay, ug gisilotan Ko ang mga kanding nga lake: kay ang Ginoo sa mga panon miduaw sa Iyang panon, sa balay ni Juda, ug gihimo sila nga ingon sa Iyang matahum nga kabayo sa gubat. Zacarias 9:16–10:3.</w:t>
      </w:r>
    </w:p>
    <w:p>
      <w:pPr>
        <w:pStyle w:val="ArticleBody"/>
        <w:jc w:val="left"/>
      </w:pPr>
      <w:r>
        <w:rPr>
          <w:rFonts w:ascii="Times New Roman" w:hAnsi="Times New Roman" w:eastAsia="Times New Roman" w:cs="Times New Roman"/>
        </w:rPr>
        <w:t>Ang “panon sa Iyang katawhan” mao ang usa ka bandila ug usab mga bato (mga alahas) ibabaw sa usa ka purongpurong. Ang panon sa Iyang katawhan ginailhan sa panahon sa ulahing ulan, kay ang sugo mao ang pagpangayo sa ulahing ulan sa panahon sa ulahing ulan. Ang panon gitandi batok sa “panon” nga milakaw sa ilang kaugalingong dalan, imbis sa dalan sa karaang mga agianan ni Jeremias. Sa panahon sa ulahing ulan, ang mga alahas nga mao ang Iyang panon mahimong Iyang maanindot nga kabayo sa gubat. Kadtong “maanindot nga kabayo” mao ang simbahan nga madinaugon, nga gihulagway sa unang Cristohanong pangasaw-onon, gisimbolohan ni Pedro nga, ingon sa usa ka maputing kabayo sa panahon sa unang patik, migula nga nagadaug ug aron sa pagdaug.</w:t>
      </w:r>
    </w:p>
    <w:p>
      <w:pPr>
        <w:pStyle w:val="ArticleScripture"/>
        <w:jc w:val="left"/>
      </w:pPr>
      <w:r>
        <w:rPr>
          <w:rFonts w:ascii="Times New Roman" w:hAnsi="Times New Roman" w:eastAsia="Times New Roman" w:cs="Times New Roman"/>
        </w:rPr>
        <w:t>Ug nakita ko sa dihang giablihan sa Cordero ang usa sa mga patik, ug nadungog ko, daw ingon sa tingog sa dalugdog, ang usa sa upat ka buhing binuhat nga nagaingon: Umari ka ug tan-awa. Ug nakita ko, ug ania karon ang usa ka kabayo nga maputi: ug ang naglingkod kaniya may usa ka pana; ug gihatagan siya ug usa ka purongpurong: ug migula siya nga nagamadaugon, ug aron sa pagdaug. Pinadayag 6:1, 2.</w:t>
      </w:r>
    </w:p>
    <w:p>
      <w:pPr>
        <w:pStyle w:val="ArticleBody"/>
        <w:jc w:val="left"/>
      </w:pPr>
      <w:r>
        <w:rPr>
          <w:rFonts w:ascii="Times New Roman" w:hAnsi="Times New Roman" w:eastAsia="Times New Roman" w:cs="Times New Roman"/>
        </w:rPr>
        <w:t>Busa si Pedro mao ang simbolo sa unang Kristohanong iglesia sa mga apostoles sa panahon sa Pentecostal nga pagbubo sa ulan, ug ang simbolo sa ulahing Kristohanong iglesia sa panahon sa ulahing ulan, nga gitipoan daan pinaagi sa Pentecostal nga pagbubo.</w:t>
      </w:r>
    </w:p>
    <w:p>
      <w:pPr>
        <w:pStyle w:val="ArticleScripture"/>
        <w:jc w:val="left"/>
      </w:pPr>
      <w:r>
        <w:rPr>
          <w:rFonts w:ascii="Times New Roman" w:hAnsi="Times New Roman" w:eastAsia="Times New Roman" w:cs="Times New Roman"/>
        </w:rPr>
        <w:t>Ug nakita ko ang langit nga naablihan, ug ania karon, usa ka maputing kabayo; ug ang nagalingkod sa ibabaw niini ginganlan nga Matinumanon ug Matuod, ug diha sa pagkamatarong siya nagahukom ug nagapakiggubat. Ang iyang mga mata sama sa siga sa kalayo, ug sa iyang ulo dihay daghang mga purongpurong; ug siya may usa ka ngalan nga nahisulat, nga walay tawo nga nakaila, gawas sa iyang kaugalingon lamang. Ug siya gisul-oban ug usa ka bisti nga tinuslob sa dugo: ug ang iyang ngalan gitawag nga Ang Pulong sa Dios. Ug ang mga kasundalohan nga diha sa langit misunod kaniya ibabaw sa maputing mga kabayo, nga sinul-oban ug manipis nga lino, maputi ug hinlo. Pinadayag 19:11–14.</w:t>
      </w:r>
    </w:p>
    <w:p>
      <w:pPr>
        <w:pStyle w:val="ArticleBody"/>
        <w:jc w:val="left"/>
      </w:pPr>
      <w:r>
        <w:rPr>
          <w:rFonts w:ascii="Times New Roman" w:hAnsi="Times New Roman" w:eastAsia="Times New Roman" w:cs="Times New Roman"/>
        </w:rPr>
        <w:t>Ang mga puti nga kabayo nagrepresentar sa kasundalohan ni Cristo nga gibanhaw diha sa Ezekiel 37, ug sila mao ang iglesia nga madaugon, ug sila mao ang mga bato sa usa ka purongpurong, kay si Cristo magapahimutang sa Iyang gingharian sa himaya sa panahon sa ulahing ulan. Ingon nga mga representante sa Iyang gingharian, ang usa ka gatus ug kap-atan ug upat ka libo mao ang mga mutya sa ibabaw sa purongpurong nga mao ang simbolo sa gingharian nga Iyang madawat sa pagtapos sa 2,300 ka adlaw, nga mao ang Oktubre 22, 1844 ug mahitabo pag-usab sa balaod sa Dominggo. Kana nga gingharian sa puti nga mga kabayo pagatukoron sa panahon sa ulahing ulan, sa dihang pagabuksan ang mga tamboanan sa langit, kay nakita ni Juan ang puti nga kabayo sa dihang ang langit naablihan.</w:t>
      </w:r>
    </w:p>
    <w:p>
      <w:pPr>
        <w:pStyle w:val="ArticleBody"/>
        <w:jc w:val="left"/>
      </w:pPr>
      <w:r>
        <w:rPr>
          <w:rFonts w:ascii="Times New Roman" w:hAnsi="Times New Roman" w:eastAsia="Times New Roman" w:cs="Times New Roman"/>
        </w:rPr>
        <w:t>Sa alpha nga kaguliyang niadtong 1849, gipiyong ni Miller ang iyang mga mata sa kamatayon sulod sa hamubo nga gutlo. Si Miller mao si Elijah, ug si Elijah namatay niadtong Hulyo 18, 2020, ug mihigda siya sa dalan sulod sa 1,260 ka adlaw hangtod nga miabot siya sa omega nga kaguliyang ug unya gipukaw. Ang iyang pagpukaw gimarkahan nga miabot sa dihang giablihan sa tawo nga tig-brush sa abog ang bintana sa langit aron pagsilhigon ang mga basura. Ang kasundalohan sa mapuputing mga kabayo ginabanhaw sa dihang giablihan ang bintana sa langit, ug sa dihang mahitabo kana, mailhan ang pagkabahin sa tinuod ug bakak. Kining pagkabahin usab gipaila sa basahon ni Malachi.</w:t>
      </w:r>
    </w:p>
    <w:p>
      <w:pPr>
        <w:pStyle w:val="ArticleScripture"/>
        <w:jc w:val="left"/>
      </w:pPr>
      <w:r>
        <w:rPr>
          <w:rFonts w:ascii="Times New Roman" w:hAnsi="Times New Roman" w:eastAsia="Times New Roman" w:cs="Times New Roman"/>
        </w:rPr>
        <w:t>Dad-a ninyo ang tanang mga ikapulo ngadto sa tipiganan, aron adunay pagkaon sa akong balay, ug sulayi ako karon pinaagi niini, nagaingon ang Ginoo sa mga panon, kon dili ba ablihan ko alang kaninyo ang mga bintana sa langit, ug ibubo ko kaninyo ang usa ka panalangin, nga wala nay igong luna aron madawat kini. Malakias 3:10.</w:t>
      </w:r>
    </w:p>
    <w:p>
      <w:pPr>
        <w:pStyle w:val="ArticleBody"/>
        <w:jc w:val="left"/>
      </w:pPr>
      <w:r>
        <w:rPr>
          <w:rFonts w:ascii="Times New Roman" w:hAnsi="Times New Roman" w:eastAsia="Times New Roman" w:cs="Times New Roman"/>
        </w:rPr>
        <w:t>Ang mga espiritu sa mga propeta mapailalom sa mga propeta, ug si Juan diha sa Pinadayag, ang damgo ni Miller ug si Malakias naghatag ug tulo ka mga saksi mahitungod sa panahon sa dihang ang mga tamboanan sa langit pagaablihan. Sa damgo ni Miller, kini anaa sa omega sa tawag nga “umari ug tan-awa.” Ang kasamok sa alpha mao ang panahon sa dihang nagsugod ang pagkakatag, ug ang omega mao ang panahon sa dihang nagsugod ang pagpundok.</w:t>
      </w:r>
    </w:p>
    <w:p>
      <w:pPr>
        <w:pStyle w:val="ArticleBody"/>
        <w:jc w:val="left"/>
      </w:pPr>
      <w:r>
        <w:rPr>
          <w:rFonts w:ascii="Times New Roman" w:hAnsi="Times New Roman" w:eastAsia="Times New Roman" w:cs="Times New Roman"/>
        </w:rPr>
        <w:t>Sa dili pa kita mopadayon sa dugang pang bahin sa damgo ni Miller, buot natong iapil ang komentaryo ni James White mahitungod sa maong damgo. Giila ni James White ang tinuod nga mga alahas ingon nga tinuod nga katawohan sa Dios, ug ang peke nga mga alahas ingon nga mga daotan. Ako nagaila sa mga alahas ingon nga mga kamatuoran nga gitandi batok sa kasaypanan. Ang mga alahas ug ang peke nga mga alahas mao ang mensahe ug ang mga mensahero nga gitandi batok sa kasaypanan ug sa mini nga mga mensahero.</w:t>
      </w:r>
    </w:p>
    <w:p>
      <w:pPr>
        <w:pStyle w:val="ArticleScripture"/>
        <w:jc w:val="left"/>
      </w:pPr>
      <w:r>
        <w:rPr>
          <w:rFonts w:ascii="Times New Roman" w:hAnsi="Times New Roman" w:eastAsia="Times New Roman" w:cs="Times New Roman"/>
        </w:rPr>
        <w:t>“ANG DAMGO NI IGSOONG MILLER I saw a large company who were all striving to go in by a narrow gate. They came from various directions and looked travel-worn and weary. Some looked successful in obtaining the object of their pursuit. They had entered the gate and reached the end of the path. Here they appeared to feel no disappointment in obtaining all they expected to realize when they first started out on the path. Here they found Jesus and all that they had expected and much more. They looked with amazement, saying: ‘Who would have thought all this waiting and watching was to end in such glory?’ Their countenances all shone with holy joy, and as they cast their eyes over the glory before them, they saw all that could satisfy every desire of the soul and here in this place all looked happy and perfectly satisfied. Nakita ko ang usa ka dakong panon nga ang tanan naningkamot sa pagsulod pinaagi sa usa ka pig-ot nga ganghaan. Nanganhi sila gikan sa nagkalainlaing mga dapit ug mitan-aw nga gisul-ob sa panaw ug gikapoy. Ang uban daw nagmalampuson sa pagkab-ot sa tumong sa ilang gipangita. Misulod sila sa ganghaan ug miabot sa kinatumyan sa dalan. Dinhi sila daw wala mobati ug kapakyasan sa pagdawat sa tanan nga ilang gilaoman nga maangkon sa dihang una silang misugod sa dalan. Dinhi ilang nakita si Jesus ug ang tanan nga ilang gilaoman, ug labi pa gayud niana. Mitan-aw sila uban sa katingala, nga nagaingon: ‘Kinsay makahunahuna nga kining tanang paghulat ug pagbantay matapos diay sa ingon nianang himaya?’ Ang ilang mga dagway nangdan-ag sa balaang kalipay, ug sa ilang pagtan-aw sa himaya nga anaa sa ilang atubangan, nakita nila ang tanan nga makapatagbaw sa matag tinguha sa kalag; ug dinhi niining dapita ang tanan daw malipayon ug hingpit nga natagbaw. But there was another company who thought they had also entered in by the gate and traveled the path to the end. They had indulged in many pleasant meditations in reference to the glory and happiness beyond and had rejoiced in the confident hope of obtaining all they had desired. They thought to behold the glories within and enjoy all there was there. But they had entered by another gate and traveled another path. They were not with the first company and they had gone in another direction, yet they expected to realize all that the first company had received. But in the end they were bitterly disappointed. They did not reach the city and they could not find Jesus. The path they had traveled was broad and all rough and full of dangers. They reached the end, but all they found was only the blackness of darkness. They then saw their sad mistake, and with heavy hearts and weeping eyes they looked at the happy company and saw all they had lost, and all this, thought they, we have lost by not entering at the strait gate and walking in the narrow way. Said the angel to me, ‘This company have all “run well.” “What did hinder” them that they should not obey the truth? They have all walked after the imagination of their own hearts and have failed to walk in God’s way. In consequence of this they have not reached the glory that was to be revealed and have become partakers of all this misery and blackness by following this broad path.’ Apan may laing panon nga naghunahuna nga sila usab nakasulod pinaagi sa ganghaan ug miagi sa dalan hangtod sa kinatumyan. Nagpatuyang sila sa daghang makalilipay nga mga pagpamalandong mahitungod sa himaya ug kalipay sa unahan, ug nagmaya sa masaligon nga paglaum sa pag-angkon sa tanan nga ilang gitinguha. Naghunahuna sila nga makita nila ang mga himaya sa sulod ug makatagamtam sa tanan nga anaa didto. Apan misulod sila pinaagi sa laing ganghaan ug miagi sa laing dalan. Wala sila kauban sa unang panon, ug miadto sila sa laing direksyon, apan gilaoman nila nga maangkon ang tanan nga nadawat sa unang panon. Apan sa katapusan sila napait nga napakyas. Wala sila makaabot sa siyudad ug wala nila hikaplagi si Jesus. Ang dalan nga ilang giagian lapad ug tibuok magaspang ug puno sa mga kakuyaw. Miabot sila sa kinatumyan, apan ang tanan nga ilang hingkaplagan mao lamang ang kangitngit sa kangitngit. Unya ilang nakita ang ilang makasubo nga sayop, ug uban sa bug-at nga mga kasingkasing ug naghilak nga mga mata mitan-aw sila sa malipayon nga panon ug nakita ang tanan nga ilang nawala; ug kining tanan, naghunahuna sila, nawala namo tungod kay wala kami mosulod pinaagi sa hiktin nga ganghaan ug wala molakaw sa pig-ot nga dalan. Miingon kanako ang manulonda, ‘Kining panona silang tanan “midagan nga maayo.” “Unsa man ang nakapugong” kanila aron dili sila motuman sa kamatuoran? Silang tanan naglakaw sumala sa handurawan sa ilang kaugalingong mga kasingkasing ug napakyas sa paglakaw sa dalan sa Dios. Tungod niini wala sila makaabot sa himaya nga igapadayag unta ug nahimong mga umalambit sa tanan kining kaguol ug kangitngit pinaagi sa pagsunod niining lapad nga dalan.’</w:t>
      </w:r>
    </w:p>
    <w:p>
      <w:pPr>
        <w:pStyle w:val="ArticleScripture"/>
        <w:jc w:val="left"/>
      </w:pPr>
      <w:r>
        <w:rPr>
          <w:rFonts w:ascii="Times New Roman" w:hAnsi="Times New Roman" w:eastAsia="Times New Roman" w:cs="Times New Roman"/>
        </w:rPr>
        <w:t>“Ang mosunod nga damgo gimantala sa Advent Herald, kapin na sa duha ka tuig ang milabay. Unya akong nakita nga kini sa tin-aw nagtimaan sa among miaging kasinatian bahin sa ikaduhang pag-anhi, ug nga gihatag sa Dios ang damgo alang sa kaayohan sa nagkatibulaag nga panon.</w:t>
      </w:r>
    </w:p>
    <w:p>
      <w:pPr>
        <w:pStyle w:val="ArticleScripture"/>
        <w:jc w:val="left"/>
      </w:pPr>
      <w:r>
        <w:rPr>
          <w:rFonts w:ascii="Times New Roman" w:hAnsi="Times New Roman" w:eastAsia="Times New Roman" w:cs="Times New Roman"/>
        </w:rPr>
        <w:t>“Taliwala sa mga ilhanan sa nagkaduol nga pag-abot sa daku ug makalilisang nga adlaw sa Ginoo, gibutang sa Dios ang mga damgo. Tan-awa ang Joel 2:28–31; Mga Buhat 2:17–20. Ang mga damgo mahimong moabot sa tulo ka paagi; una, ‘tungod sa kadaghan sa mga buluhaton.’ Tan-awa ang Ecclesiastes 5:3. Ikaduha, kadtong anaa sa ilalom sa mahugaw nga espiritu ug paglimbong ni Satanas, mahimong makabaton ug mga damgo pinaagi sa iyang impluwensiya. Tan-awa ang Deuteronomy 8:1–5; Jeremias 23:25–28; 27:9; 29:8; Zacarias 10:2; Judas 8. Ug ikatulo, ang Dios sa kanunay nagtudlo, ug nagatudlo pa usab karon sa iyang katawhan sa mas dako o mas gamay nga sukod pinaagi sa mga damgo, nga moabot pinaagi sa paglihok sa mga manulonda ug sa Espiritu Santo. Kadtong nagabarog diha sa hayag ug tin-aw nga kahayag sa kamatuoran makaila sa dihang ang Dios mohatag kanila ug damgo; ug ang ingon kanila dili malimbongan ni dili mapasalaag pinaagi sa mini nga mga damgo.”</w:t>
      </w:r>
    </w:p>
    <w:p>
      <w:pPr>
        <w:pStyle w:val="ArticleScripture"/>
        <w:jc w:val="left"/>
      </w:pPr>
      <w:r>
        <w:rPr>
          <w:rFonts w:ascii="Times New Roman" w:hAnsi="Times New Roman" w:eastAsia="Times New Roman" w:cs="Times New Roman"/>
        </w:rPr>
        <w:t>“‘Ug siya miingon, Pamati karon sa akong mga pulong; kon adunay usa ka manalagna tali kaninyo, ako, ang Ginoo, magapaila sa akong kaugalingon kaniya pinaagi sa usa ka panan-awon, ug mosulti kaniya pinaagi sa usa ka damgo.’ Numeros 12:6. Miingon si Jacob, ‘Ang manulonda sa Ginoo misulti kanako pinaagi sa usa ka damgo.’ Genesis 31:2. ‘Ug ang Dios miadto kang Laban nga Siryanhon pinaagi sa usa ka damgo sa kagabhion.’ Genesis 31:24. Basaha ang mga damgo ni Jose, [Genesis 37:5–9,] ug unya ang makapainteres nga sugilanon sa ilang katumanan didto sa Ehipto. ‘Didto sa Gibeon ang Ginoo mipakita kang Solomon pinaagi sa usa ka damgo sa kagabhion.’ 1 Mga Hari 3:55. Ang daku ug mahinungdanong larawan sa ikaduhang kapitulo sa Daniel gihatag pinaagi sa usa ka damgo, ingon man usab ang upat ka mapintas nga mananap, ug uban pa, sa ikapitong kapitulo. Sa dihang nangita si Herodes sa paglaglag sa masuso nga Manluluwas, si Jose gipasidan-an pinaagi sa usa ka damgo nga mokalagiw ngadto sa Ehipto. Mateo 2:13.</w:t>
      </w:r>
    </w:p>
    <w:p>
      <w:pPr>
        <w:pStyle w:val="ArticleScripture"/>
        <w:jc w:val="left"/>
      </w:pPr>
      <w:r>
        <w:rPr>
          <w:rFonts w:ascii="Times New Roman" w:hAnsi="Times New Roman" w:eastAsia="Times New Roman" w:cs="Times New Roman"/>
        </w:rPr>
        <w:t>“‘Ug mahitabo sa KATAPUSANG MGA ADLAW, nagaingon ang Dios, nga ibubo Ko ang Akong Espiritu ibabaw sa tanang unod: ug ang inyong mga anak nga lalake ug ang inyong mga anak nga babaye managna, ug ang inyong mga batan-ong lalake makakita ug mga panan-awon, ug ang inyong mga tigulang magadamgo ug mga damgo.’ Mga Buhat 2:17.</w:t>
      </w:r>
    </w:p>
    <w:p>
      <w:pPr>
        <w:pStyle w:val="ArticleScripture"/>
        <w:jc w:val="left"/>
      </w:pPr>
      <w:r>
        <w:rPr>
          <w:rFonts w:ascii="Times New Roman" w:hAnsi="Times New Roman" w:eastAsia="Times New Roman" w:cs="Times New Roman"/>
        </w:rPr>
        <w:t>“Ang gasa sa pagpanagna, pinaagi sa mga damgo ug mga panan-awon, dinhi mao ang bunga sa Espiritu Santo, ug sa kaulahiang mga adlaw igapadayag kini sa igo nga paagi aron mahimong usa ka timaan. Usa kini sa mga gasa sa iglesia sa ebanghelyo.</w:t>
      </w:r>
    </w:p>
    <w:p>
      <w:pPr>
        <w:pStyle w:val="ArticleScripture"/>
        <w:jc w:val="left"/>
      </w:pPr>
      <w:r>
        <w:rPr>
          <w:rFonts w:ascii="Times New Roman" w:hAnsi="Times New Roman" w:eastAsia="Times New Roman" w:cs="Times New Roman"/>
        </w:rPr>
        <w:t>“‘Ug siya mihatag sa pipila nga mga apostol; ug sa pipila nga mga PROPETA; ug sa pipila nga mga ebanghelista; ug sa pipila nga mga pastor ug mga magtutudlo; Alang sa paghingpit sa mga balaan, alang sa buhat sa ministeryo, alang sa pagpatubo sa lawas ni Cristo.’ Efeso 4:11, 12.</w:t>
      </w:r>
    </w:p>
    <w:p>
      <w:pPr>
        <w:pStyle w:val="ArticleScripture"/>
        <w:jc w:val="left"/>
      </w:pPr>
      <w:r>
        <w:rPr>
          <w:rFonts w:ascii="Times New Roman" w:hAnsi="Times New Roman" w:eastAsia="Times New Roman" w:cs="Times New Roman"/>
        </w:rPr>
        <w:t>“‘Ug ang Dios nagbutang ug pipila diha sa iglesia, una, mga apostoles; ikaduha, mga PROPETA,’ ug uban pa. 1 Corinto 12:28. ‘Ayaw pagtamaya ang mga PAGPANAGNA.’ 1 Tesalonica 5:20. Tan-awa usab ang Mga Buhat 13:1; 21:9; Roma 7:6; 1 Corinto 14:1, 24, 39. Ang mga propeta o mga pagpanagna alang sa pagpalig-on sa iglesia ni Cristo; ug walay ikapamatuod nga mahimong ipagula gikan sa pulong sa Dios nga sila pagahunongon sa wala pa pagahunongon ang mga ebanghelista, mga magbalantay, ug mga magtutudlo. Apan moingon ang mosupak, ‘Daghan kaayo ang bakak nga mga panan-awon ug mga damgo nga dili ako makasalig sa bisan unsang butang nga ingon niana.’ Tinuod nga si Satanas adunay iyang peke. Kanunay siyang adunay mga bakak nga propeta, ug sa pagkatinuod mahimo kitang magpaabut kanila karon niining iyang ulahing takna sa paglimbong ug pagdaug. Kadtong mosalikway sa maong espesyal nga mga pagpadayag tungod kay anaa ang peke, mahimo usab nga may mao ra nga katarungan nga molabaw pa ug gamay ug molimod nga ang Dios sukad nagpadayag sa iyang kaugalingon ngadto sa tawo pinaagi sa usa ka damgo o usa ka panan-awon, kay ang peke kanunay nang anaa.”</w:t>
      </w:r>
    </w:p>
    <w:p>
      <w:pPr>
        <w:pStyle w:val="ArticleScripture"/>
        <w:jc w:val="left"/>
      </w:pPr>
      <w:r>
        <w:rPr>
          <w:rFonts w:ascii="Times New Roman" w:hAnsi="Times New Roman" w:eastAsia="Times New Roman" w:cs="Times New Roman"/>
        </w:rPr>
        <w:t>“Ang mga damgo ug mga panan-awon mao ang paagi diin ang Dios nagpadayag sa Iyang kaugalingon ngadto sa tawo. Pinaagi niini nga paagi Siya misulti ngadto sa mga propeta; Iyang gibutang ang gasa sa pagpanagna taliwala sa mga gasa sa iglesia sa ebanghelyo, ug gilakip ang mga damgo ug mga panan-awon uban sa ubang mga ilhanan sa ‘ULAHING MGA ADLAW.’ Amen.</w:t>
      </w:r>
    </w:p>
    <w:p>
      <w:pPr>
        <w:pStyle w:val="ArticleScripture"/>
        <w:jc w:val="left"/>
      </w:pPr>
      <w:r>
        <w:rPr>
          <w:rFonts w:ascii="Times New Roman" w:hAnsi="Times New Roman" w:eastAsia="Times New Roman" w:cs="Times New Roman"/>
        </w:rPr>
        <w:t>“Ang akong katuyoan sa mga pahayag sa ibabaw mao ang pagwagtang sa mga pagsupak sa paagi nga sumala sa Kasulatan, ug sa pag-andam sa hunahuna sa magbabasa alang sa mosunod.</w:t>
      </w:r>
    </w:p>
    <w:p>
      <w:pPr>
        <w:pStyle w:val="ArticleScripture"/>
        <w:jc w:val="left"/>
      </w:pPr>
      <w:r>
        <w:rPr>
          <w:rFonts w:ascii="Times New Roman" w:hAnsi="Times New Roman" w:eastAsia="Times New Roman" w:cs="Times New Roman"/>
        </w:rPr>
        <w:t>“WM. MILLER,</w:t>
      </w:r>
    </w:p>
    <w:p>
      <w:pPr>
        <w:pStyle w:val="ArticleScripture"/>
        <w:jc w:val="left"/>
      </w:pPr>
      <w:r>
        <w:rPr>
          <w:rFonts w:ascii="Times New Roman" w:hAnsi="Times New Roman" w:eastAsia="Times New Roman" w:cs="Times New Roman"/>
        </w:rPr>
        <w:t>“Low Hampton, N. Y. Dis. 3, 1847.” James White, Ang Damgo ni Igsoon nga si Miller, 1–6.</w:t>
      </w:r>
    </w:p>
    <w:p>
      <w:pPr>
        <w:pStyle w:val="ArticleScripture"/>
        <w:jc w:val="left"/>
      </w:pPr>
      <w:r>
        <w:rPr>
          <w:rFonts w:ascii="Times New Roman" w:hAnsi="Times New Roman" w:eastAsia="Times New Roman" w:cs="Times New Roman"/>
        </w:rPr>
        <w:t>“1. Ang ‘kabaong’ nagrepresentar sa dagkong mga kamatuoran sa Biblia, may kalabutan sa ikaduhang pag-anhi sa atong Ginoong Jesu-Cristo, nga gihatag kang Igsoon Miller aron imantala sa kalibotan.</w:t>
      </w:r>
    </w:p>
    <w:p>
      <w:pPr>
        <w:pStyle w:val="ArticleScripture"/>
        <w:jc w:val="left"/>
      </w:pPr>
      <w:r>
        <w:rPr>
          <w:rFonts w:ascii="Times New Roman" w:hAnsi="Times New Roman" w:eastAsia="Times New Roman" w:cs="Times New Roman"/>
        </w:rPr>
        <w:t>“2. Ang ‘yawe nga nadugtong’ mao ang iyang paagi sa paghubad sa pulong nga profesiya—ang pagtandi sa kasulatan ngadto sa kasulatan—ang Biblia mao ang iyang kaugalingong maghuhubad. Pinaagi niini nga yawe giablihan ni Igsoon Miller ang ‘kaha,’ o ang dakong kamatuoran sa pag-anhi ngadto sa kalibotan.</w:t>
      </w:r>
    </w:p>
    <w:p>
      <w:pPr>
        <w:pStyle w:val="ArticleScripture"/>
        <w:jc w:val="left"/>
      </w:pPr>
      <w:r>
        <w:rPr>
          <w:rFonts w:ascii="Times New Roman" w:hAnsi="Times New Roman" w:eastAsia="Times New Roman" w:cs="Times New Roman"/>
        </w:rPr>
        <w:t>“3. Ang mga ‘mutya, diamante, ug uban pa’ nga ‘sa tanang matang ug gidak-on’ ug ‘matahum kaayong napahimutang sa ilang tagsatagsa ka dapit sulod sa kahon’ nagrepresentar sa mga anak sa Dios, [Malakias 3:17,] gikan sa tanang mga iglesia, ug gikan sa halos matag kahimtang, ug kahimtang sa kinabuhi, nga midawat sa pagtuo sa pag-anhi, ug nakita nga mibarog nga maisugon sa ilang tagsatagsa ka katungdanan, alang sa balaang buluhaton sa kamatuoran. Samtang nagalihok niini nga han-ay, ang matag usa nagtuman sa iyang kaugalingong katungdanan, ug naglakaw nga mapainubsanon sa atubangan sa Dios, ‘sila nagpasidlak ug kahayag ug himaya’ ngadto sa kalibotan, nga ang kapariho lamang mao ang iglesia sa mga adlaw sa mga apostoles. Ang mensahe, [Pinadayag 14:6,7,] miadto, daw ingon niini, ibabaw sa mga pako sa hangin, ug ang pagdapit, ‘Umari kamo, kay ang tanang butang andam na karon,’ [Lucas 14:17.] mikaylap uban ang gahum ug bisa.”</w:t>
      </w:r>
    </w:p>
    <w:p>
      <w:pPr>
        <w:pStyle w:val="ArticleScripture"/>
        <w:jc w:val="left"/>
      </w:pPr>
      <w:r>
        <w:rPr>
          <w:rFonts w:ascii="Times New Roman" w:hAnsi="Times New Roman" w:eastAsia="Times New Roman" w:cs="Times New Roman"/>
        </w:rPr>
        <w:t>“4. ‘Ang mga tawo misugod sa pag-abot, sa sinugdan diyutay ra ang gidaghanon, apan midaghan hangtod nahimong panon.’ Sa dihang ang doktrina sa pag-abot unang giwali ni Igsoong Miller, ug sa pipila lamang ka uban pa, diyutay ra kaayo ang epekto niini, ug diyutay ra usab kaayo ang nahigmata tungod niini; apan sukad sa 1840 hangtod sa 1844, bisan asa kini giwali, ang tibuok katilingban napukaw.</w:t>
      </w:r>
    </w:p>
    <w:p>
      <w:pPr>
        <w:pStyle w:val="ArticleScripture"/>
        <w:jc w:val="left"/>
      </w:pPr>
      <w:r>
        <w:rPr>
          <w:rFonts w:ascii="Times New Roman" w:hAnsi="Times New Roman" w:eastAsia="Times New Roman" w:cs="Times New Roman"/>
        </w:rPr>
        <w:t>“5. Sa dihang ang nagalupad nga manulonda [Pinadayag 14:6–7] unang misugod sa pagwali sa walay-katapusang maayong balita, ‘Kahadloki ninyo ang Dios, ug ihatag kaniya ang himaya; kay miabut na ang takna sa iyang paghukom,’ daghan ang misinggit sa kalipay tungod sa pagtan-aw sa pag-abot ni Jesus, ug sa pagpasig-uli, nga sa ulahi mingsupak, mingtamay, ug mibiaybiay sa kamatuoran nga sa hamubong panahon kaniadto maoy nagpuno kanila sa kalipay. Gisamok nila ug gipatibulaag ang mga hiyas. Kini nagdala kanato ngadto sa tinghunlak sa 1844, sa dihang ang panahon sa pagkatibulaag misugod na.”</w:t>
      </w:r>
    </w:p>
    <w:p>
      <w:pPr>
        <w:pStyle w:val="ArticleScripture"/>
        <w:jc w:val="left"/>
      </w:pPr>
      <w:r>
        <w:rPr>
          <w:rFonts w:ascii="Times New Roman" w:hAnsi="Times New Roman" w:eastAsia="Times New Roman" w:cs="Times New Roman"/>
        </w:rPr>
        <w:t>“Timan-i kini: kadto mao ang mga kaniadto ‘misinggit sa kalipay’ nga nakasamok ug nakapatibulaag sa mga mutya. Ug walay lain nga mas epektibong nakapatibulaag sa panon, ug nakapahisalaag kanila sukad pa niadtong 1844, kay sa mga kaniadto nagwali sa kamatuoran, ug nagmaya diha niini; apan sukad niadto ilang gilimod ang buhat sa Dios, ug ang katumanan sa tagna sa atong nangaging kasinatian sa pag-anhi.</w:t>
      </w:r>
    </w:p>
    <w:p>
      <w:pPr>
        <w:pStyle w:val="ArticleScripture"/>
        <w:jc w:val="left"/>
      </w:pPr>
      <w:r>
        <w:rPr>
          <w:rFonts w:ascii="Times New Roman" w:hAnsi="Times New Roman" w:eastAsia="Times New Roman" w:cs="Times New Roman"/>
        </w:rPr>
        <w:t>“6. Ang ‘mini nga mga mutya ug peke nga sensilyo’ nga nagkatag taliwala sa mga tinuod, sa tin-aw nagrepresentar sa mini nga mga kinabig, o ‘mga dumuloong nga anak,’ [Hosea 5:7] sukad nga ang pultahan gitak-op sa 1844.</w:t>
      </w:r>
    </w:p>
    <w:p>
      <w:pPr>
        <w:pStyle w:val="ArticleScripture"/>
        <w:jc w:val="left"/>
      </w:pPr>
      <w:r>
        <w:rPr>
          <w:rFonts w:ascii="Times New Roman" w:hAnsi="Times New Roman" w:eastAsia="Times New Roman" w:cs="Times New Roman"/>
        </w:rPr>
        <w:t>“7. Ang ‘hugaw ug mga tipak, balas ug tanang matang sa basura,’ nagrepresentar sa nagkalainlain ug daghang mga kasaypanan nga nasulod taliwala sa mga magtutuo sa ikaduhang pag-anhi, sukad sa tinghunlak sa 1844. Dinhi akong hisgutan ang pipila kanila.</w:t>
      </w:r>
    </w:p>
    <w:p>
      <w:pPr>
        <w:pStyle w:val="ArticleScripture"/>
        <w:jc w:val="left"/>
      </w:pPr>
      <w:r>
        <w:rPr>
          <w:rFonts w:ascii="Times New Roman" w:hAnsi="Times New Roman" w:eastAsia="Times New Roman" w:cs="Times New Roman"/>
        </w:rPr>
        <w:t>“1. Ang baruganan nga mapahitas-on nga gikuha sa pipila sa mga ‘magbalantay’ dihadiha human mahatag ang singgit sa Tungang Gabii, nga ang mapinasidungganong makahilis nga gahum sa Espiritu Santo nga nag-uban sa kalihokan sa ikapitong bulan usa lamang ka mesmerikong impluwensiya. Si George Storrs usa sa unang mikuha niini nga baruganan. Tan-awa ang iyang mga sinulat sa ulahing bahin sa 1844, sa Midnight-Cry, nga niadtong panahona gipatik sa Dakbayan sa New York. Si J. V. Himes, sa Albany Conference sa tingpamulak sa 1845, miingon nga ang kalihokan sa ikapitong bulan nakapamunga ug mesmerismo nga pito ka tiil ang giladmon. Kini gisugilon kanako sa usa nga didto mitambong ug nakadungog sa maong pamulong. Ang uban nga may aktibong bahin sa singgit sa ikapitong bulan, sukad niadto nagpahayag nga kana nga kalihokan mao ang buhat sa Yawa. Ang pagpasangil sa buhat ni Cristo ug sa Espiritu Santo ngadto sa Yawa sa mga adlaw sa atong Manluluwas, pagpasipala kadto, ug pagpasipala usab kini karon. 2. Ang daghang mga pagsulay mahitungod sa tino nga panahon. Sukad nga ang 2300 ka adlaw natapos sa 1844, daghan nang mga panahon ang gitakda sa nagkalainlaing mga tawo alang sa ilang katapusan. Sa pagbuhat niini ilang gibalhin ang mga ‘timaan sa utlanan,’ ug ilang gitabonan sa kangitngit ug pagduhaduha ang tibuok kalihokan sa pag-anhi. 3. Ang Espirituwalismo uban sa tanan niyang mga handurawan ug mga kalapasan. Kining limbong sa Yawa, nga nakahimo ug makalilisang nga buhat sa kamatayon, hingpit gayud nga gihulagway pinaagi sa ‘mga kinayas,’ ug ‘tanang matang sa basura.’ Daghan niadtong miinom sa hilo sa espirituwalismo miila sa kamatuoran sa atong nangaging kasinatian sa pag-anhi, ug tungod niini nga kamatuoran daghan ang napatuo nga ang espirituwalismo mao ang natural nga bunga sa pagtuo nga ang Dios maoy nangulo sa dagkong mga kalihokan sa pag-anhi sa 1843 ug 1844. Si Pedro, sa pagsulti mahitungod kanila nga ‘magpasulod ug malaglagong mga erehiya, bisan pa sa paglimod sa Ginoo nga nagpalit kanila,’ nagaingon, ‘TUNGOD KANILA ANG DALAN SA KAMATUORAN PAGASULTIHAN SA DAUTAN.’ 4. Si S. S. Snow nga nag-angkon nga siya mao si ‘Elias nga Manalagna.’ Kining tawhana, sa iyang katingad-an ug ihalas nga pagpanaw, naghimo usab sa iyang bahin niining buhat sa kamatayon, ug ang iyang pamaagi adunay kalagmitan sa pagdala sa tinuod nga baruganan alang sa mga santos nga nagpaabot ngadto sa pagkatalamayon, diha sa mga hunahuna sa daghang matinud-anong mga kalag.”</w:t>
      </w:r>
    </w:p>
    <w:p>
      <w:pPr>
        <w:pStyle w:val="ArticleScripture"/>
        <w:jc w:val="left"/>
      </w:pPr>
      <w:r>
        <w:rPr>
          <w:rFonts w:ascii="Times New Roman" w:hAnsi="Times New Roman" w:eastAsia="Times New Roman" w:cs="Times New Roman"/>
        </w:rPr>
        <w:t>“Nianang katalogo sa mga kasaypanan, makadugang pa unta ako ug daghan pa, sama sa ‘usa ka libo ka tuig’ sa Pinadayag 20:4, 7, nga gibutang sa nangagi, ang 144,000 sa Pinadayag 7:4; 14:1, kadtong ‘nanindog ug migula gikan sa mga lubnganan’ human sa pagkabanhaw ni Cristo, ang doktrina sa dili pagtrabaho, ang doktrina sa pagkalaglag sa mga masuso, ug uban pa, ug uban pa. Kining mga kasaypanan gipanagtag sa hilabihan ka makugihong paagi, ug gipugsanon ngadto sa nagpaabot nga panon, nga sa panahon nga si Igsoon nga si Miller nakabaton sa damgo ang tinuod nga mga hiyas ‘gitago gikan sa pagtan-aw,’ ug ang mga pulong sa propeta maoy angay iangay—‘Ug ang paghukom gipabalik ngadto sa luyo, ug ang hustisya nagtindog sa halayo,’ ug uban pa, ug uban pa. Tan-awa ang Isaias 56:14.”</w:t>
      </w:r>
    </w:p>
    <w:p>
      <w:pPr>
        <w:pStyle w:val="ArticleScripture"/>
        <w:jc w:val="left"/>
      </w:pPr>
      <w:r>
        <w:rPr>
          <w:rFonts w:ascii="Times New Roman" w:hAnsi="Times New Roman" w:eastAsia="Times New Roman" w:cs="Times New Roman"/>
        </w:rPr>
        <w:t>“Nianang panahona walay bisan usa ka mantalaang Advent sa yuta nga nanalipod sa maong kawsa sa karon nga kamatuoran. Ang ‘Day-Dawn’ mao ang ulahi nga nanalipod sa matuod nga baruganan sa gamayng panon; apan kana namatay pipila ka mga bulan sa wala pa gihatag sa Ginoo kang Igsoong Miller kining damgoha; ug sa iyang katapusang naghimalatyon nga pakigbisog, gitudlo niini ang gikapuyan ug nagapanghupaw nga mga balaan ngadto sa 1877, nga niadtong panahona traynta pa ka tuig sa umaabot, ingon nga panahon sa ilang katapusang kaluwasan. Alaut! alaut! Dili katingad-an nga si Igsoong Miller sa iyang damgo, ‘milingkod ug mihilak’ tungod niining masulob-ong kahimtanga sa mga butang.”</w:t>
      </w:r>
    </w:p>
    <w:p>
      <w:pPr>
        <w:pStyle w:val="ArticleScripture"/>
        <w:jc w:val="left"/>
      </w:pPr>
      <w:r>
        <w:rPr>
          <w:rFonts w:ascii="Times New Roman" w:hAnsi="Times New Roman" w:eastAsia="Times New Roman" w:cs="Times New Roman"/>
        </w:rPr>
        <w:t>“8. Ang kahon, nagrepresentar sa kamatuoran sa pag-abot nga gimantala ni Igsoon nga Miller ngadto sa kalibotan, sumala sa gilatid sa sambingay sa napulo ka ulay. Mateo 25:1–11. Una ang panahon, 1843, ikaduha, ang panahon sa paglangan, ikatulo ang singgit sa tungang gabii, sa ikapitong bulan, 1844, ug ikaupat, ang siradong pultahan. Walay bisan kinsa nga nakabasa sa mga pamantalaan sa Ikaduhang Pag-abot sukad sa 1843, ang molimod nga si Igsoon nga Miller mipasiugda niining upat ka mahinungdanong mga punto sa kasaysayan sa pag-abot. Kining mahiuyong sistema sa kamatuoran o ‘kahon’ gigisi ngadto sa mga tipik, ug gikatag taliwala sa mga basura pinaagi niadtong misalikway sa ilang kaugalingong kasinatian, ug milimod sa maong mga kamatuoran nga sila, uban ni Igsoon nga Miller, walay kahadlok nga giwali ngadto sa kalibotan.”</w:t>
      </w:r>
    </w:p>
    <w:p>
      <w:pPr>
        <w:pStyle w:val="ArticleScripture"/>
        <w:jc w:val="left"/>
      </w:pPr>
      <w:r>
        <w:rPr>
          <w:rFonts w:ascii="Times New Roman" w:hAnsi="Times New Roman" w:eastAsia="Times New Roman" w:cs="Times New Roman"/>
        </w:rPr>
        <w:t>“9. Ang tawo nga may ‘brush sa hugaw’ nagrepresentar sa matin-aw nga kahayag sa kamatuoran alang niining panahona, sumala sa gipadayag pinaagi sa mensahe sa ikatulong manulonda, [Pinadayag 14:9–12,] nga karon naghinlo sa mga kasaypanan gikan sa salin. Ang buluhaton sa kamatuoran alang niining panahona nagsugod pag-usab sa pagpukaw sa tingpamulak sa 1848, ug sukad niadtong panahona hangtod sa karon nagasaka ug nagakakusog. Ang ‘brush sa hugaw’ nagalihok, ug ang mga kasaypanan nangahanaw sa atubangan sa matin-aw nga kahayag sa kamatuoran, ug ang pipila sa mga bililhong hiyas, nga sa hamubo lamang nga panahon kaniadto natabonan ug natangtang sa panan-aw tungod sa kangitngit ug kasaypanan, karon nagatindog diha sa matin-aw nga kahayag sa kamatuoran alang niining panahona.”</w:t>
      </w:r>
    </w:p>
    <w:p>
      <w:pPr>
        <w:pStyle w:val="ArticleScripture"/>
        <w:jc w:val="left"/>
      </w:pPr>
      <w:r>
        <w:rPr>
          <w:rFonts w:ascii="Times New Roman" w:hAnsi="Times New Roman" w:eastAsia="Times New Roman" w:cs="Times New Roman"/>
        </w:rPr>
        <w:t>“Kining buluhaton sa pagpagula sa mga mutya, ug sa pagpapas sa kasaypanan, sa madali nagkadaghan, ug gitakda nga magapadayon uban sa nagkadugang nga gahum, hangtod nga ang mga balaan mangita ug hingpit, ug makadawat sa patik sa buhing Dios. Itandi kini sa ikakatloan ug upat nga kapitulo sa Ezekiel, ug makita ninyo nga ang Dios nagsaad sa pagtigum sa iyang panon nga nangakatibulaag niining mangitngit ug mapanganod nga adlaw, sukad sa 1844. Sa dili pa moanhi si Jesus, ang ‘gamayng panon’ pagatigumon ngadto sa ‘pagkahiusa sa pagtoo.’ Si Jesus karon nagaputli ‘alang sa iyang kaugalingon ug usa ka pinasahi nga katawohan, mainiton sa maayong mga buhat,’ ug sa moanhi siya iyang makita ang iyang ‘iglesia nga walay buling, kun lukot, kun bisan unsa nga sama niana.’ ‘Kang kinsang pala anaa sa iyang kamot, ug iyang hinloan sa hingpit ang iyang giukanan, ug tigumon ang iyang trigo ngadto sa dapa, ug uban pa.’ Mateo 3:12.”</w:t>
      </w:r>
    </w:p>
    <w:p>
      <w:pPr>
        <w:pStyle w:val="ArticleScripture"/>
        <w:jc w:val="left"/>
      </w:pPr>
      <w:r>
        <w:rPr>
          <w:rFonts w:ascii="Times New Roman" w:hAnsi="Times New Roman" w:eastAsia="Times New Roman" w:cs="Times New Roman"/>
        </w:rPr>
        <w:t>“10. Ang ikaduhang ‘kaha nga labi pang daku ug labi pang matahum kay sa nahauna’ diin gitigom ang nagkatibulaag nga mga ‘alahas,’ ‘mga diamante’ ug mga sensilyo, nagrepresentar sa halapad nga natad sa buhing kamatuoran sa karon diin pagatigumon ang nagkatibulaag nga panon, nga mao ang 144,000, silang tanan adunay selyo sa buhing Dios. Walay usa sa bililhong mga diamante nga mahibilin sa kangitngit. Bisan pa nga ang uban dili molabaw kadaku sa tumoy sa aspili, dili sila pasagdan, ug dili biyaan niining adlawa sa dihang ang Dios nagatigom sa iyang mga alahas. [Malakias 3:16–18] Makapadala Siya sa iyang mga anghel ug padalion sila sa paggawas sama sa iyang paghimo kang Lot sa paggawas gikan sa Sodoma. ‘Usa ka mubo nga buhat pagabuhaton sa Ginoo ibabaw sa yuta.’ ‘Pagaputlon Niya kini sa pagkahamatarung.’ Tan-awa ang Roma 9:28.” James White, Mga Pahimangno sa Ubos sa Panid sa Damgo ni Igsoong Miller.</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Ang Basahon ni Joel ug ang Laodiceanong Iglesia sa Seventh-day Adventist — Numero Traynta’y Singko</dc:title>
  <dc:subject/>
  <dc:creator>Jeff Pippenger</dc:creator>
  <cp:keywords/>
  <dc:description>Generated by ArticleDigger from joel\35_joel.json</dc:description>
  <cp:lastModifiedBy>ArticleDigger</cp:lastModifiedBy>
  <cp:revision>1</cp:revision>
  <dcterms:created xsi:type="dcterms:W3CDTF">2000-01-01T00:00:00Z</dcterms:created>
  <dcterms:modified xsi:type="dcterms:W3CDTF">2000-01-01T00:00:00Z</dcterms:modified>
  <cp:category>joel</cp:category>
  <cp:lastPrinted>2000-01-01T00:00:00Z</cp:lastPrinted>
</cp:coreProperties>
</file>