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Joel ug Ang Laodiceanhong Simbahang Seventh-day Adventist - Numero Traynta’y Sais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Arial" w:hAnsi="Arial" w:eastAsia="Arial" w:cs="Arial"/>
        </w:rPr>
        <w:t>Numero Traynta’y Sais</w:t>
      </w:r>
    </w:p>
    <w:p>
      <w:pPr>
        <w:pStyle w:val="ArticleBody"/>
        <w:jc w:val="left"/>
      </w:pPr>
      <w:r>
        <w:rPr>
          <w:rFonts w:ascii="Times New Roman" w:hAnsi="Times New Roman" w:eastAsia="Times New Roman" w:cs="Times New Roman"/>
        </w:rPr>
        <w:t>Sa “kaguliyang,” nga giila ni James White ingon nga pagkakatagkatag sa mga Millerite human sa Oktubre 22, 1844, nasinati ni William Miller ang usa ka damgo niadtong 1847, ug duha ka tuig sa ulahi siya gilubong.</w:t>
      </w:r>
    </w:p>
    <w:p>
      <w:pPr>
        <w:pStyle w:val="ArticleScripture"/>
        <w:jc w:val="left"/>
      </w:pPr>
      <w:r>
        <w:rPr>
          <w:rFonts w:ascii="Times New Roman" w:hAnsi="Times New Roman" w:eastAsia="Times New Roman" w:cs="Times New Roman"/>
        </w:rPr>
        <w:t>“Kon makita pa unta ni William Miller ang kahayag sa ikatulong mensahe, daghang mga butang nga alang kaniya mangitngit ug misteryoso unta mapasabut. Apan ang iyang mga igsoon nagpaila sa hilabihan ka lawom nga gugma ug pagtagad alang kaniya, mao nga naghunahuna siya nga dili niya sila mabiyai. Ang iyang kasingkasing mokiling ngadto sa kamatuoran, ug unya motan-aw siya sa iyang mga igsoon; misupak sila niini. Mabiyaan ba niya kadtong mga nagtindog tupad kaniya sa pagmantala sa pag-anhi ni Jesus? Naghunahuna siya nga sa pagkatinuod dili sila mopahisalaag kaniya.</w:t>
      </w:r>
    </w:p>
    <w:p>
      <w:pPr>
        <w:pStyle w:val="ArticleScripture"/>
        <w:jc w:val="left"/>
      </w:pPr>
      <w:r>
        <w:rPr>
          <w:rFonts w:ascii="Times New Roman" w:hAnsi="Times New Roman" w:eastAsia="Times New Roman" w:cs="Times New Roman"/>
        </w:rPr>
        <w:t>“Gitugotan sa Dios nga mapailalom siya ilalom sa gahum ni Satanas, sa gingharian sa kamatayon, ug gitago siya sa lubnganan gikan niadtong sa kanunay nagpalayo kaniya gikan sa kamatuoran. Nakasala si Moises samtang hapit na siyang mosulod sa Yutang Saad. Ingon man usab, nakita ko nga nasayop si William Miller sa diha nga haduol na siyang mosulod sa langitnong Canaan, tungod sa pagtugot nga ang iyang impluwensiya mahimong batok sa kamatuoran. Ang uban maoy nagdala kaniya niini; ang uban maoy manubag tungod niini. Apan ang mga manulonda nagbantay sa bililhong abog niining ulipon sa Dios, ug mogula siya sa tingog sa katapusang trumpeta.</w:t>
      </w:r>
    </w:p>
    <w:p>
      <w:pPr>
        <w:pStyle w:val="ArticleScripture"/>
        <w:jc w:val="left"/>
      </w:pPr>
      <w:r>
        <w:rPr>
          <w:rFonts w:ascii="Times New Roman" w:hAnsi="Times New Roman" w:eastAsia="Times New Roman" w:cs="Times New Roman"/>
        </w:rPr>
        <w:t>“Usa ka Malig-on nga Plataporma”</w:t>
      </w:r>
    </w:p>
    <w:p>
      <w:pPr>
        <w:pStyle w:val="ArticleScripture"/>
        <w:jc w:val="left"/>
      </w:pPr>
      <w:r>
        <w:rPr>
          <w:rFonts w:ascii="Times New Roman" w:hAnsi="Times New Roman" w:eastAsia="Times New Roman" w:cs="Times New Roman"/>
        </w:rPr>
        <w:t>“Nakita ko ang usa ka pundok nga nagtindog nga maayong nabantayan ug malig-on, nga wala maghatag ug pag-uyon niadtong buot magpabalhin sa natukod nang pagtoo sa lawas. Gitan-aw sila sa Dios uban ang pagdawat. Gipakita kanako ang tulo ka mga lakang—ang mensahe sa nahaunang manulonda, sa ikaduhang manulonda, ug sa ikatulong manulonda. Miingon ang manulonda nga nagauban kanako, ‘Alaut kadtong magapalihok ug usa ka bloke o magatangtang ug usa ka pako gikan niining mga mensahea. Ang matuod nga pagsabut niining mga mensahea maoy butang nga may kinabuhi nga kahinungdanon. Ang kapalaran sa mga kalag nagabitay sa paagi sa pagdawat kanila.’ Gidala ako pag-usab paubos pinaagi niining mga mensahea, ug nakita ko kon unsa kamahal ang pagkapalit sa katawohan sa Dios sa ilang kasinatian. Nakuha kini pinaagi sa daghang pag-antus ug mapintas nga pakigbisog. Giyahan sila sa Dios sa matag lakang, hangtod nga Iyang gibutang sila ibabaw sa usa ka malig-on, dili matarog nga saloganan. Nakita ko ang mga tawo nga miduol sa saloganan ug nagsusi sa patukoranan. Ang uban, uban sa kalipay, dihadiha mitungtong niini. Ang uban nagsugod sa pagpangita ug sayop sa patukoranan. Buot nila nga aduna pay mga pag-ayo nga himoon, ug unya ang saloganan mahimong labi pang hingpit, ug ang katawohan labi pang malipayon. Ang uban mikanaug sa saloganan aron susihon kini ug mipahayag nga sayop ang pagpahimutang niini. Apan nakita ko nga halos silang tanan nagpabiling malig-on ibabaw sa saloganan ug nagdasig niadtong mga mikanaug niini nga undangon ang ilang mga pagreklamo; kay ang Dios mao ang Magtutukod nga Agalon, ug sila nakig-away batok Kaniya. Ilang gisaysay pag-usab ang kahibulongang buhat sa Dios, nga maoy nagmando kanila ngadto sa malig-ong saloganan, ug sa panaghiusa gitutok nila ang ilang mga mata ngadto sa langit ug uban sa makusog nga tingog gihimaya ang Dios. Kini nakaapekto sa pipila niadtong nangreklamo ug mibiya sa saloganan, ug sila uban sa mapaubsanon nga dagway mitungtong pag-usab niini.” Early Writings, 258.</w:t>
      </w:r>
    </w:p>
    <w:p>
      <w:pPr>
        <w:pStyle w:val="ArticleHeading"/>
        <w:jc w:val="left"/>
      </w:pPr>
      <w:r>
        <w:rPr>
          <w:rFonts w:ascii="Arial" w:hAnsi="Arial" w:eastAsia="Arial" w:cs="Arial"/>
        </w:rPr>
        <w:t>Ang Talagsaong mga Buhat ni Miller</w:t>
      </w:r>
    </w:p>
    <w:p>
      <w:pPr>
        <w:pStyle w:val="ArticleBody"/>
        <w:jc w:val="left"/>
      </w:pPr>
      <w:r>
        <w:rPr>
          <w:rFonts w:ascii="Times New Roman" w:hAnsi="Times New Roman" w:eastAsia="Times New Roman" w:cs="Times New Roman"/>
        </w:rPr>
        <w:t>Ang “katingalahang buluhaton” ni William Miller mitultol ngadto sa “lig-ong patukoranan” nga mao ang “malig-on, dili matarog nga plataporma.” Ang “patukoranan” sa “dili matarog nga plataporma,” ug ang misunod nga pag-atake batok sa “plataporma” ug sa “patukoranan” nga gipaila human sa kamatayon ni Miller niadtong 1849, giila diha sa iyang damgo.</w:t>
      </w:r>
    </w:p>
    <w:p>
      <w:pPr>
        <w:pStyle w:val="ArticleBody"/>
        <w:jc w:val="left"/>
      </w:pPr>
      <w:r>
        <w:rPr>
          <w:rFonts w:ascii="Times New Roman" w:hAnsi="Times New Roman" w:eastAsia="Times New Roman" w:cs="Times New Roman"/>
        </w:rPr>
        <w:t>Si William Miller mao ang simbolo sa mga patukoranan sa Adventismo.</w:t>
      </w:r>
    </w:p>
    <w:p>
      <w:pPr>
        <w:pStyle w:val="ArticleBody"/>
        <w:jc w:val="left"/>
      </w:pPr>
      <w:r>
        <w:rPr>
          <w:rFonts w:ascii="Times New Roman" w:hAnsi="Times New Roman" w:eastAsia="Times New Roman" w:cs="Times New Roman"/>
        </w:rPr>
        <w:t>Siya usab mao ang simbolo sa kasaysayan sa mga Millerita sukad sa 1798 hangtod sa 1863.</w:t>
      </w:r>
    </w:p>
    <w:p>
      <w:pPr>
        <w:pStyle w:val="ArticleBody"/>
        <w:jc w:val="left"/>
      </w:pPr>
      <w:r>
        <w:rPr>
          <w:rFonts w:ascii="Times New Roman" w:hAnsi="Times New Roman" w:eastAsia="Times New Roman" w:cs="Times New Roman"/>
        </w:rPr>
        <w:t>Siya usab mao ang simbolo sa kasaysayan sa mga Millerite gikan sa 1798 hangtod sa 1844.</w:t>
      </w:r>
    </w:p>
    <w:p>
      <w:pPr>
        <w:pStyle w:val="ArticleBody"/>
        <w:jc w:val="left"/>
      </w:pPr>
      <w:r>
        <w:rPr>
          <w:rFonts w:ascii="Times New Roman" w:hAnsi="Times New Roman" w:eastAsia="Times New Roman" w:cs="Times New Roman"/>
        </w:rPr>
        <w:t>Siya usab mao ang simbolo sa kasaysayan sa tulo ka mga manulonda gikan sa 1798 hangtod sa balaod sa Domingo.</w:t>
      </w:r>
    </w:p>
    <w:p>
      <w:pPr>
        <w:pStyle w:val="ArticleBody"/>
        <w:jc w:val="left"/>
      </w:pPr>
      <w:r>
        <w:rPr>
          <w:rFonts w:ascii="Times New Roman" w:hAnsi="Times New Roman" w:eastAsia="Times New Roman" w:cs="Times New Roman"/>
        </w:rPr>
        <w:t>Girepresentahan siya pinaagi sa kap-atan ug unom ka tuig gikan sa 1798 hangtod sa 1844.</w:t>
      </w:r>
    </w:p>
    <w:p>
      <w:pPr>
        <w:pStyle w:val="ArticleBody"/>
        <w:jc w:val="left"/>
      </w:pPr>
      <w:r>
        <w:rPr>
          <w:rFonts w:ascii="Times New Roman" w:hAnsi="Times New Roman" w:eastAsia="Times New Roman" w:cs="Times New Roman"/>
        </w:rPr>
        <w:t>Girepresentar siya pinaagi sa numero nga “220,” may kalabutan sa 2,520 ug sa 2,300.</w:t>
      </w:r>
    </w:p>
    <w:p>
      <w:pPr>
        <w:pStyle w:val="ArticleBody"/>
        <w:jc w:val="left"/>
      </w:pPr>
      <w:r>
        <w:rPr>
          <w:rFonts w:ascii="Times New Roman" w:hAnsi="Times New Roman" w:eastAsia="Times New Roman" w:cs="Times New Roman"/>
        </w:rPr>
        <w:t>Girepresentahan siya pinaagi sa “pito ka mga panahon”—ang 2,520.</w:t>
      </w:r>
    </w:p>
    <w:p>
      <w:pPr>
        <w:pStyle w:val="ArticleBody"/>
        <w:jc w:val="left"/>
      </w:pPr>
      <w:r>
        <w:rPr>
          <w:rFonts w:ascii="Times New Roman" w:hAnsi="Times New Roman" w:eastAsia="Times New Roman" w:cs="Times New Roman"/>
        </w:rPr>
        <w:t>Girepresentahan siya pinaagi sa 2,300.</w:t>
      </w:r>
    </w:p>
    <w:p>
      <w:pPr>
        <w:pStyle w:val="ArticleBody"/>
        <w:jc w:val="left"/>
      </w:pPr>
      <w:r>
        <w:rPr>
          <w:rFonts w:ascii="Times New Roman" w:hAnsi="Times New Roman" w:eastAsia="Times New Roman" w:cs="Times New Roman"/>
        </w:rPr>
        <w:t>Ang duha ka damgo ni Miller gipaatas sa hulagway pinaagi sa duha ka damgo ni Nabucodonosor sa ikaduhang kapitulo ug sa ikaupat nga kapitulo sa Daniel.</w:t>
      </w:r>
    </w:p>
    <w:p>
      <w:pPr>
        <w:pStyle w:val="ArticleBody"/>
        <w:jc w:val="left"/>
      </w:pPr>
      <w:r>
        <w:rPr>
          <w:rFonts w:ascii="Times New Roman" w:hAnsi="Times New Roman" w:eastAsia="Times New Roman" w:cs="Times New Roman"/>
        </w:rPr>
        <w:t>Ang yugto sa 1798 nagsugod kang Nabucodonosor ug natapos sa 1863 uban kang Belsasar.</w:t>
      </w:r>
    </w:p>
    <w:p>
      <w:pPr>
        <w:pStyle w:val="ArticleBody"/>
        <w:jc w:val="left"/>
      </w:pPr>
      <w:r>
        <w:rPr>
          <w:rFonts w:ascii="Times New Roman" w:hAnsi="Times New Roman" w:eastAsia="Times New Roman" w:cs="Times New Roman"/>
        </w:rPr>
        <w:t>Ang yugto gikan sa 1798 hangtod sa balaod sa Domingo nagsugod kang Nabucodonosor ug natapos kang Belshazar.</w:t>
      </w:r>
    </w:p>
    <w:p>
      <w:pPr>
        <w:pStyle w:val="ArticleBody"/>
        <w:jc w:val="left"/>
      </w:pPr>
      <w:r>
        <w:rPr>
          <w:rFonts w:ascii="Times New Roman" w:hAnsi="Times New Roman" w:eastAsia="Times New Roman" w:cs="Times New Roman"/>
        </w:rPr>
        <w:t>Ingon simbolo sa kasaysayan sa mga Millerita, siya mao ang simbolo sa mga patukoranan, nga nagrepresentar sa mga kamatuoran nga nadiskobrehan tali sa alpha nga pagkadiskobre sa 2,520 ug sa omega nga pagkadiskobre sa 2,300. Sa pagkomento sa damgo ni William Miller, giila ni James White nga ang “yawi” mao ang pamaagi ni Miller sa pagtuon sa Biblia. Ang maong metodolohiya mao ang yawi ni David nga gibutang sa abaga ni Miller, kay iyang gipresentar ang tagna sa 2300 ka mga tuig nga natapos sa dihang natuman ang Isaias 22:22 niadtong Oktubre 22, 1844.</w:t>
      </w:r>
    </w:p>
    <w:p>
      <w:pPr>
        <w:pStyle w:val="ArticleBody"/>
        <w:jc w:val="left"/>
      </w:pPr>
      <w:r>
        <w:rPr>
          <w:rFonts w:ascii="Times New Roman" w:hAnsi="Times New Roman" w:eastAsia="Times New Roman" w:cs="Times New Roman"/>
        </w:rPr>
        <w:t>Ang mga kamatuoran nga nagsugod sa pag-abli gikan sa 2023 padayon, mao ang mga kamatuoran nga daan nang giila diha sa mga presentasyon sa Habakkuk’s Tables 95, ug kana nga mga kamatuoran karon ginapahimutang sulod sa usa ka bag-ong balangkas sa “Kamatuoran.”</w:t>
      </w:r>
    </w:p>
    <w:p>
      <w:pPr>
        <w:pStyle w:val="ArticleBody"/>
        <w:jc w:val="left"/>
      </w:pPr>
      <w:r>
        <w:rPr>
          <w:rFonts w:ascii="Times New Roman" w:hAnsi="Times New Roman" w:eastAsia="Times New Roman" w:cs="Times New Roman"/>
        </w:rPr>
        <w:t>Ang tawag sa tingog didto sa kamingawan niadtong Hulyo 2023 nagpaila nga ang paghilak ug pagbangotan gikinahanglan alang niadtong mga kinahanglan maghinulsol tungod sa pagmantala sa Hulyo 18, 2020. Kadtong mahimong apil sa mga manggialamong ulay kinahanglan maghinulsol nga nagkauyon sa pag-ampo sa Daniel 9, nga mao ang pag-ampo niadtong anaa sa Levitico 26 nga nakaila nga sila gipatlaag.</w:t>
      </w:r>
    </w:p>
    <w:p>
      <w:pPr>
        <w:pStyle w:val="ArticleBody"/>
        <w:jc w:val="left"/>
      </w:pPr>
      <w:r>
        <w:rPr>
          <w:rFonts w:ascii="Times New Roman" w:hAnsi="Times New Roman" w:eastAsia="Times New Roman" w:cs="Times New Roman"/>
        </w:rPr>
        <w:t>Sa dihang si Miller miingon, “Samtang ako sa ingon niini naghilak ug nagminatay tungod sa akong dakong kapildihan ug katungdanan, nahinumdom ako sa Dios, ug sa kinasingkasing nagaampo nga Siya magpadala kanako ug tabang. Dihadiha naablihan ang pultahan, ug may usa ka tawo nga misulod sa lawak, ug ang tanang tawo mipahawa didto; ug siya, nga may kupting usa ka brush sa pagpanilhig sa abog, miabli sa mga bintana, ug misugod sa pagsilhig sa abog ug mga hugaw gikan sa lawak.”</w:t>
      </w:r>
    </w:p>
    <w:p>
      <w:pPr>
        <w:pStyle w:val="ArticleBody"/>
        <w:jc w:val="left"/>
      </w:pPr>
      <w:r>
        <w:rPr>
          <w:rFonts w:ascii="Times New Roman" w:hAnsi="Times New Roman" w:eastAsia="Times New Roman" w:cs="Times New Roman"/>
        </w:rPr>
        <w:t>Ang pultahan nga naablihan mao ang kasingkasing ni Miller sa dihang siya “nag-ampo sa mainiton gayod” alang sa “tabang.” Si Jesus ingon nga Matinuod nga Saksi ngadto sa Laodicea nagapanuktok sa mga kasingkasing nga nagapangita ug pagsulod. Sa dihang naablihan ang pultahan, misugod ang usa ka proseso sa pagbuwag. Sa dihang naablihan ang pultahan, ang mga “bintana” usab naablihan, ug ang mga “bintana” mao ang mga bintana sa langit.</w:t>
      </w:r>
    </w:p>
    <w:p>
      <w:pPr>
        <w:pStyle w:val="ArticleBody"/>
        <w:jc w:val="left"/>
      </w:pPr>
      <w:r>
        <w:rPr>
          <w:rFonts w:ascii="Times New Roman" w:hAnsi="Times New Roman" w:eastAsia="Times New Roman" w:cs="Times New Roman"/>
        </w:rPr>
        <w:t>Nakita ni Juan ang mga bintana sa langit nga naablihan sa ikanapulog-siyam nga kapitulo sa Pinadayag samtang gipatindog sa Ginoo ang Iyang kasundalohan sa mga kaputi nga kabayo, dihadiha human makapangandam ang pangasaw-onon sa iyang kaugalingon. Kana nga kasundalohan mao ang kasundalohan ni Ezequiel nga mibarog agig tubag sa mensahe sa mabangis nga hangin sa sidlakan. Kana nga kasundalohan mao ang simbahan nga madaugon nga mausab gikan sa nakig-away nga simbahan ngadto sa madaugon nga simbahan sa dihang matuman ang pagbulag sa trigo ug mga bunglayon. Kana nga pagbulag girepresentahan usab ingon nga pagbalhin gikan sa kasinatian sa Laodicea ngadto sa kasinatian sa Filadelfia. Giablihan ni Miller ang iyang kasingkasing ug gitugotan ang Tinuod nga Saksi sa pagsulod, samtang Iyang gibulag ang trigo ug mga bunglayon, sa ingon gibuhi ang Iyang kasundalohan sa mga kaputi nga kabayo.</w:t>
      </w:r>
    </w:p>
    <w:p>
      <w:pPr>
        <w:pStyle w:val="ArticleBody"/>
        <w:jc w:val="left"/>
      </w:pPr>
      <w:r>
        <w:rPr>
          <w:rFonts w:ascii="Times New Roman" w:hAnsi="Times New Roman" w:eastAsia="Times New Roman" w:cs="Times New Roman"/>
        </w:rPr>
        <w:t>Niadtong Disyembre 31, 2023, ang tawo nga Dirt Brush misulod sa lawak human manggawas ang mga tawo, ug misugod sa buhat sa pagtangtang sa mga basura sa kasaypanan, samtang gibutang ang daang mga kamatuoran sa mga Lamisa ni Habakkuk sulod sa usa ka bag-ong gambalay sa kamatuoran.</w:t>
      </w:r>
    </w:p>
    <w:p>
      <w:pPr>
        <w:pStyle w:val="ArticleScripture"/>
        <w:jc w:val="left"/>
      </w:pPr>
      <w:r>
        <w:rPr>
          <w:rFonts w:ascii="Times New Roman" w:hAnsi="Times New Roman" w:eastAsia="Times New Roman" w:cs="Times New Roman"/>
        </w:rPr>
        <w:t>“Ang Manluluwas wala mianhi aron isalikway ang gisulti sa mga patriarka ug mga propeta; kay Siya gayud mao ang misulti pinaagi niining mga tawong representante. Ang tanang mga kamatuoran sa pulong sa Dios nagagikan Kaniya. Apan kining bililhong mga mutya gibutang sa mini nga mga sal-otanan. Ang ilang mahalong kahayag gihimong alagad sa kasaypanan. Ang Dios nangandoy nga kini kuhaon gikan sa ilang mga sal-otanan sa kasaypanan ug ibalik sa balangkas sa kamatuoran. Kini nga buhat ang usa lamang ka langitnong kamot makahimo. Tungod sa iyang pagkadugtong sa kasaypanan, ang kamatuoran nag-alagad sa kawsa sa kaaway sa Dios ug sa tawo. Si Cristo mianhi aron ibutang kini sa dapit diin kini makapasidungog sa Dios, ug magabuhat sa kaluwasan sa katawhan.” The Desire of Ages, 287.</w:t>
      </w:r>
    </w:p>
    <w:p>
      <w:pPr>
        <w:pStyle w:val="ArticleBody"/>
        <w:jc w:val="left"/>
      </w:pPr>
      <w:r>
        <w:rPr>
          <w:rFonts w:ascii="Times New Roman" w:hAnsi="Times New Roman" w:eastAsia="Times New Roman" w:cs="Times New Roman"/>
        </w:rPr>
        <w:t>Usa sa unang mga kamatuoran nga gitudlo sa 2024 mao ang pagpasabot sa kapakyasan sa Hulyo 18, 2020. Linya ibabaw sa linya, giila nga ang unang mga kapakyasan sa matag linya sa reporma nagtimaan sa Hulyo 18, 2020 isip usa ka nag-unang timailhan sa sambingay sa napulo ka mga ulay. Ang hilisgutan sa kapakyasan nahimong “yawe” sa pag-abli sa kamatuoran bahin sa santuwaryo; samtang sa dakong kapakyasan sa 1844, ang santuwaryo mao ang “yawe” nga nag-abli sa kapakyasan.</w:t>
      </w:r>
    </w:p>
    <w:p>
      <w:pPr>
        <w:pStyle w:val="ArticleBody"/>
        <w:jc w:val="left"/>
      </w:pPr>
      <w:r>
        <w:rPr>
          <w:rFonts w:ascii="Times New Roman" w:hAnsi="Times New Roman" w:eastAsia="Times New Roman" w:cs="Times New Roman"/>
        </w:rPr>
        <w:t>Ang tawong tigkuskos sa abog, nga mao usab ang León sa banay ni Juda, nagsugod sa pagbukas sa sinilyuhan nga mensahe sa Tinguha sa Tunga-tungang Gabii niadtong 2023. Karon nahiabut na kita sa dapit sa damgo ni Miller diin Iyang ginabutang ang mas dako nga kahon ibabaw sa lamesa ug ginatambog ngadto niini ang mga kamatuoran nga mosidlak nga napulo ka pilo nga mas mahayag pa kay sa adlaw. Usa niadtong mga mutya mao ang pagpadayag kon kinsa Siya diha sa profetikong asoy.</w:t>
      </w:r>
    </w:p>
    <w:p>
      <w:pPr>
        <w:pStyle w:val="ArticleBody"/>
        <w:jc w:val="left"/>
      </w:pPr>
      <w:r>
        <w:rPr>
          <w:rFonts w:ascii="Times New Roman" w:hAnsi="Times New Roman" w:eastAsia="Times New Roman" w:cs="Times New Roman"/>
        </w:rPr>
        <w:t>Sa diha nga ang tagna maablihan na, Siya mao ang Leon sa banay ni Juda, nga nagakuha sa daang mga kamatuoran ug nagapahimutang kanila sulod sa usa ka bag-ong balangkas sa tulo ka mga lakang sa “kamatuoran.” Kana nga balangkas gihiusa ni Cristo ingon nga Alpha ug Omega, ang nahauna ug ang naulahi. Ingon nga Pulong sa Dios, Siya maoy naghan-ay sa matag bahin sa Iyang Pulong. Ingon nga Palmoni, Iyang gidisenyo ang tanang bahin ingon nga usa ka matematika.</w:t>
      </w:r>
    </w:p>
    <w:p>
      <w:pPr>
        <w:pStyle w:val="ArticleBody"/>
        <w:jc w:val="left"/>
      </w:pPr>
      <w:r>
        <w:rPr>
          <w:rFonts w:ascii="Times New Roman" w:hAnsi="Times New Roman" w:eastAsia="Times New Roman" w:cs="Times New Roman"/>
        </w:rPr>
        <w:t>Sa dihang si Pedro atua sa Caesarea Philippi, sa ikatulong takna, Iyang gipaila ang Iyang kaugalingon ingon nga Palmoni, uban sa pagpasiugda sa “mga propetikong fractal.” Usa sa katapusang mga pagpadayag ni Cristo ingon nga Ginoo sa propesiya mao ang pagpasiugda sa mga propetikong fractal ingon nga gilarawan ni Pedro sa Mateo 16:18, nga mao ang simbolo sa 1.618, nga gitawag sa natural nga kalibotan nga golden ratio, apan “mga propetikong fractal” sumala kang Palmoni.</w:t>
      </w:r>
    </w:p>
    <w:p>
      <w:pPr>
        <w:pStyle w:val="ArticleBody"/>
        <w:jc w:val="left"/>
      </w:pPr>
      <w:r>
        <w:rPr>
          <w:rFonts w:ascii="Times New Roman" w:hAnsi="Times New Roman" w:eastAsia="Times New Roman" w:cs="Times New Roman"/>
        </w:rPr>
        <w:t>Nakasugod pa lamang kita sa pag-ila sa mga propetikong fractal nga nahimutang sulod sa balaang semana sa 27 ngadto sa 34. Sa dili pa kita mobalik didto diha sa atong pagpadulong sa basahon ni Joel, gikinahanglan nga idugang sa atong paghisgot sa damgo ni Miller ang pagpasiugda sa mga propetikong fractal.</w:t>
      </w:r>
    </w:p>
    <w:p>
      <w:pPr>
        <w:pStyle w:val="ArticleBody"/>
        <w:jc w:val="left"/>
      </w:pPr>
      <w:r>
        <w:rPr>
          <w:rFonts w:ascii="Times New Roman" w:hAnsi="Times New Roman" w:eastAsia="Times New Roman" w:cs="Times New Roman"/>
        </w:rPr>
        <w:t>Ang yugto sukad sa pagtawag ni Miller sa mga tawo sa “umari ug tan-awa,” ug ni Cristo, ingon nga ang tawo nga may brush sa abog nga nagtawag kang Miller sa “umari ug tan-awa,” mao ang 1798 hangtod sa balaod sa Dominggo, apan kini naglangkob ug usa ka fractal sulod nianang kinatibuk-ang kasaysayan uban sa yugto gikan sa 1798 hangtod sa 1863. Naglangkob kini ug laing fractal gikan sa 9/11 hangtod sa balaod sa Dominggo, ug laing usa gikan sa 2023 hangtod sa balaod sa Dominggo.</w:t>
      </w:r>
    </w:p>
    <w:p>
      <w:pPr>
        <w:pStyle w:val="ArticleBody"/>
        <w:jc w:val="left"/>
      </w:pPr>
      <w:r>
        <w:rPr>
          <w:rFonts w:ascii="Times New Roman" w:hAnsi="Times New Roman" w:eastAsia="Times New Roman" w:cs="Times New Roman"/>
        </w:rPr>
        <w:t>Sa dihang mipiyong si Miller sa taliwala sa kasamok, iyang girepresentar ang kasaysayan sa 1849, sa dihang ang Ginoo naninguha sa pagtapos sa buluhaton, apan walay nahimo. Siya gibanhaw pag-usab sa 2023, kay siya mao si Elias nga gipatay sa dalan uban kang Moises. Namatay siya niadtong 1849, ug unya namatay siya pag-usab niadtong Hulyo 18, 2020.</w:t>
      </w:r>
    </w:p>
    <w:p>
      <w:pPr>
        <w:pStyle w:val="ArticleBody"/>
        <w:jc w:val="left"/>
      </w:pPr>
      <w:r>
        <w:rPr>
          <w:rFonts w:ascii="Times New Roman" w:hAnsi="Times New Roman" w:eastAsia="Times New Roman" w:cs="Times New Roman"/>
        </w:rPr>
        <w:t>Ang iyang damgo gihatag niadtong 1847, unya ang Ginoo mituy-od pag-usab sa Iyang kamot sa ikaduhang higayon ug gipatik ang tsart sa 1850. Sa dihang ang Ginoo motuy-od pag-usab sa Iyang kamot sa ikaduhang higayon sa kasaysayan sa usa ka gatus ug kap-atan ug upat ka libo, si Miller pagabanhawon.</w:t>
      </w:r>
    </w:p>
    <w:p>
      <w:pPr>
        <w:pStyle w:val="ArticleBody"/>
        <w:jc w:val="left"/>
      </w:pPr>
      <w:r>
        <w:rPr>
          <w:rFonts w:ascii="Times New Roman" w:hAnsi="Times New Roman" w:eastAsia="Times New Roman" w:cs="Times New Roman"/>
        </w:rPr>
        <w:t>Ang sinugdanan sa pagkapatlaag sa Israel ug sa Juda gipadayag diha sa Isaias.</w:t>
      </w:r>
    </w:p>
    <w:p>
      <w:pPr>
        <w:pStyle w:val="ArticleScripture"/>
        <w:jc w:val="left"/>
      </w:pPr>
      <w:r>
        <w:rPr>
          <w:rFonts w:ascii="Times New Roman" w:hAnsi="Times New Roman" w:eastAsia="Times New Roman" w:cs="Times New Roman"/>
        </w:rPr>
        <w:t>Kay ang ulo sa Siria mao ang Damasco, ug ang ulo sa Damasco mao si Rezin; ug sulod sa kan-uman ug lima ka tuig mabungkag ang Ephraim, aron dili na kini mahimong usa ka katawhan. Ug ang ulo sa Ephraim mao ang Samaria, ug ang ulo sa Samaria mao ang anak ni Remalias. Kong dili kamo motoo, sa pagkatinuod dili kamo malig-on. Isaias 7:8, 9.</w:t>
      </w:r>
    </w:p>
    <w:p>
      <w:pPr>
        <w:pStyle w:val="ArticleBody"/>
        <w:jc w:val="left"/>
      </w:pPr>
      <w:r>
        <w:rPr>
          <w:rFonts w:ascii="Times New Roman" w:hAnsi="Times New Roman" w:eastAsia="Times New Roman" w:cs="Times New Roman"/>
        </w:rPr>
        <w:t>Ang tagna gihatag niadtong 742 BC, ug napulog-siyam ka tuig ang milabay, sa 723 BC ang Israel gipatibulaag sa mga Asiryano, ug unya kap-atan ug unom ka tuig ang milabay ang Juda gipatibulaag sa Babilonia. Ang tulo ka mga petsa nagrepresentar ug usa ka yugto nga napulog-siyam ka tuig, nga gisundan sa kap-atan ug unom ka tuig. Sa dihang kadtong duha ka mga tagna natapos sa 1798 ug 1844 matag-usa, ang yugto nga napulog-siyam ka tuig sa sinugdanan gikan sa 742 BC hangtod sa 723 BC mao ang alpha nga napulog-siyam ka tuig, nga nagrepresentar sa omega nga napulog-siyam ka tuig gikan sa 1844 hangtod sa 1863.</w:t>
      </w:r>
    </w:p>
    <w:p>
      <w:pPr>
        <w:pStyle w:val="ArticleBody"/>
        <w:jc w:val="left"/>
      </w:pPr>
      <w:r>
        <w:rPr>
          <w:rFonts w:ascii="Times New Roman" w:hAnsi="Times New Roman" w:eastAsia="Times New Roman" w:cs="Times New Roman"/>
        </w:rPr>
        <w:t>Namatay si Miller lima ka tuig sulod sa omega napulog-siyam ka tuig, ug pito ka tuig sa ulahi gipatik ang mga artikulo ni Hiram Edson bahin sa “pito ka panahon.” Pito ka tuig sa ulahi gisalikway ang “pito ka panahon.” Ang 1856 unta mao ang pagpatik nga nag-una sa balaod sa Dominggo sa 1863, apan wala kini matuman.</w:t>
      </w:r>
    </w:p>
    <w:p>
      <w:pPr>
        <w:pStyle w:val="ArticleBody"/>
        <w:jc w:val="left"/>
      </w:pPr>
      <w:r>
        <w:rPr>
          <w:rFonts w:ascii="Times New Roman" w:hAnsi="Times New Roman" w:eastAsia="Times New Roman" w:cs="Times New Roman"/>
        </w:rPr>
        <w:t>Ang ikatulong manulonda miabot niadtong 1844, 1888, ug sa 9/11. Gipaila ni Sister White nga sa dihang nangatumpag ang dagkong mga tinukod sa Siyudad sa New York, matuman ang unang tulo ka bersikulo sa Pinadayag napulog-walo.</w:t>
      </w:r>
    </w:p>
    <w:p>
      <w:pPr>
        <w:pStyle w:val="ArticleHeading"/>
        <w:jc w:val="left"/>
      </w:pPr>
      <w:r>
        <w:rPr>
          <w:rFonts w:ascii="Arial" w:hAnsi="Arial" w:eastAsia="Arial" w:cs="Arial"/>
        </w:rPr>
        <w:t>Pinadayag 18</w:t>
      </w:r>
    </w:p>
    <w:p>
      <w:pPr>
        <w:pStyle w:val="ArticleBody"/>
        <w:jc w:val="left"/>
      </w:pPr>
      <w:r>
        <w:rPr>
          <w:rFonts w:ascii="Times New Roman" w:hAnsi="Times New Roman" w:eastAsia="Times New Roman" w:cs="Times New Roman"/>
        </w:rPr>
        <w:t>Bersikulo USA—Ug human niini nga mga butang nakita ko ang laing manulonda nga mikunsad gikan sa langit, nga may dakong gahum; ug ang yuta nalamdagan sa iyang himaya.</w:t>
      </w:r>
    </w:p>
    <w:p>
      <w:pPr>
        <w:pStyle w:val="ArticleBody"/>
        <w:jc w:val="left"/>
      </w:pPr>
      <w:r>
        <w:rPr>
          <w:rFonts w:ascii="Times New Roman" w:hAnsi="Times New Roman" w:eastAsia="Times New Roman" w:cs="Times New Roman"/>
        </w:rPr>
        <w:t>Bersikulo DOS—Ug siya misinggit sa makusog nga tingog uban sa daku nga kagahum, nga nagaingon, Ang dakung Babilonia nahulog na, nahulog na, ug nahimong puloy-anan sa mga yawa, ug salipdanan sa matag mahugawng espiritu, ug hawla sa matag mahugaw ug makalilisang nga langgam.</w:t>
      </w:r>
    </w:p>
    <w:p>
      <w:pPr>
        <w:pStyle w:val="ArticleBody"/>
        <w:jc w:val="left"/>
      </w:pPr>
      <w:r>
        <w:rPr>
          <w:rFonts w:ascii="Times New Roman" w:hAnsi="Times New Roman" w:eastAsia="Times New Roman" w:cs="Times New Roman"/>
        </w:rPr>
        <w:t>Bersikulo TULO—Kay ang tanang mga nasod nakainom sa bino sa kapungot sa iyang pakighilawas, ug ang mga hari sa yuta nakapakighilawas uban kaniya, ug ang mga magpapatigayon sa yuta nangadato tungod sa kadagaya sa iyang mga kaluhoan.</w:t>
      </w:r>
    </w:p>
    <w:p>
      <w:pPr>
        <w:pStyle w:val="ArticleBody"/>
        <w:jc w:val="left"/>
      </w:pPr>
      <w:r>
        <w:rPr>
          <w:rFonts w:ascii="Times New Roman" w:hAnsi="Times New Roman" w:eastAsia="Times New Roman" w:cs="Times New Roman"/>
        </w:rPr>
        <w:t>Ang gamhanang nahaunang manulonda mikanaug nga may dalang mensahe sa iyang kamot, ug si Juan gisugo sa pag-adto ug pagkuha sa diyutayng basahon ug kan-on kini. Kining nahaunang manulonda nagabuhat sa maong buluhaton sama sa manulonda sa Pinadayag 18 nga nagadan-ag sa yuta pinaagi sa iyang himaya. Kini tungod kay ang nahaunang manulonda mao ang alpha ug ang ikatulong manulonda mao ang omega, ug ang sinugdanan sa kanunay nagapakita sa katapusan.</w:t>
      </w:r>
    </w:p>
    <w:p>
      <w:pPr>
        <w:pStyle w:val="ArticleScripture"/>
        <w:jc w:val="left"/>
      </w:pPr>
      <w:r>
        <w:rPr>
          <w:rFonts w:ascii="Times New Roman" w:hAnsi="Times New Roman" w:eastAsia="Times New Roman" w:cs="Times New Roman"/>
        </w:rPr>
        <w:t>“Si Jesus nagsugo sa usa ka gamhanang manulonda nga mokanaog ug magpasidaan sa mga pumoluyo sa yuta sa pagpangandam alang sa Iyang ikaduhang pagpakita. Sa dihang mibiya ang manulonda sa atubangan ni Jesus didto sa langit, usa ka hilabihan ka masanag ug mahimayaong kahayag ang nag-una kaniya. Gisultihan ako nga ang iyang buluhaton mao ang paghatag ug kahayag sa yuta pinaagi sa iyang himaya ug ang pagpasidaan sa tawo bahin sa umalabot nga kaligutgut sa Dios.” Early Writings, 245.</w:t>
      </w:r>
    </w:p>
    <w:p>
      <w:pPr>
        <w:pStyle w:val="ArticleBody"/>
        <w:jc w:val="left"/>
      </w:pPr>
      <w:r>
        <w:rPr>
          <w:rFonts w:ascii="Times New Roman" w:hAnsi="Times New Roman" w:eastAsia="Times New Roman" w:cs="Times New Roman"/>
        </w:rPr>
        <w:t>Ang unang manulunda mao ang bersikulo uno sa Pinadayag napulog-walo.</w:t>
      </w:r>
    </w:p>
    <w:p>
      <w:pPr>
        <w:pStyle w:val="ArticleBody"/>
        <w:jc w:val="left"/>
      </w:pPr>
      <w:r>
        <w:rPr>
          <w:rFonts w:ascii="Times New Roman" w:hAnsi="Times New Roman" w:eastAsia="Times New Roman" w:cs="Times New Roman"/>
        </w:rPr>
        <w:t>Ug human niini nga mga butang nakita ko ang laing manulonda nga mikunsad gikan sa langit, nga may dakong gahum; ug ang yuta napasidlak sa iyang himaya.</w:t>
      </w:r>
    </w:p>
    <w:p>
      <w:pPr>
        <w:pStyle w:val="ArticleBody"/>
        <w:jc w:val="left"/>
      </w:pPr>
      <w:r>
        <w:rPr>
          <w:rFonts w:ascii="Times New Roman" w:hAnsi="Times New Roman" w:eastAsia="Times New Roman" w:cs="Times New Roman"/>
        </w:rPr>
        <w:t>Ang ikaduhang anghel mao ang bersikulo dos sa Pinadayag 18.</w:t>
      </w:r>
    </w:p>
    <w:p>
      <w:pPr>
        <w:pStyle w:val="ArticleBody"/>
        <w:jc w:val="left"/>
      </w:pPr>
      <w:r>
        <w:rPr>
          <w:rFonts w:ascii="Times New Roman" w:hAnsi="Times New Roman" w:eastAsia="Times New Roman" w:cs="Times New Roman"/>
        </w:rPr>
        <w:t>Ug misinggit siya sa makusog nga tingog, nga nagaingon: Napukan na, napukan na ang dakong Babilonia, ug nahimo nang puluy-anan sa mga yawa, ug kuta sa matag mahugaw nga espiritu, ug hawla sa matag mahugaw ug dumtanang langgam.</w:t>
      </w:r>
    </w:p>
    <w:p>
      <w:pPr>
        <w:pStyle w:val="ArticleBody"/>
        <w:jc w:val="left"/>
      </w:pPr>
      <w:r>
        <w:rPr>
          <w:rFonts w:ascii="Times New Roman" w:hAnsi="Times New Roman" w:eastAsia="Times New Roman" w:cs="Times New Roman"/>
        </w:rPr>
        <w:t>Ang ikatulong manulonda anaa sa bersikulo tulo sa Pinadayag napulog-walo.</w:t>
      </w:r>
    </w:p>
    <w:p>
      <w:pPr>
        <w:pStyle w:val="ArticleBody"/>
        <w:jc w:val="left"/>
      </w:pPr>
      <w:r>
        <w:rPr>
          <w:rFonts w:ascii="Times New Roman" w:hAnsi="Times New Roman" w:eastAsia="Times New Roman" w:cs="Times New Roman"/>
        </w:rPr>
        <w:t>Kay ang tanang nasod nakainom sa bino sa kapungot sa iyang pagpakighilawas, ug ang mga hari sa yuta nakigpakighilawas uban kaniya, ug ang mga magpapatigayon sa yuta nangadato pinaagi sa kadagaya sa iyang mga kaluho.</w:t>
      </w:r>
    </w:p>
    <w:p>
      <w:pPr>
        <w:pStyle w:val="ArticleBody"/>
        <w:jc w:val="left"/>
      </w:pPr>
      <w:r>
        <w:rPr>
          <w:rFonts w:ascii="Times New Roman" w:hAnsi="Times New Roman" w:eastAsia="Times New Roman" w:cs="Times New Roman"/>
        </w:rPr>
        <w:t>Ang tanang mga hari nakighilawas uban sa bigaon diha sa balaod sa Domingo, sumala sa gihulagway sa bersikulo tres. Ang mensahe sa ikaduhang manulonda mao nga nahulog na ang Babilonia, ug kana mao ang bersikulo dos. Ang buluhaton sa unang manulonda mao ang paghatag-kahayag sa yuta pinaagi sa iyang himaya, ug kana mao ang bersikulo uno. Ang bersikulo uno mao ang 9/11. Ang bersikulo dos mao ang proseso sa panagbulag nga nagpadayon sa tibuok katawhan sukad sa 9/11, ug ang bersikulo tres mao ang balaod sa Domingo. Tungod niini, ang 9/11 mao ang mensahe sa ikatulong manulonda, ug mao usab ang balaod sa Domingo. Ang 9/11 mao ang pasidaan sa nagakahiduol nga balaod sa Domingo ingon sa girepresentahan sa unang tulo ka mga bersikulo, ug ang laing tingog sa bersikulo upat mao ang balaod sa Domingo. Ang unang tingog sa Pinadayag dieciocho mao ang pasidaan sa nagakahiduol nga balaod sa Domingo, ug kana nga pasidaan mahimong usa ka buhing kamatuoran diha sa balaod sa Domingo.</w:t>
      </w:r>
    </w:p>
    <w:p>
      <w:pPr>
        <w:pStyle w:val="ArticleBody"/>
        <w:jc w:val="left"/>
      </w:pPr>
      <w:r>
        <w:rPr>
          <w:rFonts w:ascii="Times New Roman" w:hAnsi="Times New Roman" w:eastAsia="Times New Roman" w:cs="Times New Roman"/>
        </w:rPr>
        <w:t>Ang 9/11 ngadto sa balaod sa Domingo gihulagway pinaagi sa yugto sa alpha nga “ari ug tan-awa” sa damgo ni Miller ngadto sa omega nga “ari ug tan-awa.” Tali sa 9/11 ug sa balaod sa Domingo, ang mga hiyas ibutang ibabaw sa lamesa ni Miller sa taliwala sa lawak, nagkatag ug nalubong, ug unya mapasig-uli sa tawo nga may brush sa hugaw. Ang manulonda nga mikunsad niadtong 1840 uban sa gamayng basahon mao ang nahauna ug alpha nga manulonda nga nagrepresentar sa manulonda nga mikunsad sa 9/11. Kana nga manulonda giila sa kapitulo napulo, sa dihang gisultihan si Juan nga ang basahon mahimong matam-is, apan mahimong mapait.</w:t>
      </w:r>
    </w:p>
    <w:p>
      <w:pPr>
        <w:pStyle w:val="ArticleBody"/>
        <w:jc w:val="left"/>
      </w:pPr>
      <w:r>
        <w:rPr>
          <w:rFonts w:ascii="Times New Roman" w:hAnsi="Times New Roman" w:eastAsia="Times New Roman" w:cs="Times New Roman"/>
        </w:rPr>
        <w:t>Si Juan nagrepresentar sa kalihokan sa nahaunang manulonda, nga girepresentahan sa mga Millerita, ug siya usab naglarawan sa kalihokan sa usa ka gatus ug kap-atan ug upat ka libo. Labaw sa tanan, siya nagrepresentar sa ulahing mga adlaw, ingon nga ang mga propeta kanunayng nagabuhat. Tungod niini, daan siyang gisultihan nga ang basahon mahimong matam-is ug unya mapait. Ang mga Millerita wala mahibalo niini daan, apan ang usa ka gatus ug kap-atan ug upat ka libo gikinahanglan nga mahibalo niini.</w:t>
      </w:r>
    </w:p>
    <w:p>
      <w:pPr>
        <w:pStyle w:val="ArticleBody"/>
        <w:jc w:val="left"/>
      </w:pPr>
      <w:r>
        <w:rPr>
          <w:rFonts w:ascii="Times New Roman" w:hAnsi="Times New Roman" w:eastAsia="Times New Roman" w:cs="Times New Roman"/>
        </w:rPr>
        <w:t>Si Miller, ingon nga mensahero sa nahaunang manulonda, mao ang pangunang simbolo sa usa nga mikaon sa gamayng basahon. Ingon nga usa ka miller, siya pagabuhaton sa paglain sa trigo gikan sa tahop, unya iproseso ang lugas ngadto sa harina, ug himoon ang tinapay nga pagakan-on. Iyang gipaambit ang tinapay pinaagi sa pagpahimutang niini sa tunga sa iyang lawak ug sa pagtawag sa tanan nga buot moanhi sa “come and see.” Apan ingon nga simbolo sa usa nga mikuha sa basahon gikan sa kamot sa manulonda, si Miller, sama kang Juan, naghisgot labaw pa sa ulahing mga adlaw sa ikatulong manulonda kaysa sa sayong mga adlaw sa nahaunang manulonda. Sa iyang damgo nagsugod siya pinaagi sa pagpahibalo kanato nga nadawat niya ang iyang mensahe pinaagi sa usa ka dili makita nga kamot. Ang nahaunang manulonda diha sa Pinadayag 10 adunay gamayng basahon sa iyang kamot, apan ang manulonda sa Pinadayag 18, nga mao ang omega sa alpha sa 1840, walay basahon nga gilarawan diha sa iyang kamot, ug mao kana ang basahon nga nadawat ni Miller—ang basahon gikan sa usa ka dili makita nga kamot. Ang “come and see” ni Miller mao ang 9/11, ug ang “come and see” sa tawo nga may brush sa abog mao ang balaod sa Dominggo.</w:t>
      </w:r>
    </w:p>
    <w:p>
      <w:pPr>
        <w:pStyle w:val="ArticleBody"/>
        <w:jc w:val="left"/>
      </w:pPr>
      <w:r>
        <w:rPr>
          <w:rFonts w:ascii="Times New Roman" w:hAnsi="Times New Roman" w:eastAsia="Times New Roman" w:cs="Times New Roman"/>
        </w:rPr>
        <w:t>Taliwala sa alpha ug omega nga “umari ka ug tan-awa,” anaa ang mensahe sa ikaduhang manulunda, kay ang alpha mao ang 9/11, nga mao ang bersikulo uno sa kapitulo dyesi-otso, ug ang bersikulo dos mao ang ikaduhang manulunda nga matapos sa bersikulo tres, nga mao ang balaod sa Domingo ug ang omega nga “umari ka ug tan-awa.” Sa damgo ni Miller ang ikaduhang manulunda, ug ang pagkapukan sa Babilonia, girepresentahan sa pito ka higayon nga gigamit ang pulong nga scatter, samtang ang kinatibuk-ang asoy nagaila nga ang kamatuoran gidaug sa sayop.</w:t>
      </w:r>
    </w:p>
    <w:p>
      <w:pPr>
        <w:pStyle w:val="ArticleBody"/>
        <w:jc w:val="left"/>
      </w:pPr>
      <w:r>
        <w:rPr>
          <w:rFonts w:ascii="Times New Roman" w:hAnsi="Times New Roman" w:eastAsia="Times New Roman" w:cs="Times New Roman"/>
        </w:rPr>
        <w:t>Ang nahauna ug ikatulong mga manulonda mikunsad uban sa mensahe nga kinahanglan dawaton ug kaunon niadtong Agosto 11, 1840 ug 9/11, matag usa. Ang duha ka mga petsa nagtugbang sa bersikulo uno sa Pinadayag 18.</w:t>
      </w:r>
    </w:p>
    <w:p>
      <w:pPr>
        <w:pStyle w:val="ArticleBody"/>
        <w:jc w:val="left"/>
      </w:pPr>
      <w:r>
        <w:rPr>
          <w:rFonts w:ascii="Times New Roman" w:hAnsi="Times New Roman" w:eastAsia="Times New Roman" w:cs="Times New Roman"/>
        </w:rPr>
        <w:t>Ang mga pundasyonal nga kamatuoran gimantala niadtong Mayo sa 1842, uban sa pioneer chart sa 1843 isip alpha sa duha ka lamesa ni Habakkuk. Sa 2012, ang Habakkuk’s Tables gimantala, nga nagkaangay sa Mayo sa 1842.</w:t>
      </w:r>
    </w:p>
    <w:p>
      <w:pPr>
        <w:pStyle w:val="ArticleBody"/>
        <w:jc w:val="left"/>
      </w:pPr>
      <w:r>
        <w:rPr>
          <w:rFonts w:ascii="Times New Roman" w:hAnsi="Times New Roman" w:eastAsia="Times New Roman" w:cs="Times New Roman"/>
        </w:rPr>
        <w:t>Ang unang kasagmuyo sa mga Millerite nahitabo niadtong Abril 19, 1844, nga nagatipo sa Hulyo 18, 2020. Niadtong taknaa miabot ang ikaduhang manulonda, ug ang iyang pag-abot nahiuyon sa bersikulo dos sa Pinadayag 18. Kadtong kasagmuyo maoy nagtimaan sa katapusan sa unang manulonda. Didto miabot ang ikaduhang manulonda, ug misugod ang panahon sa paglangan diha sa sambingay sa mga ulay. Ang kasaysayan sa unang manulonda kinahanglan nga modagan nga kaparalelo sa kasaysayan sa ikaduhang manulonda, ug kon iaplikar sa ingon niini nga paagi, ang pag-abot sa ikaduhang manulonda nahiuyon sa pag-abot sa unang manulonda sa 1840 ug 9/11.</w:t>
      </w:r>
    </w:p>
    <w:p>
      <w:pPr>
        <w:pStyle w:val="ArticleBody"/>
        <w:jc w:val="left"/>
      </w:pPr>
      <w:r>
        <w:rPr>
          <w:rFonts w:ascii="Times New Roman" w:hAnsi="Times New Roman" w:eastAsia="Times New Roman" w:cs="Times New Roman"/>
        </w:rPr>
        <w:t>Miabot ang usa ka panahon sa paglangan sa 9/11, nga gitipohan sa Abril 19, 1844. Sa 9/11 ang upat ka mga hangin sa Islam gipagawas, ug unya gipugngan. Kadtong upat ka mga hangin ni Juan mao ang mabaskog nga mga hangin ni Isaias, ug ang hangin sa sidlakan sa tagna, ug ang manulonda sa pagtimri mosaka gikan sa sidlakan. Sa diha nga Siya mosaka, motu-aw Siya, “kupoti, kupoti, kupoti, kupoti” upat ka higayon sumala kang Sister White. Ang panahon sa paglangan nga nagsugod sa pag-abot sa ikaduhang manulonda girepresentahan ingon nga ang upat ka mga hangin gipugngan hangtud nga ang usa ka gatus ug kap-atan ug upat ka libo matimrihan.</w:t>
      </w:r>
    </w:p>
    <w:p>
      <w:pPr>
        <w:pStyle w:val="ArticleBody"/>
        <w:jc w:val="left"/>
      </w:pPr>
      <w:r>
        <w:rPr>
          <w:rFonts w:ascii="Times New Roman" w:hAnsi="Times New Roman" w:eastAsia="Times New Roman" w:cs="Times New Roman"/>
        </w:rPr>
        <w:t>Human sa unang kapakyasan, si Samuel Snow gidala sa paghiusa sa mensahe sa Singgit sa Tungang Gabii, sa ingon nagtimaan sa tingog sa kamingawan sa Hulyo sa 2023.</w:t>
      </w:r>
    </w:p>
    <w:p>
      <w:pPr>
        <w:pStyle w:val="ArticleBody"/>
        <w:jc w:val="left"/>
      </w:pPr>
      <w:r>
        <w:rPr>
          <w:rFonts w:ascii="Times New Roman" w:hAnsi="Times New Roman" w:eastAsia="Times New Roman" w:cs="Times New Roman"/>
        </w:rPr>
        <w:t>Sa tigom sa kampo sa Exeter, ang pagkabahin sa mga ulay pinasikad sa panulay nga lana, nga naghinlo ug nagputli usab sa mga Millerite uyon sa buluhaton sa Mensahero sa Pakigsaad. Ang tigom sa kampo sa Exeter nagrepresentar sa pagsilyo, kay ang buluhaton niadto mipadayon sama sa usa ka balod sa taob, o usa ka gamhanang kasundalohan, hangtod nga miabot ang ikatulong manulonda niadtong Oktubre 22, 1844. Ang yawe sa kasaysayan mao ang pagkabahin.</w:t>
      </w:r>
    </w:p>
    <w:p>
      <w:pPr>
        <w:pStyle w:val="ArticleBody"/>
        <w:jc w:val="left"/>
      </w:pPr>
      <w:r>
        <w:rPr>
          <w:rFonts w:ascii="Times New Roman" w:hAnsi="Times New Roman" w:eastAsia="Times New Roman" w:cs="Times New Roman"/>
        </w:rPr>
        <w:t>Ang ikaduhang manulonda nagabuhat ug buluhaton sa pagbulag sa dihang kini moabot, maingon sa gibuhat niini sa unang kapakyasan, ug kini natapos pinaagi sa pagbulag sa Oktubre 22. Sa taliwala sa duha ka pagbulag, ang mensahe sa ikaduhang manulonda gimantala. Ang ikaduhang manulonda usa ka nagpadayon nga pagbulag hangtod sa katapusang pagsulay sa lana. Ang katapusang pagsulay sa lana maoy nagdala ngadto sa litmus nga pagsulay sa ikatulong manulonda. Kadtong litmus nga pagsulay mao ang krus alang kang Jesus, ug ang Tanaman sa Getsemani, nga nagpasabot ug “tanaman sa pisaanan sa lana,” miuna sa litmus nga pagsulay sa krus, ug ang pagsulay sa lana sa mga ulay miuna sa siradong pultahan sa 1844.</w:t>
      </w:r>
    </w:p>
    <w:p>
      <w:pPr>
        <w:pStyle w:val="ArticleBody"/>
        <w:jc w:val="left"/>
      </w:pPr>
      <w:r>
        <w:rPr>
          <w:rFonts w:ascii="Times New Roman" w:hAnsi="Times New Roman" w:eastAsia="Times New Roman" w:cs="Times New Roman"/>
        </w:rPr>
        <w:t>Ang katapusang pagsulay, nga gisundan sa paghukom, mao ang ikanapulong pagsulay alang sa karaang Israel. Unya gitugyan sila sa pagkamatay didto sa kamingawan. Bisan pa kon Kadesh, Gethsemane, o Exeter; ang katapusang pagsulay sa dili pa ang paghukom, diin ang duruha ka pundok ginapahimulag, nagtimaan sa usa ka katapusang pagsulay human sa 2023, nga nag-una sa closed-door nga paghukom sa Sunday law. Kana nga katapusang pagsulay mao ang pagpatik. Ang usa ka katapusang o ulahing pagsulay nagpasabot sa usa ka unang pagsulay.</w:t>
      </w:r>
    </w:p>
    <w:p>
      <w:pPr>
        <w:pStyle w:val="ArticleBody"/>
        <w:jc w:val="left"/>
      </w:pPr>
      <w:r>
        <w:rPr>
          <w:rFonts w:ascii="Times New Roman" w:hAnsi="Times New Roman" w:eastAsia="Times New Roman" w:cs="Times New Roman"/>
        </w:rPr>
        <w:t>Sa tuig 2023, natapos ang panahon sa paghulat sa dihang ang Leon sa banay ni Juda mibukas sa panan-awon nga kinahanglan pa untang malangan, pinaagi sa pagtangtang sa Iyang kamot. Unya misugod ang buluhaton ni Samuel Snow.</w:t>
      </w:r>
    </w:p>
    <w:p>
      <w:pPr>
        <w:pStyle w:val="ArticleBody"/>
        <w:jc w:val="left"/>
      </w:pPr>
      <w:r>
        <w:rPr>
          <w:rFonts w:ascii="Times New Roman" w:hAnsi="Times New Roman" w:eastAsia="Times New Roman" w:cs="Times New Roman"/>
        </w:rPr>
        <w:t>Kon atong ipahiluna ang yugto sa una ug ikaduhang mga manulonda nga magkatakdo sa usag usa, ilang mailhan ang pagkanaog sa usa ka manulonda nga adunay mensahe nga mosulay sa katawhan sa Dios pinaagi sa ilang tubag sa sugo nga kuhaon ug kaonon ang mensahe. Ang patukoranan nga mensahe dayon ipaila sa atubangan sa publiko hangtod nga mapakyas ang patukoranan nga mensahe. Unya moabot ang ikatulong manulonda. Ang yugto sa ikatulong manulonda mao ang napulog siyam ka tuig nga mao ang omega nga napulog siyam ka tuig gikan sa 742 BC hangtod sa 723 BC.</w:t>
      </w:r>
    </w:p>
    <w:p>
      <w:pPr>
        <w:pStyle w:val="ArticleBody"/>
        <w:jc w:val="left"/>
      </w:pPr>
      <w:r>
        <w:rPr>
          <w:rFonts w:ascii="Times New Roman" w:hAnsi="Times New Roman" w:eastAsia="Times New Roman" w:cs="Times New Roman"/>
        </w:rPr>
        <w:t>Ang yugto gikan sa 1844 hangtod 1863, ug ang yugto gikan sa 742 BC hangtod 723 BC nagdagan nga managsama sa usag usa, ug managsama usab sa mga yugto sa nahaunang ug ikaduhang mga manulonda. Kining upat ka mga linya sa matagnaong kasaysayan nagkatakdo gikan sa 9/11 hangtod sa balaod sa Domingo. Kining lima ka mga linya mao ang kasaysayan sa alpha ni Miller nga “umari ug tan-awa” ug sa omega ni Cristo nga “umari ug tan-awa.”</w:t>
      </w:r>
    </w:p>
    <w:p>
      <w:pPr>
        <w:pStyle w:val="ArticleHeading"/>
        <w:jc w:val="left"/>
      </w:pPr>
      <w:r>
        <w:rPr>
          <w:rFonts w:ascii="Arial" w:hAnsi="Arial" w:eastAsia="Arial" w:cs="Arial"/>
        </w:rPr>
        <w:t>Upat ka Higayon nga Pito</w:t>
      </w:r>
    </w:p>
    <w:p>
      <w:pPr>
        <w:pStyle w:val="ArticleBody"/>
        <w:jc w:val="left"/>
      </w:pPr>
      <w:r>
        <w:rPr>
          <w:rFonts w:ascii="Times New Roman" w:hAnsi="Times New Roman" w:eastAsia="Times New Roman" w:cs="Times New Roman"/>
        </w:rPr>
        <w:t>Sa husto nga pagsabot, ang Levitico 26 nag-ila sa “pito ka panahon” upat ka higayon, ug ang “pito ka panahon” mao ang simbolo ni Miller ug sa iyang mensahe. Niadtong 1842, ang pagsabot ni Miller sa “pito ka panahon” napahaluna diha sa tsart sa 1843 nga giingon ni Sister White, “gimandoan sa kamot sa Ginoo,” ug “dili kinahanglan usbon.” Pito ka tuig sa ulahi namatay si Miller niadtong 1849, ug pito ka tuig sa ulahi ang mensahe sa “pito ka panahon” gisulod sa rekord ni Hiram Edson, ug pito ka tuig sa ulahi kini gisalikway.</w:t>
      </w:r>
    </w:p>
    <w:p>
      <w:pPr>
        <w:pStyle w:val="ArticleBody"/>
        <w:jc w:val="left"/>
      </w:pPr>
      <w:r>
        <w:rPr>
          <w:rFonts w:ascii="Times New Roman" w:hAnsi="Times New Roman" w:eastAsia="Times New Roman" w:cs="Times New Roman"/>
        </w:rPr>
        <w:t>Niadtong 1842 ang unang lamesa ni Habakkuk gimantala.</w:t>
      </w:r>
    </w:p>
    <w:p>
      <w:pPr>
        <w:pStyle w:val="ArticleBody"/>
        <w:jc w:val="left"/>
      </w:pPr>
      <w:r>
        <w:rPr>
          <w:rFonts w:ascii="Times New Roman" w:hAnsi="Times New Roman" w:eastAsia="Times New Roman" w:cs="Times New Roman"/>
        </w:rPr>
        <w:t>Niadtong 1849 namatay ang alfa nga mensahero sa “seven times” diha sa tsart sa 1843.</w:t>
      </w:r>
    </w:p>
    <w:p>
      <w:pPr>
        <w:pStyle w:val="ArticleBody"/>
        <w:jc w:val="left"/>
      </w:pPr>
      <w:r>
        <w:rPr>
          <w:rFonts w:ascii="Times New Roman" w:hAnsi="Times New Roman" w:eastAsia="Times New Roman" w:cs="Times New Roman"/>
        </w:rPr>
        <w:t>Sa 1856 ang ulahing mensahero sa “pito ka mga panahon” diha sa tsart sa 1850 wala tagda.</w:t>
      </w:r>
    </w:p>
    <w:p>
      <w:pPr>
        <w:pStyle w:val="ArticleBody"/>
        <w:jc w:val="left"/>
      </w:pPr>
      <w:r>
        <w:rPr>
          <w:rFonts w:ascii="Times New Roman" w:hAnsi="Times New Roman" w:eastAsia="Times New Roman" w:cs="Times New Roman"/>
        </w:rPr>
        <w:t>Niadtong 1863 gisalikway ang duha ka lamisa ni Habakkuk, ug gipatik ang tsart sa 1863.</w:t>
      </w:r>
    </w:p>
    <w:p>
      <w:pPr>
        <w:pStyle w:val="ArticleBody"/>
        <w:jc w:val="left"/>
      </w:pPr>
      <w:r>
        <w:rPr>
          <w:rFonts w:ascii="Times New Roman" w:hAnsi="Times New Roman" w:eastAsia="Times New Roman" w:cs="Times New Roman"/>
        </w:rPr>
        <w:t>Usa ka balaang tsart nga gipatik sa sinugdan ug usa ka tawhanong tsart nga gipatik sa katapusan. Sa taliwala, ang duha ka mga mensahero gipaila, kay ang ikaduhang mensahe sa kanunay adunay pagdoble.</w:t>
      </w:r>
    </w:p>
    <w:p>
      <w:pPr>
        <w:pStyle w:val="ArticleHeading"/>
        <w:jc w:val="left"/>
      </w:pPr>
      <w:r>
        <w:rPr>
          <w:rFonts w:ascii="Arial" w:hAnsi="Arial" w:eastAsia="Arial" w:cs="Arial"/>
        </w:rPr>
        <w:t>Unang anghel</w:t>
      </w:r>
    </w:p>
    <w:p>
      <w:pPr>
        <w:pStyle w:val="ArticleBody"/>
        <w:jc w:val="left"/>
      </w:pPr>
      <w:r>
        <w:rPr>
          <w:rFonts w:ascii="Times New Roman" w:hAnsi="Times New Roman" w:eastAsia="Times New Roman" w:cs="Times New Roman"/>
        </w:rPr>
        <w:t>Niadtong 1842 ang unang talaan sa Habakkuk gipatik.</w:t>
      </w:r>
    </w:p>
    <w:p>
      <w:pPr>
        <w:pStyle w:val="ArticleHeading"/>
        <w:jc w:val="left"/>
      </w:pPr>
      <w:r>
        <w:rPr>
          <w:rFonts w:ascii="Arial" w:hAnsi="Arial" w:eastAsia="Arial" w:cs="Arial"/>
        </w:rPr>
        <w:t>Ikaduhang manulonda</w:t>
      </w:r>
    </w:p>
    <w:p>
      <w:pPr>
        <w:pStyle w:val="ArticleBody"/>
        <w:jc w:val="left"/>
      </w:pPr>
      <w:r>
        <w:rPr>
          <w:rFonts w:ascii="Times New Roman" w:hAnsi="Times New Roman" w:eastAsia="Times New Roman" w:cs="Times New Roman"/>
        </w:rPr>
        <w:t>Niadtong 1849 namatay ang tigulang nga mensahero sa tsart sa 1843.</w:t>
      </w:r>
    </w:p>
    <w:p>
      <w:pPr>
        <w:pStyle w:val="ArticleBody"/>
        <w:jc w:val="left"/>
      </w:pPr>
      <w:r>
        <w:rPr>
          <w:rFonts w:ascii="Times New Roman" w:hAnsi="Times New Roman" w:eastAsia="Times New Roman" w:cs="Times New Roman"/>
        </w:rPr>
        <w:t>Sa 1856, ang bag-ong mensahero sa 1850 chart wala tagda.</w:t>
      </w:r>
    </w:p>
    <w:p>
      <w:pPr>
        <w:pStyle w:val="ArticleHeading"/>
        <w:jc w:val="left"/>
      </w:pPr>
      <w:r>
        <w:rPr>
          <w:rFonts w:ascii="Arial" w:hAnsi="Arial" w:eastAsia="Arial" w:cs="Arial"/>
        </w:rPr>
        <w:t>Ikatulong manulonda</w:t>
      </w:r>
    </w:p>
    <w:p>
      <w:pPr>
        <w:pStyle w:val="ArticleBody"/>
        <w:jc w:val="left"/>
      </w:pPr>
      <w:r>
        <w:rPr>
          <w:rFonts w:ascii="Times New Roman" w:hAnsi="Times New Roman" w:eastAsia="Times New Roman" w:cs="Times New Roman"/>
        </w:rPr>
        <w:t>Niadtong 1863 ang mensahe gisalikway ug ang tsart sa 1863 gipatik.</w:t>
      </w:r>
    </w:p>
    <w:p>
      <w:pPr>
        <w:pStyle w:val="ArticleBody"/>
        <w:jc w:val="left"/>
      </w:pPr>
      <w:r>
        <w:rPr>
          <w:rFonts w:ascii="Times New Roman" w:hAnsi="Times New Roman" w:eastAsia="Times New Roman" w:cs="Times New Roman"/>
        </w:rPr>
        <w:t>Usa ka yugto nga kawhaan ug usa ka tuig nga nagrepresentar sa upat ka simbolo sa “pito ka mga panahon,” nga managsama ang gilay-on sa pito ka tuig. Ang mensahe sa alpha gimantala (1842), ang mensahero sa alpha namatay (1849), ang mensahero sa omega wala tagda (1856), ug ang mensahe sa omega gisalikway (1863), nga nagtimaan sa 2012; Hulyo 18, 2020; 2023; ug sa haduol na nga balaod sa Domingo. Ang kamatayon ni Miller niadtong 1849 nagtugma sa Hulyo 18, 2020. Ang mensahero, ug ang mensahe, gibanhaw sa 2023. Ang mensahe sa omega karon ginabuksan na gikan sa pagkaselyado, ug gisundan kini sa balaod sa Domingo sa 1863.</w:t>
      </w:r>
    </w:p>
    <w:p>
      <w:pPr>
        <w:pStyle w:val="ArticleBody"/>
        <w:jc w:val="left"/>
      </w:pPr>
      <w:r>
        <w:rPr>
          <w:rFonts w:ascii="Times New Roman" w:hAnsi="Times New Roman" w:eastAsia="Times New Roman" w:cs="Times New Roman"/>
        </w:rPr>
        <w:t>Sa kalihukang Millerite, ang mensahe natukod ug unya ang mensahero namatay. Sa kaanggid nga kalihukan, ang mensahe natukod ug unya ang mensahe namatay. Ang mensahe gibanhaw pag-usab niadtong 1856 ug 2023. Ang apostasya mao ang timaan sa 1863, ug ang kadaugan mao ang timaan sa iyang katugbang sa balaod sa Domingo. Sa wala pa ang apostasya ug kadaugan sa balaod sa Domingo ug sa 1863, ang pagbukas sa natakpan nga capstone omega nga kahayag sa “pito ka mga panahon” sa 1856 gipadayag, maingon nga nahitabo kini sukad pa sa 2023.</w:t>
      </w:r>
    </w:p>
    <w:p>
      <w:pPr>
        <w:pStyle w:val="ArticleBody"/>
        <w:jc w:val="left"/>
      </w:pPr>
      <w:r>
        <w:rPr>
          <w:rFonts w:ascii="Times New Roman" w:hAnsi="Times New Roman" w:eastAsia="Times New Roman" w:cs="Times New Roman"/>
        </w:rPr>
        <w:t>Magpadayon kita sa sunod nga artikulo.</w:t>
      </w:r>
    </w:p>
    <w:p>
      <w:pPr>
        <w:pStyle w:val="ArticleHeading"/>
        <w:jc w:val="left"/>
      </w:pPr>
      <w:r>
        <w:rPr>
          <w:rFonts w:ascii="Arial" w:hAnsi="Arial" w:eastAsia="Arial" w:cs="Arial"/>
        </w:rPr>
        <w:t>William Miller: 1782–1849</w:t>
      </w:r>
    </w:p>
    <w:p>
      <w:pPr>
        <w:pStyle w:val="ArticleScripture"/>
        <w:jc w:val="left"/>
      </w:pPr>
      <w:r>
        <w:rPr>
          <w:rFonts w:ascii="Times New Roman" w:hAnsi="Times New Roman" w:eastAsia="Times New Roman" w:cs="Times New Roman"/>
        </w:rPr>
        <w:t>William: “kabubut-on” ug “salakot” — “malig-ong manlalaban,” “masaligon nga magbalantay,” o “mandirigmang lig-on ang kabubut-on.”</w:t>
      </w:r>
    </w:p>
    <w:p>
      <w:pPr>
        <w:pStyle w:val="ArticleScripture"/>
        <w:jc w:val="left"/>
      </w:pPr>
      <w:r>
        <w:rPr>
          <w:rFonts w:ascii="Times New Roman" w:hAnsi="Times New Roman" w:eastAsia="Times New Roman" w:cs="Times New Roman"/>
        </w:rPr>
        <w:t>Miller: usa ka tawo nga nagpadagan og gilingan, ilabina sa usa ka gilingan nga naggaling og lugas ngadto sa harina.</w:t>
      </w:r>
    </w:p>
    <w:p>
      <w:pPr>
        <w:pStyle w:val="ArticleHeading"/>
        <w:jc w:val="left"/>
      </w:pPr>
      <w:r>
        <w:rPr>
          <w:rFonts w:ascii="Arial" w:hAnsi="Arial" w:eastAsia="Arial" w:cs="Arial"/>
        </w:rPr>
        <w:t>Kusganong Kigdumala nga manggugubat</w:t>
      </w:r>
    </w:p>
    <w:p>
      <w:pPr>
        <w:pStyle w:val="ArticleScripture"/>
        <w:jc w:val="left"/>
      </w:pPr>
      <w:r>
        <w:rPr>
          <w:rFonts w:ascii="Times New Roman" w:hAnsi="Times New Roman" w:eastAsia="Times New Roman" w:cs="Times New Roman"/>
        </w:rPr>
        <w:t>“Usa ka matarong, matinud-anon ug kasingkasingong mag-uuma, nga gidala ngadto sa pagduhaduha sa balaang awtoridad sa Kasulatan, apan nga sa kinasingkasing nangandoy sa pag-ila sa kamatuoran, mao ang tawo nga pinasahi nga gipili sa Dios sa pagpanguna sa pagmantala sa ikaduhang pag-anhi ni Cristo. Sama sa daghang uban pang mga repormador, si William Miller sa unang bahin sa iyang kinabuhi nakigbisog batok sa kakabos ug sa ingon nakakat-on sa dagkong mga leksiyon sa kakugi ug paglimod sa kaugalingon. Ang mga sakop sa panimalay nga iyang gigikanan nailhan tungod sa usa ka malig-on nga espiritu sa kagawasan ug paghigugma sa kagawasan, sa abilidad sa pag-antus, ug sa mainiton nga patriyotismo—mga kinaiya nga makita usab nga dayag sa iyang kinaiya. Ang iyang amahan usa ka kapitan sa kasundalohan sa Rebolusyon, ug sa mga sakripisyo nga iyang gihimo diha sa mga pakigbisog ug mga pag-antus niadtong mabagyuhong kapanahonan masubay ang hiktin nga kahimtang sa unang bahin sa kinabuhi ni Miller.”</w:t>
      </w:r>
    </w:p>
    <w:p>
      <w:pPr>
        <w:pStyle w:val="ArticleScripture"/>
        <w:jc w:val="left"/>
      </w:pPr>
      <w:r>
        <w:rPr>
          <w:rFonts w:ascii="Times New Roman" w:hAnsi="Times New Roman" w:eastAsia="Times New Roman" w:cs="Times New Roman"/>
        </w:rPr>
        <w:t>“Siya adunay himsog nga panglawas sa lawas, ug bisan sa pagkabata nagpakita na sa labaw pa sa kasagarang kusog sa salabutan. Samtang siya nagkatigulang, kini nahimong labi pang makita. Ang iyang hunahuna aktibo ug maayong napalambo, ug siya adunay mahait nga kauhaw sa kahibalo. Bisan wala niya maangkon ang mga kaayohan sa edukasyon sa kolehiyo, ang iyang gugma sa pagtuon ug ang batasan sa mabinantayon nga pagpamalandong ug hugot nga pagsusi naghimo kaniya nga usa ka tawo nga may maayong paghukom ug halapad nga panglantaw. Siya adunay walay ikasaway nga kinaiyang moral ug usa ka dungganong reputasyon, kay siya sa kinatibuk-an gitahod tungod sa pagkamatinumanon, pagkatinipid, ug pagkamapuanguron. Pinaagi sa kusog sa pagpaningkamot ug pagkamasinugtanon sa buluhaton, siya sa sayo pa nakab-ot ang igo nga kahimtang sa kinabuhi, bisan pa nga ang iyang mga batasan sa pagtuon gipadayon gihapon. Natuman niya uban sa kadungganan ang nagkalainlaing katungdanan sa sibil ug militar, ug ang mga dalan paingon sa bahandi ug kadungganan daw halapad nga naabli alang kaniya.” The Great Controversy, 317.</w:t>
      </w:r>
    </w:p>
    <w:p>
      <w:pPr>
        <w:pStyle w:val="ArticleScripture"/>
        <w:jc w:val="left"/>
      </w:pPr>
      <w:r>
        <w:rPr>
          <w:rFonts w:ascii="Times New Roman" w:hAnsi="Times New Roman" w:eastAsia="Times New Roman" w:cs="Times New Roman"/>
        </w:rPr>
        <w:t>“Ang kahibalo sa Dios dili makab-ot nga walay paningkamot sa hunahuna, nga walay pag-ampo alang sa kaalam aron inyong mahimulag gikan sa putli nga lugas sa kamatuoran ang upa nga pinaagi niana ang mga tawo ug si Satanas nakapasayop sa paghulagway sa mga doktrina sa kamatuoran. Si Satanas ug ang iyang pakigsaad sa tawhanong mga galamiton naningkamot sa pagsagol sa upa sa kasaypanan uban sa trigo sa kamatuoran. Kinahanglan kamong mainiton nga mangita sa tinagong bahandi, ug mangayo ug kaalam gikan sa langit aron mahimulag ang tawhanong mga imbensiyon gikan sa balaan nga mga sugo. Ang Espiritu Santo motabang sa mangita sa dagko ug bililhong mga kamatuoran nga may kalabotan sa laraw sa katubsanan. Buot kong ipasantop sa tanan ang kamatuoran nga ang dali-daling pagbasa sa Kasulatan dili igo. Kinahanglan kitang magsusi, ug kini nagpasabot sa pagbuhat sa tanan nga gipasabot sa pulong. Maingon nga ang minero masiboton nga nagsusi sa yuta aron pagdiskobre sa mga ugat sa bulawan, mao usab nga kinahanglan ninyong susihon ang pulong sa Dios alang sa tinagong bahandi nga dugay nang gitinguha ni Satanas nga itago gikan sa tawo. Ang Ginoo nagaingon, ‘If any man willeth to do his will, he shall know of the teaching.’ John 7:17, Revised Version.”</w:t>
      </w:r>
    </w:p>
    <w:p>
      <w:pPr>
        <w:pStyle w:val="ArticleScripture"/>
        <w:jc w:val="left"/>
      </w:pPr>
      <w:r>
        <w:rPr>
          <w:rFonts w:ascii="Times New Roman" w:hAnsi="Times New Roman" w:eastAsia="Times New Roman" w:cs="Times New Roman"/>
        </w:rPr>
        <w:t>“Ang pulong sa Dios mao ang kamatuoran ug kahayag, ug kinahanglan kini mahimong suga sa inyong mga tiil, aron sa paggiya kaninyo sa matag lakang sa dalan ngadto sa mga ganghaan sa siyudad sa Dios. Mao kini ang hinungdan nga si Satanas nagbuhat ug hilabihang desperadong mga paningkamot sa pagbabag sa dalan nga giandam alang sa mga tinubos sa Ginoo aron ilang pagalakwan. Dili ninyo dad-on ang inyong mga hunahuna ngadto sa Biblia, ug himoon ang inyong mga opinyon nga sentro nga liboton sa kamatuoran. Kinahanglan isalikway ninyo ang inyong mga ideya diha sa pultahan sa pagsusi, ug uban sa mapaubsanong, mapinaubsanon nga mga kasingkasing, nga ang kaugalingon natago diha kang Cristo, uban sa mainitong pag-ampo, kinahanglan mangita kamo ug kaalam gikan sa Dios. Kinahanglan inyong bation nga kinahanglan gayud ninyo mahibaloan ang gipadayag nga kabubut-on sa Dios, tungod kay kini may kalabutan sa inyong personal, dayong kaayohan. Ang Biblia mao ang usa ka giya diin mahibaloan ninyo ang dalan ngadto sa kinabuhing dayon. Kinahanglan nga labaw sa tanang butang tinguhaon ninyo nga mahibaloan ang kabubut-on ug mga dalan sa Ginoo. Dili kamo kinahanglan magsusi alang sa katuyoan sa pagpangita ug mga teksto sa Kasulatan nga mahimo ninyong hubaron aron pamatuoran ang inyong mga teoriya; kay ang pulong sa Dios nagapahayag nga kini mao ang pagtuis sa mga Kasulatan ngadto sa inyong kaugalingong kalaglagan. Kinahanglan ninyong hubuon ang inyong kaugalingon sa matag pagpanulondon sa pagpihig, ug moanhi uban sa espiritu sa pag-ampo ngadto sa pagsusi sa pulong sa Dios.” Review and Herald, Setyembre 11, 1894.</w:t>
      </w:r>
    </w:p>
    <w:p>
      <w:pPr>
        <w:pStyle w:val="ArticleScripture"/>
        <w:jc w:val="left"/>
      </w:pPr>
      <w:r>
        <w:rPr>
          <w:rFonts w:ascii="Times New Roman" w:hAnsi="Times New Roman" w:eastAsia="Times New Roman" w:cs="Times New Roman"/>
        </w:rPr>
        <w:t>Si William Miller natawo sa Pittsfield, Massachusetts. Ang iyang pormal nga pag-eskwela mikabat lamang ug 18 ka bulan, apan nahimo siyang nakakat-on sa iyang kaugalingon pinaagi sa iyang lig-on nga batasan sa pagbasa. Nagsugod usab siya sa sayo pa sa pagsulat, nga nagmugna ug balak ug nagtipig ug talaadlawan. Ang iyang pagbasa nagpasinati kaniya sa mga awtor nga dili motoo sa relihiyon, nga nakaimpluwensya kaniya paingon sa deismo. Nahimo siyang usa ka maghuhukom sa kalinaw sa ulahing bahin sa iyang baynte anyos, ug nakig-away sa Gubat sa 1812. Daghang mga kasinatian sulod niining panaglalis maoy mipadulong sa iyang hunahuna ngadto sa usa ka personal nga Dios. Sa pagka-1816 nakabig siya, ug nagsugod sa matinud-anong pagtuon sa Biblia. Misulat siya, ‘Ang Kasulatan... nahimong akong kalipay, ug diha kang Jesus nakakaplag ako ug higala.’</w:t>
      </w:r>
    </w:p>
    <w:p>
      <w:pPr>
        <w:pStyle w:val="ArticleScripture"/>
        <w:jc w:val="left"/>
      </w:pPr>
      <w:r>
        <w:rPr>
          <w:rFonts w:ascii="Times New Roman" w:hAnsi="Times New Roman" w:eastAsia="Times New Roman" w:cs="Times New Roman"/>
        </w:rPr>
        <w:t>“Pagka 1818, diha sa iyang pagtuon sa mga tagna, miabot siya sa konklusyon nga si Jesus mobalik ‘mga 1843.’ Niadtong 1831 nagsugod siya sa pagpaambit sa iyang mga pagtuon sa publiko sa gagmayng mga panagtigom, human sa lig-on nga pagdani sa sulod ug sa giya sa providencia aron buhaton kini. Human niya mahimamat si J. V. Himes, usa ka inila nga editor, niadtong 1839, naablihan ang dalan aron makawali ngadto sa dagkong mga pundok sa mga dagkong siyudad. Bisan pa sa pagsupak sa daghan, ang iyang pagwali, ug ang sa uban nga midawat sa mensahe sa Pag-anhi, nakahimo ug dakong epekto, nga miabot sa 100,000 ang midawat sa pagtuo sa haduol nga pag-anhi ni Cristo. Si Ellen Harmon nakadungog kaniya sa Portland, Maine, niadtong Marso 1840 sa dihang 12 anyos pa siya. Iyang gisaysay, “Si G. Miller misubay sa mga tagna uban sa usa ka katukma nga nakapadangat ug pagtoo sa mga kasingkasing sa iyang mga tigpaminaw. Midunggo siya sa mga propheticong yugto sa panahon, ug naghatag ug daghang mga pamatuod aron palig-onon ang iyang baruganan. Unya ang iyang mabug-at ug gamhanang mga paghangyo ug mga pahimangno ngadto sa mga wala pa maandam, mipugong sa panon sa katawhan nga daw nahisalamangka.” Life Sketches, 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Joel ug Ang Laodiceanhong Simbahang Seventh-day Adventist - Numero Traynta’y Sais</dc:title>
  <dc:subject/>
  <dc:creator>Jeff Pippenger</dc:creator>
  <cp:keywords/>
  <dc:description>Generated by ArticleDigger from joel\36_joel.json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