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Joel ug ang Laodiceanong Iglesia sa mga Adventista sa Ikapitong Adlaw - Numero Kwarenta’y-Dos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Numero Kuwarenta ug Duha</w:t>
      </w:r>
    </w:p>
    <w:p>
      <w:pPr>
        <w:pStyle w:val="ArticleBody"/>
        <w:jc w:val="left"/>
      </w:pPr>
      <w:r>
        <w:rPr>
          <w:rFonts w:ascii="Times New Roman" w:hAnsi="Times New Roman" w:eastAsia="Times New Roman" w:cs="Times New Roman"/>
        </w:rPr>
        <w:t>Sa dihang ang Leviticus 23 gibahin ngadto sa duha ka managsama nga linya nga may kaluhaan ug duha ka mga bersikulo, inubanan sa linya ni Cristo diin ang mga fiesta sa tingpamulak nahiangay sa ilang antitipo, atong mapakita ang usa ka linya nga nagsugod sa tulo ka mga lakang sa Paskuwa sa Biyernes sa gabii, sa tinapay nga walay igpapatubo sa Adlaw nga Igpapahulay, ug sa unang mga bunga sa unang adlaw sa semana. Kini usa ka timaan sa dalan, sumala sa gihulagway sa bautismo ni Cristo, apan kana nga usa ka timaan sa dalan adunay tulo ka mga lakang.</w:t>
      </w:r>
    </w:p>
    <w:p>
      <w:pPr>
        <w:pStyle w:val="ArticleBody"/>
        <w:jc w:val="left"/>
      </w:pPr>
      <w:r>
        <w:rPr>
          <w:rFonts w:ascii="Times New Roman" w:hAnsi="Times New Roman" w:eastAsia="Times New Roman" w:cs="Times New Roman"/>
        </w:rPr>
        <w:t>Sa dihang magsugod kita sa pagkabanhaw ug mopadayon ngadto sa umaabot sulod sa kap-atan ka adlaw, moabut kita sa usa ka punto sa pagbalhin, kay niadtong panahona mihunong si Cristo sa pagtudlo sa atubanganay ug mikayab diha sa mga panganod. Ang usa ka gatus ug kap-atan ug upat ka libo usab mokayab diha sa mga panganod.</w:t>
      </w:r>
    </w:p>
    <w:p>
      <w:pPr>
        <w:pStyle w:val="ArticleScripture"/>
        <w:jc w:val="left"/>
      </w:pPr>
      <w:r>
        <w:rPr>
          <w:rFonts w:ascii="Times New Roman" w:hAnsi="Times New Roman" w:eastAsia="Times New Roman" w:cs="Times New Roman"/>
        </w:rPr>
        <w:t>Ug ilang nakadungog sila ug usa ka dakung tingog gikan sa langit nga nag-ingon kanila, Umari kamo dinhi sa itaas. Ug sila mikayab ngadto sa langit diha sa usa ka panganod; ug ang ilang mga kaaway nakakita kanila. Ug niadtong maong taknaa miabut ang usa ka dakung linog, ug ang ikanapulo ka bahin sa siyudad nangapukan, ug sa linog nangamatay ang pito ka libo ka mga tawo: ug ang nahibilin nangahadlok, ug naghatag ug himaya sa Dios sa langit. Ang ikaduhang kaalaut milabay na; ug, ania karon, ang ikatulong kaalaut moabot sa madali. Ug ang ikapitong manulonda mipatingog; ug dihay dagkung mga tingog sa langit, nga nagaingon, Ang mga gingharian niining kalibutana nahimong mga gingharian sa atong Ginoo, ug sa iyang Cristo; ug siya magahari hangtod sa kahangturan. Pinadayag 11:12–15.</w:t>
      </w:r>
    </w:p>
    <w:p>
      <w:pPr>
        <w:pStyle w:val="ArticleBody"/>
        <w:jc w:val="left"/>
      </w:pPr>
      <w:r>
        <w:rPr>
          <w:rFonts w:ascii="Times New Roman" w:hAnsi="Times New Roman" w:eastAsia="Times New Roman" w:cs="Times New Roman"/>
        </w:rPr>
        <w:t>Ang ikaduhang kaalaut ug ang ikatulong kaalaut mao ang Islam, ug ang ikapitong manulonda mao ang ikatulong kaalaut, nga sa makausa pa, mao ang Islam. Ang ikatulong kaalaut moabot sa madali sa linog. Ang linog mao ang balaod sa Domingo sa Tinipong Bansa; ang Tinipong Bansa mao ang mananap sa yuta sa Pinadayag trese, ug ang balaod sa Domingo mao ang pag-uyog, nga usa ka pagkurog. Ang mananap sa yuta mao ang pangulong hari sa napulo ka mga hari, ug sa dihang ang Tinipong Bansa mapukan na sa balaod sa Domingo, ang ikanapulong bahin sa siyudad mahulog na. Nianang maong taknaa sa balaod sa Domingo, ang duha ka mga saksi nga girepresentahan ni Elias ug Moises, ang mao gihapong duha ka mga saksi nga mitungha nga nabag-o ug panagway uban kang Cristo ngadto kang Pedro, Santiago, ug Juan, pagabayawon ngadto sa langit diha sa usa ka panganod, ug ang tanan makakita, kay ang ilang mga kaaway nakakita kanila.</w:t>
      </w:r>
    </w:p>
    <w:p>
      <w:pPr>
        <w:pStyle w:val="ArticleBody"/>
        <w:jc w:val="left"/>
      </w:pPr>
      <w:r>
        <w:rPr>
          <w:rFonts w:ascii="Times New Roman" w:hAnsi="Times New Roman" w:eastAsia="Times New Roman" w:cs="Times New Roman"/>
        </w:rPr>
        <w:t>Kap-atan ka adlaw human sa pagkabanhaw, si Jesus “mikayab” ngadto sa mga panganod ug nagsugod ang napulo ka adlaw didto sa lawak sa ibabaw. Ang pagkayab maoy usa ka makita nga pagsulay, maingon man ang ikaduha sa tulo ka mga manulonda. Sa Iyang pagkayab ang mga manulonda nagpahayag nga Siya mobalik uban sa mga panganod, maingon nga Siya bag-o lang mikayab uban sa mga panganod.</w:t>
      </w:r>
    </w:p>
    <w:p>
      <w:pPr>
        <w:pStyle w:val="ArticleScripture"/>
        <w:jc w:val="left"/>
      </w:pPr>
      <w:r>
        <w:rPr>
          <w:rFonts w:ascii="Times New Roman" w:hAnsi="Times New Roman" w:eastAsia="Times New Roman" w:cs="Times New Roman"/>
        </w:rPr>
        <w:t>Ug sa diha nga nasulti na niya kining mga butanga, samtang sila nagatan-aw, siya gikuha sa itaas; ug usa ka panganod midawat kaniya gikan sa ilang panan-aw. Ug samtang sila nagatutok pag-ayo ngadto sa langit sa iyang pagsaka, ania karon, duha ka tawo mitindog tupad kanila nga nagbisti ug maputi; Nga miingon usab, Mga tawo sa Galilea, nganong nagtindog kamo nga nagatutok ngadto sa langit? kining mao gihapong Jesus, nga gikuha gikan kaninyo ngadto sa langit, moanhi sa ingon nga paagi maingon sa inyong nakita kaniya nga miadto sa langit. Mga Buhat 1:9–11.</w:t>
      </w:r>
    </w:p>
    <w:p>
      <w:pPr>
        <w:pStyle w:val="ArticleBody"/>
        <w:jc w:val="left"/>
      </w:pPr>
      <w:r>
        <w:rPr>
          <w:rFonts w:ascii="Times New Roman" w:hAnsi="Times New Roman" w:eastAsia="Times New Roman" w:cs="Times New Roman"/>
        </w:rPr>
        <w:t>Ang Iyang pagbalik sa Iyang Ikaduhang Pag-anhi anaa sa “himaya” sa Iyang gingharian.</w:t>
      </w:r>
    </w:p>
    <w:p>
      <w:pPr>
        <w:pStyle w:val="ArticleScripture"/>
        <w:jc w:val="left"/>
      </w:pPr>
      <w:r>
        <w:rPr>
          <w:rFonts w:ascii="Times New Roman" w:hAnsi="Times New Roman" w:eastAsia="Times New Roman" w:cs="Times New Roman"/>
        </w:rPr>
        <w:t>Busa bisan kinsa nga maulaw kanako ug sa akong mga pulong niining mananapaw ug makasasala nga kaliwatan; kaniya usab maulaw ang Anak sa tawo, sa diha nga siya moanhi diha sa himaya sa iyang Amahan uban sa mga balaang manulonda. Marcos 8:38.</w:t>
      </w:r>
    </w:p>
    <w:p>
      <w:pPr>
        <w:pStyle w:val="ArticleBody"/>
        <w:jc w:val="left"/>
      </w:pPr>
      <w:r>
        <w:rPr>
          <w:rFonts w:ascii="Times New Roman" w:hAnsi="Times New Roman" w:eastAsia="Times New Roman" w:cs="Times New Roman"/>
        </w:rPr>
        <w:t>Kining maong “himaya” mao ang nasaksihan nila ni Pedro, Santiago, ug Juan didto sa Bukid sa Pagbalhin sa Dagway. Ang Bukid sa Pagbalhin sa Dagway ikaduha usab nga lakang, nga giunhan sa Caesarea Philippi ug gisundan sa Caesarea Maritima. Ang ikaduhang pagsulay mao usab ang pagsulay sa larawan sa mapintas nga mananap, usa ka pagsulay nga nagkinahanglan sa manalagnang pag-ila nga ang larawan sa mapintas nga mananap ginaporma na. Ang ikaduhang pagsulay mao usab si Melzar nga nagsusi kang Daniel ug sa iyang mga higala aron itandi ang ilang mga panagway niadtong wala mokaon ug mga liso. Kini usa ka biswal nga pagsulay. Ang ikaduhang lakang sa tulo ka mga lakang sa tugon sa kasaysayan sa tugon ni Abram mao ang “ilhanan” sa sirkunsisyon. Ang ikaduhang lakang nagrepresentar sa pagtimri sa katawhan sa Dios samtang sila ginabayaw ingon nga usa ka bandila. Ang ikaduhang lakang mao ang dapit diin ang “himaya” ginapadayag, kay ang tulo ka mga lakang sa nahaunang manulonda mao ang kahadlok, “himaya,” ug paghukom. Ang ikakap-atan ka adlaw sa panahon sa Pentecostes nahiuyon sa Bukid sa Pagbalhin sa Dagway. Huboa ang imong mga sapin, kay anaa ka sa balaang yuta.</w:t>
      </w:r>
    </w:p>
    <w:p>
      <w:pPr>
        <w:pStyle w:val="ArticleBody"/>
        <w:jc w:val="left"/>
      </w:pPr>
      <w:r>
        <w:rPr>
          <w:rFonts w:ascii="Times New Roman" w:hAnsi="Times New Roman" w:eastAsia="Times New Roman" w:cs="Times New Roman"/>
        </w:rPr>
        <w:t>Ang pagkayab usa ka makita nga pagsulay, ug sa han-ay sa mga fiesta, ang pagkayab sa ikakap-atan ka adlaw giunhan sa lima ka adlaw uban sa fiesta sa mga Trumpeta. Ang fiesta sa mga Trumpeta nagtimaan sa pasidaan sa ikapitong trumpeta, nga mao ang pasidaan sa Islam.</w:t>
      </w:r>
    </w:p>
    <w:p>
      <w:pPr>
        <w:pStyle w:val="ArticleBody"/>
        <w:jc w:val="left"/>
      </w:pPr>
      <w:r>
        <w:rPr>
          <w:rFonts w:ascii="Times New Roman" w:hAnsi="Times New Roman" w:eastAsia="Times New Roman" w:cs="Times New Roman"/>
        </w:rPr>
        <w:t>Ang pagkayab mosunod sa mga trumpeta sulod sa lima ka adlaw, ug dayon lima ka adlaw human sa pagkayab, ang Adlaw sa Pagpasig-uli nagtimaan sa paghukom. Ang trumpeta mao ang karaang mga agianan, kini mao ang mensahe sa Laodicea, kini mao ang Islam, ug kini mao ang pundasyonal nga mensahe sa nahaunang manulonda. Lima ka adlaw sa ulahi, sa dihang matapos ang pagtulon-an nga “atubangay,” ang makita nga ikaduhang pagsulay sa ikaduhang manulonda pagatimaanan pinaagi sa pagkayab. Lima ka adlaw human niana, ang paghukom nagtimaan sa ikatulong manulonda.</w:t>
      </w:r>
    </w:p>
    <w:p>
      <w:pPr>
        <w:pStyle w:val="ArticleBody"/>
        <w:jc w:val="left"/>
      </w:pPr>
      <w:r>
        <w:rPr>
          <w:rFonts w:ascii="Times New Roman" w:hAnsi="Times New Roman" w:eastAsia="Times New Roman" w:cs="Times New Roman"/>
        </w:rPr>
        <w:t>Lima ka adlaw human mahuman ang paghukom ibabaw sa balay sa Dios, moabot ang paghukom sa Tinipong Bansa sa Amerika ingon nga gimarkahan sa Adlaw sa Pentecostes.</w:t>
      </w:r>
    </w:p>
    <w:p>
      <w:pPr>
        <w:pStyle w:val="ArticleScripture"/>
        <w:jc w:val="left"/>
      </w:pPr>
      <w:r>
        <w:rPr>
          <w:rFonts w:ascii="Times New Roman" w:hAnsi="Times New Roman" w:eastAsia="Times New Roman" w:cs="Times New Roman"/>
        </w:rPr>
        <w:t>Ug siya miingon kang Abram, Hibaloi sa pagkatinuod nga ang imong kaliwat mahimong dumuloong sa usa ka yuta nga dili ila, ug sila magaalagad kanila; ug sila pagasakiton nila sulod sa upat ka gatus ka tuig; Ug usab kanang nasora nga ilang pagaalagdan, akong hukman: ug sa ulahi manggula sila nga may dakung bahandi. Genesis 15:13, 14.</w:t>
      </w:r>
    </w:p>
    <w:p>
      <w:pPr>
        <w:pStyle w:val="ArticleBody"/>
        <w:jc w:val="left"/>
      </w:pPr>
      <w:r>
        <w:rPr>
          <w:rFonts w:ascii="Times New Roman" w:hAnsi="Times New Roman" w:eastAsia="Times New Roman" w:cs="Times New Roman"/>
        </w:rPr>
        <w:t>Ang “dakong katigayonan” nga mabatonan sa usa ka gatos ug kap-atan ug upat ka libo sa balaod sa Domingo, diin ang “nasod” sa Tinipong Bansa sa Amerika pagahukman, mao ang katigayonan sa ikaunom nga kapitulo ni Isaias, nga nagrepresentar sa Pagka-Diyos. Ang tagna sa tugon ni Abraham nagaingon, “usab kana nga nasod,” sa ingon nagaila nga ang katawhan sa Dios patikan-an una pa sa balaod sa Domingo. Unya sa balaod sa Domingo, usa ka yugto nga girepresentahan sa pito ka adlaw sa fiesta sa mga Tabernakulo, ang ulahing ulan igaula sa walay sukod samtang ang paghukom ginatuman ibabaw sa dakong panon sa katawhan sa gawas sa balay sa Dios.</w:t>
      </w:r>
    </w:p>
    <w:p>
      <w:pPr>
        <w:pStyle w:val="ArticleBody"/>
        <w:jc w:val="left"/>
      </w:pPr>
      <w:r>
        <w:rPr>
          <w:rFonts w:ascii="Times New Roman" w:hAnsi="Times New Roman" w:eastAsia="Times New Roman" w:cs="Times New Roman"/>
        </w:rPr>
        <w:t>Niadtong Hulyo 18, 2020, ang duruha ka mga saksi gipatay sa kadalanan sa Sodoma ug Egipto. Ang duruha ka mga saksi mao sila si Moises ug Elias, ug si William Miller mao ang Elias sa iyang kasaysayan. Sa iyang damgo, gipihoan niya ang iyang mga mata sa makadiyot, ug niadtong Hulyo 18, 2020, sa pagtagna iyang gipihoan ang iyang mga mata diha sa kamatayon. Sa pag-abli niya sa iyang mga mata, ang lawak walay sulod, ug ang usa ka pultahan ug ang mga bintana naabli. Sa dihang nakita ni Miller ang buhat nga ginatuman sa tawo nga may hugawng brush, siya nagpakilooy kaniya nga mag-amping, ug ang tawo nga may hugawng brush nagpasalig kaniya nga ang tanan mamaayo ra.</w:t>
      </w:r>
    </w:p>
    <w:p>
      <w:pPr>
        <w:pStyle w:val="ArticleBody"/>
        <w:jc w:val="left"/>
      </w:pPr>
      <w:r>
        <w:rPr>
          <w:rFonts w:ascii="Times New Roman" w:hAnsi="Times New Roman" w:eastAsia="Times New Roman" w:cs="Times New Roman"/>
        </w:rPr>
        <w:t>Sa dihang nahigmata si Miller didto sa kamingawan, niadtong Hulyo sa 2023, miabut ang fiesta sa tinapay nga walay patubo, diyutayng panahon una sa pagkabanhaw niadtong Disyembre 31, 2023. Niadtong tungora—ang mensaheng matagnaon sa tinuod nga Midnight Cry, ang “singgit” nga gisimbolohan sa matag usa ka ubang matagnaong mensahe nga sukad naablihan, misugod sa pag-abli, kay ang katapusan sa tulo ug tunga ka adlaw nagaila sa usa ka “panahon sa katapusan,” ug sa “panahon sa katapusan” aduna gayoy usa ka matagnaong pag-abli. Mao gayud kini sa tanang panahon, kay si Cristo mao sa gihapon kagahapon, karon, ug hangtod sa kahangturan. Ang Iyang pakiglabot sa mga tawo sa kanunay mao ra sa gihapon, kay Siya nagabuhat sa mao rang “mga linya” karon sama sa Iyang gibuhat sa kanunay. Sa katapusan sa tulo ug tunga ka adlaw ang Pinadayag ni Jesu-Cristo giablihan.</w:t>
      </w:r>
    </w:p>
    <w:p>
      <w:pPr>
        <w:pStyle w:val="ArticleBody"/>
        <w:jc w:val="left"/>
      </w:pPr>
      <w:r>
        <w:rPr>
          <w:rFonts w:ascii="Times New Roman" w:hAnsi="Times New Roman" w:eastAsia="Times New Roman" w:cs="Times New Roman"/>
        </w:rPr>
        <w:t>Ang nabanhaw nga lawas gitipohan na daan pinaagi kang Adan, nga unang giporma, ug unya gihuypan sa gininhawa sa kinabuhi. Ang mga patay nga uga nga mga bukog sa Ezekiel 37 una usab nga naporma pinaagi sa usa ka tagna, ug pagkahuman gidala ngadto sa kinabuhi pinaagi sa ikaduhang tagna nga nagdala sa gininhawa sa kinabuhi ngadto sa lawas nga walay kinabuhi uban sa usa ka mensahe sa upat ka hangin, nga mao ang mensahe sa pagpatik. Sa duha ka hulagway, ang tagna nga nahubaran na adunay duha ka bahin, nga gipresentar sa nagkalainlaing mga paagi. Kini mao ang sulod ug gawas, kini mao ang panan-awon sa mga suba sa Ulai ug Hiddekel; kini mao ang mga panan-awon nga chazon ug mareh; kini mao ang duha ka mga saksi, ang duha ka bulawanong tubo, ug uban pa.</w:t>
      </w:r>
    </w:p>
    <w:p>
      <w:pPr>
        <w:pStyle w:val="ArticleBody"/>
        <w:jc w:val="left"/>
      </w:pPr>
      <w:r>
        <w:rPr>
          <w:rFonts w:ascii="Times New Roman" w:hAnsi="Times New Roman" w:eastAsia="Times New Roman" w:cs="Times New Roman"/>
        </w:rPr>
        <w:t>Sa kasaysayan sa mga Millerite, ang Singgit sa Tunga-tungang Gabii mao ang tagna nga nahiusa sa tagna sa ikaduhang manulonda. Usa ka tagna nga may duha ka hugna. Sa dihang ang uga nga mga bukog nga nangamatay gibanhaw pag-usab sa 2023, tungod sa pagkinahanglang pinasikad sa tagna kinahanglan silang pagasulayan, kay ang pagbukas sa usa ka tinimrihang tagna kanunay magsugod sa usa ka tulo-ka-hugna nga proseso sa pagsulay. Ang unang duha ka mga pagsulay mao ang sukaranang pagsulay ug dayon ang pagsulay sa templo.</w:t>
      </w:r>
    </w:p>
    <w:p>
      <w:pPr>
        <w:pStyle w:val="ArticleBody"/>
        <w:jc w:val="left"/>
      </w:pPr>
      <w:r>
        <w:rPr>
          <w:rFonts w:ascii="Times New Roman" w:hAnsi="Times New Roman" w:eastAsia="Times New Roman" w:cs="Times New Roman"/>
        </w:rPr>
        <w:t>Lima ka adlaw human sa pagkabanhaw—ang tingog sa kamingawan, nga gilarawan pinaagi sa yugto sa tinapay nga walay igpapatubo, matapos na; kay si Elias, nga girepresentahan ni Miller ug ni Juan Bautista, silang duha nag-andam sa dalan alang sa Usa kansang mga sapatos dili sila takos sa pagdala. Sa pagkabanhaw, si Jesus nagsugod sa Iyang yugto sa pagtudlo “atubangan sa nawong” sulod sa kap-atan ka adlaw. Kadtong pagtudlo nga “atubangan sa nawong” nagsugod sa ikakaluhaan ug duha ka adlaw alang kang Daniel diha sa kapitulo napulo. Didto kini gilarawan ingon nga tulo ka mga lakang ug tulo ka mga paghikap, uban sa pagdoble sa pagkahimong kusgan.</w:t>
      </w:r>
    </w:p>
    <w:p>
      <w:pPr>
        <w:pStyle w:val="ArticleBody"/>
        <w:jc w:val="left"/>
      </w:pPr>
      <w:r>
        <w:rPr>
          <w:rFonts w:ascii="Times New Roman" w:hAnsi="Times New Roman" w:eastAsia="Times New Roman" w:cs="Times New Roman"/>
        </w:rPr>
        <w:t>Lima ka adlaw sa dili pa matapos ang kap-atan ka adlaw, ipatingog ang pasidaan sa trumpeta sa Islam. Ang pasidaan sa Islam gilarawan pinaagi sa asno nga gisakyan ni Cristo sa Iyang mahimayaong pagsulod sa Jerusalem. Sa wala pa Siya manaog sa mga bakilid sa Bukid sa mga Olibo paingon sa Jerusalem, una Niyang gisugo ang Iyang mga tinun-an nga moadto ug hubaron ang asno.</w:t>
      </w:r>
    </w:p>
    <w:p>
      <w:pPr>
        <w:pStyle w:val="ArticleScripture"/>
        <w:jc w:val="left"/>
      </w:pPr>
      <w:r>
        <w:rPr>
          <w:rFonts w:ascii="Times New Roman" w:hAnsi="Times New Roman" w:eastAsia="Times New Roman" w:cs="Times New Roman"/>
        </w:rPr>
        <w:t>“Kining panan-awon gihatag niadtong 1847 sa dihang diyutay pa kaayo sa mga igsoon nga Adventista ang nagabantay sa Igpapahulay, ug sa mga niini diyutay ra ang nagtuo nga ang pagbantay niini may igong kahinungdanon aron magbutang ug linya tali sa katawhan sa Dios ug sa mga dili magtotoo. Karon ang katumanan nianang panan-awona nagsugod na sa pagkakita. ‘Ang pagsugod niadtong panahona sa kasamok,’ nga gihisgotan dinhi, wala magtumong sa panahon nga ang mga hampak magsugod na sa pagbubo, kondili sa usa ka mubo nga yugto sa dili pa kini igabubo, samtang si Cristo atua pa sa santuwaryo. Nianang panahona, samtang ang buluhaton sa kaluwasan nagakahuman na, ang kasamok moabot sa yuta, ug ang mga nasod mapungot, apan pugngan aron dili mapugngan ang buluhaton sa ikatulong manulonda. Nianang panahona ang ‘ulahing ulan,’ o pagpabag-o gikan sa presensya sa Ginoo, moabot aron maghatag ug gahum sa makusog nga tingog sa ikatulong manulonda, ug sa pag-andam sa mga balaan aron makabarog sa panahon nga ang pito ka ulahing mga hampak igabubo na.” Early Writings, 85.</w:t>
      </w:r>
    </w:p>
    <w:p>
      <w:pPr>
        <w:pStyle w:val="ArticleBody"/>
        <w:jc w:val="left"/>
      </w:pPr>
      <w:r>
        <w:rPr>
          <w:rFonts w:ascii="Times New Roman" w:hAnsi="Times New Roman" w:eastAsia="Times New Roman" w:cs="Times New Roman"/>
        </w:rPr>
        <w:t>Niadtong 9/11 Iyang gisugo ang Iyang mga manulonda sa paghubad sa asno, ug unya si George Bush nga ubos nagpugong sa asno. Si Ciro naghulagway sa unang manulonda, kay iyang gipahibalo ang unang sugo. Busa siya nagrepresentar sa Agosto 11, 1840 ug sa 9/11, ug niadtong 9/11 ang Islam, ingon sa girepresentahan sa “kapungot sa mga nasud,” gibuhian ug dayon gipugngan. Niadtong panahona ang ulahing ulan misugod sa pag-ulan. Si Ciro nagrepresentar sa duruha ka mga timaan sa dalan sa Islam sa Agosto 11, 1840 ug sa 9/11.</w:t>
      </w:r>
    </w:p>
    <w:p>
      <w:pPr>
        <w:pStyle w:val="ArticleScripture"/>
        <w:jc w:val="left"/>
      </w:pPr>
      <w:r>
        <w:rPr>
          <w:rFonts w:ascii="Times New Roman" w:hAnsi="Times New Roman" w:eastAsia="Times New Roman" w:cs="Times New Roman"/>
        </w:rPr>
        <w:t>“Sulod sa tulo ka semana si Gabriel nakigbisog batok sa mga gahum sa kangitngit, nga naninguha sa pagsukol sa mga impluwensiya nga naglihok diha sa hunahuna ni Ciro; ug sa wala pa matapos ang panag-away, si Cristo Mismo miabot sa pagtabang kang Gabriel. ‘Ang prinsipe sa gingharian sa Persia misukol kanako sulod sa usa ug kaluhaan ka adlaw,’ nag-ingon si Gabriel; ‘apan, ania karon, si Miguel, usa sa mga pangulong prinsipe, mianhi sa pagtabang kanako; ug ako nagpabilin didto uban sa mga hari sa Persia.’ Daniel 10:13. Ang tanan nga mahimo sa langit pabor sa katawhan sa Dios gibuhat. Ang kadaugan sa katapusan naangkon; ang mga pwersa sa kaaway napugngan sa tanang mga adlaw ni Ciro, ug sa tanang mga adlaw sa iyang anak nga si Cambyses, nga naghari sulod sa may pito ug tunga ka tuig.” Prophets and Kings, 571.</w:t>
      </w:r>
    </w:p>
    <w:p>
      <w:pPr>
        <w:pStyle w:val="ArticleBody"/>
        <w:jc w:val="left"/>
      </w:pPr>
      <w:r>
        <w:rPr>
          <w:rFonts w:ascii="Times New Roman" w:hAnsi="Times New Roman" w:eastAsia="Times New Roman" w:cs="Times New Roman"/>
        </w:rPr>
        <w:t>Si Ciro, sa Agosto 11, 1840, sa dihang mihunong ang supremasya sa Ottoman, sumala sa pagpahayag sa mga payunir, ang Islam sa ikaduhang kaalautan gipugngan. Ang maong pagpugong nagtimaan sa pagtapos sa tagna sa panahon nga totolo ka gatos ug kasiyaman ug usa ka tuig ug napulo ug lima ka adlaw, nga nagsugod sa dihang gibuhian ang upat ka mga manolunda, nga nagrepresentar sa upat ka mga sultan sa Islam, pinaagi sa ikaunom nga manolunda, nga nagrepresentar sa ikaduhang kaalautan sa tulo ka mga kaalautan sa Islam. Niadtong 9/11 miatake ang Islam ug unya gipugngan, ingon nga girepresentahan sa pagpugong diha sa kasaysayan ni Ciro ug sa 1840. Kining tulo ka mga saksi nagpaila sa pagpugong o sa paghubad sa Islam, ug sa sinugdanan sa madaugong pagsulod ni Cristo, gibuhian ang asno.</w:t>
      </w:r>
    </w:p>
    <w:p>
      <w:pPr>
        <w:pStyle w:val="ArticleBody"/>
        <w:jc w:val="left"/>
      </w:pPr>
      <w:r>
        <w:rPr>
          <w:rFonts w:ascii="Times New Roman" w:hAnsi="Times New Roman" w:eastAsia="Times New Roman" w:cs="Times New Roman"/>
        </w:rPr>
        <w:t>Ang paghukad sa asno sa wala pa ang Iyang mahimayaong pagsulod nagtimaan sa mensahe sa trumpeta nga moabot lima ka adlaw sa wala pa ang pagkayab. Ang mensahe nga ang Islam pagabuhian pag-usab, maingon sa nahitabo niadtong 9/11, ug maingon usab nga pagabuhian kini pag-usab napulog lima ka adlaw sa ulahi sa balaod sa Domingo, nga mao ang Pentecostes, mao ang mensahe nga nagtimaan sa sinugdanan sa Singgit sa Tunga-tungang Gabii. Ang asno nga gibuhian nagtimaan sa sinugdanan o alpha sa pagpahibalo sa mensahe sa Singgit sa Tunga-tungang Gabii, ug sa balaod sa Domingo, diin ang Singgit sa Tunga-tungang Gabii mausab ngadto sa makusog nga singgit, ang Islam mosulong pag-usab batok sa mananap sa yuta.</w:t>
      </w:r>
    </w:p>
    <w:p>
      <w:pPr>
        <w:pStyle w:val="ArticleBody"/>
        <w:jc w:val="left"/>
      </w:pPr>
      <w:r>
        <w:rPr>
          <w:rFonts w:ascii="Times New Roman" w:hAnsi="Times New Roman" w:eastAsia="Times New Roman" w:cs="Times New Roman"/>
        </w:rPr>
        <w:t>Ang yugto sa Singgit sa Tunga-tungang Gabii nagsugod pinaagi sa usa ka alpha nga pagsulong gikan sa Islam ug matapos pinaagi sa usa ka omega nga pagsulong gikan sa Islam. Ang mga pagsulong sa Islam batok sa Tinipong Bansa sa Amerika girepresentahan diha sa pagpamatuod ni Balaam ug sa iyang asno, nga sa pagkatinuod gipadayag diha sa Numeros kapitulo baynte-dos. Ang kapalaran sa Laodiceanong Iglesia nga Seventh-day Adventist ingon nga Protestanteng sungay sa mananap sa yuta girepresentahan diha sa Isaias 22:22 (internal), ug ang kapalaran sa Republikano nga sungay gipadayag diha sa Numeros 22:22 (external) ug padayon.</w:t>
      </w:r>
    </w:p>
    <w:p>
      <w:pPr>
        <w:pStyle w:val="ArticleScripture"/>
        <w:jc w:val="left"/>
      </w:pPr>
      <w:r>
        <w:rPr>
          <w:rFonts w:ascii="Times New Roman" w:hAnsi="Times New Roman" w:eastAsia="Times New Roman" w:cs="Times New Roman"/>
        </w:rPr>
        <w:t>Ug misilaob ang kasuko sa Dios tungod kay siya miadto; ug ang manolonda ni Jehova mitindog sa dalan aron mahimong kabatok batok kaniya. Karon siya nagsakay sa iyang asno, ug ang iyang duha ka sulugoon uban kaniya.</w:t>
      </w:r>
    </w:p>
    <w:p>
      <w:pPr>
        <w:pStyle w:val="ArticleScripture"/>
        <w:jc w:val="left"/>
      </w:pPr>
      <w:r>
        <w:rPr>
          <w:rFonts w:ascii="Times New Roman" w:hAnsi="Times New Roman" w:eastAsia="Times New Roman" w:cs="Times New Roman"/>
        </w:rPr>
        <w:t>Ug nakita sa asno ang manulonda ni Jehova nga nagtindog sa dalan, ug ang iyang espada ginabut sa iyang kamot; ug ang asno miliko paggawas sa dalan, ug miadto sa kapatagan: ug gihampak ni Balaam ang asno, aron ibalik siya sa dalan. Numeros 22:22, 23.</w:t>
      </w:r>
    </w:p>
    <w:p>
      <w:pPr>
        <w:pStyle w:val="ArticleBody"/>
        <w:jc w:val="left"/>
      </w:pPr>
      <w:r>
        <w:rPr>
          <w:rFonts w:ascii="Times New Roman" w:hAnsi="Times New Roman" w:eastAsia="Times New Roman" w:cs="Times New Roman"/>
        </w:rPr>
        <w:t>Sa 9/11, si Balaam nga mini nga manalagna, nga nagrepresentar sa Tinipong Bansa sa Amerika ug kang George Bush ang gamay, naninguha sa pagtapos sa buluhaton nga gisugdan sa iyang amahan nga si George Bush ang nahauna diha sa paningkamot sa mga globalista sa pagpukan sa Tinipong Bansa sa Amerika ug sa pagpatuman sa iyang gitawag nga “usa ka bag-ong kalibotanong kahikayan.” Ang biblikanhong panukmod sa mga globalista mao ang pagpatay sa salin nga katawhan sa Dios, ug si George Bush ang gamay nagrepresentar sa katapusan sa profetikong kabilin sa iyang amahan sa pagpaila sa “usa ka bag-ong kalibotanong kahikayan,” sumala sa iyang pagtawag niini. Ang “bag-ong kalibotanong kahikayan” ni Bush moabot ngadto sa tripling panaghiusa sa dragon, sa mapintas nga mananap, ug sa mini nga manalagna diha sa balaod sa Dominggo, ug si George Bush ang gamay nagtimaan sa sinugdanan sa panahon nga mosangpot ngadto sa balaod sa Dominggo, nga mao ang panahon sa pagsilyo, ang panahon sa pagsulay sa larawan sa mapintas nga mananap, ang yugto nga girepresentahan sa nahaunang tingog sa Pinadayag 18, ug daghan pang uban. Ang asno ni Balaam mipahilayo sa adyenda sa mga globalista hangtod nga ang usa ka gatus kap-atan ug upat ka libo matimrihan sa ilang mga agtang.</w:t>
      </w:r>
    </w:p>
    <w:p>
      <w:pPr>
        <w:pStyle w:val="ArticleScripture"/>
        <w:jc w:val="left"/>
      </w:pPr>
      <w:r>
        <w:rPr>
          <w:rFonts w:ascii="Times New Roman" w:hAnsi="Times New Roman" w:eastAsia="Times New Roman" w:cs="Times New Roman"/>
        </w:rPr>
        <w:t>Usa ka Awit o Salmo ni Asaf. Ayaw paghilom, O Dios; ayaw pagpugong sa imong pakigpulong, ug ayaw pagpakahilum, O Dios. Kay, ania karon, ang imong mga kaaway nagahimo ug kagubot; ug silang nagadumot kanimo nanagpataas sa ulo. Nanagpakana sila ug malimbungong tambag batok sa imong katawohan, ug nanagsabot batok sa imong mga tinagoan. Miingon sila, Umari kamo, ug putlon ta sila aron dili na sila mahimong usa ka nasud; aron ang ngalan sa Israel dili na pagahinumduman. Kay sila nanagsabot nga nagkahiusa; sila nagpakigsaad batok kanimo. Salmo 83:1–5.</w:t>
      </w:r>
    </w:p>
    <w:p>
      <w:pPr>
        <w:pStyle w:val="ArticleBody"/>
        <w:jc w:val="left"/>
      </w:pPr>
      <w:r>
        <w:rPr>
          <w:rFonts w:ascii="Times New Roman" w:hAnsi="Times New Roman" w:eastAsia="Times New Roman" w:cs="Times New Roman"/>
        </w:rPr>
        <w:t>Ang ikaunom nga bersikulo ug ang mga mosunod nagpaila sa “mga kaaway” ingon nga “napulo” ka mga nasod, nga girepresentahan ingon nga napulo ka mga hari diha sa Pinadayag disesiyete. Didto ang napulo ka mga hari usa ra ug hunahuna, apan si Asaph nagaingon, “sila nanagsabotsabot sa tingub sa usa ka pag-uyon: sila naghiusa batok kanimo.” Ang napulo ka mga hari mao ang daotang globalistang pederasyon sa ulahing mga adlaw, nga nakahukom sa “paglaglag” sa “Israel” nga “imong mga tinagoan” gikan sa “pagkahimong usa ka nasod.” Ang buluhaton sa pederasyon sa napulo ka mga hari nga “nagabayaw” sa gahum sa kapapahan ingon nga “ulo” sa tulo-ka-pilo nga panaghiusa mao ang pagwagtang sa espirituhanong “Israel,” nga natago diha sa “tagoang dapit sa Labing Hataas.”</w:t>
      </w:r>
    </w:p>
    <w:p>
      <w:pPr>
        <w:pStyle w:val="ArticleBody"/>
        <w:jc w:val="left"/>
      </w:pPr>
      <w:r>
        <w:rPr>
          <w:rFonts w:ascii="Times New Roman" w:hAnsi="Times New Roman" w:eastAsia="Times New Roman" w:cs="Times New Roman"/>
        </w:rPr>
        <w:t>Sa 9/11 ang asno sa Islam mitalikod sa adyenda sa dragon gikan sa iyang dalan, kay ang gamhanang manulonda sa Pinadayag 18 mikunsad uban ang usa ka espada diha sa Iyang kamot. Ang sulodnong pagsulay niadto mao ang pagbalik sa karaang mga agianan. Nianang higayona ang pag-usab sa mga kasaysayan sa mga Millerite sa nahaunang manulonda ug sa ikaduhang manulonda misugod sa pag-usab, sumala sa gipakita sa kasaysayan sa nahaunang tulo ka bersikulo sa Pinadayag 18. Kining nahaunang tulo ka bersikulo mao ang mga bersikulo nga giingon ni Sister White nga matuman sa dihang ang dagkong mga bilding sa New York City pagapabagsakon.</w:t>
      </w:r>
    </w:p>
    <w:p>
      <w:pPr>
        <w:pStyle w:val="ArticleBody"/>
        <w:jc w:val="left"/>
      </w:pPr>
      <w:r>
        <w:rPr>
          <w:rFonts w:ascii="Times New Roman" w:hAnsi="Times New Roman" w:eastAsia="Times New Roman" w:cs="Times New Roman"/>
        </w:rPr>
        <w:t>Sa 9/11 natuman ang Pinadayag 18:1–3, ug ang paralelismo sa unang manulonda nga mikunsad aron pagadan-agan ang yuta pinaagi sa iyang himaya niadtong Agosto 11, 1840, dayon gidugtongan sa ikaduhang manulonda nga nagpahibalo sa pagkapukan sa Babilonia. Si Balaam maoy usa ka simbolo sa unang manulonda, ug si Balaam giubanan sa iyang duha ka sulugoon, nga nagrepresentar sa ikaduhang manulonda.</w:t>
      </w:r>
    </w:p>
    <w:p>
      <w:pPr>
        <w:pStyle w:val="ArticleBody"/>
        <w:jc w:val="left"/>
      </w:pPr>
      <w:r>
        <w:rPr>
          <w:rFonts w:ascii="Times New Roman" w:hAnsi="Times New Roman" w:eastAsia="Times New Roman" w:cs="Times New Roman"/>
        </w:rPr>
        <w:t>Sa ilustrasyon ni Balaam mahitungod sa Republikano nga sungay sa mini nga manalagna, si Balaam adunay duha pa ka komprontasyon uban sa asno sa Islam. Sa ikatulong komprontasyon, ang asno “mosulti,” ug ang pagsulti sa tagna nagtimaan sa balaod sa Dominggo. Niadtong Oktubre 7, 2023, ang asno miatake na usab, apan dili sa espirituwal nga modernong mahimayaong yuta. Giatake niini ang literal nga karaang mahimayaong yuta, ug si Balaam ug ang iyang asno atua na karon sa ilang ikaduhang komprontasyon.</w:t>
      </w:r>
    </w:p>
    <w:p>
      <w:pPr>
        <w:pStyle w:val="ArticleScripture"/>
        <w:jc w:val="left"/>
      </w:pPr>
      <w:r>
        <w:rPr>
          <w:rFonts w:ascii="Times New Roman" w:hAnsi="Times New Roman" w:eastAsia="Times New Roman" w:cs="Times New Roman"/>
        </w:rPr>
        <w:t>Apan ang manulonda ni Jehova mitindog sa usa ka agianan sa mga kaparrasan, nga may bongbong niining dapita, ug may bongbong usab niadtong dapita. Ug sa pagkakita sa asna sa manulonda ni Jehova, miduso siya ngadto sa bongbong, ug napisa ang tiil ni Balaam batok sa bongbong; ug iyang gibunalan siya pag-usab. Numeros 22:24, 25.</w:t>
      </w:r>
    </w:p>
    <w:p>
      <w:pPr>
        <w:pStyle w:val="ArticleBody"/>
        <w:jc w:val="left"/>
      </w:pPr>
      <w:r>
        <w:rPr>
          <w:rFonts w:ascii="Times New Roman" w:hAnsi="Times New Roman" w:eastAsia="Times New Roman" w:cs="Times New Roman"/>
        </w:rPr>
        <w:t>Ang kaparrasan sa karaang Israel naghulagway sa kaparrasan sa Laodiceanong Seventh-day Adventism. Silang duha mao ang katawhan sa tugon nga gihatagan ug responsibilidad nga mahimong tigbantay sa Balaod sa Dios, nga gisimbolo ingon nga usa ka “kural,” ug usa kini sa mga bahin nga naglangkob sa kaparrasan.</w:t>
      </w:r>
    </w:p>
    <w:p>
      <w:pPr>
        <w:pStyle w:val="ArticleScripture"/>
        <w:jc w:val="left"/>
      </w:pPr>
      <w:r>
        <w:rPr>
          <w:rFonts w:ascii="Times New Roman" w:hAnsi="Times New Roman" w:eastAsia="Times New Roman" w:cs="Times New Roman"/>
        </w:rPr>
        <w:t>Unsa pa bay mahimog nahimo ko alang sa akong parasan, nga wala ko buhata diha kaniya? ngano man, sa dihang gilaoman ko nga kini mamunga ug mga ubas, nagpatungha man hinoon kini ug ihalas nga mga ubas? Ug karon, umari kamo; isugilon ko kaninyo ang akong pagabuhaton sa akong parasan: kuhaon ko ang iyang koral, ug kini pagalamoyon; ug gun-obon ko ang iyang kuta, ug kini pagatamakan. Isaias 5:4, 5.</w:t>
      </w:r>
    </w:p>
    <w:p>
      <w:pPr>
        <w:pStyle w:val="ArticleBody"/>
        <w:jc w:val="left"/>
      </w:pPr>
      <w:r>
        <w:rPr>
          <w:rFonts w:ascii="Times New Roman" w:hAnsi="Times New Roman" w:eastAsia="Times New Roman" w:cs="Times New Roman"/>
        </w:rPr>
        <w:t>Ang karaang literal ug modernong espirituhanong Israel parehong mialsa ug misalikway sa ilang balaan nga mga katungdanan. Gikan sa 9/11 hangtod sa balaod sa Domingo, usa ka propetikong isyu ginarepresentahan pinaagi sa usa ka “paril.” Ang propetikong isyu mao ang paglaglag sa “paril” sa pagkabulag sa iglesia ug estado sulod sa Konstitusyon sa Tinipong Bansa sa Amerika. Sa 9/11 gipatuman ni Bush ang Patriot Act nga maoy usa ka dakong lakang sa pagpukan sa Konstitusyon, kay didto gibali ang pilosopiya nga naggiya sa Konstitusyon, sa dihang gidawat ang mga prinsipyo sa balaod Romano, nga nagaangkon nga ang usa ka tawo sad-an hangtod nga mapamatud-an nga inosente, labaw sa prinsipyo sa balaod Iningles nga nagabarug nga ang usa ka tawo inosente hangtod nga mapamatud-an nga sad-an.</w:t>
      </w:r>
    </w:p>
    <w:p>
      <w:pPr>
        <w:pStyle w:val="ArticleBody"/>
        <w:jc w:val="left"/>
      </w:pPr>
      <w:r>
        <w:rPr>
          <w:rFonts w:ascii="Times New Roman" w:hAnsi="Times New Roman" w:eastAsia="Times New Roman" w:cs="Times New Roman"/>
        </w:rPr>
        <w:t>Ang yugto gikan sa 9/11 hangtod sa balaod sa Dominggo naglangkob og mga propetikong reperensiya sa “mga kuta.” Ang Islam nga nagdugmok sa mga kuta ingon nga asno ni Balaam, nagpaila nga ang isyu sa Islam mao ang maghatag sa sayop nga lohika aron balihon ang mga prinsipyo sulod sa Konstitusyon. Niini nga propetikong pagbati, ang Islam, usa ka bakak nga propeta sumala sa Biblia, mao ang naglimbong sa Estados Unidos sa panahon sa pagsulay sa larawan sa mapintas nga mananap, maingon man usab nga ang bakak nga propeta sa Estados Unidos naglimbong sa tibuok kalibotan sa panahon sa pagsulay sa larawan sa mapintas nga mananap sa kalibotan.</w:t>
      </w:r>
    </w:p>
    <w:p>
      <w:pPr>
        <w:pStyle w:val="ArticleBody"/>
        <w:jc w:val="left"/>
      </w:pPr>
      <w:r>
        <w:rPr>
          <w:rFonts w:ascii="Times New Roman" w:hAnsi="Times New Roman" w:eastAsia="Times New Roman" w:cs="Times New Roman"/>
        </w:rPr>
        <w:t>Niadtong Oktubre 7, 2023 ang asno sa Islam miatake sa karaan nga literal nga mahimayaong yuta, ug sa dihang mabuhian na ang asno sa wala pa ang pagmantala sa Tinguha sa Tunga-sa-Gabii, ang Islam mosulong na usab sa Estados Unidos, ang moderno nga espirituhanong mahimayaong yuta, maingon sa gibuhat niini niadtong 9/11. Sa ikaduhang higayon nga gihampak ni Balaam ang asno, kini mao ang ikaduhang manulunda, ug ang ikaduhang manulunda sa kanunay nagpatungha ug pagdoble, sumala sa gilarawan sa “usa ka dalan sa kaparrasan” nga adunay duha ka mga bungbong.</w:t>
      </w:r>
    </w:p>
    <w:p>
      <w:pPr>
        <w:pStyle w:val="ArticleScripture"/>
        <w:jc w:val="left"/>
      </w:pPr>
      <w:r>
        <w:rPr>
          <w:rFonts w:ascii="Times New Roman" w:hAnsi="Times New Roman" w:eastAsia="Times New Roman" w:cs="Times New Roman"/>
        </w:rPr>
        <w:t>Ug ang manulonda sa Ginoo mipadayon pa, ug mitindog sa usa ka hiktin nga dapit, diin walay agianan sa pagsimang ngadto sa tuo ni sa wala. Ug sa pagkakita sa asno sa manulonda sa Ginoo, mihapa siya ilalom kang Balaam; ug misilaob ang kasuko ni Balaam, ug iyang gibunalan ang asno pinaagi sa usa ka sungkod. Ug gibuksan sa Ginoo ang baba sa asno, ug miingon siya kang Balaam, Unsay akong nabuhat kanimo, nga gibunalan mo ako niining makatulong higayona? Mga Numero 22:26–28.</w:t>
      </w:r>
    </w:p>
    <w:p>
      <w:pPr>
        <w:pStyle w:val="ArticleBody"/>
        <w:jc w:val="left"/>
      </w:pPr>
      <w:r>
        <w:rPr>
          <w:rFonts w:ascii="Times New Roman" w:hAnsi="Times New Roman" w:eastAsia="Times New Roman" w:cs="Times New Roman"/>
        </w:rPr>
        <w:t>Sa dihang atong susihon pag-ayo ang bersikulo baynte-dos ug tulo pa ka uban, atong makita nga sa pagkatinuod ang bersikulo baynte-tres mao ang dapit diin ang asno gihampak sa unang higayon.</w:t>
      </w:r>
    </w:p>
    <w:p>
      <w:pPr>
        <w:pStyle w:val="ArticleScripture"/>
        <w:jc w:val="left"/>
      </w:pPr>
      <w:r>
        <w:rPr>
          <w:rFonts w:ascii="Times New Roman" w:hAnsi="Times New Roman" w:eastAsia="Times New Roman" w:cs="Times New Roman"/>
        </w:rPr>
        <w:t>Ug ang kasuko sa Dios misilaob tungod kay siya miadto; ug ang anghel ni Jehova mitindog sa dalan ingon nga kaaway batok kaniya. Karon siya nagkabayo ibabaw sa iyang asno, ug ang iyang duha ka mga alagad uban kaniya.</w:t>
      </w:r>
    </w:p>
    <w:p>
      <w:pPr>
        <w:pStyle w:val="ArticleScripture"/>
        <w:jc w:val="left"/>
      </w:pPr>
      <w:r>
        <w:rPr>
          <w:rFonts w:ascii="Times New Roman" w:hAnsi="Times New Roman" w:eastAsia="Times New Roman" w:cs="Times New Roman"/>
        </w:rPr>
        <w:t>Ug ang asno nakakita sa manulonda ni Jehova nga nagtindog sa dalan, ug ang iyang espada binulad diha sa iyang kamot; ug ang asno miliko paggawas sa dalan, ug miadto sa kapatagan; ug si Balaam mipatok sa asno, aron ibalik siya ngadto sa dalan. Numeros 22:22, 23.</w:t>
      </w:r>
    </w:p>
    <w:p>
      <w:pPr>
        <w:pStyle w:val="ArticleBody"/>
        <w:jc w:val="left"/>
      </w:pPr>
      <w:r>
        <w:rPr>
          <w:rFonts w:ascii="Times New Roman" w:hAnsi="Times New Roman" w:eastAsia="Times New Roman" w:cs="Times New Roman"/>
        </w:rPr>
        <w:t>Ang kasuko sa Dios kang Balaam tungod sa iyang pagdawat sa hangyo nga mahimong mini nga propeta maoy kaangay sa pagtapos ni Cristo sa Iyang pakigpulong sa mga mapanghimatuudon nga Judio sa ulahing bersikulo sa Mateo 22. Ang bersikulo baynte-tres sa Numeros 22 nagtupong sa Mateo kapitulo 23, ug ang mga bersikulo baynte-kuatro ug baynte-singko sa Numeros nagtupong sa Mateo kapitulo 24 ug 25. Ang mga bersikulo baynte-sais, baynte-syete, ug baynte-otso nagtupong sa Mateo kapitulo 26, 27, 28.</w:t>
      </w:r>
    </w:p>
    <w:p>
      <w:pPr>
        <w:pStyle w:val="ArticleBody"/>
        <w:jc w:val="left"/>
      </w:pPr>
      <w:r>
        <w:rPr>
          <w:rFonts w:ascii="Times New Roman" w:hAnsi="Times New Roman" w:eastAsia="Times New Roman" w:cs="Times New Roman"/>
        </w:rPr>
        <w:t>Ang Mateo 23 mao ang unang manulonda, ang 24 ug 25 mao ang ikaduhang manulonda, ug ang 26, 27, ug 28 mao ang ikatulong manulonda. Sa Numeros 22, ang bersikulo 23 mao ang unang manulonda, ang mga bersikulo 24 ug 25 mao ang ikaduhang manulonda, ug ang mga bersikulo 26, 27, ug 28 mao ang ikatulong manulonda. Ang Mateo naghisgot sa katawhan sa tugon, daan ug bag-o: ang Numeros nagaila sa papel sa Islam isip galamiton sa Dios sa pagsilot batok sa pagsimba sa Domingo nga nagsugod sa Tinipong Bansa ug unya sa tibuok kalibotan. Human sa ikatulong pagbunal, sa dihang misulti ang asno, si Balaam naagni sa kahayag mahitungod sa bag-ong nahitabo.</w:t>
      </w:r>
    </w:p>
    <w:p>
      <w:pPr>
        <w:pStyle w:val="ArticleScripture"/>
        <w:jc w:val="left"/>
      </w:pPr>
      <w:r>
        <w:rPr>
          <w:rFonts w:ascii="Times New Roman" w:hAnsi="Times New Roman" w:eastAsia="Times New Roman" w:cs="Times New Roman"/>
        </w:rPr>
        <w:t>Unya gibuksan sa Ginoo ang mga mata ni Balaam, ug iyang nakita ang manulonda sa Ginoo nga nagtindog sa dalan, ug ang iyang espada hinulbot diha sa iyang kamot; ug iyang giduko ang iyang ulo, ug mihapa siya nga nawong ang gitumong sa yuta. Ug ang manulonda sa Ginoo miingon kaniya, Nganong imong gibunalan ang imong asno niining makatulo? Ania karon, migawas ako aron pagsukol kanimo, tungod kay ang imong dalan sukwahi sa akong atubangan; Ug nakita ako sa asno, ug milikay gikan kanako niining makatulo: kon wala pa siya molikay gikan kanako, sa pagkatinuod karon gilaglag ko na unta ikaw, ug gipasagdan ko unta siyang mabuhi. Ug si Balaam miingon sa manulonda sa Ginoo, Nakasala ako; kay wala ako mahibalo nga ikaw nagtindog sa dalan batok kanako: busa karon, kon kini makapahimuot kanimo, mobalik ako pag-usab. Mga Numero 22:31–34.</w:t>
      </w:r>
    </w:p>
    <w:p>
      <w:pPr>
        <w:pStyle w:val="ArticleBody"/>
        <w:jc w:val="left"/>
      </w:pPr>
      <w:r>
        <w:rPr>
          <w:rFonts w:ascii="Times New Roman" w:hAnsi="Times New Roman" w:eastAsia="Times New Roman" w:cs="Times New Roman"/>
        </w:rPr>
        <w:t>Si Balaam nagrepresentar sa mini nga propeta, nga mao ang Estados Unidos nga mosulti ingon nga usa ka dragon sa balaod sa Domingo. Sa balaod sa Domingo, sa dihang siya mahayagan, siya nagrepresentar niadtong anaa pa sa Babilonia, nga unya mapukaw ngadto sa isyu sa balaod sa Domingo ug pagatawgon paggula gikan sa Babilonia.</w:t>
      </w:r>
    </w:p>
    <w:p>
      <w:pPr>
        <w:pStyle w:val="ArticleBody"/>
        <w:jc w:val="left"/>
      </w:pPr>
      <w:r>
        <w:rPr>
          <w:rFonts w:ascii="Times New Roman" w:hAnsi="Times New Roman" w:eastAsia="Times New Roman" w:cs="Times New Roman"/>
        </w:rPr>
        <w:t>Lima ka adlaw sa pagtudlo sa mensahe sa tinapay nga walay patubo gikan kang Miller, unya katloan ka adlaw sa pagtudlo ni Cristo sa Iyang mga pari, nga girepresentahan sa katloan, nga modala ngadto sa mensahe sa pasidaan sa trumpeta mahitungod sa paghubad sa asno, nga nag-una og lima ka adlaw sa pagpataas sa bandila, nga nag-una og lima ka adlaw sa siradong pultahan diha sa sambingay sa napulo ka ulay, nga nag-una og lima ka adlaw sa Pentekostal nga balaod sa Domingo, nga nagpasulod sa pito ka adlaw nga yugto sa mga Tabernakulo, nga mao ang bug-os nga pagbubo sa ulahing ulan panahon sa krisis sa balaod sa Domingo, kay ang pagsulay nianang panahona anaa sa ikapitong adlaw.</w:t>
      </w:r>
    </w:p>
    <w:p>
      <w:pPr>
        <w:pStyle w:val="ArticleBody"/>
        <w:jc w:val="left"/>
      </w:pPr>
      <w:r>
        <w:rPr>
          <w:rFonts w:ascii="Times New Roman" w:hAnsi="Times New Roman" w:eastAsia="Times New Roman" w:cs="Times New Roman"/>
        </w:rPr>
        <w:t>Ang numero nga lima maoy simbolo sa mga ulay, maalamon man o boang. Ang numero nga traynta maoy simbolo sa mga pari, nga mao ang gipaila sa ngalan nga Levitico. Ang numero nga pito mao ang Igpapahulay. Ang Levitico baynte-tres naghulagway sa kasaysayan sa mga pari, sa mga Levita sa Malakias tres, sa mga maalamong ulay, ug sa usa ka gatus ug kap-atan ug upat ka libo sa panahon sa pagsulay sa Igpapahulay.</w:t>
      </w:r>
    </w:p>
    <w:p>
      <w:pPr>
        <w:pStyle w:val="ArticleBody"/>
        <w:jc w:val="left"/>
      </w:pPr>
      <w:r>
        <w:rPr>
          <w:rFonts w:ascii="Times New Roman" w:hAnsi="Times New Roman" w:eastAsia="Times New Roman" w:cs="Times New Roman"/>
        </w:rPr>
        <w:t>Padayonon nato kining mga butanga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Joel ug ang Laodiceanong Iglesia sa mga Adventista sa Ikapitong Adlaw - Numero Kwarenta’y-Dos</dc:title>
  <dc:subject/>
  <dc:creator>Jeff Pippenger</dc:creator>
  <cp:keywords/>
  <dc:description>Generated by ArticleDigger from joel\42_joel.json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