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Laodiceanong Iglesya sa Seventh-day Adventist - Numero Kwarenta’y Sais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Numero Kuwarenta ug Unom</w:t>
      </w:r>
    </w:p>
    <w:p>
      <w:pPr>
        <w:pStyle w:val="ArticleBody"/>
        <w:jc w:val="left"/>
      </w:pPr>
      <w:r>
        <w:rPr>
          <w:rFonts w:ascii="Times New Roman" w:hAnsi="Times New Roman" w:eastAsia="Times New Roman" w:cs="Times New Roman"/>
        </w:rPr>
        <w:t>Ang Caesarea Philippi ngadto sa Caesarea Maritima nagrepresentar sa yugto gikan sa ikatulong takna hangtod sa ikasiyam nga takna, nga nabahin sa ikaunom nga takna. Ang pagbahin gikan sa Caesarea ngadto sa Caesarea mao ang Bukid sa Pagkabalhin sa Dagway. Ang Bukid sa Pagkabalhin sa Dagway nagpahiuyon sa laing duha ka mga linya ngadto sa timailhan sa dalan nga tulo ka mga lakang nga nag-una sa Pentecostal nga balaod sa Dominggo sulod sa lima ka adlaw.</w:t>
      </w:r>
    </w:p>
    <w:p>
      <w:pPr>
        <w:pStyle w:val="ArticleBody"/>
        <w:jc w:val="left"/>
      </w:pPr>
      <w:r>
        <w:rPr>
          <w:rFonts w:ascii="Times New Roman" w:hAnsi="Times New Roman" w:eastAsia="Times New Roman" w:cs="Times New Roman"/>
        </w:rPr>
        <w:t>Sa Bukid, ang Dios Amahan misulti sa ikaduhang higayon. Ang unang higayon nga Siya misulti mao sa bautismo ni Cristo; ang kataposang higayon mao sa wala pa ang krus.</w:t>
      </w:r>
    </w:p>
    <w:p>
      <w:pPr>
        <w:pStyle w:val="ArticleScripture"/>
        <w:jc w:val="left"/>
      </w:pPr>
      <w:r>
        <w:rPr>
          <w:rFonts w:ascii="Times New Roman" w:hAnsi="Times New Roman" w:eastAsia="Times New Roman" w:cs="Times New Roman"/>
        </w:rPr>
        <w:t>Karon nasamok ang akong kalag; ug unsa ang akong igaingon? Amahan, luwasa ako gikan niining taknaa: apan tungod niini nga hinungdan mianhi ako niining taknaa. Amahan, himayaa ang imong ngalan. Unya miabut ang usa ka tingog gikan sa langit, nga nagaingon, Gihimaya ko na kini, ug himayaon ko kini pag-usab. Busa ang katawhan nga nanagtindog sa duol, ug nakadungog niini, miingon nga nagdalugdog kini: ang uban miingon, Usa ka manulonda ang misulti kaniya. Juan 12:27–29.</w:t>
      </w:r>
    </w:p>
    <w:p>
      <w:pPr>
        <w:pStyle w:val="ArticleBody"/>
        <w:jc w:val="left"/>
      </w:pPr>
      <w:r>
        <w:rPr>
          <w:rFonts w:ascii="Times New Roman" w:hAnsi="Times New Roman" w:eastAsia="Times New Roman" w:cs="Times New Roman"/>
        </w:rPr>
        <w:t>Ang Dios maghimaya sa Iyang ngalan sa dihang Iyang timrihan ang usa ka gatus ug kap-atan ug upat ka libo ug isulat diha kanila ang Iyang ngalan.</w:t>
      </w:r>
    </w:p>
    <w:p>
      <w:pPr>
        <w:pStyle w:val="ArticleScripture"/>
        <w:jc w:val="left"/>
      </w:pPr>
      <w:r>
        <w:rPr>
          <w:rFonts w:ascii="Times New Roman" w:hAnsi="Times New Roman" w:eastAsia="Times New Roman" w:cs="Times New Roman"/>
        </w:rPr>
        <w:t>Ang magmadaogon pagahimoon ko nga haligi diha sa templo sa akong Dios, ug dili na gayud siya mogula pa; ug isulat ko sa ibabaw niya ang ngalan sa akong Dios, ug ang ngalan sa ciudad sa akong Dios, nga mao ang bag-ong Jerusalem, nga nagakunsad gikan sa langit gikan sa akong Dios; ug isulat ko sa ibabaw niya ang akong bag-ong ngalan. Ang adunay igdulungog, pamatia niya ang giingon sa Espiritu ngadto sa mga iglesia. Pinadayag 3:12, 13.</w:t>
      </w:r>
    </w:p>
    <w:p>
      <w:pPr>
        <w:pStyle w:val="ArticleBody"/>
        <w:jc w:val="left"/>
      </w:pPr>
      <w:r>
        <w:rPr>
          <w:rFonts w:ascii="Times New Roman" w:hAnsi="Times New Roman" w:eastAsia="Times New Roman" w:cs="Times New Roman"/>
        </w:rPr>
        <w:t>Sa Bukid sa Pagkabalhin sa Panagway, si Pedro, Santiago, ug Juan mao lamang ang mga tinun-an nga atua, maingon usab sa ilang pagkaatua sa pagkabanhaw sa anak nga babaye ni Jairo ug usab pag-usab sa Getsemani. Ang Getsemani, sama sa pagpanulti sa Amahan diha sa Juan dose—miabot diha-diha sa wala pa ang krus. Ang Getsemani nagkahulogan og “galingan sa lana,” nga nagpaila sa pagsulay sa lana sa mga ulay. Ang Getsemani mao ang “krisis” nga nagdala sa kalag “atubangan sa nawong sa kamatayon,” ug ang mga manggialamon nga ulay milabang sa pagsulay, kay sa ikaduhang pagsulay sa templo sila nahiatubang nawong sa nawong sa kinabuhi, ingon sa gitudlo ni Jesus nga “nawong sa nawong” sulod sa katloan ka adlaw.</w:t>
      </w:r>
    </w:p>
    <w:p>
      <w:pPr>
        <w:pStyle w:val="ArticleBody"/>
        <w:jc w:val="left"/>
      </w:pPr>
      <w:r>
        <w:rPr>
          <w:rFonts w:ascii="Times New Roman" w:hAnsi="Times New Roman" w:eastAsia="Times New Roman" w:cs="Times New Roman"/>
        </w:rPr>
        <w:t>Ang unang higayon nga misulti ang Amahan mao sa bautismo ni Cristo, ug ang unang higayon nga Siya mipili nga dad-on lamang si Pedro, Santiago, ug Juan mao sa dihang gibanhaw ang dose ka tuig nga anak nga babayeng ulay ni Jairo. Ang pagkabanhaw sa dose ka tuig nga ulay nahiuyon sa bautismo ni Cristo, nga nagasimbolo sa gahum sa pagkabanhaw. Ang pagkabanhaw sa anak nga babaye ni Jairo nahiuyon sa bautismo ni Cristo ug sa Cesarea Filipos. Ang Getsemani ug ang kasamok ni Cristo sa dihang misulti ang Amahan sa wala pa ang krus nahiuyon sa Cesarea Maritima.</w:t>
      </w:r>
    </w:p>
    <w:p>
      <w:pPr>
        <w:pStyle w:val="ArticleBody"/>
        <w:jc w:val="left"/>
      </w:pPr>
      <w:r>
        <w:rPr>
          <w:rFonts w:ascii="Times New Roman" w:hAnsi="Times New Roman" w:eastAsia="Times New Roman" w:cs="Times New Roman"/>
        </w:rPr>
        <w:t>Sa linya ibabaw sa linya si Pedro nagrepresentar sa usa ka gatus kap-atan ug upat ka libo nga gitimrihan sa Caesarea Philippi, sa dihang ang ngalan ni Simon Barjona giilisan ngadto kang Pedro. Sa dihang natimrihan na sa Panium, nga mao ang Caesarea Philippi, si Pedro moadto sa ikaunom nga takna sa Bukid, diin siya igatuboy ingon nga usa ka bandila samtang magpadayon siya sa pagtubag sa tawag ni Cornelio didto sa Caesarea Maritima. Sa Caesarea Philippi gibiyaan ni Pedro ang camp meeting sa Exeter uban ang timri sa Dios ug ang mensahe sa Tunga-tungang Pagtuaw nga iyang imantala. Ang mensahe sa Islam nga girepresentahan sa fiesta sa mga trumpeta modala kang Pedro ngadto sa Caesarea sa daplin sa dagat. Ang mensahe sa Islam nagatuboy kang Pedro ngadto sa pagtan-aw sa kalibutan, kay si Pedro daan nang nakapanagna sa profesiyang pag-abot sa Islam sa dili pa ang fiesta sa mga trumpeta.</w:t>
      </w:r>
    </w:p>
    <w:p>
      <w:pPr>
        <w:pStyle w:val="ArticleScripture"/>
        <w:jc w:val="left"/>
      </w:pPr>
      <w:r>
        <w:rPr>
          <w:rFonts w:ascii="Times New Roman" w:hAnsi="Times New Roman" w:eastAsia="Times New Roman" w:cs="Times New Roman"/>
        </w:rPr>
        <w:t>Ania karon, ipadala ko kaninyo si Elias nga propeta sa dili pa moabot ang dako ug makalilisang nga adlaw sa Ginoo: Ug iyang ipabalik ang kasingkasing sa mga amahan ngadto sa mga anak, ug ang kasingkasing sa mga anak ngadto sa ilang mga amahan, aron dili ako moanhi ug hampakon ang yuta pinaagi sa usa ka tunglo. Malakias 4:5, 6.</w:t>
      </w:r>
    </w:p>
    <w:p>
      <w:pPr>
        <w:pStyle w:val="ArticleBody"/>
        <w:jc w:val="left"/>
      </w:pPr>
      <w:r>
        <w:rPr>
          <w:rFonts w:ascii="Times New Roman" w:hAnsi="Times New Roman" w:eastAsia="Times New Roman" w:cs="Times New Roman"/>
        </w:rPr>
        <w:t>Ang mensahe ni Elias, linya ibabaw sa linya, mao ang mensahe nga nagasandig sa pagpahiuyon sa mga amahan ngadto sa ilang mga anak. Si Elias mao si Amahan Miller, nga nagailustrar sa iyang mga anak. Ang usa ka gatus ug kap-atan ug upat ka libo mao ang mga anak ni William Miller, ug ang pagpabalik sa mga kasingkasing ni Miller ngadto sa iyang mga anak mao ang pagpahiuyon sa kasaysayan sa mga Millerita ngadto sa kasaysayan ni Elias, ingon man usab ni Juan Bautista ngadto sa mensahero nga nalangkit sa usa ka gatus ug kap-atan ug upat ka libo. Usa ka bahin sa pagpahiuyon niining upat ka mga linya mao nga sa matag usa sa mga kasaysayan sa pagsulay nila Elias, Juan, ug Miller, ang bugtong mensahe sa kamatuoran alang sa karon mao ang mensahe nga miabot pinaagi sa mensahero.</w:t>
      </w:r>
    </w:p>
    <w:p>
      <w:pPr>
        <w:pStyle w:val="ArticleScripture"/>
        <w:jc w:val="left"/>
      </w:pPr>
      <w:r>
        <w:rPr>
          <w:rFonts w:ascii="Times New Roman" w:hAnsi="Times New Roman" w:eastAsia="Times New Roman" w:cs="Times New Roman"/>
        </w:rPr>
        <w:t>Ug si Elias nga Tishbihanon, nga usa sa mga molupyo sa Gilead, miingon kang Ahab, Ingon nga buhi si Jehova nga Dios sa Israel, sa atubangan kang kinsa ako nagatindog, niining mga tuiga walay tun-og ni ulan, gawas sumala sa akong pulong. 1 Mga Hari 17:1.</w:t>
      </w:r>
    </w:p>
    <w:p>
      <w:pPr>
        <w:pStyle w:val="ArticleBody"/>
        <w:jc w:val="left"/>
      </w:pPr>
      <w:r>
        <w:rPr>
          <w:rFonts w:ascii="Times New Roman" w:hAnsi="Times New Roman" w:eastAsia="Times New Roman" w:cs="Times New Roman"/>
        </w:rPr>
        <w:t>Klaro si Sister White nga kadtong wala modawat sa mensahe ni Juan, nga giila ni Jesus ingon nga si Elias, dili makapahimulos sa mga pagtulon-an ni Jesus; ug usab nga kadtong misalikway sa mensahe ni Miller, nga gihulagway ingon nga mensahe sa unang manulonda, dili makapahimulos sa mensahe sa ikaduhang manulonda. Kauban sa pagpahibalo ni Elias nga ang ulan moabot lamang pinaagi sa iyang sugo, mao ang katapusang pagsulay nga naglakip sa sugo sa pagpili tali sa mensahe ni Elias ug sa mensahe ni Baal. Ang propetikong simbolo sa “hangtod kanus-a” nagahiusa sa Bukid Carmel ni Elias uban sa balaod sa Domingo.</w:t>
      </w:r>
    </w:p>
    <w:p>
      <w:pPr>
        <w:pStyle w:val="ArticleScripture"/>
        <w:jc w:val="left"/>
      </w:pPr>
      <w:r>
        <w:rPr>
          <w:rFonts w:ascii="Times New Roman" w:hAnsi="Times New Roman" w:eastAsia="Times New Roman" w:cs="Times New Roman"/>
        </w:rPr>
        <w:t>Busa si Ahab nagpasugo ngadto sa tanang mga anak sa Israel, ug gitigom ang mga propeta ngadto sa Bukid sa Carmel. Ug si Elias miduol sa tibuok katawhan ug miingon, Hangtud kanus-a ba kamo magduha-duha tali sa duha ka hunahuna? Kon ang Ginoo mao ang Dios, nan sunod kamo kaniya; apan kon si Baal, nan sunod kamo kaniya. Ug ang katawhan wala motubag kaniya bisan usa ka pulong. Unya si Elias miingon sa katawhan, Ako, ako lamang, ang nahibiling propeta sa Ginoo; apan ang mga propeta ni Baal upat ka gatus ug kalim-an ka tawo. Busa hatagi kami nila ug duha ka nating baka; ug papilion sila ug usa ka nating baka alang sa ilang kaugalingon, ug hiwa-hiwaa kini, ug ibutang sa ibabaw sa kahoy, ug ayaw butangi ug kalayo sa ilalom; ug akong andamon ang usa pa ka nating baka, ug ibutang sa ibabaw sa kahoy, ug ayaw butangi ug kalayo sa ilalom. Ug manawag kamo sa ngalan sa inyong mga dios, ug ako manawag sa ngalan sa Ginoo; ug ang Dios nga motubag pinaagi sa kalayo, siya mao ang Dios. Ug ang tibuok katawhan mitubag ug miingon, Maayo ang imong gipamulong. 1 Mga Hari 18:20–24.</w:t>
      </w:r>
    </w:p>
    <w:p>
      <w:pPr>
        <w:pStyle w:val="ArticleBody"/>
        <w:jc w:val="left"/>
      </w:pPr>
      <w:r>
        <w:rPr>
          <w:rFonts w:ascii="Times New Roman" w:hAnsi="Times New Roman" w:eastAsia="Times New Roman" w:cs="Times New Roman"/>
        </w:rPr>
        <w:t>Ang pagsulay sa Carmel mao ang pagpili tali sa duha ka mga mensahe. Usa kini ka pagsulay tali sa tinuod ug bakak nga pagtagna, ug tali sa mensahero nga si Elias ug sa mga manalagna nga naglingkod sa lamesa ni Jezebel. Mahitungod kini sa mensahero ug sa mensahe. Sa 1844, gisubli ang Carmel samtang ang Ginoo nagpahigayon og usa ka pagsulay nga nagpadayag kang Miller ingon nga tinuod nga manalagna, ug ang mensahe ni Miller ingon nga yamog ug ulan. Ang kalainan tali sa tinuod nga manalagna ug sa tinuod nga mensahe, sukwahi sa bakak nga manalagna ug sa bakak nga mensahe, girepresentahan sa Exeter camp meeting pinaagi sa Exeter tent ug sa tolda sa pundok sa Watertown. Duha ka mga tabernakulo nga nagrepresentar sa tinuod sukwahi sa bakak. Ang kalainan nga gihimo sa Carmel ug sa kasaysayan sa 1844 giila sa Caesarea Philippi sa dihang si Pedro gisilyohan ug gibayaw ngadto sa Bukid ingon nga usa ka bandera. Gibayaw siya tungod kay iyang giangkon nga ang iyang mensahe mao lamang ang usa ka tinuod nga mensahe sa ulahing ulan. Gibayaw siya sa dihang natuman ang iyang tagna.</w:t>
      </w:r>
    </w:p>
    <w:p>
      <w:pPr>
        <w:pStyle w:val="ArticleBody"/>
        <w:jc w:val="left"/>
      </w:pPr>
      <w:r>
        <w:rPr>
          <w:rFonts w:ascii="Times New Roman" w:hAnsi="Times New Roman" w:eastAsia="Times New Roman" w:cs="Times New Roman"/>
        </w:rPr>
        <w:t>Ang Pista sa mga Trumpeta mao ang ikatulo ug litmus test sa panahon sa Pentecostal, ug sa dili pa ang litmus test si Pedro nagpaila nga ang Islam pagabuhian aron timailhanan sa sinugdanan sa pagpahibalo sa Tinga sa Tunga sa Gabii. Ang katumanan sa tagna mao ang naghimo sa kalainan tali sa mga Millerite ug sa mga Protestante, nga nagrepresentar sa nahaunang katawhan sa tugon nga ginapalabyan na. Si Elias sa iyang kaugalingon mipatay sa mini nga mga propeta, sa dihang ang kalainan tali sa tinuod ug sa bakak napadayag na. Ang kalainan himoon sa Pista sa mga Trumpeta, sa dihang ang usa ka tagna mahitungod sa Islam matuman.</w:t>
      </w:r>
    </w:p>
    <w:p>
      <w:pPr>
        <w:pStyle w:val="ArticleBody"/>
        <w:jc w:val="left"/>
      </w:pPr>
      <w:r>
        <w:rPr>
          <w:rFonts w:ascii="Times New Roman" w:hAnsi="Times New Roman" w:eastAsia="Times New Roman" w:cs="Times New Roman"/>
        </w:rPr>
        <w:t>Ang Singgit sa Tungang Gabii sa kasaysayan sa mga Millerite maoy usa ka panagna nga gitul-id ug unya natuman. Natuman kini niadtong Oktubre 22, 1844, samtang ang orihinal nga pagsabot ni Miller sa Singgit sa Tungang Gabii mao ang tuig 1843. Si Samuel Snow nagrepresentar sa pagtul-id sa mensahe, ug ang iyang mensahe nailhan ingong “tinuod” nga mensahe sa Singgit sa Tungang Gabii.</w:t>
      </w:r>
    </w:p>
    <w:p>
      <w:pPr>
        <w:pStyle w:val="ArticleBody"/>
        <w:jc w:val="left"/>
      </w:pPr>
      <w:r>
        <w:rPr>
          <w:rFonts w:ascii="Times New Roman" w:hAnsi="Times New Roman" w:eastAsia="Times New Roman" w:cs="Times New Roman"/>
        </w:rPr>
        <w:t>Ang 1844 maoy usa ka hulagway sa kalainan tali sa mensahe ni Miller ug sa mensahe sa mga Protestante. Sa proseso sa pagsulay, ang mga Protestante gipatay ni Miller ug unya nahimo silang apostatang Protestantismo, ang mga anak nga babaye sa Roma, ang mga pari ni Jezebel. Ang maong kalainan gipadayag pinaagi sa pagdawat o pagsalikway sa profetikong mensahe. Uban kang Juan ug kang Miller, ang profetikong mensahe nagbutyag sa bakak nga mensahe sa kanhing katawhan sa tugon nga gisalikway na. Ang mensahe ni Elias mipahayag nga walay ulan gawas lamang pinaagi sa iyang pulong, ug human sa tulo ug tunga ka tuig ang pagsulay niana nga pag-angkon ipadayag.</w:t>
      </w:r>
    </w:p>
    <w:p>
      <w:pPr>
        <w:pStyle w:val="ArticleScripture"/>
        <w:jc w:val="left"/>
      </w:pPr>
      <w:r>
        <w:rPr>
          <w:rFonts w:ascii="Times New Roman" w:hAnsi="Times New Roman" w:eastAsia="Times New Roman" w:cs="Times New Roman"/>
        </w:rPr>
        <w:t>Ug nahitabo, sa pagkakita ni Ahab kang Elias, si Ahab miingon kaniya, Ikaw ba ang nagasamok sa Israel? Ug siya mitubag, Wala ako magsamok sa Israel; kondili ikaw, ug ang balay sa imong amahan, tungod kay gibiyaan ninyo ang mga sugo sa Ginoo, ug ikaw misunod sa mga Baal. Busa karon magsugo ka, ug tiguma alang kanako ang tibook Israel didto sa bukid sa Carmel, ug ang mga manalagna ni Baal nga upat ka gatus ug kalim-an, ug ang mga manalagna sa mga kakahoyan nga upat ka gatus, nga nagakaon sa lamesa ni Jezebel. 1 Mga Hari 18:17–19.</w:t>
      </w:r>
    </w:p>
    <w:p>
      <w:pPr>
        <w:pStyle w:val="ArticleBody"/>
        <w:jc w:val="left"/>
      </w:pPr>
      <w:r>
        <w:rPr>
          <w:rFonts w:ascii="Times New Roman" w:hAnsi="Times New Roman" w:eastAsia="Times New Roman" w:cs="Times New Roman"/>
        </w:rPr>
        <w:t>Ang kalainan tali sa bakak ug sa tinuod, bisan pa kini mao ang mensahero o ang mensahe, nahimo pinaagi sa usa ka proseso sa pagsulay nga naglakip sa mga akusasyon batok sa mensahe ug sa mensahero. Si Elias mao ang giakusahan nga nagasamok sa Israel, kay ang iyang mensahe maoy nakapahunong sa ulan. Kon nagpadayon pa unta ang ulan sa Israel, walay isyu mahitungod kang Elias nga mapatindog. Ang isyu nahisandig sa tagna ni Elias, ug sa katumanan niini sulod sa tulo ka tuig ug tunga.</w:t>
      </w:r>
    </w:p>
    <w:p>
      <w:pPr>
        <w:pStyle w:val="ArticleBody"/>
        <w:jc w:val="left"/>
      </w:pPr>
      <w:r>
        <w:rPr>
          <w:rFonts w:ascii="Times New Roman" w:hAnsi="Times New Roman" w:eastAsia="Times New Roman" w:cs="Times New Roman"/>
        </w:rPr>
        <w:t>Sa dihang si Pedro atua sa litmus test sa Cesarea Filipos, nga mao ang pista sa mga trumpeta, ug usab diin ang asno gibadbad, gimarkahan ang sinugdanan sa mensahe sa Tunga sa Gabii nga Singgit. Si Pedro, sama kang Elias, bag-o pa lamang nakasaksi sa pagpamatuod sa iyang panagna, ug ang kalainan tali sa matuod ug sa bakak gipakita aron makita sa tanan. Ang pagpamatuod sa panagna gilarawan pinaagi sa pista sa mga trumpeta—nga mao ang litmus test. Ang panagna gitipohan sa 1840 ug sa 1844, diin ang usa ka panagna gitul-id ug human niana natuman. Ang gitul-id nga panagna ni Josiah Litch naghatag og gahum sa unang manulonda niadtong Agosto 11, 1840, ug ang panagna sa tuig 1843 ni Miller gitul-id ni Snow.</w:t>
      </w:r>
    </w:p>
    <w:p>
      <w:pPr>
        <w:pStyle w:val="ArticleScripture"/>
        <w:jc w:val="left"/>
      </w:pPr>
      <w:r>
        <w:rPr>
          <w:rFonts w:ascii="Times New Roman" w:hAnsi="Times New Roman" w:eastAsia="Times New Roman" w:cs="Times New Roman"/>
        </w:rPr>
        <w:t>“Sa tuig 1840 laing talagsaong katumanan sa tagna nakapukaw sa halapad nga interes. Duha ka tuig sa wala pa niini, si Josiah Litch, usa sa mga nag-unang mga ministro nga nagwali sa ikaduhang pag-anhi, nagmantala ug usa ka paghubad sa Pinadayag 9, nga nagtagna sa pagkapukan sa Imperyong Ottoman. Sumala sa iyang mga kalkulasyon, kining gahuma pagalaglagon… sa ika-11 sa Agosto, 1840, sa dihang ang gahum sa Ottoman sa Constantinople mapaabut nga mapukan. Ug niini, ako nagatuo, hikaplagan nga mao gayud ang mahitabo.’</w:t>
      </w:r>
    </w:p>
    <w:p>
      <w:pPr>
        <w:pStyle w:val="ArticleScripture"/>
        <w:jc w:val="left"/>
      </w:pPr>
      <w:r>
        <w:rPr>
          <w:rFonts w:ascii="Times New Roman" w:hAnsi="Times New Roman" w:eastAsia="Times New Roman" w:cs="Times New Roman"/>
        </w:rPr>
        <w:t>“Sa tukmang panahon nga gitino, ang Turkiya, pinaagi sa iyang mga embahador, midawat sa pagpanalipod sa mga kaalyadong gahum sa Uropa, ug sa ingon gibutang ang iyang kaugalingon ilalom sa pagpugong sa mga Kristohanong nasod. Ang hitabo mituman gayud sa tagna sa tukmang paagi. Sa dihang nahibaloan kini, daghang mga tawo nakombinsir sa pagkahusto sa mga prinsipyo sa paghubad sa tagna nga gisagop ni Miller ug sa iyang mga kauban, ug usa ka kahibulongang kusog ang nahatag ngadto sa kalihokan sa pag-anhi. Ang mga tawong may kinaadman ug kahimtang mikuyog kang Miller, sa pagwali ug sa pagmantala sa iyang mga panglantaw, ug gikan sa 1840 hangtod sa 1844 ang buluhaton milapad sa matulin nga paagi.” The Great Controversy, 334, 335.</w:t>
      </w:r>
    </w:p>
    <w:p>
      <w:pPr>
        <w:pStyle w:val="ArticleBody"/>
        <w:jc w:val="left"/>
      </w:pPr>
      <w:r>
        <w:rPr>
          <w:rFonts w:ascii="Times New Roman" w:hAnsi="Times New Roman" w:eastAsia="Times New Roman" w:cs="Times New Roman"/>
        </w:rPr>
        <w:t>Ang tagna ni Litch mahitungod sa Islam, ug ang tagna ni Snow mahitungod sa siradong pultahan. Sa dihang natuman ang tagna ni Litch, ang pamaagi nga nagpalig-on sa mensahe gidawat, ug kadtong midawat sa mensahe “nahiusa” uban sa mensahero. Ang mensahe ug ang mensahero kapwa giila diha sa katumanan sa tagna. Ang tagna ni Litch mahitungod sa Islam, ug ang tagna ni Snow mahitungod sa siradong pultahan.</w:t>
      </w:r>
    </w:p>
    <w:p>
      <w:pPr>
        <w:pStyle w:val="ArticleScripture"/>
        <w:jc w:val="left"/>
      </w:pPr>
      <w:r>
        <w:rPr>
          <w:rFonts w:ascii="Times New Roman" w:hAnsi="Times New Roman" w:eastAsia="Times New Roman" w:cs="Times New Roman"/>
        </w:rPr>
        <w:t>“Nakita ko ang katawohan sa Dios nga malipayon diha sa pagpaabut, nga nagtan-aw alang sa ilang Ginoo. Apan gituyo sa Dios ang pagsulay kanila. Gitabonan sa Iyang kamot ang usa ka sayop sa pag-ihap sa mga profetikong yugto sa panahon. Kadtong nanagpaabut sa ilang Ginoo wala makadiskobre niining sayopa, ug bisan ang labing nakakat-on nga mga tawo nga misupak sa panahon napakyas usab sa pagtan-aw niini. Gituyo sa Dios nga ang Iyang katawohan magaatubang sa usa ka kapakyasan sa paglaum. Milabay ang panahon, ug kadtong nanagpaabut sa ilang Manluluwas uban ang malipayong paglaum nasubo ug nangaluya sa kasingkasing, samtang kadtong wala mahigugma sa pagpakita ni Jesus, kondili midawat sa mensahe tungod sa kahadlok, nalipay nga Siya wala moanhi sa panahon sa gipaabut. Ang ilang pag-angkon wala makadani sa kasingkasing ug makaputli sa kinabuhi. Ang paglabay sa panahon tukma kaayo nga gilaraw aron ipadayag ang maong mga kasingkasing. Sila mao ang unang mitalikod ug mibiaybiay sa mga masulob-on, napakyas sa paglaum, nga tinuod nga nahigugma sa pagpakita sa ilang Manluluwas. Nakita ko ang kaalam sa Dios sa pagsulay sa Iyang katawohan ug sa paghatag kanila ug mapanukiduking pagsulay aron pagpadayag niadtong mosibog ug motalikod sa takna sa pagsulay.”</w:t>
      </w:r>
    </w:p>
    <w:p>
      <w:pPr>
        <w:pStyle w:val="ArticleScripture"/>
        <w:jc w:val="left"/>
      </w:pPr>
      <w:r>
        <w:rPr>
          <w:rFonts w:ascii="Times New Roman" w:hAnsi="Times New Roman" w:eastAsia="Times New Roman" w:cs="Times New Roman"/>
        </w:rPr>
        <w:t>“Si Jesus ug ang tibuok langitnong panon mitan-aw uban sa kalooy ug gugma sa mga tawo nga uban sa matam-is nga pagpaabut nangandoy sa pagtan-aw Kaniya nga gihigugma sa ilang mga kalag. Ang mga manulonda nagalutaw sa ilang palibot, aron sa paglig-on kanila sa takna sa ilang pagsulay. Ang mga nagpabaya sa pagdawat sa langitnong mensahe gibiyaan diha sa kangitngit, ug ang kasuko sa Dios misilaob batok kanila, tungod kay wala nila dawata ang kahayag nga Iyang gipadala kanila gikan sa langit. Kadtong matinumanon apan napakyas sa ilang gilauman, nga wala makasabut nganong ang ilang Ginoo wala moanhi, wala biya-i diha sa kangitngit. Pag-usab gidala sila ngadto sa ilang mga Biblia aron sa pagsusi sa matagnaong mga yugto sa panahon. Ang kamot sa Ginoo gikuha gikan sa mga numero, ug ang kasaypanan gipatin-aw. Ilang nakita nga ang matagnaong mga yugto sa panahon miabot ngadto sa 1844, ug nga ang mao rang ebidensiya nga ilang gipresentar aron ipakita nga ang matagnaong mga yugto sa panahon natapos sa 1843, nagpamatuod nga kini matapos sa 1844. Ang kahayag gikan sa Pulong sa Dios misidlak sa ilang kahimtang, ug ilang nadiskobrehan ang usa ka panahon sa paglangay—‘Bisan pa kon kini [ang panan-awon] maglangan, hulata kini.’ Sa ilang gugma alang sa dihadiha nga pag-anhi ni Cristo, wala nila matagad ang paglangay sa panan-awon, nga gituyo aron ipadayag ang tinuod nga mga nagahulat. Pag-usab sila may usa ka tukma nga punto sa panahon. Apan nakita ko nga daghan kanila wala makahimo sa pagbangon labaw sa ilang mapait nga kapakyasan aron maangkon kadtong sukod sa kasibot ug kusog nga nagtimaan sa ilang pagtoo niadtong 1843.”</w:t>
      </w:r>
    </w:p>
    <w:p>
      <w:pPr>
        <w:pStyle w:val="ArticleScripture"/>
        <w:jc w:val="left"/>
      </w:pPr>
      <w:r>
        <w:rPr>
          <w:rFonts w:ascii="Times New Roman" w:hAnsi="Times New Roman" w:eastAsia="Times New Roman" w:cs="Times New Roman"/>
        </w:rPr>
        <w:t>“Si Satanas ug ang iyang mga manulonda midaog batok kanila, ug kadtong dili modawat sa mensahe gidayeg ang ilang kaugalingon tungod sa ilang halayo ug matul-id nga paghukom ug kaalam sa dili pagdawat sa limbong, sumala sa ilang pagtawag niini. Wala nila maamgohi nga ilang gisalikway ang tambag sa Dios batok sa ilang kaugalingon, ug nagbuhat sila diha sa panaghiusa uban kang Satanas ug sa iyang mga manulonda aron sa pagpahasol sa katawohan sa Dios, nga nagkinabuhi sumala sa mensaheng gipadala gikan sa langit.”</w:t>
      </w:r>
    </w:p>
    <w:p>
      <w:pPr>
        <w:pStyle w:val="ArticleScripture"/>
        <w:jc w:val="left"/>
      </w:pPr>
      <w:r>
        <w:rPr>
          <w:rFonts w:ascii="Times New Roman" w:hAnsi="Times New Roman" w:eastAsia="Times New Roman" w:cs="Times New Roman"/>
        </w:rPr>
        <w:t>“Ang mga magtutuo niini nga mensahe gidaugdaug sa mga iglesia. Sulod sa usa ka panahon, kadtong dili modawat sa mensahe gipugngan sa kahadlok sa pagpadayag sa mga pagbati sa ilang mga kasingkasing; apan ang paglabay sa panahon nagpadayag sa ilang tinuod nga pagbati. Gitinguha nila ang pagpahilom sa pagpamatuod nga gibati sa mga naghulat nga sila napugos sa pagdala, nga ang mga kapanahonan sa tagna miabot hangtod sa 1844. Sa kahayag ug katin-aw ang mga magtutuo mipasabot sa ilang sayop ug mihatag sa mga katarongan nganong ilang gipaabot ang ilang Ginoo sa 1844. Ang ilang mga mosupak walay ikasumbong nga mga pangatarongan batok sa gamhanang mga katarongan nga gihatag. Apan ang kasuko sa mga iglesia misilaob; sila determinado nga dili maminaw sa pamatuod, ug sa pagpugong sa maong pagpamatuod gikan sa mga iglesia, aron ang uban dili makadungog niini. Kadtong wala mangahas sa pagpugong gikan sa uban sa kahayag nga gihatag sa Dios kanila, gipapahawa gikan sa mga iglesia; apan si Jesus uban kanila, ug sila nalipay sa kahayag sa Iyang dagway. Giandam sila sa pagdawat sa mensahe sa ikaduhang manulonda.” Early Writings, 235–237.</w:t>
      </w:r>
    </w:p>
    <w:p>
      <w:pPr>
        <w:pStyle w:val="ArticleBody"/>
        <w:jc w:val="left"/>
      </w:pPr>
      <w:r>
        <w:rPr>
          <w:rFonts w:ascii="Times New Roman" w:hAnsi="Times New Roman" w:eastAsia="Times New Roman" w:cs="Times New Roman"/>
        </w:rPr>
        <w:t>Si Pedro nagrepresentar sa usa ka gatus kap-atan ug upat ka libo nga, sama kang Litch, nagpresentar ug usa ka gitul-id nga tagna mahitungod sa Islam ug sa katapusan sa usa ka gingharian; ug sama kang Snow, si Pedro usab nagpresentar ug usa ka gitul-id nga tagna mahitungod sa siradong pultahan. Ang mensahe ni Litch bahin sa ikaduhang kaalaut sa Islam usa ka panggawas nga tagna, ug ang siradong pultahan ni Snow usa ka pangsulod nga tagna. Alang kang Snow, ang buluhaton nagsugod sa dihang gikuha sa Ginoo ang Iyang kamot gikan sa mga numero, ug unya nakita nga ang mao rang ebidensiya nga kaniadto gihunahuna nga nagapamatuod sa 1843, sa pagkatinuod nagapamatuod sa Oktubre 22, 1844. Alang kang Litch, kini usa ka kalkulasyon nga, sa dihang natuman, nagdala sa manulonda sa Pinadayag 10 sa pagkanaug aron motindog ibabaw sa yuta ug sa dagat.</w:t>
      </w:r>
    </w:p>
    <w:p>
      <w:pPr>
        <w:pStyle w:val="ArticleBody"/>
        <w:jc w:val="left"/>
      </w:pPr>
      <w:r>
        <w:rPr>
          <w:rFonts w:ascii="Times New Roman" w:hAnsi="Times New Roman" w:eastAsia="Times New Roman" w:cs="Times New Roman"/>
        </w:rPr>
        <w:t>Ang kamatuoran nga gikalkulo pag-usab ni Litch ang iyang tagna napulo ka adlaw sa wala pa ang katumanan niini nagaila sa buluhaton sa pagtul-id sa usa ka miaging tagna ingon nga usa ka pagsulay. Ang pagsugod ba sa 1840 ug ang pagtapos sa 1844 sa pagkatinuod usa ka simbolong propetiko sa usa ka tagna nga gikalkulo pag-usab aron mahimong tinuod nga Midnight Cry? Ang alpha ug omega ba sa kasaysayan sa mga Millerita nga nagtapos sa pagmantala sa Midnight Cry sa pagkatinuod nagatipolohiya sa mga propetikong kinaiya sa tinuod nga Midnight Cry sa usa ka gatus ug kap-atan ug upat ka libo?</w:t>
      </w:r>
    </w:p>
    <w:p>
      <w:pPr>
        <w:pStyle w:val="ArticleBody"/>
        <w:jc w:val="left"/>
      </w:pPr>
      <w:r>
        <w:rPr>
          <w:rFonts w:ascii="Times New Roman" w:hAnsi="Times New Roman" w:eastAsia="Times New Roman" w:cs="Times New Roman"/>
        </w:rPr>
        <w:t>Sa duha ka mga yugto sa pagmantala sa gitul-id nga tagna, ang kontrobersiya napadayag batok sa mensahe sa mga Millerita, kay ang mensahe nakasamok sa katawhan. Sa dihang si Pedro mitindog sa Cesarea Filipos adunay usa ka kontrobersiya mahitungod sa mensahe nga nagsugod sa wala pa ang Cesarea Filipos, kay kini mao ang katumanan nga nagpamatuod nga pinaagi lamang sa pulong ni Pedro mahulog ang mensahe sa ulan. Ang Cesarea Filipos mao ang fiesta sa mga trumpeta nga nahiuyon sa pagpadala ni Cristo sa duha ka mga tinun-an, nga nagrepresentar sa ikaduhang manulonda, aron hubaran ang asno sa Islam. Ang paghubad sa asno sa Islam nagpahibalo sa sinugdanan sa mensahe sa Tungang Gabiing Singgit sa camp meeting sa Exeter, kay sa iyang pag-abot nga nagsakay sa kabayo nga ulahi og usa ka adlaw, niadtong Agosto 13, si Samuel Snow, nga naglangan inay nga moabot sa adlaw sa pag-abli, nagtimaan sa katapusan sa panahon sa paglangan ug sa sinugdanan sa mensahe nga ipadala sama sa usa ka balod sa dagat sa dihang natapos ang tigom sa ika-17.</w:t>
      </w:r>
    </w:p>
    <w:p>
      <w:pPr>
        <w:pStyle w:val="ArticleBody"/>
        <w:jc w:val="left"/>
      </w:pPr>
      <w:r>
        <w:rPr>
          <w:rFonts w:ascii="Times New Roman" w:hAnsi="Times New Roman" w:eastAsia="Times New Roman" w:cs="Times New Roman"/>
        </w:rPr>
        <w:t>Ang panaglalis sa kasaysayan sa mga Millerite, ang mga sumbong ni Haring Ahab ug ang pagsukol sa mga Judiong mapanghimantayon sa dihang misulod si Cristo sa Jerusalem, ang tanan nag-ila sa usa ka panaglalis nga moabot sa iyang kataposang sangpotanan sa fiesta sa mga trumpeta, sa dihang buhian ang asno. Ang pagbuhi sa asno mao ang pagpamatuod sa usa ka tagna nga nag-ila sa usa ka siradong pultahan ibabaw sa Adventismo sa sinugdanan didto sa Caesarea Philippi ug usa ka siradong pultahan sa katapusan sa maong kapanahonan didto sa Caesarea Maritima. Ang asno usa ka simbolo sa Islam sa ikatulong kaalautan nga moigo sa Tinipong Bansa sa Amerika, lakip ang Nashville, Tennessee. Ang napakyas nga prediksyon sa Hulyo 18, 2020, karon hinay-hinay nga ginatadlong samtang ginakuha sa Ginoo ang Iyang kamot, ug ginabuksan ang pinadayag ni Jesu-Cristo. Kining pag-abli nagsugod didto sa kamingawan niadtong Hulyo sa 2023.</w:t>
      </w:r>
    </w:p>
    <w:p>
      <w:pPr>
        <w:pStyle w:val="ArticleHeading"/>
        <w:jc w:val="left"/>
      </w:pPr>
      <w:r>
        <w:rPr>
          <w:rFonts w:ascii="Arial" w:hAnsi="Arial" w:eastAsia="Arial" w:cs="Arial"/>
        </w:rPr>
        <w:t>Ang panan-awon sa Daniel Onse</w:t>
      </w:r>
    </w:p>
    <w:p>
      <w:pPr>
        <w:pStyle w:val="ArticleBody"/>
        <w:jc w:val="left"/>
      </w:pPr>
      <w:r>
        <w:rPr>
          <w:rFonts w:ascii="Times New Roman" w:hAnsi="Times New Roman" w:eastAsia="Times New Roman" w:cs="Times New Roman"/>
        </w:rPr>
        <w:t>Ang pista sa mga trumpeta nagrepresentar sa ikapitong trumpeta, nga mao ang ikatulong kaalaotan, nga mao ang Islam. Ang usa ka trumpeta usa ka panggawas nga pasidaang mensahe sa gubat, apan mahimo usab kini sabton ingon nga usa ka pangsulod nga tawag ngadto sa balaang katiguman. Ingon nga litmus test nga nagsugod sa dihang ang katloan ka adlaw sa pagsulay sa ikaduhang templo matapus, kini usa ka mensaheng panggawas ug pangsulod. Ang unang pundasyonal nga pagsulay miabot sa tingpamulak sa 2024 uban sa panggawas nga panan-awon sa anticristo ingon nga girepresentahan diha sa Daniel 11:14.</w:t>
      </w:r>
    </w:p>
    <w:p>
      <w:pPr>
        <w:pStyle w:val="ArticleScripture"/>
        <w:jc w:val="left"/>
      </w:pPr>
      <w:r>
        <w:rPr>
          <w:rFonts w:ascii="Times New Roman" w:hAnsi="Times New Roman" w:eastAsia="Times New Roman" w:cs="Times New Roman"/>
        </w:rPr>
        <w:t>Ug niadtong mga panahona daghan ang motindog batok sa hari sa habagatan; usab, ang mga tulisan sa imong katawhan managpataas sa ilang kaugalingon aron pagtukod sa panan-awon; apan sila mangapukan. Daniel 11:14.</w:t>
      </w:r>
    </w:p>
    <w:p>
      <w:pPr>
        <w:pStyle w:val="ArticleBody"/>
        <w:jc w:val="left"/>
      </w:pPr>
      <w:r>
        <w:rPr>
          <w:rFonts w:ascii="Times New Roman" w:hAnsi="Times New Roman" w:eastAsia="Times New Roman" w:cs="Times New Roman"/>
        </w:rPr>
        <w:t>Ang miaging bersikulo nagpaila sa Panium, ug ang pagpamatuod sa Panium nagapadayon hangtod sa bersikulo kinse.</w:t>
      </w:r>
    </w:p>
    <w:p>
      <w:pPr>
        <w:pStyle w:val="ArticleScripture"/>
        <w:jc w:val="left"/>
      </w:pPr>
      <w:r>
        <w:rPr>
          <w:rFonts w:ascii="Times New Roman" w:hAnsi="Times New Roman" w:eastAsia="Times New Roman" w:cs="Times New Roman"/>
        </w:rPr>
        <w:t>Kay ang hari sa amihanan mobalik, ug magpatungha sa usa ka panon nga labi pang daghan kay sa nahauna; ug sa pagkamatuod moanhi siya human sa pipila ka tuig uban ang usa ka dakong kasundalohan ug uban ang daghang mga bahandi. Daniel 11:13.</w:t>
      </w:r>
    </w:p>
    <w:p>
      <w:pPr>
        <w:pStyle w:val="ArticleBody"/>
        <w:jc w:val="left"/>
      </w:pPr>
      <w:r>
        <w:rPr>
          <w:rFonts w:ascii="Times New Roman" w:hAnsi="Times New Roman" w:eastAsia="Times New Roman" w:cs="Times New Roman"/>
        </w:rPr>
        <w:t>Ang hari sa amihanan diha sa mga bersikulo napulo hangtod kinse mao ang puli nga gahum sa kapapahan, nga girepresentahan ni Ronald Reagan diha sa bersikulo napulo sa dihang gikuha ang kuta sa puthaw nga kurtina, ingon nga gitipohan sa pagkahugno sa Berlin Wall niadtong Nobyembre 9, 1989. Ang bersikulo disesais nagtimaan sa pagwagtang sa kuta sa pagkabahin sa iglesia ug estado sa balaod sa Domingo. Ang mga bersikulo onse ug dose nagrepresentar sa gubat sa Ukraine nga nagsugod niadtong 2014, ug ang bersikulo trese nagaila sa eleksiyon sa 2024, sa dihang si Trump, ang ikawalong presidente sukad kang Reagan, nga mao usab ang ikawalong presidente nga gikan sa pito ka nangaging mga presidente, “mobalik” uban sa labi pang dakong gahum, kay sa dihang siya mobalik siya “magapahigayon ug panon nga labi pang daghan kay sa nahauna, ug sa walay duhaduha moanhi human sa pipila ka mga tuig.” Ang “pipila ka mga tuig” mao ang upat ka tuig ni Joe Biden.</w:t>
      </w:r>
    </w:p>
    <w:p>
      <w:pPr>
        <w:pStyle w:val="ArticleBody"/>
        <w:jc w:val="left"/>
      </w:pPr>
      <w:r>
        <w:rPr>
          <w:rFonts w:ascii="Times New Roman" w:hAnsi="Times New Roman" w:eastAsia="Times New Roman" w:cs="Times New Roman"/>
        </w:rPr>
        <w:t>Human sa 2024, subay sa bersikulo trese, ang Roma mosulod sa propetikong kasaysayan sa Panium. Niadtong Mayo 8, 2025, ang unang papa gikan sa espirituhanong mahimayaong yuta gipili, ug iyang gipili ang ngalan nga Leo, nga nagdala uban niini sa daghang mahinungdanong mga propetikong kinaiya. Unya sa bersikulo kinse, ang gubat masugdan.</w:t>
      </w:r>
    </w:p>
    <w:p>
      <w:pPr>
        <w:pStyle w:val="ArticleScripture"/>
        <w:jc w:val="left"/>
      </w:pPr>
      <w:r>
        <w:rPr>
          <w:rFonts w:ascii="Times New Roman" w:hAnsi="Times New Roman" w:eastAsia="Times New Roman" w:cs="Times New Roman"/>
        </w:rPr>
        <w:t>Busa moanhi ang hari sa amihanan, ug magpatindog ug bungdo, ug makakuha sa labing kinutaan nga mga siyudad; ug ang mga bukton sa habagatan dili makasukol, ni ang iyang piniling katawhan, ni adunay bisan unsang kusog sa pagsukol. Daniel 11:15.</w:t>
      </w:r>
    </w:p>
    <w:p>
      <w:pPr>
        <w:pStyle w:val="ArticleBody"/>
        <w:jc w:val="left"/>
      </w:pPr>
      <w:r>
        <w:rPr>
          <w:rFonts w:ascii="Times New Roman" w:hAnsi="Times New Roman" w:eastAsia="Times New Roman" w:cs="Times New Roman"/>
        </w:rPr>
        <w:t>Ang gubat sa Panium gisugdan diha sa bersikulo kinse, ug ang mananap sa yuta nga girepresentahan ni Donald Trump mopildi sa gingharian sa habagatan. Ang hari sa habagatan sa bersikulo onse nagsugod ug gubat batok sa Ukraine, ang puli nga gahum sa kapapahan nga gipondohan ug gisuportahan sa puli nga gahum sa kapapahan sa bersikulo diyes—ang Tinipong Bansa sa Amerika. Ang hari sa habagatan mahimong madaugon sa gubat sa Raphia, apan sa ulahing mga hitabo sa maong kadaugan, ang anam-anam nga pagkatunaw nga sa kanunay nalambigit sa pagkahugno sa usa ka dragon nga gingharian sa habagatan, magbilin sa hari sa habagatan sa hilabihan ka huyang nga kahimtang samtang ang hari sa amihanan mobalik, mas lig-on kay sa kaniadto, ug mangandam alang sa gubat sa Panium. Ang Rusya ug si Putin mao ang hari sa habagatan sa dihang ang Tinipong Bansa sa Amerika misugod sa Gubat sa Ukraine niadtong 2014. Niadtong 2022 nagsugod ang pagsulong ug misugod ang pag-agas sa dugo. Niadtong 2024 mibalik ang hari sa amihanan.</w:t>
      </w:r>
    </w:p>
    <w:p>
      <w:pPr>
        <w:pStyle w:val="ArticleBody"/>
        <w:jc w:val="left"/>
      </w:pPr>
      <w:r>
        <w:rPr>
          <w:rFonts w:ascii="Times New Roman" w:hAnsi="Times New Roman" w:eastAsia="Times New Roman" w:cs="Times New Roman"/>
        </w:rPr>
        <w:t>Si Pedro anaa sa Caesarea Philippi, nga mao ang sinugdanan sa pagmantala sa mensahe sa Singgit sa Tunga-tungang Gabii. Si Pedro, sama kang Elias ug sa mga Millerite sumala sa ilang representasyon ni Litch ug Snow, kaniadto nagpahayag na daan ug usa ka panagna mahitungod sa siradong pultahan ug sa Islam. Ang katumanan niini maoy nagpaila sa kalainan tali sa tinuod ug bakak nga mga mensahe sa ulahing ulan, ug sa tinuod ug bakak nga mga sinugo. Ang mensahe ni Pedro mao ang gitul-id nga mensahe sa Nashville ug sa Islam, ug sa dihang nagtindog siya sa Caesarea Philippi, nagtindog siya sa Panium, ang gubat nga nagadala ngadto sa balaod sa Dominggo sa bersikulo 16. Ang katumanan sa panagna ni Pedro maoy nagpaila sa sinugdanan sa pagmantala sa Singgit sa Tunga-tungang Gabii, sa dihang gibuhian ang Islam, nga mao usab, linya ibabaw sa linya, sa dihang moabot ang gubat sa Panium.</w:t>
      </w:r>
    </w:p>
    <w:p>
      <w:pPr>
        <w:pStyle w:val="ArticleHeading"/>
        <w:jc w:val="left"/>
      </w:pPr>
      <w:r>
        <w:rPr>
          <w:rFonts w:ascii="Arial" w:hAnsi="Arial" w:eastAsia="Arial" w:cs="Arial"/>
        </w:rPr>
        <w:t>Ang Panan-awon ni Daniel 10</w:t>
      </w:r>
    </w:p>
    <w:p>
      <w:pPr>
        <w:pStyle w:val="ArticleBody"/>
        <w:jc w:val="left"/>
      </w:pPr>
      <w:r>
        <w:rPr>
          <w:rFonts w:ascii="Times New Roman" w:hAnsi="Times New Roman" w:eastAsia="Times New Roman" w:cs="Times New Roman"/>
        </w:rPr>
        <w:t>Ang pista sa mga trumpeta nagrepresentar sa ikapitong trumpeta, nga mao ang ikatulong alaut, nga mao ang Islam. Ang usa ka trumpeta usa ka mensahe sa pasidaan, ug usa usab ka tawag ngadto sa balaang panagtigom. Kini usab mao ang litmus test nga magsugod sa dihang matapos ang katloan ka adlaw sa pagsulay sa ikaduhang templo. Ang nahaunang pundasyonal nga panggawas nga panan-awon sa pagsulay sa anticristo miabot sa tingpamulak sa 2024, ug ang ikaduhang pangsulod nga panan-awon sa pagsulay ni Cristo, ingon sa girepresentahan diha sa Daniel 10, miabot sa 2026.</w:t>
      </w:r>
    </w:p>
    <w:p>
      <w:pPr>
        <w:pStyle w:val="ArticleScripture"/>
        <w:jc w:val="left"/>
      </w:pPr>
      <w:r>
        <w:rPr>
          <w:rFonts w:ascii="Times New Roman" w:hAnsi="Times New Roman" w:eastAsia="Times New Roman" w:cs="Times New Roman"/>
        </w:rPr>
        <w:t>Unya giyahat ko ang akong mga mata, ug mitan-aw ako, ug ania karon, usa ka tawo nga sinul-oban ug lino, kansang hawak binaksan sa lunsay nga bulawan sa Uphaz: Ang iyang lawas usab sama sa berilo, ug ang iyang nawong sama sa dagway sa kilat, ug ang iyang mga mata sama sa mga suga sa kalayo, ug ang iyang mga bukton ug ang iyang mga tiil sama sa kolor sa pinasinaw nga tumbaga, ug ang tingog sa iyang mga pulong sama sa tingog sa usa ka panon.</w:t>
      </w:r>
    </w:p>
    <w:p>
      <w:pPr>
        <w:pStyle w:val="ArticleScripture"/>
        <w:jc w:val="left"/>
      </w:pPr>
      <w:r>
        <w:rPr>
          <w:rFonts w:ascii="Times New Roman" w:hAnsi="Times New Roman" w:eastAsia="Times New Roman" w:cs="Times New Roman"/>
        </w:rPr>
        <w:t>Ug ako si Daniel lamang ang nakakita sa panan-awon; kay ang mga tawo nga uban kanako wala makakita sa panan-awon; apan usa ka dakong pagkurog miabot kanila, mao nga sila nangalagiw aron magtago sa ilang kaugalingon.</w:t>
      </w:r>
    </w:p>
    <w:p>
      <w:pPr>
        <w:pStyle w:val="ArticleScripture"/>
        <w:jc w:val="left"/>
      </w:pPr>
      <w:r>
        <w:rPr>
          <w:rFonts w:ascii="Times New Roman" w:hAnsi="Times New Roman" w:eastAsia="Times New Roman" w:cs="Times New Roman"/>
        </w:rPr>
        <w:t>Busa gibiyaan ako nga nag-inusara, ug nakita ko kining daku nga panan-awon, ug walay nahibiling kusog dinhi kanako; kay ang akong katahum nahimong pagkadunot sulod kanako, ug wala na gayud koy nahibiling kusog.</w:t>
      </w:r>
    </w:p>
    <w:p>
      <w:pPr>
        <w:pStyle w:val="ArticleScripture"/>
        <w:jc w:val="left"/>
      </w:pPr>
      <w:r>
        <w:rPr>
          <w:rFonts w:ascii="Times New Roman" w:hAnsi="Times New Roman" w:eastAsia="Times New Roman" w:cs="Times New Roman"/>
        </w:rPr>
        <w:t>Apan nadungog ko ang tingog sa iyang mga pulong; ug sa akong pagkadungog sa tingog sa iyang mga pulong, nahimutang ako sa halalum nga pagkatulog nga naghayang ang akong nawong sa yuta, ug ang akong nawong mitumong ngadto sa yuta.</w:t>
      </w:r>
    </w:p>
    <w:p>
      <w:pPr>
        <w:pStyle w:val="ArticleScripture"/>
        <w:jc w:val="left"/>
      </w:pPr>
      <w:r>
        <w:rPr>
          <w:rFonts w:ascii="Times New Roman" w:hAnsi="Times New Roman" w:eastAsia="Times New Roman" w:cs="Times New Roman"/>
        </w:rPr>
        <w:t>Ug ania karon, may usa ka kamot nga mihikap kanako, nga nagpahimutang kanako ibabaw sa akong mga tuhod ug ibabaw sa mga palad sa akong mga kamot. Ug siya miingon kanako, O Daniel, tawo nga gihigugma pag-ayo, sabta ang mga pulong nga akong isulti kanimo, ug tumindog nga matul-id: kay kanimo ako karon gipadala. Ug sa diha nga nasulti na niya kining pulonga kanako, mitindog ako nga nagkurog. Unya miingon siya kanako, Ayaw kahadlok, Daniel: kay sukad sa unang adlaw nga gitumong mo ang imong kasingkasing sa pagsabot, ug sa pagpaubos sa imong kaugalingon sa atubangan sa imong Dios, nadungog ang imong mga pulong, ug mianhi ako tungod sa imong mga pulong. Apan ang principe sa gingharian sa Persia misukol kanako sulod sa kaluhaan ug usa ka adlaw: apan, ania karon, si Miguel, usa sa mga pangulong principe, mianhi sa pagtabang kanako; ug nagpabilin ako didto uban sa mga hari sa Persia. Karon mianhi ako sa pagpahibalo kanimo aron masabtan mo ang mahitabo sa imong katawohan sa ulahing mga adlaw: kay ang panan-awon alang pa sa daghang mga adlaw. Ug sa diha nga nakasulti na siya kanako sa ingon nga mga pulong, gitutok ko ang akong nawong sa yuta, ug naamang ako.</w:t>
      </w:r>
    </w:p>
    <w:p>
      <w:pPr>
        <w:pStyle w:val="ArticleScripture"/>
        <w:jc w:val="left"/>
      </w:pPr>
      <w:r>
        <w:rPr>
          <w:rFonts w:ascii="Times New Roman" w:hAnsi="Times New Roman" w:eastAsia="Times New Roman" w:cs="Times New Roman"/>
        </w:rPr>
        <w:t>Ug tan-awa, may usa nga sama sa dagway sa mga anak sa mga tawo nga mihikap sa akong mga ngabil; unya gibuka ko ang akong baba, ug misulti, ug miingon kaniya nga nagtindog sa akong atubangan, O akong ginoo, tungod sa panan-aw ang akong mga kasubo mibalik sa ibabaw nako, ug wala nay kusog nga nahibilin kanako. Kay unsaon man sa ulipon niining akong ginoo ang pagpakigsulti niining akong ginoo? kay mahitungod kanako, dihadiha wala nay kusog nga nahibilin kanako, ni wala nay gininhawa nga nahibilin kanako.</w:t>
      </w:r>
    </w:p>
    <w:p>
      <w:pPr>
        <w:pStyle w:val="ArticleScripture"/>
        <w:jc w:val="left"/>
      </w:pPr>
      <w:r>
        <w:rPr>
          <w:rFonts w:ascii="Times New Roman" w:hAnsi="Times New Roman" w:eastAsia="Times New Roman" w:cs="Times New Roman"/>
        </w:rPr>
        <w:t>Unya may miabut pag-usab ug mihikap kanako, nga sama sa dagway sa usa ka tawo, ug gipalig-on niya ako, Ug miingon, O tawo nga hinigugma kaayo, ayaw kahadlok: ang pakigdait maanaa kanimo, magmakusganon ka, oo, magmakusganon ka. Ug sa diha nga nakasulti na siya kanako, napalig-on ako, ug miingon, Pasultiha ang akong ginoo; kay gipalig-on mo ako. Daniel 10:5–19.</w:t>
      </w:r>
    </w:p>
    <w:p>
      <w:pPr>
        <w:pStyle w:val="ArticleBody"/>
        <w:jc w:val="left"/>
      </w:pPr>
      <w:r>
        <w:rPr>
          <w:rFonts w:ascii="Times New Roman" w:hAnsi="Times New Roman" w:eastAsia="Times New Roman" w:cs="Times New Roman"/>
        </w:rPr>
        <w:t>Si Daniel, sa ikakaluhaan ug duha ka adlaw, nakakita sa panan-awon sa langitnong Labing Halangdong Saserdote sa kaulahiang mga adlaw. Ang panan-awon sa Roma nga nagtukod sa panan-awon mao ang pundasyonal ug alpha nga pagsulay sa 2024, ug ang panan-awon ni Cristo mao ang pagsulay sa templo. Kini nagpatungha ug pagkabulag sa hut-ong nga mikalagiw gikan kang Daniel ug nanago. Kadtong hut-onga nanago ilalom sa mga bakak ug kabakakan, ug tungod niini sila makadawat ug kusganong paglimbong.</w:t>
      </w:r>
    </w:p>
    <w:p>
      <w:pPr>
        <w:pStyle w:val="ArticleBody"/>
        <w:jc w:val="left"/>
      </w:pPr>
      <w:r>
        <w:rPr>
          <w:rFonts w:ascii="Times New Roman" w:hAnsi="Times New Roman" w:eastAsia="Times New Roman" w:cs="Times New Roman"/>
        </w:rPr>
        <w:t>Unya si Daniel gihikap sa makatulo, ang nahauna ni Gabriel, dayon ni Cristo, ug unya sa ikatulong higayon ni Gabriel. Diha sa Labing Balaang Dapit, sa dihang si Daniel gihikap sa makatulo, kini naglarawan sa usa ka pagpalig-on, kay nagsugod kini nga siya walay kusog sa dihang nakita niya ang panan-awon, apan sa ikatulong paghikap siya sa katapusan napalig-on. Gipalig-on siya aron masabtan kung unsay mahitabo sa katawhan sa Dios sa kaulahiang mga adlaw. Ang mensaheng matagnaon mahitungod sa mahitabo sa katawhan sa Dios sa kaulahiang mga adlaw mao ang mensaheng girepresentahan sulod sa sambingay sa napulo ka mga ulay.</w:t>
      </w:r>
    </w:p>
    <w:p>
      <w:pPr>
        <w:pStyle w:val="ArticleBody"/>
        <w:jc w:val="left"/>
      </w:pPr>
      <w:r>
        <w:rPr>
          <w:rFonts w:ascii="Times New Roman" w:hAnsi="Times New Roman" w:eastAsia="Times New Roman" w:cs="Times New Roman"/>
        </w:rPr>
        <w:t>Nagsugod si Daniel nga walay kusog, kay ang panan-aw nga sama sa salamin mahitungod kang Cristo nakabiya kaniya nga walay kusog; apan sa katapusan sa tulo ka paghikap, siya gipalig-on, ug ang sugo nga “pagmakusganon, oo, pagmakusganon,” maoy pagduplikar, nga nagtimaan sa ikaduhang manulonda o sa ikaduhang pagsulay. Ang ikaduhang pagsulay mao ang pagsulay sa templo diin ang katawhan sa Dios gipalig-on aron sa pagmantala sa mensahe sa Midnight Cry sa dihang matapos ang Exeter camp meeting. Kana nga pagsulay mao ang pagsulay sa templo diin ang cap stone, nga mao ang foundation ug corner stone, nahimong kahibulongang capstone sa templo, sa ingon nagtimaan sa pagkompleto niini. Gipalig-on si Daniel sa ikakaluhaan ug duha ka adlaw, sa dihang misulod siya pinaagi sa pagtuo ngadto sa Labing Balaang Dapit. Sa dihang iyang gibuhat kana, gihikap siya ni Gabriel, unya gihikap siya ni Cristo ug dayon gihikap siya pag-usab ni Gabriel. Busa, gipalig-on si Daniel aron sa pagmantala sa mensahe diha sa Labing Balaang Dapit diin nakita niya si Cristo taliwala sa duha ka mga manulonda, ug ang dapit sa sulod sa Labing Balaang Dapit diin si Cristo anaa sa taliwala mao ang lingkoranan sa kalooy uban sa duha ka nagtabon nga mga querubin nga nagatan-aw ngadto sa arka nga gidagkutan sa kahayag sa himaya sa Shekinah ni Cristo nga nagalingkod ibabaw sa Iyang trono. Ang panan-aw sa Daniel 10 sa paagi sa pagtagna gitukod nga si Daniel nagatan-aw sa himaya ni Cristo ingon nga Shekinah ibabaw sa trono sa lingkoranan sa kalooy, samtang ang duha ka nagtabon nga mga querubin nagasud-ong sulod sa arka!</w:t>
      </w:r>
    </w:p>
    <w:p>
      <w:pPr>
        <w:pStyle w:val="ArticleBody"/>
        <w:jc w:val="left"/>
      </w:pPr>
      <w:r>
        <w:rPr>
          <w:rFonts w:ascii="Times New Roman" w:hAnsi="Times New Roman" w:eastAsia="Times New Roman" w:cs="Times New Roman"/>
        </w:rPr>
        <w:t>Sa wala pa ang pista sa mga trumpeta, si Elias nag-angkon nga ang iyang mensahe bahin sa ulan mao lamang ang mensahe sa ulan nga gikan sa Ginoo, ug iyang gipadayag ang usa ka tagna nga moabot sa iyang kataposan pinaagi sa usa ka pagpakita nga magpamatuod kon kinsa ang mensahero o dili, ug unsa ang mensahe o dili. Sulod sa tulo ug tunga ka tuig sa wala pa ang Carmel, si Haring Ahab nangita kang Elias, kay adunay usa ka panahon sa panaglalis nga nag-una sa Carmel. Ang Bukid sa Carmel mao lamang ang litmus test diin ang kinaiya gipadayag. Ang maong panahon sa kasaysayan sa Millerite naglangkob sa mao usab nga pagpamatuod, ingon nga ang mga nagdumot sa mensahe nagpahilayo sa mga matinumanon gikan sa mga iglesia ug ang mga matinumanon human niana mipatugbaw ug usa ka mensahe nga nagtawag sa mga tawo sa paggula gikan sa nangapukan nga kanhing mga katawhan sa tugon nga gisayran na.</w:t>
      </w:r>
    </w:p>
    <w:p>
      <w:pPr>
        <w:pStyle w:val="ArticleBody"/>
        <w:jc w:val="left"/>
      </w:pPr>
      <w:r>
        <w:rPr>
          <w:rFonts w:ascii="Times New Roman" w:hAnsi="Times New Roman" w:eastAsia="Times New Roman" w:cs="Times New Roman"/>
        </w:rPr>
        <w:t>Si Pedro atua sa pagmantala sa mensahe ni Joel diha sa Pentecostal nga balaod sa Domingo, nga nagpasabot nga si Pedro nagamantala sa maong mensahe sa dihang ang yugto sa Tunga-sa-Gabii nga Pagtuaw nagsugod sa katapusan sa miting sa kampo sa Exeter, nga nagsugod sa dihang ang tagna ni Pedro gitul-id ingon sa mga mensahe ni Snow ug Litch. Ang usa ka kontrobersiya kanunay nga nagauna sa katumanan sa tagna. Busa, ang kontrobersiya nagsugod sa wala pa ang katumanan sa tagna.</w:t>
      </w:r>
    </w:p>
    <w:p>
      <w:pPr>
        <w:pStyle w:val="ArticleBody"/>
        <w:jc w:val="left"/>
      </w:pPr>
      <w:r>
        <w:rPr>
          <w:rFonts w:ascii="Times New Roman" w:hAnsi="Times New Roman" w:eastAsia="Times New Roman" w:cs="Times New Roman"/>
        </w:rPr>
        <w:t>Ang mensahe nga nakapahinabo ug kabalaka kang Ahab, Jezebel ug sa iyang mga manalagna, ug sa mga Judiong mapakiglalis sa mga adlaw ni Cristo, ug sa nahulog nga mga Protestante sa kasaysayan sa mga Millerita, giila ni Pedro ingon nga basahon ni Joel. Sa wala pa ang ikatulong litmus test nga gimarkahan pinaagi sa pagbuhian sa asno, ang mensahe ni Pedro gisulong sa Laodicean nga Adventismo, ug si Pedro mitubag sa pagsukol pinaagi sa pag-ila nga ang mga mensahero dili hubog, kondili yano lamang nga katumanan sa tulo ka mga kapitulo ni Joel. Ang tulo ka mga kapitulo ni Joel nagsugod sa mapintas nga paghukom batok sa Laodicean nga Adventismo. Sa diha nga ang mensahe makaabot sa mga dalunggan niadtong mga nangahubog sa maisog nga ilimnon, sila motubag. Ilang gisukol si Cristo sa diha nga Siya nanaug gikan sa bukid paingon sa Jerusalem, ug ilang gisukol Siya pag-usab didto sa Jerusalem.</w:t>
      </w:r>
    </w:p>
    <w:p>
      <w:pPr>
        <w:pStyle w:val="ArticleBody"/>
        <w:jc w:val="left"/>
      </w:pPr>
      <w:r>
        <w:rPr>
          <w:rFonts w:ascii="Times New Roman" w:hAnsi="Times New Roman" w:eastAsia="Times New Roman" w:cs="Times New Roman"/>
        </w:rPr>
        <w:t>Gibadbad ang asno, nagsugod ang pagsulod; gusto sa mapanghimarautong mga Judio nga pahilumon ang mensahe. Nagpadayon si Jesus ug dayon mihunong ug mihilak tungod sa katapusang adlaw sa panahon sa pagsulay sa Adventismo. Unya didto sa Jerusalem may laing komprontasyon batok sa mga Judio nga nangandoy nga undangon sa katawohan ang ilang mensahe. Sa paglubog sa adlaw niadtong adlawa, ang panahon sa pagsulay alang sa nasod nga Judio miabut sa laing lakang. Ang pag-uswag sa pagsukol nagpadayon hangtod sa kamatayon sa krus, ug kini nagsugod gayud sa pagkabanhaw ni Lazaro, nga maoy nagtimaan sa pag-abot sa ikaduhang manulonda ug sa panahon sa paglangan.</w:t>
      </w:r>
    </w:p>
    <w:p>
      <w:pPr>
        <w:pStyle w:val="ArticleScripture"/>
        <w:jc w:val="left"/>
      </w:pPr>
      <w:r>
        <w:rPr>
          <w:rFonts w:ascii="Times New Roman" w:hAnsi="Times New Roman" w:eastAsia="Times New Roman" w:cs="Times New Roman"/>
        </w:rPr>
        <w:t>“Ang Betania duol kaayo sa Jerusalem nga ang balita mahitungod sa pagkabanhaw ni Lazaro sa madali gidala ngadto sa siyudad. Pinaagi sa mga espiya nga nakasaksi sa milagro, ang mga pangulo sa mga Judio sa gilayon nahibalo sa mga kamatuoran. Usa ka tigom sa Sanhedrin dihadiha gipatawag aron paghukom kon unsay angay buhaton. Si Cristo karon hingpit nang nagpadayag sa Iyang pagbuot ibabaw sa kamatayon ug sa lubnganan. Kana nga gamhanang milagro mao ang kinatumyan nga pamatuod nga gitanyag sa Dios ngadto sa mga tawo nga Iyang gipadala ang Iyang Anak nganhi sa kalibotan alang sa ilang kaluwasan. Kini usa ka pagpakita sa balaang gahum nga igo aron makapakombinsir sa matag hunahuna nga nailalom sa pagdumala sa katarungan ug nahayag sa nalamdagang konsensiya. Daghan sa mga nakasaksi sa pagkabanhaw ni Lazaro ang gidala ngadto sa pagtuo kang Jesus. Apan ang pagdumot sa mga sacerdote batok Kaniya misamot pag-ayo. Ilang gisalikway ang tanang mas ubos nga pamatuod sa Iyang pagka-Dios, ug sila nahimong labi pang naligutgot tungod niining bag-ong milagro. Ang patay gibanhaw sa hayag nga kaadlawon, ug sa atubangan sa usa ka panon sa mga saksi. Walay limbong nga makahimo sa pagpasikad niining maong pamatuod. Tungod gayod niining maong hinungdan, ang pagpakigbatok sa mga sacerdote misamot pagkamakamatyonon. Labaw pa kay sa kaniadto, determinado sila sa pagpahunong sa buluhaton ni Cristo.”</w:t>
      </w:r>
    </w:p>
    <w:p>
      <w:pPr>
        <w:pStyle w:val="ArticleScripture"/>
        <w:jc w:val="left"/>
      </w:pPr>
      <w:r>
        <w:rPr>
          <w:rFonts w:ascii="Times New Roman" w:hAnsi="Times New Roman" w:eastAsia="Times New Roman" w:cs="Times New Roman"/>
        </w:rPr>
        <w:t>“Ang mga Saduseo, bisan dili pabor kang Cristo, wala pa mapuno ug ingon ka dakong pagkamalinisohon batok Kaniya sama sa mga Pariseo. Ang ilang pagdumot wala pa mahimong ingon ka mapait. Apan karon hingpit silang nabalaka. Wala sila motuo sa pagkabanhaw sa mga minatay. Pinaagi sa gitawag nilang siyensiya, nangatarungan sila nga imposible gayud nga ang usa ka lawas nga patay mabuhi pag-usab. Apan pinaagi sa pipila lamang ka mga pulong gikan kang Cristo, ang ilang teorya napukan. Gipakita nga sila walay kahibalo sa mga Kasulatan ug sa gahum sa Dios. Wala sila makakita ug paagi sa pagwagtang sa impresyon nga nahimo sa milagro diha sa katawohan. Unsaon man pagpahilayo sa mga tawo gikan Kaniya nga nakadaug sa pag-agaw gikan sa lubnganan sa mga patay niini? Gipatuyok ang bakak nga mga taho, apan ang milagro dili ikalimod, ug wala sila mahibalo kon unsaon pagsumpo sa epekto niini. Hangtod niini ang mga Saduseo wala magdasig sa laraw sa pagpatay kang Cristo. Apan human sa pagkabanhaw ni Lazaro ilang gidesisyonan nga pinaagi lamang sa Iyang kamatayon mapahunong ang Iyang walay kahadlok nga mga pagsaway batok kanila.” The Desire of Ages, 537.</w:t>
      </w:r>
    </w:p>
    <w:p>
      <w:pPr>
        <w:pStyle w:val="ArticleBody"/>
        <w:jc w:val="left"/>
      </w:pPr>
      <w:r>
        <w:rPr>
          <w:rFonts w:ascii="Times New Roman" w:hAnsi="Times New Roman" w:eastAsia="Times New Roman" w:cs="Times New Roman"/>
        </w:rPr>
        <w:t>Ang kamatayon ni Lazaro maoy nagtimaan sa sinugdanan sa upat ka adlaw nga paglangay ni Jesus. Ang iyang kamatayon nagrepresentar sa pag-abot sa ikaduhang manulunda, nga nagtimaan sa pagsugod sa panahon sa paglangay. Ang iyang pagkabanhaw nagtimaan sa pagkabanhaw sa duha ka mga saksi sa Disyembre 31, 2023, kaluhaan ug duha ka tuig human sa 9/11. Ang iyang pagkabanhaw nagtimaan sa pagkabanhaw sa mga uga nga bukog sa mga patay ni Ezekiel. Ang iyang pagkabanhaw gipasundayag pinaagi sa paglalang kang Adan, nga naglangkob sa katawhan, nga girepresentahan sa kolonon, nga gikombinar sa Pagka-Dios, nga girepresentahan sa ginhawa sa kinabuhi.</w:t>
      </w:r>
    </w:p>
    <w:p>
      <w:pPr>
        <w:pStyle w:val="ArticleScripture"/>
        <w:jc w:val="left"/>
      </w:pPr>
      <w:r>
        <w:rPr>
          <w:rFonts w:ascii="Times New Roman" w:hAnsi="Times New Roman" w:eastAsia="Times New Roman" w:cs="Times New Roman"/>
        </w:rPr>
        <w:t>“Ang mga saserdote ug mga pangulo sa mga Judio nagdumot kang Jesus; apan ang daghang mga tawo naghuot sa pagpanon aron maminaw sa Iyang mga pulong sa kaalam ug sa pagsaksi sa Iyang gamhanang mga buhat. Ang katawhan napukaw sa labing halalum nga pagkamainteresado ug mapailubon nga nagsunod kang Jesus aron mamati sa mga pagtulon-an niining kahibulongang Magtutudlo. Daghan sa mga pangulo mituo Kaniya, apan wala mangahas sa pagsugid sa ilang pagtoo kay basin palagpoton sila gikan sa sinagoga. Ang mga saserdote ug ang mga anciano nakahukom nga may usa ka butang nga kinahanglan pagabuhaton aron mabalhin ang pagtagad sa katawhan gikan kang Jesus. Nahadlok sila nga ang tanang tawo motuo Kaniya. Wala silay makita nga kasigurohan alang sa ilang kaugalingon. Kinahanglan nga mawad-an sila sa ilang kahimtang o ipapatay si Jesus. Ug human nila Siya mapatay, aduna gihapon unta’y magpabiling buhing mga handumanan sa Iyang gahum. Gibanhaw ni Jesus si Lazaro gikan sa mga patay, ug nahadlok sila nga kon ilang patyon si Jesus, si Lazaro mosaksi mahitungod sa Iyang gamhanang gahum. Ang katawhan nagpanon aron motan-aw kaniya nga gibanhaw gikan sa mga patay, ug ang mga pangulo nakahukom sa pagpatay usab kang Lazaro, ug sa pagpahunong sa kahinam. Unya ilang ipabalik ang katawhan ngadto sa mga tradisyon ug mga doktrina sa mga tawo, sa paghatag sa ikapulo sa yerbabuena ug ruda, ug pag-usab makabaton sila ug impluwensiya ibabaw kanila. Nagkasabut sila sa pagdakop kang Jesus sa dihang nag-inusara Siya; kay kon sulayan nila Siya pagdakop taliwala sa panon, sa dihang ang mga hunahuna sa katawhan nalinga pag-ayo Kaniya, batohon sila.” Early Writings, 165.</w:t>
      </w:r>
    </w:p>
    <w:p>
      <w:pPr>
        <w:pStyle w:val="ArticleBody"/>
        <w:jc w:val="left"/>
      </w:pPr>
      <w:r>
        <w:rPr>
          <w:rFonts w:ascii="Times New Roman" w:hAnsi="Times New Roman" w:eastAsia="Times New Roman" w:cs="Times New Roman"/>
        </w:rPr>
        <w:t>Niadtong Hulyo 18, 2020, ang duha ka mga saksi sa Pinadayag gipatay ug miabut ang ikaduhang manulonda ug ang panahon sa paglangan. Niadtong Disyembre 31, 2023, nagsugod ang duha ka lakang nga proseso sa pagkabanhaw. Ang unang lakang mao ang patukoranan; ang ikaduhang lakang mao ang pagtindog sa templo ibabaw sa patukoranan. Ang iglesya sa Laodicean Seventh-day Adventist midumot sa mensahe sukad sa pagkahimugso niini niadtong 1989, ug nagdumot gihapon sila niini. Karon nga ang gidumtan nga mga saksi nga ilang gihunahuna nga patay na, buhi na pag-usab; mas modumot pa sila sa mensahe. Makiglalis sila mahitungod sa tagna sa Hulyo 18, 2020 uban sa hilo nga pagdumot nga sama sa gibati sa mga Judio batok sa pagkabanhaw ni Lazaro. Sa kasaysayan sa pagsulay sa templo, si Pedro motubag sa ilang sayop nga mga sumbong pinaagi sa pagtudlo sa basahon ni Joel ingon nga tubag sa tanan nilang mga bakak.</w:t>
      </w:r>
    </w:p>
    <w:p>
      <w:pPr>
        <w:pStyle w:val="ArticleBody"/>
        <w:jc w:val="left"/>
      </w:pPr>
      <w:r>
        <w:rPr>
          <w:rFonts w:ascii="Times New Roman" w:hAnsi="Times New Roman" w:eastAsia="Times New Roman" w:cs="Times New Roman"/>
        </w:rPr>
        <w:t>Padayonon nato kining pagtuon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Laodiceanong Iglesya sa Seventh-day Adventist - Numero Kwarenta’y Sais</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