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Kuwatro</w:t>
      </w:r>
    </w:p>
    <w:p>
      <w:pPr>
        <w:pStyle w:val="ArticleSubtitle"/>
        <w:jc w:val="left"/>
      </w:pPr>
      <w:r>
        <w:rPr>
          <w:rFonts w:ascii="Arial" w:hAnsi="Arial" w:eastAsia="Arial" w:cs="Arial"/>
        </w:rPr>
        <w:t>Pagpabuhi Pag-usab sa Karaang mga Kontrobersiya: Ang Gubat Bahin sa Paghubad sa Tagna sa Adventismo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Gipahimangnoan kita nang daan nga ang “karaang mga kontrobersiya” pagaulion sa kataposang mga adlaw.</w:t>
      </w:r>
    </w:p>
    <w:p>
      <w:pPr>
        <w:pStyle w:val="ArticleScripture"/>
        <w:jc w:val="left"/>
      </w:pPr>
      <w:r>
        <w:rPr>
          <w:rFonts w:ascii="Times New Roman" w:hAnsi="Times New Roman" w:eastAsia="Times New Roman" w:cs="Times New Roman"/>
        </w:rPr>
        <w:t>“Sa kasaysayan ug sa tagna ang Pulong sa Dios naghulagway sa dugay nang nagpadayon nga panagbangi tali sa kamatuoran ug sa kasaypanan. Kining panagbangi nagapadayon pa gihapon. Ang mga butang nga nahiuna na, mamahimo na usab nga mausab. Ang karaang mga paglalis pagabanhawon, ug ang bag-ong mga teoriya magakanunay nga motungha.” Selected Messages, book 2, 109.</w:t>
      </w:r>
    </w:p>
    <w:p>
      <w:pPr>
        <w:pStyle w:val="ArticleBody"/>
        <w:jc w:val="left"/>
      </w:pPr>
      <w:r>
        <w:rPr>
          <w:rFonts w:ascii="Times New Roman" w:hAnsi="Times New Roman" w:eastAsia="Times New Roman" w:cs="Times New Roman"/>
        </w:rPr>
        <w:t>Sa kanunay kadtong karaang mga panaglalis usa ka satanikanhong pagsulay sa pagdaot sa papel sa Modernong Roma, kay ang papadong Roma sa katapusang mga adlaw mao ang nagtukod sa panan-awon. Adunay daghang mga pananglitan niini nga kamatuoran sa kasaysayan sa Adventismo. Ang nahaunang panaglalis mao ang panaglalis tali sa mga Protestante ug sa mga Millerite ingon nga gilarawan diha sa 1843 pioneer chart. Ang bugtong reperensiya sa balaang 1843 pioneer chart, nga “gimandoan sa Ginoo ug dili angay usbon,” nga dili tuwirang reperensiya sa usa ka matagnaong kamatuoran sa pulong sa Dios, mao ang paglarawan sa panaglalis sa mga Millerite batok sa mga Protestante niadtong panahona. Giila sa mga Protestante ang “mga tulisan sa imong katawhan” sa Daniel kapitulo onse, bersikulo katorse, nga si Antiochus Epiphanes, samtang ang mga Millerite nasayod nga kini mao ang Roma.</w:t>
      </w:r>
    </w:p>
    <w:p>
      <w:pPr>
        <w:pStyle w:val="ArticleScripture"/>
        <w:jc w:val="left"/>
      </w:pPr>
      <w:r>
        <w:rPr>
          <w:rFonts w:ascii="Times New Roman" w:hAnsi="Times New Roman" w:eastAsia="Times New Roman" w:cs="Times New Roman"/>
        </w:rPr>
        <w:t>“164 ang kamatayon ni Antiochus Epiphanes, nga siyempre wala mosukol batok sa Prinsipe sa mga Prinsipe, kay siya namatay na sa 164 ka tuig sa wala pa matawo ang Prinsipe sa mga Prinsipe.” 1843 Pioneer Chart.</w:t>
      </w:r>
    </w:p>
    <w:p>
      <w:pPr>
        <w:pStyle w:val="ArticleBody"/>
        <w:jc w:val="left"/>
      </w:pPr>
      <w:r>
        <w:rPr>
          <w:rFonts w:ascii="Times New Roman" w:hAnsi="Times New Roman" w:eastAsia="Times New Roman" w:cs="Times New Roman"/>
        </w:rPr>
        <w:t>Human niana mitungha ang panaglalis taliwala ni James White ug ni Uriah Smith mahitungod sa husto nga pag-ila sa “hari sa amihanan” diha sa Daniel kapitulo onse. Husto si James sa iyang pag-ila nga ang “hari sa amihanan” sa katapusang mga bersikulo sa Daniel onse mao ang papal nga Roma, o sumala sa akong pagtawag niini, ang modernong Roma. Nangatarongan si Smith nga ang “hari sa amihanan” sa Daniel kapitulo onse, bersikulo traynta’y-sais, mao ang ateyistang Pransiya.</w:t>
      </w:r>
    </w:p>
    <w:p>
      <w:pPr>
        <w:pStyle w:val="ArticleScripture"/>
        <w:jc w:val="left"/>
      </w:pPr>
      <w:r>
        <w:rPr>
          <w:rFonts w:ascii="Times New Roman" w:hAnsi="Times New Roman" w:eastAsia="Times New Roman" w:cs="Times New Roman"/>
        </w:rPr>
        <w:t>“BERSIKULO 36. Ug ang hari magabuhat sumala sa iyang kabubut-on; ug siya magabayaw sa iyang kaugalingon, ug magapadaku sa iyang kaugalingon labaw sa matag dios, ug magasulti sa makapahibulong nga mga butang batok sa Dios sa mga dios, ug magauswag hangtud nga matuman ang kapungot; kay kadtong gitino pagabuhaton.</w:t>
      </w:r>
    </w:p>
    <w:p>
      <w:pPr>
        <w:pStyle w:val="ArticleScripture"/>
        <w:jc w:val="left"/>
      </w:pPr>
      <w:r>
        <w:rPr>
          <w:rFonts w:ascii="Times New Roman" w:hAnsi="Times New Roman" w:eastAsia="Times New Roman" w:cs="Times New Roman"/>
        </w:rPr>
        <w:t>“Ang hari nga dinhi gipaila dili mahimong magpasabot sa mao rang gahum nga bag-o lang gihisgutan; nga mao, ang gahum sa kapapahan; kay ang mga piho nga paghulagway dili motakdo kon kini iaplikar nianang gahuma.” Uriah Smith, Daniel and the Revelation, 292.</w:t>
      </w:r>
    </w:p>
    <w:p>
      <w:pPr>
        <w:pStyle w:val="ArticleBody"/>
        <w:jc w:val="left"/>
      </w:pPr>
      <w:r>
        <w:rPr>
          <w:rFonts w:ascii="Times New Roman" w:hAnsi="Times New Roman" w:eastAsia="Times New Roman" w:cs="Times New Roman"/>
        </w:rPr>
        <w:t>Gisulod ni Smith ang iyang kaugalingong “pribadong paghubad” sa dihang miingon siya, “The king here introduced cannot denote the same power which was last noticed; namely, the papal power; for the specifications will not hold good if applied to that power.” Ang Pulong sa Dios dili gayud mapakyas, ug sayop sa gramatika ang paggamit sa usa ka sugyot sa tawo aron isalikway ang dayag nga gramatikal nga estruktura sa maong pahayag. Ang bersikulo nagaingon, “ug ang hari,” nga nagkinahanglan nga ang haring giila mao ang mao rang hari nga girepresentahan sa miaging pahayag. Walay ebidensiya sa usa ka bag-ong hari, ug gipamatud-an ni Smith nga ang “same power which was last noticed” mao ang “papal power.” Giila niya sa iyang basahon nga gikan sa bersikulo traynta’y-uno hangtod sa bersikulo traynta’y-singko mao ang gahum sa pagkapapa, ug tungod kay walay gramatikal nga ebidensiya nga nagaila ug usa ka bag-ong hari sa bersikulo traynta’y-sais, iyang gilalis lamang nga ang mga bersikulo nga mosunod sa bersikulo traynta’y-singko dili nagrepresentar sa mga propetikanhong kinaiya sa gahum sa pagkapapa. Busa, gisulod niya ang iyang opinyon mahitungod sa France.</w:t>
      </w:r>
    </w:p>
    <w:p>
      <w:pPr>
        <w:pStyle w:val="ArticleBody"/>
        <w:jc w:val="left"/>
      </w:pPr>
      <w:r>
        <w:rPr>
          <w:rFonts w:ascii="Times New Roman" w:hAnsi="Times New Roman" w:eastAsia="Times New Roman" w:cs="Times New Roman"/>
        </w:rPr>
        <w:t>Sa dihang hisgutan ni Smith ang ika-kuwarentang bersikulo, ang depektibong patukoranan sa tagna nga iyang gitukod pinaagi sa iyang pribadong paghubad mopugos kaniya sa pag-ila sa usa ka gubat nga tulo ang panig, nga, pinaagi sa iyang mga pangagpas, nag-ila sa hari sa habagatan ingon nga ang Ehipto, nga sa maong bersikulo “mosulong” batok sa Pransiya, ug ang Turkey iyang giila ingon nga hari sa amihanan nga usab moanhi batok sa Pransiya. Kana nga dugang nga tawhanong paghubad nagatukod ug usa ka modelong matagnaon nga maoy hinungdan nga si Smith nag-ila sa usa ka literal nga Armagedon, diin ang Turkey momartsa ngadto sa Jerusalem, nga nagtimaan sa pagtapos sa pagsulay sa tawo samtang si Miguel motindog. Daghang mga libro sa kasaysayan sa Adventismo ang nasulat nga husto nga nag-ila sa sayop sa maong paggamit.</w:t>
      </w:r>
    </w:p>
    <w:p>
      <w:pPr>
        <w:pStyle w:val="ArticleBody"/>
        <w:jc w:val="left"/>
      </w:pPr>
      <w:r>
        <w:rPr>
          <w:rFonts w:ascii="Times New Roman" w:hAnsi="Times New Roman" w:eastAsia="Times New Roman" w:cs="Times New Roman"/>
        </w:rPr>
        <w:t>Dili katuyoan niining artikulo ang paghisgot sa mga bunga sa pribadong paghubad ni Uriah Smith, kondili ang yano nga pag-ila sa kontrobersiya nga misunod sa dihang nagsugod siya sa pagpasiugda sa iyang pribadong paghubad; kay sa dihang gisupak ni James White ang iyang malimbongong panglantaw, nahimo kini nga laing laray sa kontrobersiya sulod sa Adventismo diin ang husto nga pag-ila sa Roma giatake pinaagi sa usa ka sayop nga paggamit.</w:t>
      </w:r>
    </w:p>
    <w:p>
      <w:pPr>
        <w:pStyle w:val="ArticleBody"/>
        <w:jc w:val="left"/>
      </w:pPr>
      <w:r>
        <w:rPr>
          <w:rFonts w:ascii="Times New Roman" w:hAnsi="Times New Roman" w:eastAsia="Times New Roman" w:cs="Times New Roman"/>
        </w:rPr>
        <w:t>Diha usab ang hataas ug dugayng kontrobersiya mahitungod sa “ang matag-adlaw” diha sa basahon ni Daniel, sa dihang gisagop sa Laodicean nga Adventismo ang apostatang Protestante nga panglantaw nga nag-ila sa “ang matag-adlaw” diha sa basahon ni Daniel ingong ministeryo ni Cristo sa santuwaryo, nga supak sa natukod na nga pundasyonal nga kamatuoran nga ang “ang matag-adlaw” maoy usa ka simbolo sa paganong Roma.</w:t>
      </w:r>
    </w:p>
    <w:p>
      <w:pPr>
        <w:pStyle w:val="ArticleScripture"/>
        <w:jc w:val="left"/>
      </w:pPr>
      <w:r>
        <w:rPr>
          <w:rFonts w:ascii="Times New Roman" w:hAnsi="Times New Roman" w:eastAsia="Times New Roman" w:cs="Times New Roman"/>
        </w:rPr>
        <w:t>“Unya nakita ko, maylabot sa ‘adlaw-adlaw’ (Daniel 8:12), nga ang pulong nga ‘halad’ gidugang pinaagi sa kaalam sa tawo, ug dili kini kabahin sa teksto, ug nga ang Ginoo mihatag sa husto nga pagsabot niini ngadto kanila nga nagpahayag sa singgit sa takna sa paghukom. Sa diha nga may panaghiusa pa, sa wala pa ang 1844, hapit ang tanan nagkahiusa diha sa husto nga pagsabot sa ‘adlaw-adlaw’; apan sa kalibog sukad sa 1844, ang ubang mga panglantaw gidawat, ug misunod ang kangitngit ug kalibog. Ang panahon wala na mahimong pagsulay sukad sa 1844, ug dili na gayud kini mahimong pagsulay pag-usab.” Early Writings, 74.</w:t>
      </w:r>
    </w:p>
    <w:p>
      <w:pPr>
        <w:pStyle w:val="ArticleBody"/>
        <w:jc w:val="left"/>
      </w:pPr>
      <w:r>
        <w:rPr>
          <w:rFonts w:ascii="Times New Roman" w:hAnsi="Times New Roman" w:eastAsia="Times New Roman" w:cs="Times New Roman"/>
        </w:rPr>
        <w:t>Sa panahon sa katapusan, niadtong 1989, sa dihang ang kataposang unom ka mga bersikulo sa Daniel onse gibuksan, ang hari sa amihanan naila unya nga mao ang papal nga Roma, maingon gayod sa giila kaniadto ni James White diha sa iyang pakiglalis batok kang Uriah Smith. Gigamit ni White ang pamaagi sa “linya ibabaw sa linya” sa dihang iyang gitubag ang kasaypanan ni Smith. Nangatarongan si White nga kon ang kataposang gahum nga girepresentahan sa Daniel dos, ug ang kataposang gahum nga girepresentahan sa Daniel pito, ug ang kataposang gahum nga girepresentahan sa Daniel walo pulos Roma, nan sa tulo ka mga linya sa mga saksi ang gahum nga moabot sa iyang katapusan diha sa Daniel onse mao ang Roma, dili ang giangkon ni Smith nga kini mao ang Turkeya.</w:t>
      </w:r>
    </w:p>
    <w:p>
      <w:pPr>
        <w:pStyle w:val="ArticleBody"/>
        <w:jc w:val="left"/>
      </w:pPr>
      <w:r>
        <w:rPr>
          <w:rFonts w:ascii="Times New Roman" w:hAnsi="Times New Roman" w:eastAsia="Times New Roman" w:cs="Times New Roman"/>
        </w:rPr>
        <w:t>Ang kalihukang mapanagnaon sa ikatulong manulonda nga nagsugod niadtong 1989, sa wala madugay human sa Septiyembre 11, 2001, giatubang sa usa ka kontrobersiya mahitungod sa Joel kapitulo uno. Sulod sa unang lima ka bersikulo, duha ka mga saksi, una sa mga kaliwatan, unya sa mga insekto, nagpaila sa usa ka nagpadayon nga pagkalaglag nga gidala sa Roma ibabaw sa Adventismo. Ang “mga palahubog” sa tagna sumala kang Isaias mao ang “mga tawo nga may pagyubit nga nagmando sa Jerusalem.” Sila mamata sa ikaupat ug katapusang kaliwatan. Ang nagpadayon nga pagkalaglag usa ka espirituwal nga pagkalaglag kay kini naghisgot sa Jerusalem sa ulahing mga adlaw, ug sukad sa pagrebelde niadtong 1863 padayon nga misagop ang mga Laodicean nga Seventh-day Adventist sa mga doktrina sa Roma.</w:t>
      </w:r>
    </w:p>
    <w:p>
      <w:pPr>
        <w:pStyle w:val="ArticleScripture"/>
        <w:jc w:val="left"/>
      </w:pPr>
      <w:r>
        <w:rPr>
          <w:rFonts w:ascii="Times New Roman" w:hAnsi="Times New Roman" w:eastAsia="Times New Roman" w:cs="Times New Roman"/>
        </w:rPr>
        <w:t>Ang pulong ni Jehova nga miabut kang Joel, anak ni Pethuel. Pamatia kini, kamong mga tigulang, ug patalinghugi, kamong tanan nga mga pumoluyo sa yuta. Nahitabo na ba kini sa inyong mga adlaw, o bisan sa mga adlaw sa inyong mga amahan? Isugilon ninyo kini sa inyong mga anak, ug pasugilon ang inyong mga anak sa ilang mga anak, ug ang ilang mga anak sa laing kaliwatan. Ang nahibilin sa ulod nga manlulumpag, gikaon sa dulon; ug ang nahibilin sa dulon, gikaon sa ulod nga manngutkot; ug ang nahibilin sa ulod nga manngutkot, gikaon sa ulod nga manutod. Pagmata, kamong mga palahubog, ug hilak; ug pagminatay, kamong tanan nga mga moinom ug vino, tungod sa bag-ong vino; kay kini giwagtang gikan sa inyong baba. Joel 1:1–5</w:t>
      </w:r>
    </w:p>
    <w:p>
      <w:pPr>
        <w:pStyle w:val="ArticleBody"/>
        <w:jc w:val="left"/>
      </w:pPr>
      <w:r>
        <w:rPr>
          <w:rFonts w:ascii="Times New Roman" w:hAnsi="Times New Roman" w:eastAsia="Times New Roman" w:cs="Times New Roman"/>
        </w:rPr>
        <w:t>Human sa dagkong mga tinukod sa Siyudad sa New York nangahugno, nasabtan nga ang ulahing ulan niadto nagsugod na sa “pagsabwag,” ug nga ang kontrobersiya sa Habakkuk kapitulo dos, nga natuman sa kasaysayan sa mga Millerita, sa makausa pa nagpadayon na. Ang kontrobersiya mahitungod sa husto nga pamaagi sa paghubad sa tagna.</w:t>
      </w:r>
    </w:p>
    <w:p>
      <w:pPr>
        <w:pStyle w:val="ArticleScripture"/>
        <w:jc w:val="left"/>
      </w:pPr>
      <w:r>
        <w:rPr>
          <w:rFonts w:ascii="Times New Roman" w:hAnsi="Times New Roman" w:eastAsia="Times New Roman" w:cs="Times New Roman"/>
        </w:rPr>
        <w:t>Motindog ako sa akong bantayan, ug mopahimutang ako sa torre, ug motan-aw ako aron makita kon unsay iyang isulti kanako, ug unsay akong itubag sa diha nga ako pagabadlongon. Ug ang Ginoo mitubag kanako, ug miingon, Isulat ang panan-awon, ug himoa kini nga dayag sa ibabaw sa mga papan, aron ang magabasa niini makadalagan. Kay ang panan-awon alang pa sa usa ka tinudlong panahon, apan sa katapusan kini mosulti, ug dili mamakak: bisan pa kon kini malangan, hulata kini; kay sa pagkatinuod moabot kini, dili kini malangan. Ania karon, ang iyang kalag nga mapahitas-on dili matarong diha kaniya: apan ang matarong mabuhi pinaagi sa iyang pagtuo. Oo usab, tungod kay siya makalapas pinaagi sa bino, siya usa ka mapahitas-ong tawo, dili usab magpabilin sa iyang puluy-anan, nga nagapadaku sa iyang tinguha sama sa Sheol, ug sama sa kamatayon, ug dili matagbaw, kondili nagatigum alang sa iyang kaugalingon sa tanang mga nasud, ug nagatapok alang sa iyang kaugalingon sa tanang mga katawhan. Habakkuk 2:1–5.</w:t>
      </w:r>
    </w:p>
    <w:p>
      <w:pPr>
        <w:pStyle w:val="ArticleBody"/>
        <w:jc w:val="left"/>
      </w:pPr>
      <w:r>
        <w:rPr>
          <w:rFonts w:ascii="Times New Roman" w:hAnsi="Times New Roman" w:eastAsia="Times New Roman" w:cs="Times New Roman"/>
        </w:rPr>
        <w:t>Ang pagsulay sa Habakuk dos nagtimaan sa pagsulay sa kalihukan sa usa ka gatus ug kap-atan ug upat ka libo nga nagsugod sa dihang ang gamhanang manulonda sa Pinadayag kapitulo disiotso mikanaog niadtong Septiyembre 11, 2001. Unya misugod ang usa ka panaglalis tali niadtong mga mitindog ibabaw sa mga patukoranan sa Adventismo nga girepresentahan diha sa 1843 pioneer chart, ug niadtong sa Habakuk nakalapas “pinaagi sa bino” ug mao ang mga “hubog” sa Joel nga unya “namata,” apan aron lamang maputol ang “bag-ong bino” gikan sa ilang “baba.”</w:t>
      </w:r>
    </w:p>
    <w:p>
      <w:pPr>
        <w:pStyle w:val="ArticleBody"/>
        <w:jc w:val="left"/>
      </w:pPr>
      <w:r>
        <w:rPr>
          <w:rFonts w:ascii="Times New Roman" w:hAnsi="Times New Roman" w:eastAsia="Times New Roman" w:cs="Times New Roman"/>
        </w:rPr>
        <w:t>Ang Hebreohanon nga pulong nga “gibadlong” diha sa unang bersikulo nagkahulogan og “nakiglalis uban.” Ang pangatarungan nga gihatag ngadto sa mga magbalantay nga Millerite gihulagway diha sa pioneer chart sa 1843 nga gimugna niadtong Mayo sa 1842 sa katumanan niining mga bersikulo. Usa ka pundok nga nagpuyo pinaagi sa ilang pagtoo diha sa pakiglalis mahitungod sa mensahe sa matinud-anong kamatuoran sa tagna alang nianang panahona, uban sa laing pundok nga nakalapas tungod sa bino. Mao kini ang mga hubog ni Joel nga nahigmata aron makita nga ang bino, nga usa ka simbolo sa doktrina, giputol gikan sa ilang mga baba. Sila mao ang mga hubog ni Isaias sa Ephraim nga nagmando sa Jerusalem ug dili arang makasabut sa basahon nga tinimrihan.</w:t>
      </w:r>
    </w:p>
    <w:p>
      <w:pPr>
        <w:pStyle w:val="ArticleScripture"/>
        <w:jc w:val="left"/>
      </w:pPr>
      <w:r>
        <w:rPr>
          <w:rFonts w:ascii="Times New Roman" w:hAnsi="Times New Roman" w:eastAsia="Times New Roman" w:cs="Times New Roman"/>
        </w:rPr>
        <w:t>Alaut sa purong sa pagkamapahitas-on, sa mga palahubog sa Ephraim, kansang mahimayaong kaanyag usa ka nalaya nga bulak, nga anaa sa kinatumyan sa matambok nga mga walog niadtong mga napildi sa bino! Ania karon, ang Ginoo adunay usa nga gamhanan ug kusgan, nga sama sa unos sa yelo ug sa makalaglag nga bagyo, sama sa baha sa makusog nga mga tubig nga nag-awas, igasalibay niya ngadto sa yuta pinaagi sa kamot. Ang purong sa pagkamapahitas-on, ang mga palahubog sa Ephraim, pagatumban ubos sa mga tiil.... Hunonga ang inyong kaugalingon, ug kahibulong; singgit kamo, ug tumangis: sila mga hubog, apan dili sa bino; sila magayukbo-yukbo, apan dili sa maisog nga ilimnon.... Busa pamatia ang pulong sa Ginoo, kamong mga mapanamastamasong tawo, nga nagamando niining katawohan nga anaa sa Jerusalem. Kay ang Ginoo nagbubo sa ibabaw ninyo sa espiritu sa halalum nga pagkatulog, ug gitakpan niya ang inyong mga mata: ang mga manalagna ug ang inyong mga punoan, ang mga manalagna sa panan-aw, iyang gitabonan. Ug ang panan-aw sa tanan nahimo alang kaninyo nga sama sa mga pulong sa usa ka basahon nga pinatakan, nga gihatag sa mga tawo ngadto sa usa nga maalamon, nga nagaingon, Basaha kini, nagahangyo ako kanimo: ug siya nagaingon, Dili ako makahimo; kay kini pinatakan man: Ug ang basahon gihatag ngadto kaniya nga dili maalamon, nga nagaingon, Basaha kini, nagahangyo ako kanimo: ug siya nagaingon, Dili ako maalamon. Isaias 28:1–3, 14; 29:9–12.</w:t>
      </w:r>
    </w:p>
    <w:p>
      <w:pPr>
        <w:pStyle w:val="ArticleBody"/>
        <w:jc w:val="left"/>
      </w:pPr>
      <w:r>
        <w:rPr>
          <w:rFonts w:ascii="Times New Roman" w:hAnsi="Times New Roman" w:eastAsia="Times New Roman" w:cs="Times New Roman"/>
        </w:rPr>
        <w:t>Ang lalis ni Habakkuk taliwala sa mga hubog sa Ephraim ug sa mga nagalakaw pinaagi sa pagtuo sa pulong nga manalagnaon sa Dios tin-awng giila ingon nga ang lalis mahitungod sa husto batok sa sayop nga pamaagi sa pagpamatuod ni Isaias, kay giila ni Isaias nga ang pamaagi sa “linya ibabaw sa linya” mao ang maoy hinungdan nga ang mga hubog mapandol ug mosulod ngadto sa usa ka tugon sa kamatayon.</w:t>
      </w:r>
    </w:p>
    <w:p>
      <w:pPr>
        <w:pStyle w:val="ArticleScripture"/>
        <w:jc w:val="left"/>
      </w:pPr>
      <w:r>
        <w:rPr>
          <w:rFonts w:ascii="Times New Roman" w:hAnsi="Times New Roman" w:eastAsia="Times New Roman" w:cs="Times New Roman"/>
        </w:rPr>
        <w:t>Apan sila usab nasayop tungod sa bino, ug tungod sa maisog nga ilimnon nanghisalaag sila; ang sacerdote ug ang propeta nasayop tungod sa maisog nga ilimnon, gilamoy sila sa bino, nanghisalaag sila tungod sa maisog nga ilimnon; nasayop sila sa panan-awon, nanghipangdol sila sa paghukom. Kay ang tanang mga lamesa napuno sa sinuka ug kahugawan, sa pagkaagi nga walay dapit nga limpyo. Kinsa man ang iyang tudloan sa kahibalo? ug kinsa man ang iyang pasabton sa pagtulon-an? kadtong mga gilutas na sa gatas, ug gipahilayo na gikan sa mga suso. Kay ang sugo kinahanglan maibutang ibabaw sa sugo, sugo ibabaw sa sugo; linya ibabaw sa linya, linya ibabaw sa linya; dinhi diyutay, ug didto diyutay: Kay pinaagi sa nag-ungaw nga mga ngabil ug laing pinulongan mosulti siya niining katawhan. Kang kinsa siya miingon, Mao kini ang kapahulayan diin inyong mapapahulay ang gikapuyan; ug mao kini ang pagpabag-o: apan sila dili buot mamati. Apan ang pulong ni Jehova alang kanila nahimong sugo ibabaw sa sugo, sugo ibabaw sa sugo; linya ibabaw sa linya, linya ibabaw sa linya; dinhi diyutay, ug didto diyutay; aron sila manglakaw, ug matumba paatras, ug madugmok, ug mabitik, ug madakpan. Busa pamatia ninyo ang pulong ni Jehova, kamong mga tawo nga mabugalon, nga nagmando niining katawhan nga anaa sa Jerusalem. Tungod kay nagaingon kamo, Naghimo kami ug pakigsaad uban sa kamatayon, ug uban sa Sheol kami adunay panagkasabot; sa diha nga moagi ang nag-awas nga hampak, dili kini moabut kanamo: kay ang mga bakak gihimo namo nga among dalangpanan, ug ilalom sa kabakakan kami nagtago sa among kaugalingon. Isaias 28:7–15.</w:t>
      </w:r>
    </w:p>
    <w:p>
      <w:pPr>
        <w:pStyle w:val="ArticleBody"/>
        <w:jc w:val="left"/>
      </w:pPr>
      <w:r>
        <w:rPr>
          <w:rFonts w:ascii="Times New Roman" w:hAnsi="Times New Roman" w:eastAsia="Times New Roman" w:cs="Times New Roman"/>
        </w:rPr>
        <w:t>Unya giila ni Isaias kon unsa ang gibutang sa Dios sulod sa kontrobersiya ni Habakkuk nga magadala ug paghukom batok sa mga palahubog, ug kana mao ang batong patukoranan, ang “pito ka pilo” sa Levitico 26, nga mao ang unang tagna sa panahon nga gigiyahan ni Gabriel ug sa mga manulonda si William Miller sa pagsabot.</w:t>
      </w:r>
    </w:p>
    <w:p>
      <w:pPr>
        <w:pStyle w:val="ArticleScripture"/>
        <w:jc w:val="left"/>
      </w:pPr>
      <w:r>
        <w:rPr>
          <w:rFonts w:ascii="Times New Roman" w:hAnsi="Times New Roman" w:eastAsia="Times New Roman" w:cs="Times New Roman"/>
        </w:rPr>
        <w:t>Busa mao kini ang giingon sa Ginoong Dios: Ania karon, ibutang ko sa Zion alang sa patukoranan ang usa ka bato, usa ka bato nga nasulayan na, usa ka bililhong bato sa pamag-ang, usa ka malig-ong patukoranan: ang nagatuo dili magdali. Ang hukom usab akong ibutang ingon sa pisi sa pagsukod, ug ang pagkamatarung ingon sa hulogtimbangan; ug ang ulan-nga-yelo mopapas sa dalangpanan sa kabakakan, ug ang mga tubig molapaw sa dapit nga tagoanan. Ug ang inyong tugon uban sa kamatayon pagawagtangon, ug ang inyong kasabotan uban sa impiyerno dili magapadayon; sa diha nga moagi na ang mapawong nga hampak, nan pagatamakan kamo pinaagi niini. Isaias 28:16–18.</w:t>
      </w:r>
    </w:p>
    <w:p>
      <w:pPr>
        <w:pStyle w:val="ArticleBody"/>
        <w:jc w:val="left"/>
      </w:pPr>
      <w:r>
        <w:rPr>
          <w:rFonts w:ascii="Times New Roman" w:hAnsi="Times New Roman" w:eastAsia="Times New Roman" w:cs="Times New Roman"/>
        </w:rPr>
        <w:t>Wala madugay human nga gidala sa Ginoo ang Iyang katawhan pabalik ngadto sa karaang mga agianan, sugod niadtong Septiyembre 11, 2001 may usa ka pundok nga miapil sa kalihukan nga nagbuot nga ang upat ka mga insekto sa Joel nagrepresentar sa Islam sa ikatulong kaalautan. Sa dihang ang pamaagi sa “linya ibabaw sa linya” gibuksan ngadto sa katawhan sa Dios niadtong katapusang kaliwatan, usa ka mahinungdanong lagda sa tagna naila. Kana nga lagda mao ang tulo-ka-pilo nga pag-aplikar sa tagna, ug ang pundok nga nagbuot nga ang upat ka mga kaliwatan sa Joel nagrepresentar sa Islam sa ikatulong kaalautan, sa sayop nga paagi giaplikar ang lagda sa tulo-ka-pilo nga pag-aplikar sa tagna aron sa pagpaluyo sa ilang sayop nga pag-aplikar.</w:t>
      </w:r>
    </w:p>
    <w:p>
      <w:pPr>
        <w:pStyle w:val="ArticleBody"/>
        <w:jc w:val="left"/>
      </w:pPr>
      <w:r>
        <w:rPr>
          <w:rFonts w:ascii="Times New Roman" w:hAnsi="Times New Roman" w:eastAsia="Times New Roman" w:cs="Times New Roman"/>
        </w:rPr>
        <w:t>Unya sa yugto sa panahon sa 2014 gitugotan si Satanas nga makasulod niining kalihokana uban ang homoseksuwal nga “woke” nga adyenda gikan sa Great Britain ug Australia, nga nagpasukad sa iyang pag-atake ibabaw sa usa ka bakak nga hubad sa kasaysayan nga girepresentahan diha sa Daniel kapitulo onse bersikulo uno hangtod kinse. Ang mga lider nga pabor sa homoseksuwalidad nga misulod sa tago ug miatake niining kalihokana sa katapusan miangkon nga ang Adventismo kinahanglan mangayo ug pasaylo sa papa sa Roma, tungod kay kuno naghimo kini ug bakak nga mga sumbong batok sa anticristo, ang papa sa Roma. Ang katuyoan niini nga pag-atake mao ang pagpatay sa kalihokana, ug ilabina ang pagpatungha ug kalibog sa mismong pahayag (Daniel 11:1–15) diin giila ang “mga tulisan sa imong katawhan.”</w:t>
      </w:r>
    </w:p>
    <w:p>
      <w:pPr>
        <w:pStyle w:val="ArticleBody"/>
        <w:jc w:val="left"/>
      </w:pPr>
      <w:r>
        <w:rPr>
          <w:rFonts w:ascii="Times New Roman" w:hAnsi="Times New Roman" w:eastAsia="Times New Roman" w:cs="Times New Roman"/>
        </w:rPr>
        <w:t>Kining tanang mga kontrobersiya usa ka paningkamot ni Satanas sa pagpahisalaag sa simbolo sa papal nga Roma. Sumala sa labing maalamong tawo nga nabuhi sukad, walay bag-o ilalom sa adlaw. Karon ang kontrobersiya nausab pag-usab nga nakabase sa pag-ila sa Roma, nga gisimbolohan ingon nga “ang mga tulisan sa imong katawhan”. Ang bag-o ug pribadong paghubad nagaangkon nga “ang mga tulisan sa imong katawhan” mao ang Tinipong Bansa sa Amerika, ug sa pagbuhat niana sila sa dayag wala masayod nga kini mao ang hingpit nga samang kontrobersiya sa labing unang kontrobersiya tali sa mga Millerite ug mga Protestante, ug sa karaang panultihon nga giilangkang sa tagsulat sa ikanapulog-unom nga siglo nga si John Heywood nga nagaingon, “Walay mga buta nga sama niadtong dili motan-aw.” Laing porma sa iyang hugpong sa pulong mao ang, “Walay mga bungol nga sama niadtong dili maminaw.” Labing lagmit kadaghanan wala mahibalo nga kining hugpong sa pulong giilangkang kang Heywood, ni wala sila makasabot nga ang hugpong sa pulong ni Heywood gikuha gikan sa mga teksto sa Biblia sama sa makita diha sa Jeremias, Isaias, ug gikutlo ni Jesus diha sa Bag-ong Tugon.</w:t>
      </w:r>
    </w:p>
    <w:p>
      <w:pPr>
        <w:pStyle w:val="ArticleScripture"/>
        <w:jc w:val="left"/>
      </w:pPr>
      <w:r>
        <w:rPr>
          <w:rFonts w:ascii="Times New Roman" w:hAnsi="Times New Roman" w:eastAsia="Times New Roman" w:cs="Times New Roman"/>
        </w:rPr>
        <w:t>Pamati karon kini, O buang-buang nga katawhan, ug walay pagsabot; nga adunay mga mata, ug dili makakita; nga adunay mga dalunggan, ug dili makadungog. Jeremias 5:21.</w:t>
      </w:r>
    </w:p>
    <w:p>
      <w:pPr>
        <w:pStyle w:val="ArticleBody"/>
        <w:jc w:val="left"/>
      </w:pPr>
      <w:r>
        <w:rPr>
          <w:rFonts w:ascii="Times New Roman" w:hAnsi="Times New Roman" w:eastAsia="Times New Roman" w:cs="Times New Roman"/>
        </w:rPr>
        <w:t>Ang “mga daotan” ni Daniel ug ang “mga buang nga ulay” ni Mateo mao kadtong wala makasabut sa “pagdugang sa kahibalo”. Ang pagdugang sa kahibalo niadtong 1989 sa panguna mao ang pag-ila nga ang kataposang unom ka bersikulo sa Daniel kapitulo onse nagtimaan sa kataposang pagsaka ug pagkapukan sa gahum sa pagka-papa, o sumala sa akong pagngalan niini, ang Modernong Roma. Ang mga bersikulo nagtimaan sa Estados Unidos, apan ang relasyon lamang sa Estados Unidos ngadto sa gahum sa pagka-papa. Ang “mga daotan” ug “mga buang” gipahimutang nga kabaliktaran sa “mga manggialamon”, ug ang mga manggialamon sa kataposang mga adlaw adunay pagsabut sa pagdugang sa kahibalo niadtong 1989. Ang mga buang mao kadtong adunay mga mata, apan wala makakita, ug adunay mga dalunggan apan wala makadungog.</w:t>
      </w:r>
    </w:p>
    <w:p>
      <w:pPr>
        <w:pStyle w:val="ArticleScripture"/>
        <w:jc w:val="left"/>
      </w:pPr>
      <w:r>
        <w:rPr>
          <w:rFonts w:ascii="Times New Roman" w:hAnsi="Times New Roman" w:eastAsia="Times New Roman" w:cs="Times New Roman"/>
        </w:rPr>
        <w:t>Nadungog usab nako ang tingog sa Ginoo, nga nagaingon, Kinsa ba ang akong ipadala, ug kinsa ang moadto alang kanato? Unya miingon ako, Ania ako; ipadala ako. Ug siya miingon, Lakaw, ug sultihi kining katawhan, Sa pagkamatuod kamo makadungog, apan dili kamo makasabut; ug sa pagkamatuod kamo makakita, apan dili kamo makaila. Patamboka ang kasingkasing niining katawhan, ug pabug-ata ang ilang mga dalunggan, ug piyonga ang ilang mga mata; tingali unya makakita sila pinaagi sa ilang mga mata, ug makadungog pinaagi sa ilang mga dalunggan, ug makasabut pinaagi sa ilang kasingkasing, ug mobalik, ug mamaayo. Isaias 6:8–10.</w:t>
      </w:r>
    </w:p>
    <w:p>
      <w:pPr>
        <w:pStyle w:val="ArticleBody"/>
        <w:jc w:val="left"/>
      </w:pPr>
      <w:r>
        <w:rPr>
          <w:rFonts w:ascii="Times New Roman" w:hAnsi="Times New Roman" w:eastAsia="Times New Roman" w:cs="Times New Roman"/>
        </w:rPr>
        <w:t>Ang mga katawhang gisultihan diha sa Isaias kapitulo sais mao kadtong nag-angkon nga anaa sa mensahe sa “karon nga kamatuoran” nga miabot niadtong Septiyembre 11, 2001, kay ang Isaias sais nagtimaan sa maong panghitabo ingon nga nahitabo sa dihang “ang yuta napuno sa himaya sa Ginoo.” Ang yuta gidagkitan sa kahayag pinaagi sa himaya sa Dios sa dihang mikunsad ang manulonda sa Pinadayag disiotso, sa dihang ang dagkong mga bilding sa Siyudad sa New York gipanglaglag pinaagi sa usa ka hikap gikan sa Dios.</w:t>
      </w:r>
    </w:p>
    <w:p>
      <w:pPr>
        <w:pStyle w:val="ArticleScripture"/>
        <w:jc w:val="left"/>
      </w:pPr>
      <w:r>
        <w:rPr>
          <w:rFonts w:ascii="Times New Roman" w:hAnsi="Times New Roman" w:eastAsia="Times New Roman" w:cs="Times New Roman"/>
        </w:rPr>
        <w:t>Sa tuig nga namatay si Haring Uzzias nakita ko usab ang Ginoo nga nagalingkod sa ibabaw sa usa ka trono, hataas ug tinuboy; ug ang sidsid sa iyang kupo mipuno sa templo. Sa ibabaw niya nagtindog ang mga serapin: ang matag-usa may unom ka pako; sa duruha gitabonan niya ang iyang nawong, ug sa duruha gitabonan niya ang iyang mga tiil, ug sa duruha siya milupad. Ug ang usa misinggit ngadto sa usa, ug miingon, Balaan, balaan, balaan, mao ang Ginoo sa mga panon: ang tibook nga yuta napuno sa iyang himaya. Ug ang mga haligi sa pultahan nangurog tungod sa tingog niya nga misinggit, ug ang balay napuno sa aso. Isaias 6:1–4.</w:t>
      </w:r>
    </w:p>
    <w:p>
      <w:pPr>
        <w:pStyle w:val="ArticleBody"/>
        <w:jc w:val="left"/>
      </w:pPr>
      <w:r>
        <w:rPr>
          <w:rFonts w:ascii="Times New Roman" w:hAnsi="Times New Roman" w:eastAsia="Times New Roman" w:cs="Times New Roman"/>
        </w:rPr>
        <w:t>Gidugtong ni Sister White ang pagpahibalo sa manulonda ngadto sa hitabo nga nagtimaan kon kanus-a ang manulonda sa Pinadayag kapitulo 18 mopuno sa yuta sa iyang himaya.</w:t>
      </w:r>
    </w:p>
    <w:p>
      <w:pPr>
        <w:pStyle w:val="ArticleScripture"/>
        <w:jc w:val="left"/>
      </w:pPr>
      <w:r>
        <w:rPr>
          <w:rFonts w:ascii="Times New Roman" w:hAnsi="Times New Roman" w:eastAsia="Times New Roman" w:cs="Times New Roman"/>
        </w:rPr>
        <w:t>“Sa diha nga andam na ang Dios sa pagpadala kang Isaias uban ang usa ka mensahe ngadto sa Iyang katawhan, una Niyang gitugotan ang propeta nga motan-aw diha sa panan-awon ngadto sa balaang dapit sa mga balaan sulod sa santuwaryo. Sa kalit ang ganghaan ug ang sulod nga tabil sa templo daw gibayaw o gipahilayo, ug gitugotan siya sa pagtan-aw sa sulod, ngadto sa labing balaang dapit, diin bisan ang mga tiil sa propeta dili makahimo sa pagsulod. Mitungha sa iyang atubangan ang usa ka panan-awon ni Jehova nga nagalingkod ibabaw sa usa ka trono nga hataas ug binayaw, samtang ang kahalangdon sa Iyang himaya mipuno sa templo. Naglibot sa trono ang mga serapin, ingon nga mga magbalantay libot sa bantugang Hari, ug ilang gipakita ang himaya nga naglibot kanila. Sa diha nga ang ilang mga awit sa pagdayeg midahunog sa lawom nga mga tono sa pagsimba, nangurog ang mga haligi sa ganghaan, daw giuyog sa usa ka linog. Uban sa mga ngabil nga wala mahugawi sa sala, kining mga manulonda mibubo sa mga pagdayeg ngadto sa Dios. ‘Balaan, balaan, balaan, ang Ginoo sa mga panon,’ misinggit sila; ‘ang tibook yuta napuno sa Iyang himaya.’ [Tan-awa ang Isaias 6:1–8.]”</w:t>
      </w:r>
    </w:p>
    <w:p>
      <w:pPr>
        <w:pStyle w:val="ArticleScripture"/>
        <w:jc w:val="left"/>
      </w:pPr>
      <w:r>
        <w:rPr>
          <w:rFonts w:ascii="Times New Roman" w:hAnsi="Times New Roman" w:eastAsia="Times New Roman" w:cs="Times New Roman"/>
        </w:rPr>
        <w:t>“Ang mga serapin sa palibot sa trono napuno gayod sa mapinadaygon nga kahadlok samtang ilang ginatan-aw ang himaya sa Dios, nga bisan sa usa ka gutlo wala sila motan-aw sa ilang kaugalingon uban sa pagdayeg. Ang ilang pagdayeg alang sa Ginoo sa mga panon. Samtang ilang tan-awon ang umalabot, sa dihang ang tibuok yuta mapuno sa Iyang himaya, ang madaugong awit ginapalanog gikan sa usa ngadto sa lain pinaagi sa malinong ug matahum nga pag-awit, ‘Balaan, balaan, balaan, mao ang Ginoo sa mga panon.’” Gospel Workers, 21.</w:t>
      </w:r>
    </w:p>
    <w:p>
      <w:pPr>
        <w:pStyle w:val="ArticleBody"/>
        <w:jc w:val="left"/>
      </w:pPr>
      <w:r>
        <w:rPr>
          <w:rFonts w:ascii="Times New Roman" w:hAnsi="Times New Roman" w:eastAsia="Times New Roman" w:cs="Times New Roman"/>
        </w:rPr>
        <w:t>Si Isaias, nga nagrepresentar sa katawhan sa Dios sa panahon sa pagpatik nga nagsugod niadtong Septyembre 11, 2001, gihatagan ug mensahe nga iyang dad-on ngadto sa usa ka katawhan nga may mga mata, apan wala mopili sa pagtan-aw, ug may mga dalunggan, apan wala mopili sa pagpaminaw. Si Jesus, ingon nga Alpha ug Omega, naghulagway sa katapusan sa panahon sa pagpatik sa usa ka gatus ug kap-atan ug upat ka libo pinaagi sa sinugdanan. Sa katapusan may usa na usab ka mensahero nga girepresentahan ni Isaias nga magadala ug mensahe ngadto sa usa ka katawhan nga mopili nga dili motan-aw ug dili mamati. Kana nga mensahe magahimo sa katapusang paghinlo sa usa ka gatus ug kap-atan ug upat ka libo. Ang mensahe mao ang mga pulong sa Kamatuoran, nga gidala gikan sa profetikanhong pagpamatuod sa Dios. Kana nga profetikanhong pagpamatuod mao ang “panan-awon” nga gitukod pinaagi sa gahum nga gisimbolohan ingong “ang mga tulisan sa imong katawhan”.</w:t>
      </w:r>
    </w:p>
    <w:p>
      <w:pPr>
        <w:pStyle w:val="ArticleBody"/>
        <w:jc w:val="left"/>
      </w:pPr>
      <w:r>
        <w:rPr>
          <w:rFonts w:ascii="Times New Roman" w:hAnsi="Times New Roman" w:eastAsia="Times New Roman" w:cs="Times New Roman"/>
        </w:rPr>
        <w:t>Sa sunod nga artikulo atong kuhaon ang matag usa niining mga kontrobersiya ug ipatong kini sa ibabaw sa usag usa diha sa usa ka paagi nga linya-ibabaw-sa-linya. Ang linya sa mga Millerita, ang linya nila Smith ug White, ang linya sa “adlaw-adlaw,” ang linya sa “hari sa amihanan” sa 1989, ang linya sa mga insekto sa Joel, ug ang kasamtangang kontrobersiya. Unom ka daang mga kontrobersiya, nga kon tan-awon diha sa linya-ibabaw-sa-linya matin-aw nga nagapadayon sa kamatuoran sa unang kontrobersiya nga girepresentar ibabaw sa tsart sa mga pioneer sa 1843. Kana nga kamatuoran mao nga ang Roma mao ang “mga tulisan sa imong katawohan,” nga nagapahitaas sa ilang kaugalingon, ug nga nangapukan, ug nagapalig-on sa panan-awon.</w:t>
      </w:r>
    </w:p>
    <w:p>
      <w:pPr>
        <w:pStyle w:val="ArticleScripture"/>
        <w:jc w:val="left"/>
      </w:pPr>
      <w:r>
        <w:rPr>
          <w:rFonts w:ascii="Times New Roman" w:hAnsi="Times New Roman" w:eastAsia="Times New Roman" w:cs="Times New Roman"/>
        </w:rPr>
        <w:t>“Nakita ko nga ang tsart sa 1843 gimandoan sa kamot sa Ginoo, ug nga kini dili angay usbon; nga ang mga numero sama sa Iyang gusto nga mamahimo kini; nga ang Iyang kamot ibabaw niini ug nagtago sa usa ka sayop sa pipila sa mga numero, aron walay bisan kinsa nga makakita niini, hangtod nga ang Iyang kamot gikuha na.” Early Writings, 74.</w:t>
      </w:r>
    </w:p>
    <w:p>
      <w:pPr>
        <w:pStyle w:val="ArticleBody"/>
        <w:jc w:val="left"/>
      </w:pPr>
      <w:r>
        <w:rPr>
          <w:rFonts w:ascii="Times New Roman" w:hAnsi="Times New Roman" w:eastAsia="Times New Roman" w:cs="Times New Roman"/>
        </w:rPr>
        <w:t>Ang pagsalikway sa mga kamatuoran nga anaa nianang tsart mao usab sa samang higayon ang pagsalikway sa awtoridad sa Espiritu sa Propesiya, ug ang tsart nag-ila nga ang Roma, dili ang Estados Unidos, mao ang nagtukod sa “panan-awon,” nga mao ang panan-awon nga gitudloan kita ni Solomon nga kon wala kana nga “panan-awon,” ang katawohan sa Dios mangahanaw.</w:t>
      </w:r>
    </w:p>
    <w:p>
      <w:pPr>
        <w:pStyle w:val="ArticleScripture"/>
        <w:jc w:val="left"/>
      </w:pPr>
      <w:r>
        <w:rPr>
          <w:rFonts w:ascii="Times New Roman" w:hAnsi="Times New Roman" w:eastAsia="Times New Roman" w:cs="Times New Roman"/>
        </w:rPr>
        <w:t>“Si Satanas mao... ang padayon nga pagpasiugda sa mini—aron ipahilayo gikan sa kamatuoran. Ang labing ulahing limbong gayud ni Satanas mao ang paghimo nga walay kapuslanan ang pagpamatuod sa Espiritu sa Dios. ‘Diin walay panan-awon, ang katawhan mangahanaw’ (Proverbs 29:18). Si Satanas molihok uban sa dakong pagkamaalamon, sa nagkalainlaing mga paagi ug pinaagi sa nagkalainlaing mga galamiton, aron uy-ogon ang pagsalig sa nahibilin nga katawhan sa Dios diha sa matuod nga pagpamatuod.”</w:t>
      </w:r>
    </w:p>
    <w:p>
      <w:pPr>
        <w:pStyle w:val="ArticleScripture"/>
        <w:jc w:val="left"/>
      </w:pPr>
      <w:r>
        <w:rPr>
          <w:rFonts w:ascii="Times New Roman" w:hAnsi="Times New Roman" w:eastAsia="Times New Roman" w:cs="Times New Roman"/>
        </w:rPr>
        <w:t>“Adunay pagdumot nga mapasiga batok sa mga Testimonya nga sataniko ang kinaiya. Ang mga binuhatan ni Satanas mao ang pagbalhinbalhin sa pagtuo sa mga iglesia diha kanila, tungod niini nga hinungdan: si Satanas dili makabaton ug ingon niana ka hayag nga dalan sa pagpasulod sa iyang mga paglimbong ug sa pagbugkos sa mga kalag diha sa iyang mga limbong kon ang mga pahimangno ug mga pagbadlong ug mga tambag sa Espiritu sa Dios pagatalinghugan.” Selected Messages, libro 1, 48.</w:t>
      </w:r>
    </w:p>
    <w:p>
      <w:pPr>
        <w:pStyle w:val="ArticleScripture"/>
        <w:jc w:val="left"/>
      </w:pPr>
      <w:r>
        <w:rPr>
          <w:rFonts w:ascii="Times New Roman" w:hAnsi="Times New Roman" w:eastAsia="Times New Roman" w:cs="Times New Roman"/>
        </w:rPr>
        <w:t>“Ang Usa nga makakita sa ilawom sa panagway sa gawas, nga makabasa sa mga kasingkasing sa tanang tawo, nagaingon mahitungod niadtong nakabaton ug dakong kahayag: ‘Sila wala masakiti ug wala matingala tungod sa ilang moral ug espirituhanong kahimtang.’ Oo, gipili nila ang ilang kaugalingong mga dalan, ug ang ilang kalag nalipay sa ilang mga dulumtanan. Ako usab magapili sa ilang mga limbong, ug ipadangat ko kanila ang ilang mga kahadlok; tungod kay sa diha nga nagtawag Ako, walay mitubag; sa diha nga nagsulti Ako, sila wala mamati: hinunoa naghimo sila ug dautan sa atubangan sa Akong mga mata, ug gipili nila kadtong wala Ko kahimut-i.’ ‘Ang Dios magapadala kanila ug makusog nga paglimbong, aron motuo sila sa bakak,’ tungod kay sila wala modawat sa gugma sa kamatuoran, aron sila maluwas,’ ‘apan nahimuot sila sa pagkadili-matarong.’ Isaias 66:3, 4; 2 Tesalonica 2:11, 10, 12.</w:t>
      </w:r>
    </w:p>
    <w:p>
      <w:pPr>
        <w:pStyle w:val="ArticleScripture"/>
        <w:jc w:val="left"/>
      </w:pPr>
      <w:r>
        <w:rPr>
          <w:rFonts w:ascii="Times New Roman" w:hAnsi="Times New Roman" w:eastAsia="Times New Roman" w:cs="Times New Roman"/>
        </w:rPr>
        <w:t>Ang langitnong Magtutudlo nangutana: ‘Unsa pa bang mas kusgan nga limbong ang makapahisalaag sa hunahuna kay sa pagpakaaron-ingnon nga nagatukod kamo diha sa husto nga patukoran ug nga gidawat sa Dios ang inyong mga buhat, samtang sa pagkatinuod nagabuhat kamo sa daghang mga butang sumala sa kalibotanon nga pamaagi ug nanagpakasala batok kang Jehova? Oh, daku kini nga paglimbong, usa ka makabibihag nga kasaypanan, nga nagamando sa mga hunahuna sa diha nga ang mga tawo nga kaniadto nakaila sa kamatuoran masayop sa pag-isip sa dagway sa pagkadiosnon nga mao na ang espiritu ug gahum niini; sa diha nga sila nagahunahuna nga sila dato ug nadagaya sa mga kabtangan ug wala magkinahanglan ug bisan unsa, samtang sa pagkatinuod nanginahanglan sila sa tanang butang.’”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Kuwatro</dc:title>
  <dc:subject>Pagpabuhi Pag-usab sa Karaang mga Kontrobersiya: Ang Gubat Bahin sa Paghubad sa Tagna sa Adventismo</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