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Gitukod sa Roma ang Panan-awon - Numero Disiyesiyete</w:t>
      </w:r>
    </w:p>
    <w:p>
      <w:pPr>
        <w:pStyle w:val="ArticleSubtitle"/>
        <w:jc w:val="left"/>
      </w:pPr>
      <w:r>
        <w:rPr>
          <w:rFonts w:ascii="Arial" w:hAnsi="Arial" w:eastAsia="Arial" w:cs="Arial"/>
        </w:rPr>
        <w:t>Ang Katapusang Pagpili sa 144,000: Ang Propetikong Pagsulay sa Larawan sa Mananap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Kadtong mga gitawag aron maapil sa usa ka gatus ug kap-atan ug upat ka libo anaa karon sa ilang katapusang proseso sa pag-alig-ig, ug kini nga proseso mao ang usa ka pagsulay nga nagasukad sa pagporma sa larawan sa mananap. Ang proseso sa pagsulay nagsugod sa balay sa Dios, kay ang paghukom sa kanunay nagsugod sa balay sa Dios, ug pagkahuman niana ang laing panon sa Dios moatubang sa mao gihapong proseso sa pagsulay. Tingali ang labing mahinungdanon ug labing importante nga kinaiyang propetiko sa pagporma sa larawan sa mananap mao nga kini mahitabo sa makaduha; una sa Tinipong Bansa, unya sa ubang bahin sa kalibotan. Sa propetikanhong kahulogan, kini nagpasabot nga ang larawan sa mananap sa kalibotan mao ang katapusang pagpakita sa larawan sa mananap, ug busa ang bisan unsang paghulagway nga tipo sa larawan sa mananap nga miuna sa larawan sa mananap sa kalibotan, yano lamang nga landong nga naghulagway sa tinuod nga butang.</w:t>
      </w:r>
    </w:p>
    <w:p>
      <w:pPr>
        <w:pStyle w:val="ArticleBody"/>
        <w:jc w:val="left"/>
      </w:pPr>
      <w:r>
        <w:rPr>
          <w:rFonts w:ascii="Times New Roman" w:hAnsi="Times New Roman" w:eastAsia="Times New Roman" w:cs="Times New Roman"/>
        </w:rPr>
        <w:t>Ang paghukom nagsugod sa balay sa Dios niadtong Septyembre 11, 2001. Kana nga petsa gilantawan nang daan pinaagi sa Agosto 11, 1840, sa dihang ang manulonda sa Pinadayag 10 mikunsad nga adunay gamayng basahon nga abli diha sa Iyang kamot. Sa dihang mikunsad ang manulonda sa kapitulo 10, iyang gipahibalo nga ang paghukom sa Protestantismo niadto nagsugod na. Bisan kinsa nga pagahukman sa Dios, una Niya kining pasidan-an, ug ang pagpamatuod sa pamaagi ni Miller sa pagtino sa panahon midugang ug kabug-aton sa iyang mga kalkulasyon mahitungod sa paghukom sa Ikaduhang Pag-anhi. Ang pagsulay sa mga Protestante nagpadayon na sukad sa Agosto 11, 1840, ug pagka-1844 ang mga Protestante nahimong mga anak nga babaye sa Roma. Ang yugto gikan sa 1840 ngadto sa 1844 nagalarawan sa yugto gikan sa Septyembre 11, 2001, hangtod sa hapit nang moabot nga balaod sa Dominggo.</w:t>
      </w:r>
    </w:p>
    <w:p>
      <w:pPr>
        <w:pStyle w:val="ArticleBody"/>
        <w:jc w:val="left"/>
      </w:pPr>
      <w:r>
        <w:rPr>
          <w:rFonts w:ascii="Times New Roman" w:hAnsi="Times New Roman" w:eastAsia="Times New Roman" w:cs="Times New Roman"/>
        </w:rPr>
        <w:t>Kining duha ka mga yugto girepresentahan usab sukad sa bautismo ni Jesus sa dihang mikunsad ang Espiritu Santo hangtod sa krus. Kining tulo ka mga yugto kitang tanan gipahulagway pinaagi sa usa ka gatos ug kaluhaan ka tuig nga gitugot sa kalibotan sa wala pa ang Lunop, nga nagdala ngadto sa Lunop. Aduna gayoy usa ka mensahe sa pasidaan nga nagtimaan sa paghukom nianang partikular nga kasaysayan. Anaa usab mga balaang kasaysayan nga naghisgot niining partikular nga yugto sa katapusang mga adlaw.</w:t>
      </w:r>
    </w:p>
    <w:p>
      <w:pPr>
        <w:pStyle w:val="ArticleBody"/>
        <w:jc w:val="left"/>
      </w:pPr>
      <w:r>
        <w:rPr>
          <w:rFonts w:ascii="Times New Roman" w:hAnsi="Times New Roman" w:eastAsia="Times New Roman" w:cs="Times New Roman"/>
        </w:rPr>
        <w:t>Si Noe nagwali sulod sa usa ka gatus ug kaluhaan ka tuig, ug unya miabot ang paghukom sa lunop. Si Cristo nagwali sulod sa usa ka libo duha ka gatus ug kan-uman ka adlaw, ug unya miabot ang paghukom sa krus. Ang pasidaang mensahe ni Juan Bautista gihatagan ug gahum sa bautismo ni Cristo, ug unya si Jesus gidala ngadto sa kamingawan sulod sa kap-atan ka adlaw. Kining kap-atan ka mga adlaw, ug ang misunod nga tulo ka mga pagsulay sa katapusan sa kap-atan ka adlaw, nagtudlo nga sa dihang ang mensahe gihatagan na ug gahum, ingon sa gipaila pinaagi sa pagkanaog sa usa ka balaang simbolo, sama sa Espiritu Santo sa Iyang bautismo, ug sa pagkanaog sa duruha ka mga manulunda sa Pinadayag kapitulo napulo ug napulog-walo—usa ka proseso sa pagsulay nagpadayon na. Sa dihang manaog ang balaang simbolo, ang mensahe sa paghukom nga gimantala ngadto kanila nga mao sa maong higayon ang ginahukman gihatagan ug gahum, ug ang piho nga pundok nga ginahukman anaa dayon sa usa ka tino nga yugto nga matapos lamang sa panapos sa ilang panahon sa grasya.</w:t>
      </w:r>
    </w:p>
    <w:p>
      <w:pPr>
        <w:pStyle w:val="ArticleBody"/>
        <w:jc w:val="left"/>
      </w:pPr>
      <w:r>
        <w:rPr>
          <w:rFonts w:ascii="Times New Roman" w:hAnsi="Times New Roman" w:eastAsia="Times New Roman" w:cs="Times New Roman"/>
        </w:rPr>
        <w:t>Ang linya ni Jesus nag-ila sa duha ka mga panahon sa pagpamatuod. Ang una mao ang Iyang personal nga pagpamatuod sulod sa usa ka libo duha ka gatus ug kan-uman ka adlaw, unya ang Iyang pagpamatuod diha sa presensya sa Iyang mga tinun-an sulod pa sa laing usa ka libo duha ka gatus ug kan-uman ka adlaw hangtod nga si Esteban gibato ug mga bato.</w:t>
      </w:r>
    </w:p>
    <w:p>
      <w:pPr>
        <w:pStyle w:val="ArticleScripture"/>
        <w:jc w:val="left"/>
      </w:pPr>
      <w:r>
        <w:rPr>
          <w:rFonts w:ascii="Times New Roman" w:hAnsi="Times New Roman" w:eastAsia="Times New Roman" w:cs="Times New Roman"/>
        </w:rPr>
        <w:t>“Unya, miingon ang anghel, ‘Pagalig-onon niya ang tugon uban sa daghan sulod sa usa ka semana [pito ka tuig].’ Sulod sa pito ka tuig human ang Manluluwas misulod sa Iyang ministeryo, ang maayong balita kinahanglan nga iwali ilabina ngadto sa mga Judio; sulod sa tulo ka tuig ug tunga pinaagi kang Cristo Mismo; ug pagkahuman pinaagi sa mga apostoles. ‘Ug sa taliwala sa semana pagapahunongon Niya ang halad ug ang halad-nga-kalan-on.’ Daniel 9:27. Sa tingpamulak sa A. D. 31, si Cristo, ang tinuod nga halad, gihalad didto sa Calvario. Unya ang tabil sa templo nagisi sa duruha, nga nagpakita nga ang pagkabalaan ug kahulogan sa haladnong pag-alagad mibiya na. Miabut na ang panahon nga ang yutan-ong halad ug halad-nga-kalan-on kinahanglan nang undangon.”</w:t>
      </w:r>
    </w:p>
    <w:p>
      <w:pPr>
        <w:pStyle w:val="ArticleScripture"/>
        <w:jc w:val="left"/>
      </w:pPr>
      <w:r>
        <w:rPr>
          <w:rFonts w:ascii="Times New Roman" w:hAnsi="Times New Roman" w:eastAsia="Times New Roman" w:cs="Times New Roman"/>
        </w:rPr>
        <w:t>“Ang usa ka semana—pito ka tuig—natapos niadtong A.D. 34. Unya pinaagi sa pagbato kang Esteban, ang mga Judio sa katapusan nagpamatuod sa ilang pagsalikway sa ebanghelyo; ang mga tinun-an nga nagkatibulaag tungod sa paglutos “nangadto sa tanang dapit nga nagwali sa pulong” (Mga Buhat 8:4); ug wala madugay human niana, si Saulo nga manlulutos nakabig, ug nahimong si Pablo, ang apostol ngadto sa mga Hentil.” The Desire of Ages, 233.</w:t>
      </w:r>
    </w:p>
    <w:p>
      <w:pPr>
        <w:pStyle w:val="ArticleBody"/>
        <w:jc w:val="left"/>
      </w:pPr>
      <w:r>
        <w:rPr>
          <w:rFonts w:ascii="Times New Roman" w:hAnsi="Times New Roman" w:eastAsia="Times New Roman" w:cs="Times New Roman"/>
        </w:rPr>
        <w:t>Ang linya ni Noe, ni Cristo, sa mga Millerita, ug sa usa ka gatus kap-atan ug upat ka libo tanan naghatag ug pagpamatuod sa usa ka yugto sa panahon diin ang usa ka piho nga tinumong mamiminaw pagasulayan pinaagi sa usa ka mensahe sa pasidaan. Ang paghatag ug gahum sa mensahe nagtimaan sa sinugdanan sa usa ka yugto sa pagsulay, nga sa baylo matapos sa pagtak-op sa panahon sa pagsulay sa maong tinumong mamiminaw. Sa propetikong linya ni Jesus, duha ka mga yugto sa pagpamatuod ang maila. Kining duha ka mga yugto sa pagpamatuod nagalarawan sa duha ka mga mensahe sa pasidaan nga gilarawan sa manulonda nga mikunsad niadtong Septiyembre 11, 2001, nga nagtuman sa Pinadayag 18:1–3, nga gisundan dayon sa ikaduhang tingog sa bersikulo upat ug padayon sa kapitulo diyes-otso.</w:t>
      </w:r>
    </w:p>
    <w:p>
      <w:pPr>
        <w:pStyle w:val="ArticleScripture"/>
        <w:jc w:val="left"/>
      </w:pPr>
      <w:r>
        <w:rPr>
          <w:rFonts w:ascii="Times New Roman" w:hAnsi="Times New Roman" w:eastAsia="Times New Roman" w:cs="Times New Roman"/>
        </w:rPr>
        <w:t>“Busa sa katapusang buluhaton alang sa pagpasidaan sa kalibotan, duha ka managlahi nga mga tawag ang gihimo ngadto sa mga iglesia. Ang mensahe sa ikaduhang manulonda mao kini, ‘Nahulog na ang Babilonia, nahulog na, kadtong dakbayan, tungod kay iyang gipainom ang tanang nasod sa vino sa kapungot sa iyang pakighilawas.’ Ug diha sa makusog nga singgit sa mensahe sa ikatulong manulonda, usa ka tingog ang nadungog gikan sa langit nga nagaingon, ‘Gumula kamo gikan kaniya, akong katawhan.’” Review and Herald, December 6, 1892.</w:t>
      </w:r>
    </w:p>
    <w:p>
      <w:pPr>
        <w:pStyle w:val="ArticleBody"/>
        <w:jc w:val="left"/>
      </w:pPr>
      <w:r>
        <w:rPr>
          <w:rFonts w:ascii="Times New Roman" w:hAnsi="Times New Roman" w:eastAsia="Times New Roman" w:cs="Times New Roman"/>
        </w:rPr>
        <w:t>Ang nahaunang yugto mao ang paghukom nga magsugod sa balay sa Dios, ug dayon sa haduol nang umalabot nga balaod sa Domingo ang ikaduhang yugto sa paghukom magsugod uban sa pasidaan nga manggula gikan sa Babilonia. Ang linya ni Cristo sukad sa Iyang bautismo hangtod sa krus nagrepresentar sa Septiyembre 11, 2001 hangtod sa balaod sa Domingo sa Tinipong Bansa sa Amerika, ug ang yugto sukad sa balaod sa Domingo sa Tinipong Bansa sa Amerika hangtod sa punto diin ang matag nasod mapugos sa pagdawat sa Domingo ingon nga Tibuok-Kalibotang Adlaw sa Pagsimba mao ang yugto nga matapos sa dihang ang pinakahuling nasod mosugot.</w:t>
      </w:r>
    </w:p>
    <w:p>
      <w:pPr>
        <w:pStyle w:val="ArticleBody"/>
        <w:jc w:val="left"/>
      </w:pPr>
      <w:r>
        <w:rPr>
          <w:rFonts w:ascii="Times New Roman" w:hAnsi="Times New Roman" w:eastAsia="Times New Roman" w:cs="Times New Roman"/>
        </w:rPr>
        <w:t>Ang yugto nagsugod uban sa balaod sa Domingo sa Estados Unidos ug natapos kini sa dihang ang katapusang nasod moyukbo sa gahum sa kapapahan. Ang pagsugod sa ikaduhang yugto nagtimaan sa katapusan sa unang yugto, ug silang duha adunay mga balaod sa Domingo nga kaniadto nang gihulagway sa pagpamatuod sa Roma. Ang unang balaod sa Domingo sa tuig 321, gipatuman pinaagi sa awtoridad sa pagano nga Roma. Ang balaod sa Domingo nga gipatuman pinaagi sa awtoridad sa simbahang papal girepresentahan sa tuig 538. Ang balaod sa Domingo sa Estados Unidos mao ang 321, ug ang balaod sa Domingo nga ipatuman ibabaw sa katapusang nasod mao ang 538. Ang balaod sa Domingo sa Estados Unidos nagtimaan sa pag-abot sa mensahe sa pasidaan nga unya imantala pinaagi sa bandila nga gilangkuban sa mga sinalikway sa Israel.</w:t>
      </w:r>
    </w:p>
    <w:p>
      <w:pPr>
        <w:pStyle w:val="ArticleBody"/>
        <w:jc w:val="left"/>
      </w:pPr>
      <w:r>
        <w:rPr>
          <w:rFonts w:ascii="Times New Roman" w:hAnsi="Times New Roman" w:eastAsia="Times New Roman" w:cs="Times New Roman"/>
        </w:rPr>
        <w:t>Kana nga timailhan mao ang tuig 321, ug kini nagtimaan sa sinugdanan sa yugto sa pagsulay sa matag nasod bahin sa pangutana mahitungod sa Domingo. Kining yugtoa matapos sa dihang ang kataposang nasod moyukbo ngadto sa Roma, ug kana nga hitabo gisimbolohan pinaagi sa timailhan sa tuig 538. Ang yugto gikan sa 321 hangtod sa 538 gisimbolohan sa yugto gikan sa krus hangtod sa pagbato kang Esteban. Samtang gibato si Esteban, iyang nakita si Cristo nga nagtindog sa langitnong santuwaryo, nga nagasimbolo sa panahon sa dihang si Miguel motindog sa pagtapos sa tawhanong panahon sa pagsulay.</w:t>
      </w:r>
    </w:p>
    <w:p>
      <w:pPr>
        <w:pStyle w:val="ArticleBody"/>
        <w:jc w:val="left"/>
      </w:pPr>
      <w:r>
        <w:rPr>
          <w:rFonts w:ascii="Times New Roman" w:hAnsi="Times New Roman" w:eastAsia="Times New Roman" w:cs="Times New Roman"/>
        </w:rPr>
        <w:t>Ang Septiyembre 11, 2001 nagtimaan sa pag-abot sa pasidaan sa unang tulo ka mga bersikulo sa kapitulo diyesi-otso, ug kini gimarkahan sa tagna nga gipadayag sa propetisa nga si Ellen White, nga miingon nga sa dihang ang dagkung mga tinukod sa New York City pagapapahion pinaagi sa usa ka paghikap gikan sa Dios, kadtong maong tulo ka mga bersikulo matuman. Kini usab gimarkahan sa Patriot Act, nga maoy usa ka timaan alang niadtong andam motan-aw; nga ang prinsipyo sa balaod Iningles nga nagapahayag nga ang usa ka tawo inosente hangtod mapamatud-an nga sad-an, gisalikway pabor sa Romanhong balaod, nga nagapahayag nga ang usa ka tawo sad-an, hangtod mapamatud-an nga inosente.</w:t>
      </w:r>
    </w:p>
    <w:p>
      <w:pPr>
        <w:pStyle w:val="ArticleBody"/>
        <w:jc w:val="left"/>
      </w:pPr>
      <w:r>
        <w:rPr>
          <w:rFonts w:ascii="Times New Roman" w:hAnsi="Times New Roman" w:eastAsia="Times New Roman" w:cs="Times New Roman"/>
        </w:rPr>
        <w:t>Ang Patriot Act maoy nagtimaan sa sinugdanan sa paghukom alang sa Laodiceanong Seventh-day Adventism. Kana nga yugto matapos diha sa balaod sa Domingo sa Tinipong Bansa sa Amerika. Kadtong mga Laodiceanong Seventh-day Adventist nga malampusong makaagi nianang yugto sa pag-uyog, mao unya ang maghatag sa mensahe sa pasidaan sa bersikulo upat sa kapitulo disiotso, nga matapos uban sa katapusang nasod nga moyukbo sa Roma. Kana nga yugto magsugod sa balaod sa Domingo sa Tinipong Bansa sa Amerika ug matapos sa katapusang balaod sa Domingo.</w:t>
      </w:r>
    </w:p>
    <w:p>
      <w:pPr>
        <w:pStyle w:val="ArticleBody"/>
        <w:jc w:val="left"/>
      </w:pPr>
      <w:r>
        <w:rPr>
          <w:rFonts w:ascii="Times New Roman" w:hAnsi="Times New Roman" w:eastAsia="Times New Roman" w:cs="Times New Roman"/>
        </w:rPr>
        <w:t>Kon dili nato masabtan pag-ayo ang kamatuoran nga adunay duha ka larawan sa mapintas nga mananap nga naila pinaagi sa labaw pa sa duha ka mga saksi, nan masayop kita sa pagsabot sa buluhaton nga girepresentahan sa unang tulo ka mga bersikulo sa Pinadayag kapitulo 18 nga nagsugod niadtong 2001, ug sa buluhaton nga nagsugod sa bersikulo 4 sa kapitulo 18.</w:t>
      </w:r>
    </w:p>
    <w:p>
      <w:pPr>
        <w:pStyle w:val="ArticleBody"/>
        <w:jc w:val="left"/>
      </w:pPr>
      <w:r>
        <w:rPr>
          <w:rFonts w:ascii="Times New Roman" w:hAnsi="Times New Roman" w:eastAsia="Times New Roman" w:cs="Times New Roman"/>
        </w:rPr>
        <w:t>Sa dihang gamiton nato ang direkta nga pag-ila ni Sister White sa pagkanaog sa manulonda sa Pinadayag dieciocho sa tuig 1888, ug ang iyang pagbutang sa maong manulonda sa umaabot nga panahon, atong makita nga ang 1888 nagtimaan sa 2001. Ang manulonda sa Pinadayag, nga naghayag sa yuta pinaagi sa Iyang himaya, mikanaog sa mga tigom sa Minneapolis niadtong 1888, ug mibuhat pag-usab niana sa dihang nangapukan ang dagkong mga bilding sa New York City.</w:t>
      </w:r>
    </w:p>
    <w:p>
      <w:pPr>
        <w:pStyle w:val="ArticleBody"/>
        <w:jc w:val="left"/>
      </w:pPr>
      <w:r>
        <w:rPr>
          <w:rFonts w:ascii="Times New Roman" w:hAnsi="Times New Roman" w:eastAsia="Times New Roman" w:cs="Times New Roman"/>
        </w:rPr>
        <w:t>Ang yugto gikan sa bautismo ni Cristo ngadto sa krus, ug ang yugto gikan sa Agosto 11, 1840 ngadto sa Oktubre 22, 1844, ug ang yugto sa usa ka gatus ug kaluhaan ka tuig ni Noe naghatag ug tulo ka mga saksi sa usa ka yugto sa paghukom. Ang 1888 naghatag ug usa ka saksi sa pagpakita sa pagsukol nga natala sa mga tigom sa Minneapolis, ug si Noe nag-ila sa pagkuha sa Balaang Espiritu gikan niadtong misalikway sa mensahe. Ang pagsukol sa mga antediluviano maingon man ang pagsukol sa mga pangulo sa iglesia niadtong 1888 kapuwa nagkatakdo sa kasaysayan nila Corah, Dathan, ug Abiram sa kasaysayan ni Moises, nga giingnan sa manulonda si Sister White nga gisubli sa Minneapolis.</w:t>
      </w:r>
    </w:p>
    <w:p>
      <w:pPr>
        <w:pStyle w:val="ArticleBody"/>
        <w:jc w:val="left"/>
      </w:pPr>
      <w:r>
        <w:rPr>
          <w:rFonts w:ascii="Times New Roman" w:hAnsi="Times New Roman" w:eastAsia="Times New Roman" w:cs="Times New Roman"/>
        </w:rPr>
        <w:t>Gikan sa Patriot Act hangtod sa balaod sa Domingo sa Tinipong Bansa sa Amerika nagrepresentar sa panahon sa pagsulay alang sa Laodicean nga Seventh-day Adventism. Ang pagsukol batok sa mensahe sa pasidaan nga nagpahibalo sa ilang paghukom nagaila sa pagkuha sa Balaang Espiritu, ug busa sa pagbubo sa kusgan nga limbong ibabaw sa daotan nga buang nga mga ulay nianang kasaysayan. Ang pokus sa pagsukol mao ang piniling mensahero ingon nga gilarawan ni Noe, Moises, mga Elder Jones ug Waggoner, ug siyempre si Sister White. Ang pagsukol batok sa mensahe sa pasidaan ug sa mensahero nianang kasaysayan nakabase ibabaw sa “lana” diha sa kasaysayan sa sambingay sa napulo ka mga ulay.</w:t>
      </w:r>
    </w:p>
    <w:p>
      <w:pPr>
        <w:pStyle w:val="ArticleBody"/>
        <w:jc w:val="left"/>
      </w:pPr>
      <w:r>
        <w:rPr>
          <w:rFonts w:ascii="Times New Roman" w:hAnsi="Times New Roman" w:eastAsia="Times New Roman" w:cs="Times New Roman"/>
        </w:rPr>
        <w:t>Kadtong nagpasangyaw sa mensahe sa pasidaan, nagabuhat niana tungod kay sila adunay “lana,” nga mao usab ang mensahe sa pasidaan. Busa ang kalainan tali sa duha ka mga hut-ong namugna pinaagi sa husto nga paggamit sa mga lagda sa paghubad sa tagna nga gisagop niadtong mga sakop sa kalihokan sa nahaunang ug ikaduhang mga manulonda, nga girepresentahan ingon nga mga lagda sa paghubad ni Miller, ug usab sa mga lagda sa paghubad sa tagna nga gisagop sa kalihokan sa ikatulong manulonda.</w:t>
      </w:r>
    </w:p>
    <w:p>
      <w:pPr>
        <w:pStyle w:val="ArticleBody"/>
        <w:jc w:val="left"/>
      </w:pPr>
      <w:r>
        <w:rPr>
          <w:rFonts w:ascii="Times New Roman" w:hAnsi="Times New Roman" w:eastAsia="Times New Roman" w:cs="Times New Roman"/>
        </w:rPr>
        <w:t>Busa, ang pagsulay nga girepresentar ingon nga “pagkaporma sa larawan sa mananap,” kinahanglan mao ang usa ka pagsulay nga may kalabutan sa paagi nga ang larawan sa mananap maporma diha sa profetikong Pulong sa Dios.</w:t>
      </w:r>
    </w:p>
    <w:p>
      <w:pPr>
        <w:pStyle w:val="ArticleBody"/>
        <w:jc w:val="left"/>
      </w:pPr>
      <w:r>
        <w:rPr>
          <w:rFonts w:ascii="Times New Roman" w:hAnsi="Times New Roman" w:eastAsia="Times New Roman" w:cs="Times New Roman"/>
        </w:rPr>
        <w:t>Gikan sa Patriot Act niadtong 2001, nga gitipikohan sa Blair Bill niadtong 1888, nga gitipikohan sa Declaration of Independence niadtong 1776, nga gitipikohan sa bautismo ni Cristo, nga nagtipiko sa Agosto 11, 1840, ang tanan nagasuporta sa kamatuoran nga ang proseso sa pagsulay sa paghukom magsugod pinaagi sa usa ka pinalig-ong mensahe sa pasidaan nga kinahanglan dawaton gikan sa kamot sa manulunda ug unya kan-on.</w:t>
      </w:r>
    </w:p>
    <w:p>
      <w:pPr>
        <w:pStyle w:val="ArticleBody"/>
        <w:jc w:val="left"/>
      </w:pPr>
      <w:r>
        <w:rPr>
          <w:rFonts w:ascii="Times New Roman" w:hAnsi="Times New Roman" w:eastAsia="Times New Roman" w:cs="Times New Roman"/>
        </w:rPr>
        <w:t>Ang propetikong pagtulon-an nga nag-ila sa Tinipong Bansa sa Amerika ingon nga mga tulisan sa imong katawohan naglibog sa daghang mga punto pinaagi sa ilang lohika, ug kadtong mga puntuha sa kasagaran mao ang labing diretso nga mga teksto sa pagpamatuod sa pagpatukod sa mga elemento sa pagporma sa larawan sa mapintas nga mananap. Usa ka paagi sa pagpasundayag sa kamatuoran nga kining pagsulay may kinaiyang propetiko mao ang paggamit sa sukaranang mga lagda sa tagna aron ipakita ang usa ka kamatuoran nga masabtan lamang kon dawaton mo ang Roma ingon nga simbolo nga girepresentahan sa mga tulisan sa imong katawohan.</w:t>
      </w:r>
    </w:p>
    <w:p>
      <w:pPr>
        <w:pStyle w:val="ArticleBody"/>
        <w:jc w:val="left"/>
      </w:pPr>
      <w:r>
        <w:rPr>
          <w:rFonts w:ascii="Times New Roman" w:hAnsi="Times New Roman" w:eastAsia="Times New Roman" w:cs="Times New Roman"/>
        </w:rPr>
        <w:t>Kining ilustrasyonha gikuha gikan sa lima ka linya sa kasaysayan sulod sa Adventismo, diin mitungha ang usa ka kontrobersiya mahitungod sa Roma ingon nga usa ka simbolo. Karon anaa na kita sa kataposan, o ikaunom, niining mga kasaysayang kontrobersyal, ug ang kontrobersiya karon mao gayud ang samang kontrobersiya nga gihulagway diha sa tsart sa 1843.</w:t>
      </w:r>
    </w:p>
    <w:p>
      <w:pPr>
        <w:pStyle w:val="ArticleBody"/>
        <w:jc w:val="left"/>
      </w:pPr>
      <w:r>
        <w:rPr>
          <w:rFonts w:ascii="Times New Roman" w:hAnsi="Times New Roman" w:eastAsia="Times New Roman" w:cs="Times New Roman"/>
        </w:rPr>
        <w:t>Sayon ra kaayo ang pagkakita niining kamatuoran kon husto nimo nga iaplikar ang mga lagda sa profesiya. Usa ka lagda sa profesiya nga kinahanglan gamiton mao nga ang mga simbolo adunay labaw pa sa usa ka kahulogan, ug ang kahulogan nga ilang gigamit sa usa ka bahin sa teksto pagatukoron pinaagi sa maong bahin. Ang haring Siriano, si Antiochus III Magnus, nagtuman sa gubat sa bersikulo napulo sa ika-onse nga kapitulo sa Daniel, ug gituman niya ang gubat sa Raphia diha sa mga bersikulo onse ug dose, ug gituman niya ang gubat sa Panium diha sa bersikulo kinse. Ang kontrobersiya sa mga Millerite nga gipakita diha sa 1843 chart mao nga ang sayop nga Protestante nga panglantaw nag-ila nga ang “mga tulisan” mao si Antiochus Epiphanes, samtang sa maong higayon nagpabilin usab sa kamatuoran nga ang “mga tulisan” usa ka simbolo sa Roma.</w:t>
      </w:r>
    </w:p>
    <w:p>
      <w:pPr>
        <w:pStyle w:val="ArticleBody"/>
        <w:jc w:val="left"/>
      </w:pPr>
      <w:r>
        <w:rPr>
          <w:rFonts w:ascii="Times New Roman" w:hAnsi="Times New Roman" w:eastAsia="Times New Roman" w:cs="Times New Roman"/>
        </w:rPr>
        <w:t>Ang mga bersikulo napulo hangtod kinse unang natuman sa kasaysayan ni Antiochus III Magnus, busa kadtong mga bersikulo, ug ang misunod nga makasaysayanong pagsubli niadtong mga bersikulo, naghatag ug duha ka mga saksi sa katumanan niadtong mga bersikulo sa kaulahiang mga adlaw, kay ang tanang mga propeta nagsulti nga mas tuwiran mahitungod sa kaulahiang mga adlaw kaysa sa mga adlaw diin sila nangabuhi.</w:t>
      </w:r>
    </w:p>
    <w:p>
      <w:pPr>
        <w:pStyle w:val="ArticleBody"/>
        <w:jc w:val="left"/>
      </w:pPr>
      <w:r>
        <w:rPr>
          <w:rFonts w:ascii="Times New Roman" w:hAnsi="Times New Roman" w:eastAsia="Times New Roman" w:cs="Times New Roman"/>
        </w:rPr>
        <w:t>Uban nianang napahimutang nang lagda mahitungod sa dapit diin ipatuman ang pagpamatuod sa usa ka propeta, anaa usab kita kang Sister White nga direkta nga nagtala nga “much of the history which has taken place in fulfillment of this prophecy [Daniel chapter eleven] will be repeated.” Si Antiochus III Magnus nagrepresentar sa Tinipong Bansa isip puli nga kasundalohan sa papal nga Roma. Ang mga Protestante nangatarongan nga ang mga tulisan nagtimaan na sa laing Antiochus, samtang ang mga Millerite nasayod nga kini mao ang Roma. Sa karon, ang usa ka bahin nag-ila sa Tinipong Bansa ingon nga mao ang mga tulisan, ug ang laing bahin nagapadayon sa pundasyonal nga kamatuoran.</w:t>
      </w:r>
    </w:p>
    <w:p>
      <w:pPr>
        <w:pStyle w:val="ArticleBody"/>
        <w:jc w:val="left"/>
      </w:pPr>
      <w:r>
        <w:rPr>
          <w:rFonts w:ascii="Times New Roman" w:hAnsi="Times New Roman" w:eastAsia="Times New Roman" w:cs="Times New Roman"/>
        </w:rPr>
        <w:t>Kon ang lagda nga nag-ila nga ang mga simbolo adunay labaw sa usa ka kahulogan, ug nga ang kahulogan kinahanglan ibasi sa konteksto diin kini gigamit, nan ang pag-ila sa Tinipong Bansa sa Amerika ingon nga mga tulisan nahisama sa pag-ila sa mga Protestante kang Antiochus ingon nga mga tulisan, apan karon si Antiochus usa ka simbolo sa Tinipong Bansa sa Amerika sa ulahing mga adlaw.</w:t>
      </w:r>
    </w:p>
    <w:p>
      <w:pPr>
        <w:pStyle w:val="ArticleBody"/>
        <w:jc w:val="left"/>
      </w:pPr>
      <w:r>
        <w:rPr>
          <w:rFonts w:ascii="Times New Roman" w:hAnsi="Times New Roman" w:eastAsia="Times New Roman" w:cs="Times New Roman"/>
        </w:rPr>
        <w:t>Ang konteksto sa maong pahayag diretso nga nagtubag sa pangutana kon unsang gahum ang nagapahitaas sa iyang kaugalingon aron sa paglig-on sa panan-awon, busa ang pagbutang sa paghatag ug gibug-aton ibabaw niini nga kamatuoran, matarung. Matarung kini pinasikad sa daghang mga saksi, kay ang ubang mga historikal nga linya sa usa ka paglalis bahin sa Roma ingon nga usa ka simbolo nagaila sa mao gihapong kamatuoran. Kana nga kamatuoran mao nga kadtong anaa sa sayop nga bahin sa isyu sa walay kapakyasan nagaila sa Estados Unidos sa dapit sa Roma. Apan kon kamo dili andam modawat nga ang mga simbolo adunay labaw pa sa usa ka kahulogan, o kon motuo kamo nga anaay labaw pa sa usa ka kahulogan apan kulang pa ang inyong kahingbansay aron may hingpit nga pagtuo sa maong lagda, nan halos dili gayod mahimo alang kaninyo ang pagsunod sa lohika nga igaaplikar karon.</w:t>
      </w:r>
    </w:p>
    <w:p>
      <w:pPr>
        <w:pStyle w:val="ArticleBody"/>
        <w:jc w:val="left"/>
      </w:pPr>
      <w:r>
        <w:rPr>
          <w:rFonts w:ascii="Times New Roman" w:hAnsi="Times New Roman" w:eastAsia="Times New Roman" w:cs="Times New Roman"/>
        </w:rPr>
        <w:t>Ang matag gahom nga may duha ka sungay nagrepresentar sa Tinipong Bansa sa kataposang mga adlaw. Ang Pransiya mao ang duruha ka bahin nga gahom nga girepresentahan sa Sodoma ug Ehipto. Ang Islam usab naghulagway sa Tinipong Bansa, kay ang Tinipong Bansa mao ang mini nga manalagna may kalabutan sa gahom sa pagkapapa nga mao si Jezebel. Ang Tinipong Bansa mao si Salome nga nagpailalom kang Herodias. Si Balaam usab simbolo sa usa ka mini nga manalagna, bisan pa nga ang iyang sugilanon labi pang masalimuot kay sa yano lamang nga pagka mini nga manalagna.</w:t>
      </w:r>
    </w:p>
    <w:p>
      <w:pPr>
        <w:pStyle w:val="ArticleBody"/>
        <w:jc w:val="left"/>
      </w:pPr>
      <w:r>
        <w:rPr>
          <w:rFonts w:ascii="Times New Roman" w:hAnsi="Times New Roman" w:eastAsia="Times New Roman" w:cs="Times New Roman"/>
        </w:rPr>
        <w:t>Ang mga panagna ni Balaam, nga natala human niya gipanalanginan ang Israel sa makit-an nga tulo ka higayon, nalangkit sa Islam sa nagkalainlaing paagi. Ang asno usa ka simbolo sa Islam, ug dili nimo mapahilayo ang asnong nagsulti gikan sa sugilanon ni Balaam. Ang mga manggialamon gikan sa sidlakan nga mianhi aron mosimba sa batang Jesus gigiyahan sa mga panagna ni Balaam. Ang Islam sa tulo ka kasakit sa Pinadayag kapitulo 9 nagrepresentar sa mini nga propeta nga si Mohammed.</w:t>
      </w:r>
    </w:p>
    <w:p>
      <w:pPr>
        <w:pStyle w:val="ArticleBody"/>
        <w:jc w:val="left"/>
      </w:pPr>
      <w:r>
        <w:rPr>
          <w:rFonts w:ascii="Times New Roman" w:hAnsi="Times New Roman" w:eastAsia="Times New Roman" w:cs="Times New Roman"/>
        </w:rPr>
        <w:t>Kon masabtan mo nga ang mga simbolo adunay labaw pa sa usa ka kahulogan, nan walay pagduhaduha nga imong masabtan usab nga daghang mga kamatuoran importante kaayo maong girepresentahan kini pinaagi sa nagkalainlaing mga simbolo. Ang simbolo nga nagpatukod sa panan-awon mao ang usa ka simbolo sa Roma, ug busa dayag nga ang Roma mahimong usa ka nag-unang tema sa tibuok tagna sa Biblia. Usa ka klasiko ug lig-ong natukod nga simbolo sa Roma mao ang hari sa amihanan diha sa Daniel kapitulo onse. Ang hari sa amihanan nga moabot sa iyang katapusan nga walay bisan kinsa nga motabang kaniya mao ang gahum sa pagka-papa, ang Romano nga iglesia, ang papa sa Roma, ang tawo sa sala.</w:t>
      </w:r>
    </w:p>
    <w:p>
      <w:pPr>
        <w:pStyle w:val="ArticleBody"/>
        <w:jc w:val="left"/>
      </w:pPr>
      <w:r>
        <w:rPr>
          <w:rFonts w:ascii="Times New Roman" w:hAnsi="Times New Roman" w:eastAsia="Times New Roman" w:cs="Times New Roman"/>
        </w:rPr>
        <w:t>Sa kontrobersiya ni Uriah Smith, giingon nga ang hari sa amihanan sa bersikulo traynta’y-sais mao ang Pransiya, ug ang hari sa amihanan sa bersikulo kwarenta mao ang Turkeya. Ang Pransiya ug ang Turkeya pareho nga mga simbolo sa Tinipong Bansa sa nagkalainlaing mga konteksto, apan sama sa mga Protestante, ug sama usab karon, sa kontrobersiya ni Smith, iyang gisalikway ang kamatuoran nga ang hari sa amihanan usa ka simbolo sa Modernong Roma, ug miangkon nga ang simbolo sa Roma girepresentahan sa usa ka simbolo sa Tinipong Bansa diha sa nasod sa Pransiya, ug usab nga ang simbolo sa Roma usa ka simbolo sa Tinipong Bansa ingon sa girepresentahan sa nasod sa Turkeya.</w:t>
      </w:r>
    </w:p>
    <w:p>
      <w:pPr>
        <w:pStyle w:val="ArticleBody"/>
        <w:jc w:val="left"/>
      </w:pPr>
      <w:r>
        <w:rPr>
          <w:rFonts w:ascii="Times New Roman" w:hAnsi="Times New Roman" w:eastAsia="Times New Roman" w:cs="Times New Roman"/>
        </w:rPr>
        <w:t>Ang konteksto karon naglangkob ug tulo ka mga linya: ang kasaysayan sa mga Millerite, ang kasaysayan ni Uriah Smith, ug ang karon dinhi ug karon. Sa matag usa nianang mga ilustrasyon adunay usa ka kontrobersiya mahitungod sa usa ka simbolo sa Roma, nga sayop nga giaplikar tungod sa pagsabot nga sayop sa Roma ingon nga simbolo sa Estados Unidos.</w:t>
      </w:r>
    </w:p>
    <w:p>
      <w:pPr>
        <w:pStyle w:val="ArticleBody"/>
        <w:jc w:val="left"/>
      </w:pPr>
      <w:r>
        <w:rPr>
          <w:rFonts w:ascii="Times New Roman" w:hAnsi="Times New Roman" w:eastAsia="Times New Roman" w:cs="Times New Roman"/>
        </w:rPr>
        <w:t>Ang linya sa kontrobersiya bahin sa “ang matag-adlaw,” sa basahon ni Daniel, nagpalig-on niining mao gihapong paghatag og gibug-aton sa paglalis batok sa kamatuoran mahitungod sa usa ka simbolo sa Roma, bisan pa may pipila ka mahinungdanong mga kalainan sa niini nga kasaysayan.</w:t>
      </w:r>
    </w:p>
    <w:p>
      <w:pPr>
        <w:pStyle w:val="ArticleBody"/>
        <w:jc w:val="left"/>
      </w:pPr>
      <w:r>
        <w:rPr>
          <w:rFonts w:ascii="Times New Roman" w:hAnsi="Times New Roman" w:eastAsia="Times New Roman" w:cs="Times New Roman"/>
        </w:rPr>
        <w:t>Ang lohika sa propetikong modelo ni Uriah Smith nagdala sa iyang mga sumusunod ngadto sa sayop nga pag-aplikar sa ikaunom nga hampak diha sa ikanapulog-unom nga kapitulo sa Pinadayag. Ang nag-unang problema sa pag-aplikar ni Smith sa ikanapulog-unom nga kapitulo, gawas sa iyang pagsulay sa pag-aplikar sa tanan sa literal nga paagi, sa usa ka panahon diin ang tanan kinahanglan nga iaplikar sa espirituwal nga paagi, mao ang iyang pagkadili makahimo sa pagtan-aw sa piho nga estruktura sa tulo ka pilo nga panaghiusa sa dragon, sa mananap, ug sa mini nga propeta. Pinaagi sa pag-ilis sa tinuod nga kahulogan sa mga simbolo og mga kahulogan nga iya lamang sa kaugalingong paghubad, ang lohika ni Smith nagwagtang sa abilidad sa pag-ila kon giunsa ang pagporma sa tulo ka pilo nga panaghiusa; ug kon giunsa kini pagporma mao ang “dakong pagsulay alang sa katawohan sa Dios nga pinaagi niini pagatukoron ang ilang walay kataposang kaluwasan.”</w:t>
      </w:r>
    </w:p>
    <w:p>
      <w:pPr>
        <w:pStyle w:val="ArticleBody"/>
        <w:jc w:val="left"/>
      </w:pPr>
      <w:r>
        <w:rPr>
          <w:rFonts w:ascii="Times New Roman" w:hAnsi="Times New Roman" w:eastAsia="Times New Roman" w:cs="Times New Roman"/>
        </w:rPr>
        <w:t>Ang sayop nga pagpadapat sa mga simbolo sa Roma mao ang usa ka paningkamot ni Satanas sa pagpugong sa katawhan sa Dios sa kataposang mga adlaw sa pagtan-aw dili lamang sa modernong Roma, kondili usab sa paagi sa pagkaporma sa modernong Roma. Ang kinahanglanon sa pag-ila sa mga kinaiyang propetiko nga nalangkit sa paghiusa sa United Nations, sa gahum sa pagkapapa, ug sa Estados Unidos naglangkob ug walay kataposang mga sangpotanan.</w:t>
      </w:r>
    </w:p>
    <w:p>
      <w:pPr>
        <w:pStyle w:val="ArticleBody"/>
        <w:jc w:val="left"/>
      </w:pPr>
      <w:r>
        <w:rPr>
          <w:rFonts w:ascii="Times New Roman" w:hAnsi="Times New Roman" w:eastAsia="Times New Roman" w:cs="Times New Roman"/>
        </w:rPr>
        <w:t>Sa basahon ni Daniel, aduna’y usa ka pinasahi nga pagsulay nga naghatag og paghatag-diin sa kamahinungdanon sa pag-ila sa mga relasyon niining tulo ka mga gahum, ug aduna pay laing pinasahi nga pagsulay nga naghatag og paghatag-diin niining mao rang mga punto sa basahon sa Pinadayag. Ang “adlaw-adlaw” sa basahon ni Daniel gisabtan ni William Miller nga mao ang paganong Roma samtang iyang gitun-an ang 2 Tesalonica. Nasabtan ni Miller gikan sa paghulagway sa matagnaong relasyon tali sa paganong Roma ug sa papadong Roma diha sa 2 Tesalonica nga ang pulong nga “adlaw-adlaw” usa ka simbolo sa paganong Roma, ug ang dulumtanan sa pagkabiniyaan busa mao ang papadong Roma.</w:t>
      </w:r>
    </w:p>
    <w:p>
      <w:pPr>
        <w:pStyle w:val="ArticleBody"/>
        <w:jc w:val="left"/>
      </w:pPr>
      <w:r>
        <w:rPr>
          <w:rFonts w:ascii="Times New Roman" w:hAnsi="Times New Roman" w:eastAsia="Times New Roman" w:cs="Times New Roman"/>
        </w:rPr>
        <w:t>Apan hinoong gipasiugda dinhi mao nga sa 2 Thessalonians ang kalabutan tali sa pagano nga Roma ug sa papal nga Roma gibutang sulod sa usa ka konteksto nga nagatudlo nga kon ug sa diha nga dili ninyo masabtan ang kalabutan niadtong duha ka mga gahum, makadawat kamo ug kusog nga limbong, ug mapukan alang sa walay katapusang kahangturan.</w:t>
      </w:r>
    </w:p>
    <w:p>
      <w:pPr>
        <w:pStyle w:val="ArticleBody"/>
        <w:jc w:val="left"/>
      </w:pPr>
      <w:r>
        <w:rPr>
          <w:rFonts w:ascii="Times New Roman" w:hAnsi="Times New Roman" w:eastAsia="Times New Roman" w:cs="Times New Roman"/>
        </w:rPr>
        <w:t>Mao kini ang maong pasidaan sa ikaunom nga hampak diin dili lamang ang dragon, nga mao ang pagano nga Roma sa 2 Thessalonians, ug ang mapintas nga mananap, nga mao ang “tawo sa sala” nianang tekstoha, kondili usab sa kapitulo sais adunay mini nga propeta. Ang teksto naghatag og gibug-aton sa kamahinungdanon sa pag-ila sa relasyon sa mga gahom nga naglangkob sa tulo-ka-bahin nga panaghiusa sa Modernong Roma, nga mao usab ang modernong Babilonia.</w:t>
      </w:r>
    </w:p>
    <w:p>
      <w:pPr>
        <w:pStyle w:val="ArticleBody"/>
        <w:jc w:val="left"/>
      </w:pPr>
      <w:r>
        <w:rPr>
          <w:rFonts w:ascii="Times New Roman" w:hAnsi="Times New Roman" w:eastAsia="Times New Roman" w:cs="Times New Roman"/>
        </w:rPr>
        <w:t>Ang panaglalis bahin sa “ang adlaw-adlaw” nagtumong gayud sa mao rang panaglalis sa kataposang mga adlaw, apan gipalapad niini ang pag-ila sa maong panaglalis pinaagi sa pagdugang sa kahinungdanon sa pagsabot sa relasyon tali sa tulo ka mga gahum nga naglangkob sa Modernong Roma. Ang pagdumili sa pagtan-aw niining kamatuoran, mao ang pagsiguro nga ang imong balos mahimong kusog nga limbong.</w:t>
      </w:r>
    </w:p>
    <w:p>
      <w:pPr>
        <w:pStyle w:val="ArticleBody"/>
        <w:jc w:val="left"/>
      </w:pPr>
      <w:r>
        <w:rPr>
          <w:rFonts w:ascii="Times New Roman" w:hAnsi="Times New Roman" w:eastAsia="Times New Roman" w:cs="Times New Roman"/>
        </w:rPr>
        <w:t>Sa kasamtangang kontrobersiya, kadtong nagaila sa Tinipong Bansa sa Amerika ingon nga mga tulisan daw dili gani makahimo sa pag-uyon sa pagsabot nganong mahinungdanon nga ang Tinipong Bansa sa Amerika sa makadaghanan girepresentar ingon nga nailalom sa poder sa papasiya imbes nga mao gayud ang mismong poder sa papasiya. Ang batakang sentido-komon nagaila nga ang gahum nga nagkontrolar sa relasyon sa politika, kasaysayan, kaminyoon, ug propesiya sa Biblia maoy giisip nga ulo, ug ang ulo mao ang nagabayaw sa iyang kaugalingon aron sa pagtukod sa panan-awon ug unya mapukan.</w:t>
      </w:r>
    </w:p>
    <w:p>
      <w:pPr>
        <w:pStyle w:val="ArticleBody"/>
        <w:jc w:val="left"/>
      </w:pPr>
      <w:r>
        <w:rPr>
          <w:rFonts w:ascii="Times New Roman" w:hAnsi="Times New Roman" w:eastAsia="Times New Roman" w:cs="Times New Roman"/>
        </w:rPr>
        <w:t>Ang lohika nga nag-ila sa Estados Unidos ingon nga mga tulisan, dili makahimo sa paggamit sa kasaysayan nga girepresentar, ug sa ulahi natuman, gikan sa 321 hangtod sa 538. Ang simbolo sa Estados Unidos kinahanglan nga mapukan una sa dili pa ikapadayag ang “tawo sa sala.” Ang “tawo sa sala” igapadayag pag-usab sa katapusang mga adlaw, ug sa dili pa kana mahitabo, ang Estados Unidos kinahanglan una nga mapukan.</w:t>
      </w:r>
    </w:p>
    <w:p>
      <w:pPr>
        <w:pStyle w:val="ArticleBody"/>
        <w:jc w:val="left"/>
      </w:pPr>
      <w:r>
        <w:rPr>
          <w:rFonts w:ascii="Times New Roman" w:hAnsi="Times New Roman" w:eastAsia="Times New Roman" w:cs="Times New Roman"/>
        </w:rPr>
        <w:t>Ang balaod sa Domingo sa Estados Unidos dili nag-ila sa Estados Unidos ingon nga Modernong Roma; nag-ila kini nga miabot na ang nasodnong kalaglagan, ug nga ang Estados Unidos hingpit nang naputol gikan sa pagkamatarong. Ang Modernong Roma nga mapadayag sa dihang ang Estados Unidos mahulog sa pagbiya sa balaod sa Domingo mao ang gahom sa kapapahan, nga niadto ug didto pa lamang nakadaug sa iyang kaalyado, ang mini nga manalagna.</w:t>
      </w:r>
    </w:p>
    <w:p>
      <w:pPr>
        <w:pStyle w:val="ArticleBody"/>
        <w:jc w:val="left"/>
      </w:pPr>
      <w:r>
        <w:rPr>
          <w:rFonts w:ascii="Times New Roman" w:hAnsi="Times New Roman" w:eastAsia="Times New Roman" w:cs="Times New Roman"/>
        </w:rPr>
        <w:t>“Ang adlaw-adlaw” diha sa basahon ni Daniel ug ang kalabutan niini sa mensahe ni William Miller, ug ang kahulogan nga ang pagsabot ni Miller nakuha gikan sa 2 Tesalonica kapitulo dos, ug ang pasidaan sa pagbantay sa imong mga bisti diha sa ikaunom nga hampak, kining tanan nagaila sa mga elemento gikan niadtong mga kontrobersiya nga naghisgot sa mga kasamtangang isyu.</w:t>
      </w:r>
    </w:p>
    <w:p>
      <w:pPr>
        <w:pStyle w:val="ArticleBody"/>
        <w:jc w:val="left"/>
      </w:pPr>
      <w:r>
        <w:rPr>
          <w:rFonts w:ascii="Times New Roman" w:hAnsi="Times New Roman" w:eastAsia="Times New Roman" w:cs="Times New Roman"/>
        </w:rPr>
        <w:t>Ang pasidaan sa 2 Thessalonians kapitulo dos sa kataposang mga adlaw mahitungod sa usa ka pundok nga nagaila sa Estados Unidos ingon nga usa ka simbolo, apan nagdumili nga mamandoan sa kahayag nga naghisgot sa relasyon sa Estados Unidos ngadto sa papal nga Roma. Sa pagbuhat niini ilang makita ang relasyon dili lamang sa papal nga Roma ug sa Estados Unidos, kondili usab sa United Nations, ang gahum sa dragon sa Pinadayag kapitulo dieciséis.</w:t>
      </w:r>
    </w:p>
    <w:p>
      <w:pPr>
        <w:pStyle w:val="ArticleBody"/>
        <w:jc w:val="left"/>
      </w:pPr>
      <w:r>
        <w:rPr>
          <w:rFonts w:ascii="Times New Roman" w:hAnsi="Times New Roman" w:eastAsia="Times New Roman" w:cs="Times New Roman"/>
        </w:rPr>
        <w:t>Sama kang Uriah Smith, A.G. Daniells, ug W.W. Prescott, nga giila ni Sister White nga dili makahimo sa pangatarungan gikan sa hinungdan ngadto sa sangpotanan, mao man usab ang mga nagdumili nga magiyahan sa giya sa matagnaong Pulong sa Dios diha sa pagpasabot niini sa relasyon niining tulo ka mga gahum sa ulahing mga adlaw.</w:t>
      </w:r>
    </w:p>
    <w:p>
      <w:pPr>
        <w:pStyle w:val="ArticleBody"/>
        <w:jc w:val="left"/>
      </w:pPr>
      <w:r>
        <w:rPr>
          <w:rFonts w:ascii="Times New Roman" w:hAnsi="Times New Roman" w:eastAsia="Times New Roman" w:cs="Times New Roman"/>
        </w:rPr>
        <w:t>Sama sa nahauna, sa karon, ug sa mga kontrobersiya ni Uriah Smith, ang kontrobersiya mahitungod sa relasyon sa tulo ka mga gahom ingon nga girepresentar diha sa 2 Thessalonians ug sa ikaunom nga hampak nagapadayag ug usa ka pribadong paghubad nga nagatudlo ngadto sa Estados Unidos, apan nagdumili sa pagtan-aw sa pipila ka propetikong mga kinaiya sa Estados Unidos nga magabutyag sa ilang sayop nga panghunahuna, ug tingali magadala kanila ngadto sa kahayag.</w:t>
      </w:r>
    </w:p>
    <w:p>
      <w:pPr>
        <w:pStyle w:val="ArticleBody"/>
        <w:jc w:val="left"/>
      </w:pPr>
      <w:r>
        <w:rPr>
          <w:rFonts w:ascii="Times New Roman" w:hAnsi="Times New Roman" w:eastAsia="Times New Roman" w:cs="Times New Roman"/>
        </w:rPr>
        <w:t>Human sa Septiyembre 11, 2001, mitungha ang kontrobersiya mahitungod sa upat ka mga insekto sa Joel. Ang kamatuoran mao nga ang mga insekto nagrepresentar sa usa ka progresibong espirituwal nga pagkahinayhinay sa Laodicean Seventh-day Adventist nga iglesia pinaagi sa pagpaila sa Katolikong ug apostatang Protestante nga teolohiya. Usab, ang husto nga pag-aplikar sa upat ka mga insekto mao ang Roma, apan ang pribadong paghubad nagaangkon nga kini mao ang Islam, nga usa ka simbolo sa bakak nga manalagna, ug busa usa ka simbolo sa Estados Unidos. Linya ibabaw sa linya, ang mga kontrobersiya gikan sa kasaysayan sa Adventismo nga atong bag-o lang gihisgutan, tanan nagasulti sa mao rang kamatuoran.</w:t>
      </w:r>
    </w:p>
    <w:p>
      <w:pPr>
        <w:pStyle w:val="ArticleBody"/>
        <w:jc w:val="left"/>
      </w:pPr>
      <w:r>
        <w:rPr>
          <w:rFonts w:ascii="Times New Roman" w:hAnsi="Times New Roman" w:eastAsia="Times New Roman" w:cs="Times New Roman"/>
        </w:rPr>
        <w:t>Ang sayop nga bahin, pinaagi sa upat ka mga saksi, nagaila sa mga tulisan ingon nga ang Tinipong Bansa sa Amerika, ug pinaagi sa duha ka mga saksi ang pagsabot sa sayop nga bahin sa Tinipong Bansa sa Amerika ingon nga usa ka simbolo sayop. Ang katapusang-panahon nga mga kandidato sa Dios aron maapil sa usa ka gatus ug kap-atan ug upat ka libo karon anaa sa usa ka propetikong pagsulay. Kini dili usa ka pagsulay nga matuman pinaagi lamang sa paghulog sa imong boto alang niining bahina o nianang bahina. Kini usa ka pagsulay nga mahimo lamang sa tinuod nga malatas sa husto kon ang mga propetikong lagda tukmang iaplikar. Aron ang Leon sa banay ni Juda makapukaw sa Iyang katawhan sa katapusang mga adlaw ngadto sa kamatuoran nga sila wala magtuon sa igo nga kalalom, Iyang gitugotan nga ang mga pagtolon-an nga mini ipasulod.</w:t>
      </w:r>
    </w:p>
    <w:p>
      <w:pPr>
        <w:pStyle w:val="ArticleBody"/>
        <w:jc w:val="left"/>
      </w:pPr>
      <w:r>
        <w:rPr>
          <w:rFonts w:ascii="Times New Roman" w:hAnsi="Times New Roman" w:eastAsia="Times New Roman" w:cs="Times New Roman"/>
        </w:rPr>
        <w:t>Ang kamatuoran nga may usa ka erehiya nga mitungha sulod niining kalihokana nagpakita nga ang atong personal nga kahimtang sa abilidad maylabot sa mga lagda sa paghubad sa tagna mas huyang kay sa angay unta. Gitukod sa Roma ang panan-awon, ug ang panan-awon sa kaulahiang mga adlaw mao ang kataposang pagsaka ug pagkapukan sa hari sa amihanan. Kana nga “hari” mao usab ang “tawo sa sala,” ug ang “tawo sa sala” mao ang “tinago sa kasal-anan,” ug kana nga “daotan.” Siya mao ang anticristo, gisimbolohan siya ingon nga ang “mga tulisan sa imong katawhan,” ug siya mao ang “ulo” sa Modernong Roma.</w:t>
      </w:r>
    </w:p>
    <w:p>
      <w:pPr>
        <w:pStyle w:val="ArticleScripture"/>
        <w:jc w:val="left"/>
      </w:pPr>
      <w:r>
        <w:rPr>
          <w:rFonts w:ascii="Times New Roman" w:hAnsi="Times New Roman" w:eastAsia="Times New Roman" w:cs="Times New Roman"/>
        </w:rPr>
        <w:t>“Ang mga nangalibog sa ilang pagsabot sa pulong, nga napakyas sa pagtan-aw sa kahulogan sa anticristo, sa pagkatinuod mopahiluna sa ilang kaugalingon sa dapig sa anticristo. Wala nay panahon karon alang kanato sa pagpasagol sa kalibotan. Si Daniel nagatindog sa iyang bahin ug sa iyang dapit. Ang mga tagna ni Daniel ug ni Juan kinahanglan masabtan. Nagahubad sila sa usag usa. Nagahatag sila sa kalibotan sa mga kamatuoran nga kinahanglan masabtan sa matag usa. Kining mga tagna kinahanglan mahimong pagpamatuod sa kalibotan. Pinaagi sa ilang katumanan niining katapusang mga adlaw, ilang ipatin-aw ang ilang kaugalingon.”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Gitukod sa Roma ang Panan-awon - Numero Disiyesiyete</dc:title>
  <dc:subject>Ang Katapusang Pagpili sa 144,000: Ang Propetikong Pagsulay sa Larawan sa Mananap</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