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Dos</w:t>
      </w:r>
    </w:p>
    <w:p>
      <w:pPr>
        <w:pStyle w:val="ArticleSubtitle"/>
        <w:jc w:val="left"/>
      </w:pPr>
      <w:r>
        <w:rPr>
          <w:rFonts w:ascii="Arial" w:hAnsi="Arial" w:eastAsia="Arial" w:cs="Arial"/>
        </w:rPr>
        <w:t>Ang Pagbangon ug Pagkapukan sa Hari sa Habagatan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Gitapos nato ang miaging artikulo pinaagi sa pagsulat, “Ang mga bersikulo 10–15 nagrepresentar sa tulo ka mga proxy war nga gipahigayon sa hari sa amihanan, ang gahom sa pagkapapa, gikan sa 1989 hangtod sa balaod sa Dominggo.” Kining tulo ka mga proxy war nagsugod sa pag-ila sa Estados Unidos diha sa bersikulo 40 ingon nga “mga karo, mga sakayan, ug mga mangangabayo.”</w:t>
      </w:r>
    </w:p>
    <w:p>
      <w:pPr>
        <w:pStyle w:val="ArticleBody"/>
        <w:jc w:val="left"/>
      </w:pPr>
      <w:r>
        <w:rPr>
          <w:rFonts w:ascii="Times New Roman" w:hAnsi="Times New Roman" w:eastAsia="Times New Roman" w:cs="Times New Roman"/>
        </w:rPr>
        <w:t>Ang sunod nga gubat-puli, nga girepresentahan sa bersikulo 11 ug sa historikal nga katumanan niini sa Gubat sa Raphia niadtong 217 BC, nahitabo tali ni Ptolemy IV Philopator, ang hari sa habagatan sa Ehipto, ug ni Antiochus the Great, nga gitawag usab nga Antiochus Magnus, sa Imperyong Seleucid. Natuman ni Antiochus ang bersikulo 10 sa dihang mibalos siya batok sa Ehipto tungod sa kapildihan sa iyang gingharian sa amihanan ug sa pagkawala sa mga kabtangan niini, ug nabawi niya pag-usab ang tibuok nga kayutaan nga kaniadto nasakmit sa gingharian sa habagatan gikan sa iyang gingharian. Gibuhat niya kini apan mihunong siya sa utlanan sa Ehipto, sa ingon nagtuman sa bersikulo 10 ug nagahulagway sa 1989.</w:t>
      </w:r>
    </w:p>
    <w:p>
      <w:pPr>
        <w:pStyle w:val="ArticleScripture"/>
        <w:jc w:val="left"/>
      </w:pPr>
      <w:r>
        <w:rPr>
          <w:rFonts w:ascii="Times New Roman" w:hAnsi="Times New Roman" w:eastAsia="Times New Roman" w:cs="Times New Roman"/>
        </w:rPr>
        <w:t>Apan ang iyang mga anak pagapukawon, ug magatigum sa usa ka panon sa dagkung mga kasundalohan; ug ang usa sa pagkatinuod moanhi, ug mounlod sama sa baha, ug molatas: unya siya mobalik, ug mapukaw pag-usab, hangtod ngadto sa iyang kuta. Daniel 11:10.</w:t>
      </w:r>
    </w:p>
    <w:p>
      <w:pPr>
        <w:pStyle w:val="ArticleBody"/>
        <w:jc w:val="left"/>
      </w:pPr>
      <w:r>
        <w:rPr>
          <w:rFonts w:ascii="Times New Roman" w:hAnsi="Times New Roman" w:eastAsia="Times New Roman" w:cs="Times New Roman"/>
        </w:rPr>
        <w:t>Ang ikaduhang proxy war mao ang Gubat sa Raphia. Ang Raphia nagkahulogan ug utlanan nga yuta. Kana nga natad sa panggubatan nagtimaan sa dapit diin si Antiochus mihunong sa iyang miaging pagsulong sa bersikulo 10. Ang tulo ka proxy wars gidumala sa kamatuoran, sa diwa nga ang nahaunang proxy war nagtugbang sa ulahing proxy war. Ang tanan nga tulo ka gubat—ang mga bersikulo 10, 11, ug unya ang ikatulong gubat sa mga bersikulo 13–15—gipakiggubat sa mao rang makasaysayanong persona sa ilang inisyal nga katumanan. Si Antiochus Magnus anaa sa matag usa sa tulo ka mga gubat, sa matagnaong paagi nagbugkos kanila ngadto sa usa ka linya. Si Antiochus modaog sa nahauna ug sa ulahi nga mga gubat, apan dili sa taliwala, diin ang hari sa habagatan maoy nagmadaogon.</w:t>
      </w:r>
    </w:p>
    <w:p>
      <w:pPr>
        <w:pStyle w:val="ArticleBody"/>
        <w:jc w:val="left"/>
      </w:pPr>
      <w:r>
        <w:rPr>
          <w:rFonts w:ascii="Times New Roman" w:hAnsi="Times New Roman" w:eastAsia="Times New Roman" w:cs="Times New Roman"/>
        </w:rPr>
        <w:t>Sama sa kahulogan sa Raphia nga utlanan nga dapit, mao man usab ang Ukraine. Ang ikaduhang proxy nga gubat, nga unang natuman pinaagi sa Gubat sa Raphia, karon nagakatuman sa gubat sa Ukraine. Si Vladimir Putin mao ang hari sa habagatan, ang profetikanhong kaliwat sa unang modernong hari sa habagatan, si Vladimir Lenin. Si Putin sa makadaghan nag-ingon nga ang tubag sa Rusya batok sa Ukraine nakabase sa usa ka gikalalisang kasabotan nga, sa paghiusa pag-usab sa Germany, ang NATO dili na mopadayon sa pagpalapad ngadto sa kanhing teritoryo sa USSR. Ang motibasyon ni Putin nagasubay sa kang Ptolemy diha sa mga bersikulo 5–9 ug sa kang Napoleon niadtong 1797. Silang tulo ka mga hari sa habagatan nagpangatarungan sa ilang mga lihok batok sa hari sa amihanan pinasikad sa usa ka gilapas nga kasabotan.</w:t>
      </w:r>
    </w:p>
    <w:p>
      <w:pPr>
        <w:pStyle w:val="ArticleBody"/>
        <w:jc w:val="left"/>
      </w:pPr>
      <w:r>
        <w:rPr>
          <w:rFonts w:ascii="Times New Roman" w:hAnsi="Times New Roman" w:eastAsia="Times New Roman" w:cs="Times New Roman"/>
        </w:rPr>
        <w:t>Sumala sa Isaias 23, ang bigaon sa Tiro, nga nagrepresentar sa gahum sa pagka-papa, pagahikalimtan sulod sa kapitoan ka tuig, ingon sa mga adlaw sa usa ka hari—usa ka yugto nga sa makadaghan gipakita nga mao ang panahon sa diha nga ang ikaunom nga gingharian sa tagna sa Biblia, ang mapintas nga mananap sa yuta sa Pinadayag 13 (ang Tinipong Bansa sa Amerika), nagmando.</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human sa katapusan sa kapitoan ka tuig ang Tiro moawit sama sa usa ka bigaon. Pagkuha ug alpa, libota ang siyudad, ikaw nga bigaon nga hingkalimtan; paghimo ug matam-is nga alawiton, pag-awit ug daghang mga awit, aron ikaw mahinumdoman. Ug mahitabo nga human sa katapusan sa kapitoan ka tuig, ang Ginoo moduaw sa Tiro, ug siya mobalik sa iyang suhol, ug magpakighilawas uban sa tanang mga gingharian sa kalibotan ibabaw sa nawong sa yuta. Isaias 23:15–17.</w:t>
      </w:r>
    </w:p>
    <w:p>
      <w:pPr>
        <w:pStyle w:val="ArticleBody"/>
        <w:jc w:val="left"/>
      </w:pPr>
      <w:r>
        <w:rPr>
          <w:rFonts w:ascii="Times New Roman" w:hAnsi="Times New Roman" w:eastAsia="Times New Roman" w:cs="Times New Roman"/>
        </w:rPr>
        <w:t>Ang simbolikong yugto sa kapitoan ka tuig naglangkob gikan sa 1798 ngadto sa balaod sa Domingo, nga mao ang kasaysayan nga gihulagway sa bersikulo 40. Dili pa hangtod sa katapusan sa kapitoan ka tuig, o sa pag-abot sa balaod sa Domingo, nga ang bigaon mopakita pag-usab. Tungod niini, ang pakiggubat sa tulo ka mga gubat diha sa mga bersikulo 10–15 gidumala pinaagi sa usa ka puli sa gahum sa kapapahan, kay sa panan-aw sa tagna siya nahikalimtan niining panahona.</w:t>
      </w:r>
    </w:p>
    <w:p>
      <w:pPr>
        <w:pStyle w:val="ArticleBody"/>
        <w:jc w:val="left"/>
      </w:pPr>
      <w:r>
        <w:rPr>
          <w:rFonts w:ascii="Times New Roman" w:hAnsi="Times New Roman" w:eastAsia="Times New Roman" w:cs="Times New Roman"/>
        </w:rPr>
        <w:t>Sa una ug katapusang mga puli nga gubat, ang hari sa amihan mopildi sa hari sa habagatan. Sa tunga-tungang gubat, ang hari sa habagatan mopildi sa hari sa amihan. Ang Gubat sa Raphia mao ang nahaunang makasaysayanong katumanan sa bersikulo 11, ug ang bersikulo ug ang ilang makasaysayanong katumanan naglangkob sa duha ka mga saksi nga pagahiuson uban sa magkaparehong mga tudling sa papa nga Roma sa iyang tulo ug tunga ka propetikong mga adlaw sa paghari. Busa, duha ka mga tudling sa Kasulatan sulod sa Daniel 11, inubanan sa ilang mga makasaysayanong katumanan, nagapadayag sa mga propetikong kinaiya sa gubat sa utlanan diha sa bersikulo 11, nga unang natuman sa Gubat sa Raphia ug unya pag-usab sa panahon sa katapusan niadtong 1798.</w:t>
      </w:r>
    </w:p>
    <w:p>
      <w:pPr>
        <w:pStyle w:val="ArticleBody"/>
        <w:jc w:val="left"/>
      </w:pPr>
      <w:r>
        <w:rPr>
          <w:rFonts w:ascii="Times New Roman" w:hAnsi="Times New Roman" w:eastAsia="Times New Roman" w:cs="Times New Roman"/>
        </w:rPr>
        <w:t>Kining mga linya sa pagpamatuod nagapadayon nga si Vladimir Putin mao ang katapusang Vladimir sa modernong hari sa habagatan. Ang “Vladimir” kasagarang gihubad nga nagakahulugang “manggagahom sa kalibotan,” apan ang pulong nga *mir* husto usab nga nagakahulugang “komunidad.” Busa, ang Vladimir nagakahulugang “manggagahom sa komunidad,” o “manggagahom sa komunismo.” Gipaila ni Putin ang iyang pagkalambigit sa Ukraine nga pinasikad sa usa ka gilapas nga kasabutan nga nagtubag sa iyang mga kabalaka mahitungod sa pagsulong sa NATO lapas sa mga utlanan nga gikasabutan human sa paghiusa pag-usab sa Alemanya. Ang direksiyon ni Putin nakaumol batok sa NATO ug sa EU sa samang gidak-on nga kini nakaumol batok kang Zelenskyy ug sa Ukraine. Ang pagsulong sa NATO ug sa EU ngadto sa teritoryo nga giinsistihan ni Putin nga kinahanglan magpabiling walay NATO nagkatakdo sa kapungot ni Ptolemy sa dihang gibutang sa daplin sa hari nga Seleucid ang prinsesang pangasaw-onon sa Ehipto pabor sa iyang unang asawa. Kadtong gilapas nga kasabotan nagatudlo ngadto sa umaabot sa gilapas nga Tratado sa Tolentino niadtong 1797. Sa Daniel 11, sa dihang modaug ang hari sa habagatan batok sa hari sa amihanan, nalangkit niini ang usa ka gilapas nga kasabotan.</w:t>
      </w:r>
    </w:p>
    <w:p>
      <w:pPr>
        <w:pStyle w:val="ArticleBody"/>
        <w:jc w:val="left"/>
      </w:pPr>
      <w:r>
        <w:rPr>
          <w:rFonts w:ascii="Times New Roman" w:hAnsi="Times New Roman" w:eastAsia="Times New Roman" w:cs="Times New Roman"/>
        </w:rPr>
        <w:t>Kining nabungkag nga kasabotan may kalabotan sa pagdumili sa EU sa pagpugong sa pagpalapad sa NATO lapas sa mga utlanan niini sa dihang nahiusa pag-usab ang Alemanya. Niining diwa, si Putin, ang hari sa habagatan, anaa sa usa ka gubat batok sa hari sa amihanan, nga girepresentahan sa iyang puli nga gahum. Maingon nga ang mga Nazi sa Ikaduhang Gubat sa Kalibotan maoy puli alang sa Simbahang Katolika, ang mga Nazi sa Ukraine nahimong simbolo sa ikaduhang puli nga gubat sa mga bersikulo 10–15. Tulo ka mga gubat sa kalibotan ug tulo ka mga puli nga gubat—ug sa duha ka mga linya, ang mga Nazi mao ang puli nga representante sa Simbahang Katolika panahon sa taliwala nga panagbangi.</w:t>
      </w:r>
    </w:p>
    <w:p>
      <w:pPr>
        <w:pStyle w:val="ArticleBody"/>
        <w:jc w:val="left"/>
      </w:pPr>
      <w:r>
        <w:rPr>
          <w:rFonts w:ascii="Times New Roman" w:hAnsi="Times New Roman" w:eastAsia="Times New Roman" w:cs="Times New Roman"/>
        </w:rPr>
        <w:t>Sa tulo ka orihinal nga historikal nga katumanan niining mga proxy nga gubat, si Antiochus Magnus anaa sa matag panggubatan. Kanunay nang gipakita kon giunsa sa etimolohiya sa “Antiochus” ug sa simbolismo nga nalangkit sa gingharian sa Seleucid ingon nga hari sa amihanan pag-ila kang Antiochus isip simbolo sa anticristo—ang papa sa Roma. Apan sa kasaysayan sa tulo ka proxy nga gubat, ang bigaon sa Tiro hingkalimtan, busa ang simbolo sa “papa” nga girepresentahan sa ngalang “Antiochus” nagbarug alang sa iyang gahom nga proxy. Sa nahaunang ug sa kataposang mga gubat, mao ang Tinipong Bansa sa Amerika nga dayag nga nagabuhat sa kabubut-on sa Roma. Sa bersikulo 11, ang gahom nga proxy mao ang Nazismo sa Ukraine, apan kaniadto ug hangtod karon ang mga sakayan ug mga carro sa Tinipong Bansa sa Amerika maoy nagsangga kang Zelenskyy sa gubat. Sa gawas nga dagway sa ikaduhang proxy nga gubat, ang Tinipong Bansa sa Amerika natago, maingon man ang papa sulod sa kapitoan ka tuig sa Isaias 23. Ang Tinipong Bansa sa Amerika natago sa mismong kasaysayan diin naugmad niini ang tanang mga kinaiya sa mananap, nga naghimo niini nga haom sa tagna nga, sa dihang ang ikaduhang proxy nga gubat nagpadayon na, ang Tinipong Bansa sa Amerika gitabonan sa gahom nga proxy sa Nazismo sa Ukraine, bisan pa niana nagpabilin kini nga militar ug ekonomikong kusog sa mananap sa yuta nga nagasangga sa Ukraine hangtod sa ilang pagkalaglag.</w:t>
      </w:r>
    </w:p>
    <w:p>
      <w:pPr>
        <w:pStyle w:val="ArticleBody"/>
        <w:jc w:val="left"/>
      </w:pPr>
      <w:r>
        <w:rPr>
          <w:rFonts w:ascii="Times New Roman" w:hAnsi="Times New Roman" w:eastAsia="Times New Roman" w:cs="Times New Roman"/>
        </w:rPr>
        <w:t>Sa dihang ang hari sa habagatan miadto sa Babilonya ug gibihag ang hari sa amihanan, ug usab sa dihang gibihag ni Heneral Berthier ang papa, misulod siya dayon sa Vaticano nga nagpasabot nga ang gubat sa Ukraine matapos pinaagi sa kadaugan ni Putin sa usa ka panahon nga ang tanang pagbatok gikan sa Ukraine mawagtang na. Ang gingharian nga nadakpan ni Ptolemy mao ang Babilonya, ug ang gingharian nga nadakpan ni Napoleon mao ang espirituwal nga Babilonya. Busa, ang gingharian ni Zelenskyy girepresentahan niadtong mga sakop nga naghatag kaniya ug suporta. Karon nga giatras na ni Trump ang suporta sa mga karo, mga mangangabayo, ug mga sakayan sa mananap sa yuta, ang suporta sa Ukraine mao ang EU, mao gayud ang pundok nga dili buot maminaw sa mga pag-angkon ni Putin mahitungod sa gilapas nga kasabotan kalabot sa pagsulong sa NATO.</w:t>
      </w:r>
    </w:p>
    <w:p>
      <w:pPr>
        <w:pStyle w:val="ArticleBody"/>
        <w:jc w:val="left"/>
      </w:pPr>
      <w:r>
        <w:rPr>
          <w:rFonts w:ascii="Times New Roman" w:hAnsi="Times New Roman" w:eastAsia="Times New Roman" w:cs="Times New Roman"/>
        </w:rPr>
        <w:t>Ang pilosopiya nga nagmando sa mga eurocrat sa EU mao ang kalihukan sa Greenpeace. Tungod niini, ang kahulogan sa Zelenskyy mao ang “berde.” Si Zelenskyy mao ang simbolikong ulo sa mga mahigugmaon sa gubat sa EU nga ginamandoan sa binuang nga pangkalibotang adyenda sa environmentalismo. Sa dihang matapos na ang gubat sa Ukraine, saulogon ni Putin dili lamang ang usa ka kadaugan batok sa Ukraine, kondili batok sa tibuok EU ug NATO.</w:t>
      </w:r>
    </w:p>
    <w:p>
      <w:pPr>
        <w:pStyle w:val="ArticleBody"/>
        <w:jc w:val="left"/>
      </w:pPr>
      <w:r>
        <w:rPr>
          <w:rFonts w:ascii="Times New Roman" w:hAnsi="Times New Roman" w:eastAsia="Times New Roman" w:cs="Times New Roman"/>
        </w:rPr>
        <w:t>Busa ang tulo ka proxy war nagdala sa timaan sa kamatuoran. Sa nahaunang ug sa katapusang proxy war, ang hari sa habagatan mapildi pinaagi sa usa ka alyansa tali sa mananap sa dagat ug sa mananap sa yuta sa Pinadayag trese. Sa sinugdanan, ang kadaugan alang sa hari sa amihanan nahitabo pinaagi sa usa ka alyansa uban sa usa ka konserbatibo, Vatican I nga papa, kinsa sa konteksto sa mga sekreto sa Fatima sa tradisyon sa Katolisismo mao ang puti o maayong papa. Ang kasamtangang papa, nga sa akong pagsulat niini anaa na sa iyang himalatyon nga higdaanan, usa ka Vatican II, liberal nga papa, kinsa sa konteksto sa mga sekreto sa Fatima mao ang itom o daotang papa.</w:t>
      </w:r>
    </w:p>
    <w:p>
      <w:pPr>
        <w:pStyle w:val="ArticleBody"/>
        <w:jc w:val="left"/>
      </w:pPr>
      <w:r>
        <w:rPr>
          <w:rFonts w:ascii="Times New Roman" w:hAnsi="Times New Roman" w:eastAsia="Times New Roman" w:cs="Times New Roman"/>
        </w:rPr>
        <w:t>Ang bersikulo katorse nagpaila nga sa dihang ang “mga tulisan sa imong katawhan” nga nagpataas sa ilang kaugalingon ug nangapukan, mosulod sa matagnaong kasaysayan, ang panan-awon mapalig-on. Sa katumanan sa mga bersikulo trese hangtod kinse diha sa Gubat sa Panium niadtong 200 BC, ang paganong Roma misulod sa mga butang nga may kalabotan nianang maong gubat. Sa tulo ka bersikulo nga naghisgot sa Gubat sa Panium, ang bersikulo katorse nagpaila nga ang panan-awon mapalig-on pinaagi sa Roma.</w:t>
      </w:r>
    </w:p>
    <w:p>
      <w:pPr>
        <w:pStyle w:val="ArticleBody"/>
        <w:jc w:val="left"/>
      </w:pPr>
      <w:r>
        <w:rPr>
          <w:rFonts w:ascii="Times New Roman" w:hAnsi="Times New Roman" w:eastAsia="Times New Roman" w:cs="Times New Roman"/>
        </w:rPr>
        <w:t>Sa Gubat sa Panium sa kasaysayan, usa ka konserbatibo, maputing papa sa Vatican I makighiusa sa ulahi sa walo ka mga presidente nga nagsugod sa panahon ni Reagan, nga kaniadto nakig-alyansa sa usa ka konserbatibong papa sa Vatican I. Gibuhat nila kini niadtong 1989 aron mapukan ang kanhing USSR, ug sa katapusan buhaton nila kini aron mapukan ang katapusang magmamando nianang maong gingharian.</w:t>
      </w:r>
    </w:p>
    <w:p>
      <w:pPr>
        <w:pStyle w:val="ArticleBody"/>
        <w:jc w:val="left"/>
      </w:pPr>
      <w:r>
        <w:rPr>
          <w:rFonts w:ascii="Times New Roman" w:hAnsi="Times New Roman" w:eastAsia="Times New Roman" w:cs="Times New Roman"/>
        </w:rPr>
        <w:t>Sa mga tuig ni Reagan ug pinaagi sa alyansa ni Papa Juan Pablo II ug sa USA, si Juan Pablo II mituo nga siya mao ang maayong papa sa mga panagna sa Fatima. Tungod sa maong kombiksyon, nagsugod siya sa paglibot sa kalibotan aron ipasiugda ang iyang nasabtan nga katumanan sa mga gitagna sa Fatima. Sa pagbuhat niini nahimo siyang labing nanglakaw nga papa sa kasaysayan, ingon man ang labing inila nga papa sa tanang panahon, samtang iyang gituman ang panagna sa Pinadayag 13 nga moabot ang usa ka panahon nga ang tibuok kalibotan mahibulong sa mananap. Ang publikong dagway ni Papa Juan Pablo II nagtimaan sa konserbatibong papa sa Vaticano I nga mosulod sa usa ka alyansa uban sa kataposang presidente sa USA.</w:t>
      </w:r>
    </w:p>
    <w:p>
      <w:pPr>
        <w:pStyle w:val="ArticleBody"/>
        <w:jc w:val="left"/>
      </w:pPr>
      <w:r>
        <w:rPr>
          <w:rFonts w:ascii="Times New Roman" w:hAnsi="Times New Roman" w:eastAsia="Times New Roman" w:cs="Times New Roman"/>
        </w:rPr>
        <w:t>Busa, usa sa mga profetikong kinaiya sa kasamtangang papa sa panahon ni Reagan mao nga adunay usa ka punto diin ang iyang publikong dagway gimarkahan ingon nga usa ka ilhanan sa dalan. Kana nga marka anaa sa bersikulo katorse, sa dihang ang mga tulisan sa imong katawhan motukod sa panan-awon. Gituman ni Papa Juan Pablo II ang usa ka profetikong kinaiya sa pagkaangkon nga mao ang papa nga gihinganghaan sa tibook kalibotan, sa ingon nagpunting ngadto sa konserbatibong papa sa Vatican I sa katapusan nga panahon nga mosulod sa usa ka alyansa uban kang Trump. Sa dihang mahitabo kana, ang panan-awon matukod, ug ang nagatukod sa panan-awon mao ang papa nga mosulod sa iyang kaugalingon ngadto sa kasaysayan sa Panium ug sa tuig 200 BC.</w:t>
      </w:r>
    </w:p>
    <w:p>
      <w:pPr>
        <w:pStyle w:val="ArticleBody"/>
        <w:jc w:val="left"/>
      </w:pPr>
      <w:r>
        <w:rPr>
          <w:rFonts w:ascii="Times New Roman" w:hAnsi="Times New Roman" w:eastAsia="Times New Roman" w:cs="Times New Roman"/>
        </w:rPr>
        <w:t>Ang sinugdanan sa walo ka mga presidente naghulagway sa katapusan sa walo ka mga presidente, ug sa wala pa gayod ang balaod sa Domingo sa bersikulo sais, ang bigaon sa Tiro nga hingkalimtan mibalik ngadto sa bukás nga kasaysayan samtang siya naghimog pakigsaad uban sa katugbang ni Reagan, si Donald Trump. Magkauban, sumala sa gihulagway pinaagi sa pakigsaad ni Antiochus ug ni Felipe sa Macedonia, ilang pukanon ang kataposang kaliwatan sa gingharian sa habagatan nga girepresentahan sa batang hari nga si Ptolemy. Ang usa ka bata sa tagna sa Biblia maoy simbolo sa kataposang kaliwatan, ug human sa gubat sa Ukraine si Putin mosubli sa kasaysayan sa mga hari sa habagatan nga ginabayaw tungod sa mga kadaugan sa militar ug mawagtang sa ilang dalan diha sa usa ka matang sa suliran tali sa iglesia ug estado.</w:t>
      </w:r>
    </w:p>
    <w:p>
      <w:pPr>
        <w:pStyle w:val="ArticleBody"/>
        <w:jc w:val="left"/>
      </w:pPr>
      <w:r>
        <w:rPr>
          <w:rFonts w:ascii="Times New Roman" w:hAnsi="Times New Roman" w:eastAsia="Times New Roman" w:cs="Times New Roman"/>
        </w:rPr>
        <w:t>Busa, ang bersikulo 10, nga nagrepresentar sa 1989 ug sa unang proxy war, mao ang sinugdanan, o ang unang letra sa Hebreohanong alpabeto. Ang Gubat sa Raphia sa bersikulo 11, nga nagrepresentar sa gubat sa Ukraine, mao ang ikanapulog-tulo nga letra sa Hebreohanong alpabeto. Ang numero 13 usa ka simbolo sa pagrebelde, ug ang proxy army sa gubat sa Ukraine mao ang mga Nazi, ang nag-unang simbolo sa pagrebelde sa modernong kalibotan. Ang Panium mao ang kataposang letra sa Hebreohanong alpabeto, nga gilangkuban sa kawhaan ug duha ka letra. Busa, ang Hebreohanong pulong nga kamatuoran, nga naporma pinaagi sa paghiusa sa una, ikanapulog-tulo, ug ikakawhaan ug duha nga mga letra sa alpabeto aron maporma ang Hebreohanong pulong nga “kamatuoran,” nagaila sa estruktura niining tulo ka proxy war ingon nga kamatuoran. Ang ikakawhaan ug duha ug kataposang letra sa Hebreohanong alpabeto usa ka simbolo sa pagka-Diyos nga gihiusa uban sa pagkatawo, ug ang katumanan sa Gubat sa Panium sa haduol nga umaabot mahitabo sa panahon sa pagkapresidente ni Trump. Si Trump mao ang ikakawhaan ug duha nga presidente nga nakaserbisyo og duha ka termino.</w:t>
      </w:r>
    </w:p>
    <w:p>
      <w:pPr>
        <w:pStyle w:val="ArticleBody"/>
        <w:jc w:val="left"/>
      </w:pPr>
      <w:r>
        <w:rPr>
          <w:rFonts w:ascii="Times New Roman" w:hAnsi="Times New Roman" w:eastAsia="Times New Roman" w:cs="Times New Roman"/>
        </w:rPr>
        <w:t>Ang Panium adunay duruha ka pagpamatuod sa usa ka duruha ka pilo nga pakigsaad, ug sa duha ka mga reperensiya ang maong pakigsaad nagrepresentar sa usa ka pakigsaad nga nag-ila sa usa ka herarkikal nga relasyon tali sa duha ka mga partido. Ang pakigsaad tali kang Felipe ug Antiochus maoy estratehiko, nga gitumong sa pagsanta sa impluwensiya sa mga Ptolemaico ug sa mga Romano sa sidlakang Mediteraneo. Apan, ang ilang kolaborasyon wala magpokus sa Gubat sa Panium mismo—si Antiochus maoy nagpatuman niining kampanya nga nag-inusara, nga walay tuwirang pag-apil militar ni Felipe. Ang papel ni Felipe labaw nga dili diretso, nga naghatag ug politikal ug estratehikong suporta pinaagi sa pagpaugbos sa mga kaalyado sa Romano ug sa Ptolemaico sa Gresya ug sa Aegean, nga nagtugot kang Antiochus sa pagpokus sa Coele-Syria. Ang mga historyador tanan nag-ila nga si Antiochus mao ang labi pang gamhanan sa maong pakigsaad, ug nga si Antiochus lamang gayod ang nakiggubat sa maong gubat. Ang ilang pakigsaad may kalabutan sa mas halapad nga dapit nga nahisumpay sa kanhing gingharian ni Alejandro. Busa, ang pakigsaad adunay nag-unang pangulo ug usa ka ubos nga sakop, ingon sa girepresentahan sa ngalan nga Caesarea-Philippi, ang ngalan sa Panium sa dihang si Cristo naglakaw sa taliwala sa mga tawo. Busa, ang Caesarea-Philippi nagkauyon kang Antiochus ug Felipe, kay si Cesar mao ang labi pang gamhanan sa maong pakigsaad nga gisimbuloan ni Cesar Augusto ug ni Herodes Felipe nga tetrarka.</w:t>
      </w:r>
    </w:p>
    <w:p>
      <w:pPr>
        <w:pStyle w:val="ArticleBody"/>
        <w:jc w:val="left"/>
      </w:pPr>
      <w:r>
        <w:rPr>
          <w:rFonts w:ascii="Times New Roman" w:hAnsi="Times New Roman" w:eastAsia="Times New Roman" w:cs="Times New Roman"/>
        </w:rPr>
        <w:t>Ang pulong “Tetrarch” nagkahulogan ug magmamando sa ikaupat nga bahin. Si Caesar nagmando sa tibuok gingharian, ug si Felipe nagmando sa ikaupat nga bahin sa usa ka teritoryo, sa ingon gibutang ang simbolo ni Felipe sa usa ka suhetibong relasyon sulod sa mga pakigsaad sa Panium ug Caesarea-Philippi. Diha kang Herodes Felipe makita nato ang simbolo sa duha ka kaliwatan sa dugo nga kapwa mga simbolo sa usa ka nabungkag nga pakigsaad nga relasyon sa Dios. Makita usab nato ang mga lanog sa ikaupat nga bahin sa pagkabahin sa gingharian ni Alexander ngadto sa upat ka mga bahin, o upat ka mga tetrarch. Ang Felipe nagkahulogan ug mahigugmaon sa mga kabayo.</w:t>
      </w:r>
    </w:p>
    <w:p>
      <w:pPr>
        <w:pStyle w:val="ArticleBody"/>
        <w:jc w:val="left"/>
      </w:pPr>
      <w:r>
        <w:rPr>
          <w:rFonts w:ascii="Times New Roman" w:hAnsi="Times New Roman" w:eastAsia="Times New Roman" w:cs="Times New Roman"/>
        </w:rPr>
        <w:t>Sa Gubat sa Panium nga matuman sa katapusan sa gubat sa Ukraine, si Antiochus Magnus, ang Tinipong Bansa sa Amerika, mopildi sa Rusya ug mosulod ngadto sa usa ka pakig-alyansa uban sa usa ka labing gamay nga magdudula nga girepresentahan ni Felipe. Kining labing gamay nga magdudula maapil, apan dili diretso sa gubat. Ang gubat mahitabo tali sa USA ug kang Putin, nga dayag nga adunay tuwirang kalambigitan sa usa ka relihiyosong kontrobersiya nga napamunga sa kasuko ug pagkamapahitas-on ni Putin, ingon sa gihulagway ni Ptolemy IV Philopator human sa Gubat sa Raphia, ug usab ni Haring Uzziah sa Juda. Si Ptolemy ug si Uzziah mga habagatang hari nga gipasaka sa pagkamapahitas-on tungod sa ilang kalampusan sa militar, ug unya nangandoy sa pagkuha sa usa ka balaang buluhaton nga angay lamang pagabuhaton sa mga pari. Si Uzziah gisilotan sa sanla tungod sa iyang mga paningkamot, ug si Ptolemy, sa kapungot, mipatay ug 50,000 ka mga Judio sa Alejandria.</w:t>
      </w:r>
    </w:p>
    <w:p>
      <w:pPr>
        <w:pStyle w:val="ArticleBody"/>
        <w:jc w:val="left"/>
      </w:pPr>
      <w:r>
        <w:rPr>
          <w:rFonts w:ascii="Times New Roman" w:hAnsi="Times New Roman" w:eastAsia="Times New Roman" w:cs="Times New Roman"/>
        </w:rPr>
        <w:t>Ang bersikulo trese nag-ila sa gubat tali sa kataposang kaliwatan sa modernong hari sa komunidad, o komunismo, nga mao ang Russia ni Vladimir Putin, ug sa USA. Midaug si Trump sa maong gubat, apan gibuhat niya kini uban sa usa ka kaalyado gikan sa ikaupat nga bahin sa gingharian, nga sa pagkatinuod wala didto sa gubat. Haduol na kita sa kataposan sa bersikulo onse sumala sa gipamatud-an sa kasamtangang mga panghitabo. Magmadaogon si Putin batok sa Ukraine, ingon sa gilarawan sa Raphia. Dayon magsugod ang iyang hinayhinay nga kapildihan, ingon sa gilarawan pinaagi kang Uzziah nga gibutang sa usa ka balay hangtod sa iyang kamatayon tungod sa sanla. Human sa iyang kadaugan sa Raphia niadtong 217 BC, ang paghari ni Ptolemy IV Philopator nagkadaut tungod sa korapsyon, pagpatuyang, ug pagsalig sa walay prinsipyo nga mga magtatambag. Namatay siya niadtong 204 BC, lagmit gipatay o gihiloan sa iyang mga ministro nga sila si Sosibius ug Agathocles, isip kabahin sa usa ka panagkunsabo aron maseguro ang gahum alang sa iyang batan-ong anak nga si Ptolemy V. Kining malisud ug gubot nga kataposan nagpakita sa kawalay-kalig-on ug mga intryga nga kasagaran sa mga harianong hukmanan sa Hellenistiko, ug nagtimaan sa usa ka mahinungdanong pagbalhin sa pagkunhod sa Ptolemaic nga Ehipto.</w:t>
      </w:r>
    </w:p>
    <w:p>
      <w:pPr>
        <w:pStyle w:val="ArticleBody"/>
        <w:jc w:val="left"/>
      </w:pPr>
      <w:r>
        <w:rPr>
          <w:rFonts w:ascii="Times New Roman" w:hAnsi="Times New Roman" w:eastAsia="Times New Roman" w:cs="Times New Roman"/>
        </w:rPr>
        <w:t>Usa ka kinaiya sa espirituwal nga katumanan sa hari sa habagatan nga gihulagway pinaagi sa literal nga mga katumanan nga nahitabo sa pakigbisog alang sa pagdominar sa kalibotan human sa kamatayon ni Alexander mao ang “rebolusyon.” Ang France nahimong espirituwal nga hari sa habagatan sa kapanahonan sa Rebolusyong Pranses. Ang moderno nga hari sa habagatan, ang Russia, natawo sa Rebolusyong Ruso. Maingon nga ang pilosopiya nga gipaila sa Rebolusyong Pranses naghamtong gikan sa anarkiya sa Rebolusyong Pranses ngadto sa komunismo sa Rebolusyong Sobyet, mao usab kana ang usa ka kinaiya sa hari sa habagatan. Ang komunismo mikaylap sa tibuok kalibotan pinaagi sa mga rebolusyon.</w:t>
      </w:r>
    </w:p>
    <w:p>
      <w:pPr>
        <w:pStyle w:val="ArticleBody"/>
        <w:jc w:val="left"/>
      </w:pPr>
      <w:r>
        <w:rPr>
          <w:rFonts w:ascii="Times New Roman" w:hAnsi="Times New Roman" w:eastAsia="Times New Roman" w:cs="Times New Roman"/>
        </w:rPr>
        <w:t>Sa makabag-ong mga panahon, ang CIA pinaagi sa paggamit ug mga Ahensiyang Dili Pang-Gobyerno nagtrabaho aron ibagsak ang mga nasod sa tibuok kalibotan, ug ang lakang-sa-lakang nga laraw nga ilang balik-balik nga gigamit mao ang gitawag nga mga kolor nga rebolusyon. Ang hari sa habagatan usa ka gahom sa dragon, ug ang mga globalista usab mao ang gahom sa dragon, ug ang mga kolor nga rebolusyon sa CIA mga timailhan sa usa ka gahom sa dragon. Ang kasaysayan sa Pransiya isip espirituwal nga hari sa habagatan naglangkob ug usa ka talagsaong kasaysayan nga nagtimaan sa pagtapos nianang partikular nga linya sa tagna.</w:t>
      </w:r>
    </w:p>
    <w:p>
      <w:pPr>
        <w:pStyle w:val="ArticleBody"/>
        <w:jc w:val="left"/>
      </w:pPr>
      <w:r>
        <w:rPr>
          <w:rFonts w:ascii="Times New Roman" w:hAnsi="Times New Roman" w:eastAsia="Times New Roman" w:cs="Times New Roman"/>
        </w:rPr>
        <w:t>Kining konklusyon girepresentahan ni Napoleon. Ang Rebolusyong Pranses nagtimaan sa sinugdanan sa Pransiya ingon nga hari sa habagatan, ug si Napoleon nagtimaan sa iyang katapusan. Giila sa mga historyador ang usa ka sunod-sunod nga mga lakang nga mitultol kang Napoleon ngadto sa iyang Waterloo, sa ingon nagpaila sa usa ka progresibong pagtapos sa unang espirituwal nga hari sa habagatan, sukwahi sa Babilonia ug kang Belshazzar nga nasakop sulod sa usa ka gabii. Ang unang Vladimir sa modernong hari sa habagatan, si Vladimir Lenin, namatay sulod sa duha ka tuig tungod sa sunod-sunod nga mga stroke. Ang uban nangagpas nga gihiloan siya ni Joseph Stalin, maingon nga ang uban usab nangagpas nga si Ptolemy IV gihiloan sa iyang mga magtatambag. Ang katapusan sa modernong hari sa habagatan, ingon nga girepresentahan sa Unyong Sobyet, natuman usab pinaagi sa usa ka rebolusyon.</w:t>
      </w:r>
    </w:p>
    <w:p>
      <w:pPr>
        <w:pStyle w:val="ArticleBody"/>
        <w:jc w:val="left"/>
      </w:pPr>
      <w:r>
        <w:rPr>
          <w:rFonts w:ascii="Times New Roman" w:hAnsi="Times New Roman" w:eastAsia="Times New Roman" w:cs="Times New Roman"/>
        </w:rPr>
        <w:t>Ang protesta sa Moscow nga nakaamot sa pagkapukan sa USSR mao ang halapad nga publikong pagsukol sa panahon sa Coup sa Agosto 1991 (Agosto 19–21, 1991). Kining hitaboa, nga nasentro sa pagdepensa sa White House ug sa pagpangulo ni Boris Yeltsin, direktang nakapahuyang sa mga hardliner sa Soviet, nagpadayag sa kahuyang sa rehimen, ug nagpaspas sa pagkapukan sa USSR. Bisan tuod ang mas sayong mga protesta sa Moscow (pananglitan, 1987–1990) ug ang Baltic Way (1989) nakapalig-on sa dagan, ang mga protesta sa Agosto 1991 mao ang mahinungdanong punto sa pagbalhin sa Moscow, nga miresulta sa pagbungkag sa Soviet Union sa katapusan sa 1991. Ang sinugdanan sa Russia ingon nga hari sa habagatan nagsugod ug natapos diha sa rebolusyon. Ang katapusan sa USSR usa ka hinay-hinay nga pagkatibulaag sa gingharian, maingon man kang Ptolemy, Uzziah, Napoleon ug bisan kang Vladimir Lenin. Ang katapusan ni Putin usa ka hinay-hinay nga pagkapukan, nga magsugod dayon sa dihang mahuman na ang gubat sa Ukraine. Ang iyang katapusan pagadad-on sa Gubat sa Panium, sa dihang ang USA mopugong sa gingharian, samtang modawat ug suporta gikan sa usa ka kaalyado nga sa pagkatinuod wala anaa sa maong gubat.</w:t>
      </w:r>
    </w:p>
    <w:p>
      <w:pPr>
        <w:pStyle w:val="ArticleBody"/>
        <w:jc w:val="left"/>
      </w:pPr>
      <w:r>
        <w:rPr>
          <w:rFonts w:ascii="Times New Roman" w:hAnsi="Times New Roman" w:eastAsia="Times New Roman" w:cs="Times New Roman"/>
        </w:rPr>
        <w:t>Padayonon nato kining mga linya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Dos</dc:title>
  <dc:subject>Ang Pagbangon ug Pagkapukan sa Hari sa Habagatan</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