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Sais</w:t>
      </w:r>
    </w:p>
    <w:p>
      <w:pPr>
        <w:pStyle w:val="ArticleSubtitle"/>
        <w:jc w:val="left"/>
      </w:pPr>
      <w:r>
        <w:rPr>
          <w:rFonts w:ascii="Arial" w:hAnsi="Arial" w:eastAsia="Arial" w:cs="Arial"/>
        </w:rPr>
        <w:t>Mga Propetikong Timailhan sa Daniel 11: Ang Pagkahugno sa USSR, ang Balaod sa Domingo, ug ang Pagbangon sa Modernong Roma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Sa pagkapukan sa USSR niadtong 1989, natuman ang bersikulo kwarenta sa Daniel onse. Ang bersikulo kwarenta ug usa mao ang balaod sa Domingo sa Tinipong Bansa, maingon man ang bersikulo disi-sais. Gikan sa 1989 hangtod sa balaod sa Domingo sa Tinipong Bansa, walay sulod ang bersikulo kwarenta. Ang pagkapukan sa USSR niadtong 1989 giila usab diha sa bersikulo diyes sa Daniel onse, nga sa sinugdan natuman pinaagi kang Antiochus Magnus.</w:t>
      </w:r>
    </w:p>
    <w:p>
      <w:pPr>
        <w:pStyle w:val="ArticleBody"/>
        <w:jc w:val="left"/>
      </w:pPr>
      <w:r>
        <w:rPr>
          <w:rFonts w:ascii="Times New Roman" w:hAnsi="Times New Roman" w:eastAsia="Times New Roman" w:cs="Times New Roman"/>
        </w:rPr>
        <w:t>Si Antiochus III Magnus, ang Seleucid nga “hari sa amihanan,” naghari gikan sa 223–187 BC ug nagtinguha sa pagbawi sa mga teritoryo nga nawala ngadto sa mga Ptolemy (ang “hari sa habagatan”) human sa Ikatulong Gubat Siryano (246–241 BC). Ang iyang kampanya sa Ikaupat nga Gubat Siryano (219–217 BC) nagtumong sa pag-ilog pag-usab sa Coele-Syria, Phoenicia, ug Palestina. Sa 219 BC si Antiochus milakaw paingon sa habagatan, nga miilog sa Seleucia-in-Pieria, Tiro, ug Ptolemais (Acre), ug nabawi ang mga kuta sa kabaybayonan. Sa 218 BC mipadayon pa siya sa unahan, nga miilog sa Philadelphia (Amman) ug mipadayon ngadto sa utlanan sa Ehipto, nga adunay tuyo sa pagbawi sa nawalang mga yuta sa Seleucid hangtod sa Gaza. Si Antiochus mihunong sa iyang pagmartsa sa 218 BC, nga nagpalig-on sa mga nabatonan ug nangandam alang sa usa ka mahukmanong paningkamot. Si Ptolemy IV Philopator, ang Ptolemaic nga hari, nagtigom ug usa ka kasundalohan aron atubangon siya, nga gipalig-on sa mga sundalong Ehiptohanon. Ang bersikulo napulo sa Daniel onse nagbutyag niining lihoka ni Antiochus, sa ingon nagapaunang hulagway sa pagkapukan sa USSR niadtong 1989, ug nagatipo sa bersikulo kwarenta.</w:t>
      </w:r>
    </w:p>
    <w:p>
      <w:pPr>
        <w:pStyle w:val="ArticleScripture"/>
        <w:jc w:val="left"/>
      </w:pPr>
      <w:r>
        <w:rPr>
          <w:rFonts w:ascii="Times New Roman" w:hAnsi="Times New Roman" w:eastAsia="Times New Roman" w:cs="Times New Roman"/>
        </w:rPr>
        <w:t>Apan ang iyang mga anak mapukaw, ug magatigom sa usa ka panon sa dagkong mga kasundalohan; ug ang usa moanhi sa pagkatinuod, ug mobaha, ug molatas; unya siya mobalik, ug mapukaw, bisan hangtod sa iyang kuta. Daniel 11:10.</w:t>
      </w:r>
    </w:p>
    <w:p>
      <w:pPr>
        <w:pStyle w:val="ArticleBody"/>
        <w:jc w:val="left"/>
      </w:pPr>
      <w:r>
        <w:rPr>
          <w:rFonts w:ascii="Times New Roman" w:hAnsi="Times New Roman" w:eastAsia="Times New Roman" w:cs="Times New Roman"/>
        </w:rPr>
        <w:t>Sa diha nga ang hari sa amihanan diha sa bersikulo kwarenta “molapaw ug moagi,” nagkatakdo kini sa hari sa amihanan sa bersikulo diyes nga “nagabaha ug nagaagi.” Sa duha ka bersikulo, mao ra kini ang managsamang Hebreohanong mga pulong, nga gihubad lamang sa diyutayng kalainan. Mao kini ang mao rang pahayag nga makita sa Isaias 8:8.</w:t>
      </w:r>
    </w:p>
    <w:p>
      <w:pPr>
        <w:pStyle w:val="ArticleScripture"/>
        <w:jc w:val="left"/>
      </w:pPr>
      <w:r>
        <w:rPr>
          <w:rFonts w:ascii="Times New Roman" w:hAnsi="Times New Roman" w:eastAsia="Times New Roman" w:cs="Times New Roman"/>
        </w:rPr>
        <w:t>Ug siya moagi sa Juda; siya molapaw ug moagi ibabaw, siya moabot bisan hangtod sa liog; ug ang pagkaylap sa iyang mga pako mopuno sa gilapdon sa imong yuta, O Immanuel. Isaias 8:8.</w:t>
      </w:r>
    </w:p>
    <w:p>
      <w:pPr>
        <w:pStyle w:val="ArticleBody"/>
        <w:jc w:val="left"/>
      </w:pPr>
      <w:r>
        <w:rPr>
          <w:rFonts w:ascii="Times New Roman" w:hAnsi="Times New Roman" w:eastAsia="Times New Roman" w:cs="Times New Roman"/>
        </w:rPr>
        <w:t>Ang matag usa sa tulo ka mga bersikulo nagpakaila sa usa ka hari sa habagatan nga gipildi sa usa ka hari sa amihanan. Si Antiochus, ang hari sa amihanan, midaog batok kang Ptolemy, ang hari sa habagatan, maingon nga si Sennacherib midaog batok sa Juda, ang hari sa habagatan, ug maingon usab nga ang hari sa amihanan sa bersikulo kuwarenta mipapas sa USSR niadtong 1989. Ang tulo ka mga bersikulo, uban sa tulo ka makasaysayanong katumanan nianang mga bersikulo, nagtimaan sa “panahon sa katapusan” diha sa 1989. Busa, ang bersikulo napulo mao ang 1989 ug ang bersikulo disisais mao ang balaod sa Domingo sa Tinipong Bansa, maingon man ang bersikulo kuwarenta ug usa.</w:t>
      </w:r>
    </w:p>
    <w:p>
      <w:pPr>
        <w:pStyle w:val="ArticleBody"/>
        <w:jc w:val="left"/>
      </w:pPr>
      <w:r>
        <w:rPr>
          <w:rFonts w:ascii="Times New Roman" w:hAnsi="Times New Roman" w:eastAsia="Times New Roman" w:cs="Times New Roman"/>
        </w:rPr>
        <w:t>Ang mga bersikulo onse hangtod kinse mao ang usa ka linya sa Kasulatan, nga adunay usab historikal nga katumanan nga nag-ila sa piho nga mga ilhanang tagnaon sulod sa tinagong kasaysayan sa bersikulo kwarenta. Sa wala pa ang balaod sa Domingo sa Estados Unidos, apan human sa 1989, ang gubat sa Raphia ug ang mga sangpotanan niini gipadayag diha sa mga bersikulo onse ug dose, ug ang gubat sa Panium gipadayag diha sa mga bersikulo trese hangtod kinse.</w:t>
      </w:r>
    </w:p>
    <w:p>
      <w:pPr>
        <w:pStyle w:val="ArticleBody"/>
        <w:jc w:val="left"/>
      </w:pPr>
      <w:r>
        <w:rPr>
          <w:rFonts w:ascii="Times New Roman" w:hAnsi="Times New Roman" w:eastAsia="Times New Roman" w:cs="Times New Roman"/>
        </w:rPr>
        <w:t>Ang balaod sa Domingo mao ang gitakdang panahon; kay didto mamaayo ang makamatay nga samad sa kapapahan, ug ang papa mobalik sa trono sa yuta. Kana nga paghatag ug gahum gisimbolohan pinaagi sa paglingkod sa kapapahan sa trono niadtong 538, ug pinaagi sa paglingkod sa paganong Roma sa trono sa gubat sa Actium. Sa dihang ang paganong Roma naluklok sa trono sumala sa tagna, naghari siya nga labing labaw sulod sa 360 ka tuig. Sa dihang ang kapapahan naluklok sa trono niadtong 538, naghari siya nga labing labaw sulod sa usa ka libo duha ka gatus ug kan-uman ka tuig. Sa dihang mamaayo ang makamatay nga samad sa balaod sa Domingo, ang kapapahan magahari nga labing labaw sulod sa simbolikong 42 ka bulan.</w:t>
      </w:r>
    </w:p>
    <w:p>
      <w:pPr>
        <w:pStyle w:val="ArticleScripture"/>
        <w:jc w:val="left"/>
      </w:pPr>
      <w:r>
        <w:rPr>
          <w:rFonts w:ascii="Times New Roman" w:hAnsi="Times New Roman" w:eastAsia="Times New Roman" w:cs="Times New Roman"/>
        </w:rPr>
        <w:t>Ug nakita ko ang usa sa iyang mga ulo nga daw samaran ngadto sa kamatayon; ug ang iyang samad nga makamatay naayo: ug ang tibook kalibutan nahibulong sa pagsunod sa mapintas nga mananap. Ug ilang gisimba ang dragon nga mihatag ug gahum ngadto sa mapintas nga mananap: ug ilang gisimba ang mapintas nga mananap, nga nagaingon, Kinsa ba ang sama sa mapintas nga mananap? kinsa ba ang arang makahimo ug gubat batok kaniya? Ug gihatagan siya ug baba nga nagasulti ug dagkung mga butang ug mga pagpasipala; ug gihatagan siya ug gahum sa pagpadayon sulod sa kap-atan ug duha ka bulan. Pinadayag 13:3–5.</w:t>
      </w:r>
    </w:p>
    <w:p>
      <w:pPr>
        <w:pStyle w:val="ArticleBody"/>
        <w:jc w:val="left"/>
      </w:pPr>
      <w:r>
        <w:rPr>
          <w:rFonts w:ascii="Times New Roman" w:hAnsi="Times New Roman" w:eastAsia="Times New Roman" w:cs="Times New Roman"/>
        </w:rPr>
        <w:t>Ang bersikulo 27 nag-ingon “ang duha” niining mga hari:</w:t>
      </w:r>
    </w:p>
    <w:p>
      <w:pPr>
        <w:pStyle w:val="ArticleScripture"/>
        <w:jc w:val="left"/>
      </w:pPr>
      <w:r>
        <w:rPr>
          <w:rFonts w:ascii="Times New Roman" w:hAnsi="Times New Roman" w:eastAsia="Times New Roman" w:cs="Times New Roman"/>
        </w:rPr>
        <w:t>Ug ang kasingkasing niining duruha ka hari magtinguha sa pagbuhat ug kadautan, ug sila manulti ug mga bakak sa usa ka lamesa; apan kini dili mouswag, kay ang katapusan maanaa pa sa panahon nga gitagal. Daniel 11:27.</w:t>
      </w:r>
    </w:p>
    <w:p>
      <w:pPr>
        <w:pStyle w:val="ArticleBody"/>
        <w:jc w:val="left"/>
      </w:pPr>
      <w:r>
        <w:rPr>
          <w:rFonts w:ascii="Times New Roman" w:hAnsi="Times New Roman" w:eastAsia="Times New Roman" w:cs="Times New Roman"/>
        </w:rPr>
        <w:t>Ang duha ka mga hari sa bersikulo baynte-siete mao ang mga hari nga gihisgutan sa nag-unang duha ka mga bersikulo, nga sa ulahi nakiggubat sa gubat sa Actium.</w:t>
      </w:r>
    </w:p>
    <w:p>
      <w:pPr>
        <w:pStyle w:val="ArticleScripture"/>
        <w:jc w:val="left"/>
      </w:pPr>
      <w:r>
        <w:rPr>
          <w:rFonts w:ascii="Times New Roman" w:hAnsi="Times New Roman" w:eastAsia="Times New Roman" w:cs="Times New Roman"/>
        </w:rPr>
        <w:t>Ug iyang pakusgon ang iyang gahum ug ang iyang kaisog batok sa hari sa habagatan uban ang usa ka dakung kasundalohan; ug ang hari sa habagatan mapukaw ngadto sa gubat uban ang usa ka hilabihan kadaku ug gamhanang kasundalohan; apan siya dili makabarug, kay sila magalalang ug mga lalang batok kaniya. Oo, sila nga mokaon sa bahin sa iyang kalan-on magalaglag kaniya, ug ang iyang kasundalohan moawas nga daw baha; ug daghan ang mangapukan nga pinatay. Daniel 11:25, 26.</w:t>
      </w:r>
    </w:p>
    <w:p>
      <w:pPr>
        <w:pStyle w:val="ArticleBody"/>
        <w:jc w:val="left"/>
      </w:pPr>
      <w:r>
        <w:rPr>
          <w:rFonts w:ascii="Times New Roman" w:hAnsi="Times New Roman" w:eastAsia="Times New Roman" w:cs="Times New Roman"/>
        </w:rPr>
        <w:t>Busa ang bersikulo baynte-siyete nagmugna ug usa ka dili kasagaran nga kahimtang nga kinahanglan masabtan una kita mopadayon. Sa bersikulo baynte-kuwatro, ang “panahon” nagrepresentar sa usa ka yugto nga 360 ka tuig nga nagsugod sa gubat sa Actium ug natapos sa tinudlong panahon sa tuig 330.</w:t>
      </w:r>
    </w:p>
    <w:p>
      <w:pPr>
        <w:pStyle w:val="ArticleBody"/>
        <w:jc w:val="left"/>
      </w:pPr>
      <w:r>
        <w:rPr>
          <w:rFonts w:ascii="Times New Roman" w:hAnsi="Times New Roman" w:eastAsia="Times New Roman" w:cs="Times New Roman"/>
        </w:rPr>
        <w:t>Ang hari sa habagatan diha sa gubat mao si Cleopatra, nga diha sa usa ka pakigsaad uban kang Marc Antony. Si Octavius mao ang hari sa amihanan nga mopildi kanilang duha. Sa gitakdang panahon (31 BC) ang duha ka mga hari nga kaniadto nanglingkod sa usa ka lamesa ug nagbinakakay sa usag usa mag-atubangay sa usag usa diha sa gubat sa Actium.</w:t>
      </w:r>
    </w:p>
    <w:p>
      <w:pPr>
        <w:pStyle w:val="ArticleBody"/>
        <w:jc w:val="left"/>
      </w:pPr>
      <w:r>
        <w:rPr>
          <w:rFonts w:ascii="Times New Roman" w:hAnsi="Times New Roman" w:eastAsia="Times New Roman" w:cs="Times New Roman"/>
        </w:rPr>
        <w:t>Ang duha ka hari diha sa lamesa nahiuyon sa kasaysayan sa gubat sa Panium (mga bersikulo 13 hangtod 15), diin may usa ka pakigsaad tali ni Antiochus Magnus ug ni Phillip sa Macedon. Kana nga pakigsaad sa kasaysayan motakdo sa simbolikong pakigsaad nga girepresentar sa ngalan sa Panium sa panahon ni Cristo—Caesarea Philippi. Ang pakigsaad girepresentar usab diha sa bersikulo kuwarante sa dihang ang USSR gilaglag sa 1989 pinaagi sa usa ka pakigsaad tali ni Reagan ug ni papa John Paul II. Ang duha ka hari nagsinabakay ug mga bakak sa usag usa sa wala pa ang 31 BC, nga motakdo sa balaod sa Dominggo sa Estados Unidos, ug busa ang ilang mga bakak nahitabo sa wala pa ang bersikulo 16, sulod sa kasaysayan nga girepresentahan sa mga bersikulo 13 ngadto sa 15 nga natuman sa gubat sa Panium napulog-pito ka tuig human sa gubat sa Raphia, ug usa ka gatos ug katloan ug pito ka tuig sa wala pa gisakop ni Pompey ang Jerusalem sa katumanan sa bersikulo 16.</w:t>
      </w:r>
    </w:p>
    <w:p>
      <w:pPr>
        <w:pStyle w:val="ArticleBody"/>
        <w:jc w:val="left"/>
      </w:pPr>
      <w:r>
        <w:rPr>
          <w:rFonts w:ascii="Times New Roman" w:hAnsi="Times New Roman" w:eastAsia="Times New Roman" w:cs="Times New Roman"/>
        </w:rPr>
        <w:t>Sa bersikulo beinte-otso si Octavius, ang mananaog batok kang Cleopatra (ang hari sa habagatan) ug kang Marc Antony, “mobalik ngadto sa iyang yuta uban ang daghang bahandi; ug ang iyang kasingkasing batok sa balaang tugon; ug siya magbuhat ug dagkong buhat, ug mobalik sa iyang kaugalingong yuta.” Giila ni Uriah Smith kining duruha ka mga kadaugan ingon nga ang Actium niadtong 31 BC ug ang paglaglag sa Jerusalem niadtong 70 AD. Busa, ang bersikulo beinte-otso nagtimaan sa usa ka kasaysayan nga nagsugod sa gubat sa Actium, nga mao ang sinugdanan sa 360 ka tuig, ug sa paglaglag sa Jerusalem niadtong 70 AD.</w:t>
      </w:r>
    </w:p>
    <w:p>
      <w:pPr>
        <w:pStyle w:val="ArticleScripture"/>
        <w:jc w:val="left"/>
      </w:pPr>
      <w:r>
        <w:rPr>
          <w:rFonts w:ascii="Times New Roman" w:hAnsi="Times New Roman" w:eastAsia="Times New Roman" w:cs="Times New Roman"/>
        </w:rPr>
        <w:t>Unya mobalik siya sa iyang yuta uban ang daghang mga bahandi; ug ang iyang kasingkasing mahimong batok sa balaang tugon; ug siya magabuhat ug dagkung mga buhat, ug mobalik sa iyang kaugalingong yuta. Daniel 11:28.</w:t>
      </w:r>
    </w:p>
    <w:p>
      <w:pPr>
        <w:pStyle w:val="ArticleBody"/>
        <w:jc w:val="left"/>
      </w:pPr>
      <w:r>
        <w:rPr>
          <w:rFonts w:ascii="Times New Roman" w:hAnsi="Times New Roman" w:eastAsia="Times New Roman" w:cs="Times New Roman"/>
        </w:rPr>
        <w:t>Ang kataposang hugpong sa bersikulo baynte-kuwatro (bisan sa usa ka panahon) padayon nagrepresentar sa usa ka makasaysayanong linya nga nagsugod niadtong 31 BC ug natapos sa kataposang hugpong sa bersikulo traynta’y-uno (ibutang ang mangil-ad nga butang nga nagapahimong biniyaan) nga natuman niadtong 538. Ang linya nagsugod sa gubat sa Actium, nga nagtimaan sa sinugdanan sa pagdumala sa pagano nga Roma sa kinahalangdong kagahum sulod sa tulo ka gatus ug kan-uman ka tuig. Ang linya matapos niadtong 538 uban sa pagsugod sa pagdumala sa papa nga Roma sa kinahalangdong kagahum sulod sa usa ka libo duha ka gatus ug kan-uman ka tuig. Sulod sa mga bersikulo ug sa kasaysayan nga nagtuman sa mga bersikulo, ang gitakdang panahon niadtong 330 nagrepresentar sa usa ka pagkabahin sa kasaysayan sa pagano nga Roma ingon nga ikaupat nga gingharian sa tagna sa Biblia. Human sa unang yugto sa pagdumala sa kinahalangdong kagahum sulod sa tulo ka gatus ug kan-uman ka tuig, misunod ang duha ka gatus ug walo ka tuig nga pagkabungkag sa emperyo sa dili pa ang kapapahan modawat sa trono diha sa bersikulo traynta’y-uno sa tuig 538. Sa han-ay niadtong walo ka bersikulo, ang bersikulo baynte-siyete lamang ang nagila sa usa ka makasaysayanong katumanan nga nahitabo sa wala pa ang gubat sa Actium niadtong 31 BC.</w:t>
      </w:r>
    </w:p>
    <w:p>
      <w:pPr>
        <w:pStyle w:val="ArticleBody"/>
        <w:jc w:val="left"/>
      </w:pPr>
      <w:r>
        <w:rPr>
          <w:rFonts w:ascii="Times New Roman" w:hAnsi="Times New Roman" w:eastAsia="Times New Roman" w:cs="Times New Roman"/>
        </w:rPr>
        <w:t>Ang bersikulo baynte-siete nagpaila sa usa ka panagtagbo tali sa duha ka hari sa wala pa ang “gitakdang panahon,” ug ang bersikulo baynte-nuebe nagpaila sa usa ka “gitakdang panahon.” Ang “gitakdang panahon” sa bersikulo baynte-siete mao ang sinugdanan sa tulo ka gatus ug kan-uman ka tuig nga yugto, ug ang “gitakdang panahon” sa bersikulo baynte-nuebe mao ang katapusan sa tulo ka gatus ug kan-uman ka tuig nga yugto. Ang sinugdanan ug ang katapusan nagrepresentar sa usa ka “gitakdang panahon.”</w:t>
      </w:r>
    </w:p>
    <w:p>
      <w:pPr>
        <w:pStyle w:val="ArticleBody"/>
        <w:jc w:val="left"/>
      </w:pPr>
      <w:r>
        <w:rPr>
          <w:rFonts w:ascii="Times New Roman" w:hAnsi="Times New Roman" w:eastAsia="Times New Roman" w:cs="Times New Roman"/>
        </w:rPr>
        <w:t>Ang paghatag ug gahum sa paganong Roma nagsugod sa dihang gilupig niini ang ikatulong heograpikal nga babag, ingon sa gilarawan sa Daniel 8:9.</w:t>
      </w:r>
    </w:p>
    <w:p>
      <w:pPr>
        <w:pStyle w:val="ArticleScripture"/>
        <w:jc w:val="left"/>
      </w:pPr>
      <w:r>
        <w:rPr>
          <w:rFonts w:ascii="Times New Roman" w:hAnsi="Times New Roman" w:eastAsia="Times New Roman" w:cs="Times New Roman"/>
        </w:rPr>
        <w:t>Ug gikan sa usa kanila mitungha ang usa ka gamay nga sungay, nga mitubo pag-ayo sa pagkadaku, paingon sa habagatan, ug paingon sa sidlakan, ug paingon sa maanindot nga yuta. Daniel 8:9.</w:t>
      </w:r>
    </w:p>
    <w:p>
      <w:pPr>
        <w:pStyle w:val="ArticleBody"/>
        <w:jc w:val="left"/>
      </w:pPr>
      <w:r>
        <w:rPr>
          <w:rFonts w:ascii="Times New Roman" w:hAnsi="Times New Roman" w:eastAsia="Times New Roman" w:cs="Times New Roman"/>
        </w:rPr>
        <w:t>Ang paghatag ug gahum nagsugod sa gubat sa Actium, ug sa misunod nga pagpailalom sa hari sa habagatan (Ehipto) diha sa bersikulo 9 sa kapitulo 8.</w:t>
      </w:r>
    </w:p>
    <w:p>
      <w:pPr>
        <w:pStyle w:val="ArticleBody"/>
        <w:jc w:val="left"/>
      </w:pPr>
      <w:r>
        <w:rPr>
          <w:rFonts w:ascii="Times New Roman" w:hAnsi="Times New Roman" w:eastAsia="Times New Roman" w:cs="Times New Roman"/>
        </w:rPr>
        <w:t>Ang katapusan sa pagmando sa paganong Roma ingon nga ikaupat nga gingharian sa tagna sa Biblia natapos niadtong 538 sa dihang ang papal nga Roma nakabuntog sa ikatulo niini nga heograpikal nga babag. Ang tibuok lima ka gatus ug kan-uman ug walo ka tuig nga yugto gikan sa gubat sa Actium hangtod sa 538 nagsugod sa dihang ang paganong Roma mibuntog sa ikatulo niyang babag ug nahimong ikaupat nga gingharian sa tagna sa Biblia, ug natapos kini sa dihang ang papal nga Roma mibuntog sa ikatulo niyang heograpikal nga babag.</w:t>
      </w:r>
    </w:p>
    <w:p>
      <w:pPr>
        <w:pStyle w:val="ArticleBody"/>
        <w:jc w:val="left"/>
      </w:pPr>
      <w:r>
        <w:rPr>
          <w:rFonts w:ascii="Times New Roman" w:hAnsi="Times New Roman" w:eastAsia="Times New Roman" w:cs="Times New Roman"/>
        </w:rPr>
        <w:t>Ingon ikaupat nga gingharian sa tagna sa Biblia, ang kasaysayan nga girepresentar nagpaila sa duha ka mga panahon: ang nahauna sa dihang gibayaw sa Roma ang iyang kaugalingon, ug gisundan kini sa usa ka panahon nga naghulagway sa pagkapukan sa Roma. Ang sinugdanan sa nahaunang panahon sa pagpabayaw mao usab ang sinugdanan sa tibuok nga panahon nga ang paganong Roma nagmando isip ikaupat nga gingharian sa tagna sa Biblia. Ang nahaunang panahon sa pagpabayaw sa Roma nagsugod ug natapos pinaagi sa usa ka tinudlong panahon, ug nagsugod usab kini sa paghiusa sa amihanang ug habagatang mga gingharian. Kini natapos sa pagkabahin ngadto sa usa ka sidlakang gingharian ug usa ka kasadpang gingharian. Ang pagsugod ug pagtapos pinaagi sa usa ka tinudlong panahon, ug ang sinugdanan ug katapusan, nagrepresentar sa upat ka mga pagkabahin sa gingharian ni Alexander.</w:t>
      </w:r>
    </w:p>
    <w:p>
      <w:pPr>
        <w:pStyle w:val="ArticleBody"/>
        <w:jc w:val="left"/>
      </w:pPr>
      <w:r>
        <w:rPr>
          <w:rFonts w:ascii="Times New Roman" w:hAnsi="Times New Roman" w:eastAsia="Times New Roman" w:cs="Times New Roman"/>
        </w:rPr>
        <w:t>Ang duha ka gitakdang panahon sa bersikulo baynte-siyete ug baynte-nwebe nagrepresentar sa usa ka sinugdanan ug usa ka katapusang timailhan nga naghulagway sa yugto sa dihang ang Roma naghari sa labing hataas nga pagkagamhanan. Sa balaod sa Dominggo sa Tinipong Bansa sa Amerika, sa katumanan sa bersikulo kwarenta’y-uno ug bersikulo disi-sais sa Daniel onse, nagsugod ang yugto alang sa modernong Roma sa paghari sa labing hataas nga pagkagamhanan sulod sa kap-atan ug duha ka simbolikong bulan. Ang nahaunang gitakdang panahon sa bersikulo baynte-siyete mao ang balaod sa Dominggo sa Tinipong Bansa sa Amerika, ug ang ikaduhang gitakdang panahon nagrepresentar sa panahon nga ang katapusang nasod sa yuta mosunod sa panig-ingnan sa Tinipong Bansa sa Amerika ug magpatuman sa katapusang balaod sa Dominggo, ug sa pagbuhat niini nagpaila sa tibuok-kalibutang pagpatuman sa idolong igpapahulay nga adlaw.</w:t>
      </w:r>
    </w:p>
    <w:p>
      <w:pPr>
        <w:pStyle w:val="ArticleBody"/>
        <w:jc w:val="left"/>
      </w:pPr>
      <w:r>
        <w:rPr>
          <w:rFonts w:ascii="Times New Roman" w:hAnsi="Times New Roman" w:eastAsia="Times New Roman" w:cs="Times New Roman"/>
        </w:rPr>
        <w:t>Kining duha ka profetikong timailhan mao ang balaod sa Dominggo sa Tinipong Bansa sa Amerika padulong sa pagpatuman sa balaod sa Dominggo sa tibuok kalibotan, ug kining duha ka mga balaod sa Dominggo mao ang duha ka tinudlong panahon diha sa bersikulo baynte-siyete ug baynte-nuwebe. Ang nahaunang tinudlong panahon sa bersikulo baynte-siyete gitipohan usab pinaagi sa balaod sa Dominggo ni Constantine niadtong 321, ug ang papal nga balaod sa Dominggo sa Konseho sa Orleans niadtong 538 nagrepresentar sa tibuok-kalibotang balaod sa Dominggo.</w:t>
      </w:r>
    </w:p>
    <w:p>
      <w:pPr>
        <w:pStyle w:val="ArticleBody"/>
        <w:jc w:val="left"/>
      </w:pPr>
      <w:r>
        <w:rPr>
          <w:rFonts w:ascii="Times New Roman" w:hAnsi="Times New Roman" w:eastAsia="Times New Roman" w:cs="Times New Roman"/>
        </w:rPr>
        <w:t>Sa konteksto sa bersikulo trese hangtod kinse, ang gubat sa Panium mao ang kasaysayan nga nag-una sa balaod sa Domingo sa bersikulo disi-sais. Sulod nianang kasaysayan, ang panagtagbo sa duha ka hari nga nagbakak sa usag usa natuman. Ang bersikulo trese hangtod kinse kabahin sa kasaysayan nga girepresentahan sa bersikulo napulo hangtod disi-sais. Gilauman sa mga bersikulo ang ikaupat nga Gubat sa Siria diha sa bersikulo napulo, ang gubat sa Raphia diha sa bersikulo onse, ug ang sangpotanan sa maong gubat diha sa bersikulo dose. Ang bersikulo trese hangtod kinse nagrepresentar sa kasaysayan sa tuig 200 BC sa dihang natuman ang gubat sa Panium, ug sa dihang ang paganong Roma, nga girepresentahan ingon nga mga tulisan sa imong katawohan, misulod sa profetikong asoy.</w:t>
      </w:r>
    </w:p>
    <w:p>
      <w:pPr>
        <w:pStyle w:val="ArticleBody"/>
        <w:jc w:val="left"/>
      </w:pPr>
      <w:r>
        <w:rPr>
          <w:rFonts w:ascii="Times New Roman" w:hAnsi="Times New Roman" w:eastAsia="Times New Roman" w:cs="Times New Roman"/>
        </w:rPr>
        <w:t>Ang Daniel kapitulo onse bersikulo kwarenta nagtimaan sa pagkahugno sa USSR niadtong 1989, ug ang bersikulo disisais nagtimaan sa balaod sa Domingo sa Estados Unidos. Ang panagtagbo sa duha ka mga hari nga nagasultihanay ug mga bakak sa usag usa sa dili pa ang gitakdang panahon, nga mao ang gubat sa Actium, nahitabo sulod sa kasaysayan sa bersikulo kwarenta nga nagsunod sa panahon sa katapusan niadtong 1989 ug nagatapos sa balaod sa Domingo sa Estados Unidos. Ang bersikulo baynte-siyete usa ka ilhanan sa dalan sa tinagong kasaysayan sa bersikulo kwarenta, nga mahitabo human sa 1989, apan sa dili pa ang balaod sa Domingo. Ang “panagtagbo” sa bersikulo baynte-siyete usa ka ilhanan sa dalan sa dili pa ang paghatag ug gahum sa Roma diha sa balaod sa Domingo. Adunay daghang mga ilhanan sa dalan nga nagdala ngadto sa paghatag ug gahum sa pagkapapa niadtong 538, ug kining mga ilhanan sa dalan mahitabo usab sa dili pa ang gitakdang panahon. Usa niadtong mga profetikong ilhanan sa dalan mao ang sugo ni Justinian niadtong 533, nga nagtuman sa reperensiya sa bersikulo traynta mahitungod sa pagbaton ug “panabot uban niadtong mga mibiya sa tugon.”</w:t>
      </w:r>
    </w:p>
    <w:p>
      <w:pPr>
        <w:pStyle w:val="ArticleBody"/>
        <w:jc w:val="left"/>
      </w:pPr>
      <w:r>
        <w:rPr>
          <w:rFonts w:ascii="Times New Roman" w:hAnsi="Times New Roman" w:eastAsia="Times New Roman" w:cs="Times New Roman"/>
        </w:rPr>
        <w:t>Ang ubang mga timaan sa dalan nga modala ngadto sa gitakdang panahon sa kasaysayan sa pagano nga Roma mao ang tuig 330 sa dihang gipukan sa pagano nga Roma ug sa samang higayon gihatag ang “lingkoranan” ngadto sa gahum sa pagkapapa. Niadtong 496 gihatag ni Clovis ang iyang “gahum” ngadto sa pagkapapa. Sa katumanan sa Daniel 7, gikuha sa pagano nga Roma ang “tulo ka sungay” alang sa pagkapapa, ug ang ulahi mao ang pagtangtang sa mga Ostrogoth gikan sa siyudad sa Roma niadtong 538. Niadtong 508 ang relihiyon sa pagano gisalikway ingon nga legal nga relihiyon sa gingharian ug gipulihan sa Katolisismo. Ang 538 nagrepresentar sa balaod sa Domingo sa bersikulo 41, ug ang 496 nagrepresentar sa 1989 sa dihang si Reagan, maingon kang Clovis, mitugyan sa iyang gahum ngadto sa papa sa Roma. Ang tuig 330 nagtimaan sa balaod sa Domingo, kay didto mibalik ang pagkapapa ngadto sa lingkoranan sa awtoridad.</w:t>
      </w:r>
    </w:p>
    <w:p>
      <w:pPr>
        <w:pStyle w:val="ArticleBody"/>
        <w:jc w:val="left"/>
      </w:pPr>
      <w:r>
        <w:rPr>
          <w:rFonts w:ascii="Times New Roman" w:hAnsi="Times New Roman" w:eastAsia="Times New Roman" w:cs="Times New Roman"/>
        </w:rPr>
        <w:t>Kini nagpakita nga ang 538 ug ang 330 kapuwa nagrepresentar sa gitakdang panahon, nga mao ang bersikulo 16 ug 41. Ang 496 nagrepresentar sa 1989 nga nagtuman sa bersikulo 10 ug bersikulo 40 sa Daniel 11 ug Isaias 8:8. Ang 508 nagpakita kon kanus-a ang relihiyon sa gingharian gipahiluna aron ilisan alang sa Katolisismo. Sugod kang Clovis niadtong 496 hangtod sa 508, gipakita ang usa ka anam-anam nga pagtangtang ug pagpuli sa legal nga relihiyon sa gingharian. Sa kasaysayan nga nagsugod sa 330, ang usa ka anam-anam nga pagkapukan sa Kasadpang Roma girepresentar sa unang upat ka mga trumpeta, sa ingon nagpakita sa anam-anam nga paglaglag nga nagsugod sa balaod sa Domingo sa Tinipong Bansa.</w:t>
      </w:r>
    </w:p>
    <w:p>
      <w:pPr>
        <w:pStyle w:val="ArticleBody"/>
        <w:jc w:val="left"/>
      </w:pPr>
      <w:r>
        <w:rPr>
          <w:rFonts w:ascii="Times New Roman" w:hAnsi="Times New Roman" w:eastAsia="Times New Roman" w:cs="Times New Roman"/>
        </w:rPr>
        <w:t>Ang hinay-hinay nga pagkapukan sa paganong Roma human sa balaod sa Dominggo ni Constantine niadtong 321 naghulagway sa pagkapukan sa Estados Unidos ingon nga ikaunom nga gingharian sa tagna sa Biblia nga moabut sa balaod sa Dominggo. Unya ang upat ka mga paghukom sa trumpeta ipahamtang ibabaw sa Estados Unidos, sumala sa giila ni Sister White sa dihang siya miingon nga “ang nasudnong apostasya pagasundan sa nasudnong kalaglagan.” Ang Ezekiel nagdugang ug pagpamatuod mahitungod sa upat ka pilo nga silot.</w:t>
      </w:r>
    </w:p>
    <w:p>
      <w:pPr>
        <w:pStyle w:val="ArticleScripture"/>
        <w:jc w:val="left"/>
      </w:pPr>
      <w:r>
        <w:rPr>
          <w:rFonts w:ascii="Times New Roman" w:hAnsi="Times New Roman" w:eastAsia="Times New Roman" w:cs="Times New Roman"/>
        </w:rPr>
        <w:t>Ang pulong ni Jehova miabut pag-usab kanako, nga nagaingon: Anak sa tawo, sa diha nga ang yuta makasala batok kanako pinaagi sa hilabihang paglapas, nan tuy-oron ko ang akong kamot batok niini, ug pagabungkagon ko ang sungkod sa iyang tinapay, ug padad-an ko kini ug gutom, ug wagtangon ko gikan niini ang tawo ug ang mananap. Bisan pa kon kining tulo ka tawo, si Noe, si Daniel, ug si Job, anaa pa niini, iluwas lamang nila ang ilang kaugalingong mga kalag pinaagi sa ilang pagkamatarong, nagaingon ang Ginoong Jehova. Kon paagion ko ang mga makalilisang nga mananap sa yuta, ug laglagon nila kini, aron kini mahimong biniyaan, nga walay tawo nga makaagi tungod sa mga mananap: Bisan pa kon kining tulo ka tawo anaa pa niini, ingon nga ako buhi, nagaingon ang Ginoong Jehova, dili nila maluwas ang mga anak nga lalake ni ang mga anak nga babaye; sila lamang ang pagaluwason, apan ang yuta mahimong biniyaan. O kon padad-an ko ug espada kana nga yuta, ug moingon ako, Espada, lumatas ka sa yuta; aron wagtangon ko gikan niini ang tawo ug ang mananap: Bisan pa kon kining tulo ka tawo anaa pa niini, ingon nga ako buhi, nagaingon ang Ginoong Jehova, dili nila maluwas ang mga anak nga lalake ni ang mga anak nga babaye, kondili sila lamang ang pagaluwason sa ilang kaugalingon. O kon padad-an ko ug kamatay kana nga yuta, ug ibubo ko ang akong kapungot ibabaw niini pinaagi sa dugo, aron wagtangon gikan niini ang tawo ug ang mananap: Bisan pa kon si Noe, si Daniel, ug si Job, anaa pa niini, ingon nga ako buhi, nagaingon ang Ginoong Jehova, dili nila maluwas ang anak nga lalake ni ang anak nga babaye; iluwas lamang nila ang ilang kaugalingong mga kalag pinaagi sa ilang pagkamatarong. Kay mao kini ang giingon sa Ginoong Jehova: Unsa pa kaha kon ipadala ko ang akong upat ka mabug-at nga mga paghukom ibabaw sa Jerusalem, ang espada, ug ang gutom, ug ang makalilisang nga mananap, ug ang kamatay, aron wagtangon gikan niini ang tawo ug ang mananap? Apan, ania karon, may mahabilin didto nga salin nga pagulaon, mga anak nga lalake ug mga anak nga babaye: ania karon, manggula sila nganha kaninyo, ug makita ninyo ang ilang dalan ug ang ilang mga binuhatan; ug mapaligon kamo mahitungod sa kadautan nga akong gidala ibabaw sa Jerusalem, sa tanan nga akong gidala ibabaw niini. Ug sila magapahupay kaninyo, sa diha nga makita ninyo ang ilang mga dalan ug ang ilang mga binuhatan: ug mahibalo kamo nga dili ako nagbuhat nga walay hinungdan sa tanan nga akong gibuhat niini, nagaingon ang Ginoong Jehova. Ezekiel 14:12–23.</w:t>
      </w:r>
    </w:p>
    <w:p>
      <w:pPr>
        <w:pStyle w:val="ArticleBody"/>
        <w:jc w:val="left"/>
      </w:pPr>
      <w:r>
        <w:rPr>
          <w:rFonts w:ascii="Times New Roman" w:hAnsi="Times New Roman" w:eastAsia="Times New Roman" w:cs="Times New Roman"/>
        </w:rPr>
        <w:t>Padayonon nato kining mga paghisgot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Sais</dc:title>
  <dc:subject>Mga Propetikong Timailhan sa Daniel 11: Ang Pagkahugno sa USSR, ang Balaod sa Domingo, ug ang Pagbangon sa Modernong Roma</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