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Otso</w:t>
      </w:r>
    </w:p>
    <w:p>
      <w:pPr>
        <w:pStyle w:val="ArticleSubtitle"/>
        <w:jc w:val="left"/>
      </w:pPr>
      <w:r>
        <w:rPr>
          <w:rFonts w:ascii="Arial" w:hAnsi="Arial" w:eastAsia="Arial" w:cs="Arial"/>
        </w:rPr>
        <w:t>Pagtan-aw sa Ikatulong Linya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Si Seleucus III Ceraunus, naghari sa hamubo lamang nga panahon isip hari gikan sa 226 hangtod 223 BC sa wala pa siya mapatay o mamatay ilalom sa malaw-ayng misteryosong mga kahimtang. Si Seleucus III mao ang diha-diha nga gisundan ni Antiochus III. Kining duha ka managsoon nagrepresentar sa “mga anak nga lalaki” sa bersikulo diyes, ug sila nagrepresentar kang Reagan ug Bush niadtong 1989.</w:t>
      </w:r>
    </w:p>
    <w:p>
      <w:pPr>
        <w:pStyle w:val="ArticleScripture"/>
        <w:jc w:val="left"/>
      </w:pPr>
      <w:r>
        <w:rPr>
          <w:rFonts w:ascii="Times New Roman" w:hAnsi="Times New Roman" w:eastAsia="Times New Roman" w:cs="Times New Roman"/>
        </w:rPr>
        <w:t>Apan ang iyang mga anak pagapukawon, ug magatigom ug panon sa dagkung mga kasundalohan; ug ang usa sa pagkatinuod moanhi, ug mopanaw sama sa baha, ug molatas; unya siya mobalik, ug pagapukawon, bisan hangtod sa iyang kuta. Daniel 11:10.</w:t>
      </w:r>
    </w:p>
    <w:p>
      <w:pPr>
        <w:pStyle w:val="ArticleBody"/>
        <w:jc w:val="left"/>
      </w:pPr>
      <w:r>
        <w:rPr>
          <w:rFonts w:ascii="Times New Roman" w:hAnsi="Times New Roman" w:eastAsia="Times New Roman" w:cs="Times New Roman"/>
        </w:rPr>
        <w:t>Ang bersikulo napulo mao ang ikatulong linya ug kini nagrepresentar sa “panahon sa katapusan” sa 1989. Kini nagkadugtong sa bersikulo kwarenta sa kapitulo onse ug Isaias otso bersikulo otso. Ang pagdugtong niining tulo ka mga bersikulo nag-ila nga ang bersikulo onse nagrepresentar sa kasamtangang gubat sa Ukraine, uban kang Putin ug Zelenskyy ingon nga mga kaaway nga girepresentar sa Gubat sa Raphia nga gipadayag diha sa bersikulo onse. Ang bersikulo dose nag-ila sa sangputanan sa gubat sa Ukraine ug sa kapalaran ni Putin. Ang mga bersikulo trese hangtod kinse mao ang gubat sa Panium.</w:t>
      </w:r>
    </w:p>
    <w:p>
      <w:pPr>
        <w:pStyle w:val="ArticleBody"/>
        <w:jc w:val="left"/>
      </w:pPr>
      <w:r>
        <w:rPr>
          <w:rFonts w:ascii="Times New Roman" w:hAnsi="Times New Roman" w:eastAsia="Times New Roman" w:cs="Times New Roman"/>
        </w:rPr>
        <w:t>Ang tema sa bersikulo napulo mao ang “panahon sa katapusan,” ug uyon sa mga prinsipyo nga nalangkit sa pagbukas sa kamatuoran sa “panahon sa katapusan,” ang maong bersikulo, bisan usa lamang ka bersikulo, nagrepresentar ug daghang mga linya sa tagna. Ang bersikulo napulo nagpaila sa sinugdanan sa tinagong kasaysayan sa bersikulo kuwarenta, nga nagtimaan sa sinugdanan sa kalihokan sa ikatulong manulonda ug sa pagpatik sa usa ka gatus ug kap-atan ug upat ka libo.</w:t>
      </w:r>
    </w:p>
    <w:p>
      <w:pPr>
        <w:pStyle w:val="ArticleBody"/>
        <w:jc w:val="left"/>
      </w:pPr>
      <w:r>
        <w:rPr>
          <w:rFonts w:ascii="Times New Roman" w:hAnsi="Times New Roman" w:eastAsia="Times New Roman" w:cs="Times New Roman"/>
        </w:rPr>
        <w:t>Ang bersikulo nagdugtong sa pito ka mga panahon sa Leviticus 26 ingon sa giila diha sa panan-awon nga nagsugod sa Isaiah kapitulo 7. Kining pagdugtong maoy timaan sa paghiusa sa pagka-Dios uban sa pagkatawo, nga mao ang pagkatuman sa tinago sa pagkadiosnon sa panahon sa pagpatingog sa ikapitong trumpeta, nga mao ang ikatulong kaalautan sa Islam.</w:t>
      </w:r>
    </w:p>
    <w:p>
      <w:pPr>
        <w:pStyle w:val="ArticleBody"/>
        <w:jc w:val="left"/>
      </w:pPr>
      <w:r>
        <w:rPr>
          <w:rFonts w:ascii="Times New Roman" w:hAnsi="Times New Roman" w:eastAsia="Times New Roman" w:cs="Times New Roman"/>
        </w:rPr>
        <w:t>Ang bersikulo nagtimaan sa 1989 ingon nga panahon sa katapusan, ug pinaagi sa kalambigitan sa pito ka mga panahon sa Levitico 26, gilakip niini ang patukoranan nga kamatuoran ni William Miller, ug ang pagrebelde sa 1863. Ang bersikulo nagsugod sa tinagong kasaysayan sa bersikulo 40. Busa kini maoy usa ka mahinungdanong elemento sa pagdugang sa kahibalo nga moabot sa panahon sa katapusan sa 1989 ug nagsugod sa propetikong hulagway sa mga panggawas nga mga hitabo nga naglangkob sa tinagong kasaysayan sa bersikulo 40, ug pinaagi sa iyang kalambigitan sa pito ka mga panahon giila usab niini ang mga sulod nga mga hitabo sa kasaysayan tali sa 1989 ug sa balaod sa Dominggo.</w:t>
      </w:r>
    </w:p>
    <w:p>
      <w:pPr>
        <w:pStyle w:val="ArticleBody"/>
        <w:jc w:val="left"/>
      </w:pPr>
      <w:r>
        <w:rPr>
          <w:rFonts w:ascii="Times New Roman" w:hAnsi="Times New Roman" w:eastAsia="Times New Roman" w:cs="Times New Roman"/>
        </w:rPr>
        <w:t>Ang numero nga napulo maoy simbolo sa usa ka pagsulay, ug ang koneksiyon sa mga bersikulo sa panan-awon sa Isaias 7 nagbutang ug paghatag ug gibug-aton sa pagsabot sa kamatuoran.</w:t>
      </w:r>
    </w:p>
    <w:p>
      <w:pPr>
        <w:pStyle w:val="ArticleScripture"/>
        <w:jc w:val="left"/>
      </w:pPr>
      <w:r>
        <w:rPr>
          <w:rFonts w:ascii="Times New Roman" w:hAnsi="Times New Roman" w:eastAsia="Times New Roman" w:cs="Times New Roman"/>
        </w:rPr>
        <w:t>Kay ang ulo sa Siria mao ang Damasco, ug ang ulo sa Damasco mao si Rezin; ug sulod sa kan-uman ug lima ka tuig mabungkag ang Ephraim, aron dili na kini mahimong usa ka katawhan. Ug ang ulo sa Ephraim mao ang Samaria, ug ang ulo sa Samaria mao ang anak ni Remalias. Kon dili kamo motoo, sa pagkatinuod dili kamo mapalig-on. Isaias 7:8, 9.</w:t>
      </w:r>
    </w:p>
    <w:p>
      <w:pPr>
        <w:pStyle w:val="ArticleBody"/>
        <w:jc w:val="left"/>
      </w:pPr>
      <w:r>
        <w:rPr>
          <w:rFonts w:ascii="Times New Roman" w:hAnsi="Times New Roman" w:eastAsia="Times New Roman" w:cs="Times New Roman"/>
        </w:rPr>
        <w:t>Dili kamo mapalig-on kon dili kamo motoo nga ang usa ka “ulo” nagrepresentar sa usa ka kapital nga siyudad (Samaria ug Damasco) ug sa usa ka hari (si Rezin ug si Peka nga anak ni Remalias). Kon dili ninyo masabtan kadtong tulo ka mga simbolo nga magkapulihan ang gamit, diha sa konteksto sa Isaias 8:8, (nga mao ra gihapon ang panan-awon sa kapitulo 7) nan dili ninyo mailhan si Putin ug ang Russia ingon nga hari sa habagatan diha sa mga bersikulo 11 hangtod 15.</w:t>
      </w:r>
    </w:p>
    <w:p>
      <w:pPr>
        <w:pStyle w:val="ArticleScripture"/>
        <w:jc w:val="left"/>
      </w:pPr>
      <w:r>
        <w:rPr>
          <w:rFonts w:ascii="Times New Roman" w:hAnsi="Times New Roman" w:eastAsia="Times New Roman" w:cs="Times New Roman"/>
        </w:rPr>
        <w:t>Busa karon, tan-awa, ang Ginoo mopaanhi batok kanila sa mga tubig sa suba, kusgan ug daghan, bisan ang hari sa Asiria, ug ang tanan niyang himaya; ug siya mosaka ibabaw sa tanan niyang mga kanal, ug molapaw sa tanan niyang mga tampi: Ug siya moagi latas sa Juda; siya molapaw ug mouna; siya moabot bisan hangtod sa liog; ug ang pagkaylap sa iyang mga pako mopuno sa kalapad sa imong yuta, O Emmanuel. Isaias 8:7, 8.</w:t>
      </w:r>
    </w:p>
    <w:p>
      <w:pPr>
        <w:pStyle w:val="ArticleBody"/>
        <w:jc w:val="left"/>
      </w:pPr>
      <w:r>
        <w:rPr>
          <w:rFonts w:ascii="Times New Roman" w:hAnsi="Times New Roman" w:eastAsia="Times New Roman" w:cs="Times New Roman"/>
        </w:rPr>
        <w:t>Ang tema sa bersikulo diez mao ang tulo ka hugna nga proseso sa pagsulay nga nagsugod sa panahon sa katapusan ug nagdala ngadto sa pagsira sa panahon sa grasya sa balaod sa Dominggo.</w:t>
      </w:r>
    </w:p>
    <w:p>
      <w:pPr>
        <w:pStyle w:val="ArticleScripture"/>
        <w:jc w:val="left"/>
      </w:pPr>
      <w:r>
        <w:rPr>
          <w:rFonts w:ascii="Times New Roman" w:hAnsi="Times New Roman" w:eastAsia="Times New Roman" w:cs="Times New Roman"/>
        </w:rPr>
        <w:t>Ug siya miingon, Lakaw sa imong dalan, Daniel; kay ang mga pulong gitak-om ug gitimrihan hangtod sa panahon sa katapusan. Daghan ang pagahinloan, ug pagapution, ug sulayon; apan ang mga dautan magpadayon sa pagkamalauton; ug walay bisan usa sa mga dautan nga makasabut; apan ang mga manggialamon makasabut. Daniel 12:9, 10.</w:t>
      </w:r>
    </w:p>
    <w:p>
      <w:pPr>
        <w:pStyle w:val="ArticleBody"/>
        <w:jc w:val="left"/>
      </w:pPr>
      <w:r>
        <w:rPr>
          <w:rFonts w:ascii="Times New Roman" w:hAnsi="Times New Roman" w:eastAsia="Times New Roman" w:cs="Times New Roman"/>
        </w:rPr>
        <w:t>Sa “panahon sa katapusan” ang basahon ni Daniel “giablihan,” ug nagsugod ang tulo-ka-lakang proseso sa pagsulay nga gihulagway pinaagi sa “pagahinloan, ug pagpapution, ug pagtilawon.” Ang “manggialamon” makasabut, apan ang “mga daotan” dili makasabut. Ang ilang kakulang sa pagsabot, maingon usab sa ilang kakulang sa lana diha sa sambingay sa napulo ka ulay, maoy hinungdan sa ilang pagkalaglag.</w:t>
      </w:r>
    </w:p>
    <w:p>
      <w:pPr>
        <w:pStyle w:val="ArticleScripture"/>
        <w:jc w:val="left"/>
      </w:pPr>
      <w:r>
        <w:rPr>
          <w:rFonts w:ascii="Times New Roman" w:hAnsi="Times New Roman" w:eastAsia="Times New Roman" w:cs="Times New Roman"/>
        </w:rPr>
        <w:t>Ang Akong katawhan nangalaglag tungod sa kakulang sa kahibalo: tungod kay imong gisalikway ang kahibalo, isalikway ko usab ikaw, aron dili ka na mahimong sacerdote alang Kanako: sanglit hingkalimtan mo ang kasugoan sa imong Dios, kalimtan ko usab ang imong mga anak. Oseas 4:6.</w:t>
      </w:r>
    </w:p>
    <w:p>
      <w:pPr>
        <w:pStyle w:val="ArticleBody"/>
        <w:jc w:val="left"/>
      </w:pPr>
      <w:r>
        <w:rPr>
          <w:rFonts w:ascii="Times New Roman" w:hAnsi="Times New Roman" w:eastAsia="Times New Roman" w:cs="Times New Roman"/>
        </w:rPr>
        <w:t>Ang mga pulong nga “Akong katawhan” nagpasabot ug usa ka katawhang sakop sa tugon, ug kining mga katawhan sa tugon pagasalikwayon ug pagalaglagon tungod sa “kakulang sa kahibalo.” Ang balaod sa Domingo sa Estados Unidos mao ang timailhan sa dalan diin ang mga butang hinumdoman o hikalimtan. Ang “Hinumdumi ang adlaw nga igpapahulay” mao ang kamatuoran alang niining panahona niana nga punto. Didto mahinumduman ang bigaon sa Tiro. Didto hinumdoman sa Dios ang mga sala sa Babilonia diha sa Pinadayag.</w:t>
      </w:r>
    </w:p>
    <w:p>
      <w:pPr>
        <w:pStyle w:val="ArticleScripture"/>
        <w:jc w:val="left"/>
      </w:pPr>
      <w:r>
        <w:rPr>
          <w:rFonts w:ascii="Times New Roman" w:hAnsi="Times New Roman" w:eastAsia="Times New Roman" w:cs="Times New Roman"/>
        </w:rPr>
        <w:t>Ug nadungog ko ang laing tingog gikan sa langit, nga nagaingon, Gumula kamo gikan kaniya, akong katawhan, aron dili kamo makaambit sa iyang mga sala, ug aron dili kamo makadawat sa iyang mga hampak. Kay ang iyang mga sala nakaabot hangtod sa langit, ug nahinumduman sa Dios ang iyang mga kasal-anan. Balusi siya maingon sa iyang pagbalus kaninyo, ug dublihi siya sa makaduha sumala sa iyang mga binuhatan: sa kopa nga iyang gipuno, pun-i siya sa makaduha. Pinadayag 18:4–6.</w:t>
      </w:r>
    </w:p>
    <w:p>
      <w:pPr>
        <w:pStyle w:val="ArticleBody"/>
        <w:jc w:val="left"/>
      </w:pPr>
      <w:r>
        <w:rPr>
          <w:rFonts w:ascii="Times New Roman" w:hAnsi="Times New Roman" w:eastAsia="Times New Roman" w:cs="Times New Roman"/>
        </w:rPr>
        <w:t>Didto putlon ang mga anak, o ang mapanagnaong ulahing kaliwatan sa Laodiceanong Adventismo. Didto gipadayag sa mga gitawag ni Daniel nga “mga dautan” nga ilang “nahikalimtan” ang balaod sa Dios, ug ang bahin sa balaod sa Dios nga ilang nahikalimtan mao ang mapanagnaong mga lagda o mga balaod sa Dios. Klaro ang konteksto nga kulang kanila ang “kahibalo” nga nagadugang sa dihang ang basahon ni Daniel ablihan na. Gitandi ni Daniel ang “mga manggialamon” sa “mga dautan,” ug si Jesus ang “mga manggialamong ulay” sa “mga buang nga ulay.” Gihulagway ni Amos ang maong sama nga hut-ong ingong “mga maanyag nga ulay” nga dili makahimo sa pagpangita sa mapanagnaong mensahe nga girepresentahan sa sidlakan, amihanan, ug mga dagat.</w:t>
      </w:r>
    </w:p>
    <w:p>
      <w:pPr>
        <w:pStyle w:val="ArticleScripture"/>
        <w:jc w:val="left"/>
      </w:pPr>
      <w:r>
        <w:rPr>
          <w:rFonts w:ascii="Times New Roman" w:hAnsi="Times New Roman" w:eastAsia="Times New Roman" w:cs="Times New Roman"/>
        </w:rPr>
        <w:t>Ania karon, moabot ang mga adlaw, nagaingon ang Ginoong Dios, nga ako magapadala ug gutom sa yuta, dili gutom sa tinapay, ni kauhaw sa tubig, kondili sa pagpatalinghug sa mga pulong ni Jehova: Ug sila magasuroysuroy gikan sa dagat ngadto sa dagat, ug gikan sa amihanan bisan ngadto sa sidlakan, sila magadalagan ngadto-nganhi sa pagpangita sa pulong ni Jehova, ug dili makakaplag niini. Nianang adlawa ang mga maanyag nga ulay ug ang mga batan-ong lalaki mangaluya tungod sa kauhaw. Sila nga manumpa pinaagi sa sala sa Samaria, ug magaingon, Buhi ang imong dios, Oh Dan; ug, Buhi ang pamaagi sa Beersheba; bisan sila mangapukan, ug dili na gayod makabangon pag-usab. Amos 8:11–14.</w:t>
      </w:r>
    </w:p>
    <w:p>
      <w:pPr>
        <w:pStyle w:val="ArticleBody"/>
        <w:jc w:val="left"/>
      </w:pPr>
      <w:r>
        <w:rPr>
          <w:rFonts w:ascii="Times New Roman" w:hAnsi="Times New Roman" w:eastAsia="Times New Roman" w:cs="Times New Roman"/>
        </w:rPr>
        <w:t>Ang mensaheng dili nila makita girepresentahan sa dapit diin sila nangita samtang sila “maglatagaw gikan sa dagat ngadto sa dagat, ug gikan sa amihanan bisan ngadto sa sidlakan.” Si Amos nagaingon nga kining “matahom nga mga ulay” anaa sa usa ka “gutom” sa pagpatalinghug sa “Pulong sa Ginoo,” ug nga “nianang adlawa sila magdalagan ngadto-nganhi sa pagpangita sa pulong sa Ginoo, ug dili nila kini makita.” Ang mensahe nga giablihan gikan sa basahon ni Daniel sa panahon sa katapusan niadtong 1989, sa pagtuman sa bersikulo kap-atan ug usab sa bersikulo napulo sa kapitulo onse, gisumaryo sa kataposang duha ka bersikulo sa kapitulo onse.</w:t>
      </w:r>
    </w:p>
    <w:p>
      <w:pPr>
        <w:pStyle w:val="ArticleScripture"/>
        <w:jc w:val="left"/>
      </w:pPr>
      <w:r>
        <w:rPr>
          <w:rFonts w:ascii="Times New Roman" w:hAnsi="Times New Roman" w:eastAsia="Times New Roman" w:cs="Times New Roman"/>
        </w:rPr>
        <w:t>Apan ang mga balita gikan sa sidlakan ug gikan sa amihanan makasamok kaniya; busa mogula siya uban sa dakong kapungot aron sa paglaglag, ug sa hingpit pagwagtang sa daghan. Ug iyang itanum ang mga tolda sa iyang palasyo sa taliwala sa mga dagat didto sa mahimayaong balaan nga bukid; apan siya moabut sa iyang katapusan, ug walay motabang kaniya. Daniel 11:44, 45.</w:t>
      </w:r>
    </w:p>
    <w:p>
      <w:pPr>
        <w:pStyle w:val="ArticleBody"/>
        <w:jc w:val="left"/>
      </w:pPr>
      <w:r>
        <w:rPr>
          <w:rFonts w:ascii="Times New Roman" w:hAnsi="Times New Roman" w:eastAsia="Times New Roman" w:cs="Times New Roman"/>
        </w:rPr>
        <w:t>Ang mga buang, matahum ug daotan nga mga ulay nga kulang sa lana, ang mensahe sa sidlakan, amihan ug mga dagat, nga misalikway sa kahibalo ug sa tugon ug Kasugoan sa Dios, hinumdoman sa Dios sa balaod sa Dominggo. Tulo ka mga gubat ang gilarawan diha sa mga bersikulo napulo hangtod kinse. Gibulag ko kining tulo ka mga gubat ngadto sa tulo ka mga kasaysayan, apan usa usab sila ka linya kon pagahisgotan nga magkahiusa, kay ang bersikulo napulo nagbukas sa “panahon sa katapusan” ug busa nagsugod sa usa ka tulo-ka-hakang proseso sa pagsulay.</w:t>
      </w:r>
    </w:p>
    <w:p>
      <w:pPr>
        <w:pStyle w:val="ArticleBody"/>
        <w:jc w:val="left"/>
      </w:pPr>
      <w:r>
        <w:rPr>
          <w:rFonts w:ascii="Times New Roman" w:hAnsi="Times New Roman" w:eastAsia="Times New Roman" w:cs="Times New Roman"/>
        </w:rPr>
        <w:t>Ang bersikulo napulo nagkonektar sa pito ka mga panahon sa Levitico baynte-sais ug busa sa mga pundasyon sa Adventismo ug sa buluhaton ni William Miller. Ang ikaduhang lakang sa tulo ka mga lakang mao ang usa ka makita nga pagsulay nga nagsugod sa dihang ang kahayag sa bersikulo onse ug ang gubat sa Ukraine nabuksan. Ang ikaduhang pagsulay makita ug nagrepresentar sa usa ka pagsulay mahitungod sa atong abilidad sa pag-ila sa kasamtangang mga hitabo diha sa kahayag sa propetikong Pulong sa Dios. Ang ikatulong pagsulay mao ang Gubat sa Panium sa bersikulo kinse, diin ang ngalan ni Simon Barjonah giilisan ngadto kang Pedro, ug sa ingon nagtimaan sa pagpatik sa usa ka gatus ug kap-atan ug upat ka libo sa wala pa ang probation mosira sa balaod sa Domingo sa bersikulo disesais.</w:t>
      </w:r>
    </w:p>
    <w:p>
      <w:pPr>
        <w:pStyle w:val="ArticleBody"/>
        <w:jc w:val="left"/>
      </w:pPr>
      <w:r>
        <w:rPr>
          <w:rFonts w:ascii="Times New Roman" w:hAnsi="Times New Roman" w:eastAsia="Times New Roman" w:cs="Times New Roman"/>
        </w:rPr>
        <w:t>Sa atong paghisgot sa pagpakita ni Antiochus Magnus sa matag usa sa tulo ka mga gubat nga gihulagway sa bersikulo 10, 11, ug 15, makita usab nato sa kasaysayan sa bersikulo 9 hangtod 16 ang pagtungha ug pagkapukan sa mini nga propeta sa tagna sa Biblia.</w:t>
      </w:r>
    </w:p>
    <w:p>
      <w:pPr>
        <w:pStyle w:val="ArticleBody"/>
        <w:jc w:val="left"/>
      </w:pPr>
      <w:r>
        <w:rPr>
          <w:rFonts w:ascii="Times New Roman" w:hAnsi="Times New Roman" w:eastAsia="Times New Roman" w:cs="Times New Roman"/>
        </w:rPr>
        <w:t>Ang mga bersikulo uno hangtod upat nag-ila sa pagtungha ug pagkapukan sa gahum sa dragon. Ang mga bersikulo nuebe ug napulo nag-ila sa 1798 ug 1989 matag-usa, ug sa pagbuhat niini, ang mga bersikulo nuebe hangtod napulo ug unom nag-ila sa pagtungha ug pagkapukan sa mini nga propeta. Ang mga bersikulo kuwarenta hangtod kuwarenta’y singko nagrepresentar sa pagtungha ug pagkapukan sa mananap. Ang mga bersikulo nuebe ug napulo nahiuyon usab sa duha ka “panahon sa katapusan” sa bersikulo kuwarenta sa 1798 ug 1989.</w:t>
      </w:r>
    </w:p>
    <w:p>
      <w:pPr>
        <w:pStyle w:val="ArticleBody"/>
        <w:jc w:val="left"/>
      </w:pPr>
      <w:r>
        <w:rPr>
          <w:rFonts w:ascii="Times New Roman" w:hAnsi="Times New Roman" w:eastAsia="Times New Roman" w:cs="Times New Roman"/>
        </w:rPr>
        <w:t>Si Sister White matin-awong nagpahibalo kanato nga ang sayop nga pagsabot sa “panahon sa katapusan” nagahatod ug kalibog mahitungod sa kon diin iaplikar ang mga tagna.</w:t>
      </w:r>
    </w:p>
    <w:p>
      <w:pPr>
        <w:pStyle w:val="ArticleScripture"/>
        <w:jc w:val="left"/>
      </w:pPr>
      <w:r>
        <w:rPr>
          <w:rFonts w:ascii="Times New Roman" w:hAnsi="Times New Roman" w:eastAsia="Times New Roman" w:cs="Times New Roman"/>
        </w:rPr>
        <w:t>“Daghan ang nagabuhat sa mao gihapon nga butang karon, sa 1897, tungod kay wala sila makabaton og kasinatian diha sa mensahe sa pagsulay nga nasabtan sulod sa mga mensahe sa nahaunang, ikaduhang, ug ikatulong manulonda. Adunay mga nagasusi sa mga Kasulatan aron sa pagpangita og pamatuod nga kining mga mensahe anaa pa gihapon sa umalabot. Ilang tigumon ang kamatuoran sa mga mensahe, apan mapakyas sila sa paghatag kanila sa ilang hustong dapit diha sa profetikanhong kasaysayan. Busa, ang maong mga tawo anaa sa kapeligrohan sa pagpahisalaag sa mga katawhan mahitungod sa pagtakda sa nahimutangan sa mga mensahe. Wala nila makita ug masabti ang panahon sa katapusan, ni kanus-a igapahimutang ang mga mensahe. Ang adlaw sa Dios nagaabut uban sa hilom nga pagpanaw, apan ang giingong mga manggialamon ug dagkung mga tawo nagapanghambog mahitungod sa ‘labing hataas nga edukasyon’ nga ilang gituohang nagagikan sa may-utlanong mga tawo. Wala sila makaila sa mga ilhanan sa pag-anhi ni Cristo, ni sa katapusan sa kalibotan.” Sermons and Talks, bolyum 1, 290.</w:t>
      </w:r>
    </w:p>
    <w:p>
      <w:pPr>
        <w:pStyle w:val="ArticleBody"/>
        <w:jc w:val="left"/>
      </w:pPr>
      <w:r>
        <w:rPr>
          <w:rFonts w:ascii="Times New Roman" w:hAnsi="Times New Roman" w:eastAsia="Times New Roman" w:cs="Times New Roman"/>
        </w:rPr>
        <w:t>Ang tema sa bersikulo 10 mao ang “panahon sa katapusan,” ug adunay pipila ka mga “panahon sa mga katapusan” nga giila diha sa kapitulo 11. Kon ikaw “dili makakita ug makasabut” sa “panahon sa mga katapusan” diha sa kapitulo 11, dili ka mahibalo kon kanus-a “ipahiluna ang mga mensahe.” Siya nagaingon, “adunay mga nagasusi sa mga Kasulatan,” ug sama sa tanang mga propeta ang iyang mga pulong nagaatubang sa ulahing mga adlaw, busa sa ulahing mga adlaw kadtong iyang ginailhan usa ka hut-ong nga wala makasabut sa panahon sa katapusan, mao nga sila usab mao ang “maanyag nga mga ulay” ni Amos nga mangapukan ug dili na gayud makabangon pag-usab.</w:t>
      </w:r>
    </w:p>
    <w:p>
      <w:pPr>
        <w:pStyle w:val="ArticleBody"/>
        <w:jc w:val="left"/>
      </w:pPr>
      <w:r>
        <w:rPr>
          <w:rFonts w:ascii="Times New Roman" w:hAnsi="Times New Roman" w:eastAsia="Times New Roman" w:cs="Times New Roman"/>
        </w:rPr>
        <w:t>Sa kapitulo onse bersikulo uno, si Dario ug si Ciro nagbarog nga magkauban aron timaanan ang panahon sa katapusan sa 1989. Sa dihang si Ptolemy miadto sa Babilonia ug gidala ang hari sa amihanan ngadto sa pagkabinihag sa Egipto niadtong 246 BC, nga sa baylo nagatipo sa 1798 sumala sa girepresentahan sa mga bersikulo pito hangtod siyam, kana maoy usa ka “panahon sa katapusan.” Ang bersikulo napulo mao ang “panahon sa katapusan” sa 1989.</w:t>
      </w:r>
    </w:p>
    <w:p>
      <w:pPr>
        <w:pStyle w:val="ArticleBody"/>
        <w:jc w:val="left"/>
      </w:pPr>
      <w:r>
        <w:rPr>
          <w:rFonts w:ascii="Times New Roman" w:hAnsi="Times New Roman" w:eastAsia="Times New Roman" w:cs="Times New Roman"/>
        </w:rPr>
        <w:t>Ang 1798 mao ang katapusan sa kaluhaan ug lima ka gatos ug kaluhaan ka tuig sa pagkabungkag batok sa amihanang gingharian sa Israel nga nagsugod niadtong 723 BC. Usa ka libo duha ka gatus ug kan-uman ka tuig ang milabay, sa 538, ang kapapahan nagmando sulod sa usa ka libo duha ka gatus ug kan-uman ka tuig hangtod sa 1798. Ang 1798 usa ka “panahon sa katapusan,” kay kini mao ang katapusan sa pito ka mga panahon, ug usab sa usa ka libo duha ka gatus ug kan-uman ka tuig, ingon man sa usa ka libo duha ka gatus ug kasiyaman ka tuig sa Daniel kapitulo dose. Ang 1798 usa ka “panahon sa katapusan” ug busa ang 538 usab usa ka “panahon sa katapusan.” Ang 538 mao ang katapusan sa usa ka libo duha ka gatus ug kan-uman ka tuig diin ang paganismo mitunob sa balaang puloy-anan sa Dios ug sa Iyang panon, nga miuna sa kapapahan sa pagbuhat sa mao gihapong buluhaton sulod sa mao rang gidugayon sa panahon.</w:t>
      </w:r>
    </w:p>
    <w:p>
      <w:pPr>
        <w:pStyle w:val="ArticleBody"/>
        <w:jc w:val="left"/>
      </w:pPr>
      <w:r>
        <w:rPr>
          <w:rFonts w:ascii="Times New Roman" w:hAnsi="Times New Roman" w:eastAsia="Times New Roman" w:cs="Times New Roman"/>
        </w:rPr>
        <w:t>Ang 538 nagrepresentar sa paghatag ug gahum sa kapapahan ug sa pagbuhat niana kini nagrepresentar pag-usab sa paghatag ug gahum sa kapapahan diha sa balaod sa Domingo. Ang balaod sa Domingo nagtimaan sa usa ka “panahon sa katapusan.” Busa, ang bersikulo sais, maingon man ang bersikulo uno, pito hangtod sa nuebe ug ang bersikulo diyes, tanan nagtimaan sa “panahon sa katapusan.” Kini nga kamatuoran kinahanglan masabtan niadtong nahibalo kon kanus-a ibutang ang mga mensahe. Gituman ni Pompey ang bersikulo sais sa dihang iyang giilog ang Jerusalem. Gisundan siya ni Julius Caesar, Augustus Caesar ug Tiberias Caesar. Ang pagkatawo ni Jesus usa ka “panahon sa katapusan” ug kini nahitabo sa panahon ni Augustus Caesar.</w:t>
      </w:r>
    </w:p>
    <w:p>
      <w:pPr>
        <w:pStyle w:val="ArticleScripture"/>
        <w:jc w:val="left"/>
      </w:pPr>
      <w:r>
        <w:rPr>
          <w:rFonts w:ascii="Times New Roman" w:hAnsi="Times New Roman" w:eastAsia="Times New Roman" w:cs="Times New Roman"/>
        </w:rPr>
        <w:t>Unya mobarog sa iyang dapit ang usa nga tigpaningil ug buhis diha sa himaya sa gingharian; apan sulod sa pipila ka adlaw siya pagalaglagon, dili pinaagi sa kasuko ni pinaagi sa gubat. Daniel 11:20.</w:t>
      </w:r>
    </w:p>
    <w:p>
      <w:pPr>
        <w:pStyle w:val="ArticleBody"/>
        <w:jc w:val="left"/>
      </w:pPr>
      <w:r>
        <w:rPr>
          <w:rFonts w:ascii="Times New Roman" w:hAnsi="Times New Roman" w:eastAsia="Times New Roman" w:cs="Times New Roman"/>
        </w:rPr>
        <w:t>Ang bersikulo baynte midugang sa talaan sa “panahon sa mga katapusan” diha sa kapitulo onse, ug mao usab si Cesar Tiberio nga nagmando sa panahon sa paglansang sa krus kang Cristo.</w:t>
      </w:r>
    </w:p>
    <w:p>
      <w:pPr>
        <w:pStyle w:val="ArticleScripture"/>
        <w:jc w:val="left"/>
      </w:pPr>
      <w:r>
        <w:rPr>
          <w:rFonts w:ascii="Times New Roman" w:hAnsi="Times New Roman" w:eastAsia="Times New Roman" w:cs="Times New Roman"/>
        </w:rPr>
        <w:t>Ug sa iyang dapit motindog ang usa ka talamayon nga tawo, nga kaniya dili ihatag ang kadungganan sa gingharian; apan moanhi siya sa hilom, ug maangkon niya ang gingharian pinaagi sa mga pag-ulog-ulog. Ug pinaagi sa mga bukton sa usa ka lunop sila paga-anuron gikan sa iyang atubangan, ug pagadugmokon; oo, lakip usab ang principe sa tugon. Daniel 11:21, 22.</w:t>
      </w:r>
    </w:p>
    <w:p>
      <w:pPr>
        <w:pStyle w:val="ArticleBody"/>
        <w:jc w:val="left"/>
      </w:pPr>
      <w:r>
        <w:rPr>
          <w:rFonts w:ascii="Times New Roman" w:hAnsi="Times New Roman" w:eastAsia="Times New Roman" w:cs="Times New Roman"/>
        </w:rPr>
        <w:t>Ang krus nagabarog sa sentro sa matagnaong semana nga gianhi ni Cristo aron sa pagpamatuod uban sa daghan.</w:t>
      </w:r>
    </w:p>
    <w:p>
      <w:pPr>
        <w:pStyle w:val="ArticleScripture"/>
        <w:jc w:val="left"/>
      </w:pPr>
      <w:r>
        <w:rPr>
          <w:rFonts w:ascii="Times New Roman" w:hAnsi="Times New Roman" w:eastAsia="Times New Roman" w:cs="Times New Roman"/>
        </w:rPr>
        <w:t>Ug iyang lig-onon ang tugon uban sa daghan sulod sa usa ka semana: ug sa taliwala sa semana iyang papahawagon ang halad ug ang halad-nga-kalan-on, ug tungod sa pagkaylap sa mga dulumtanan iyang himoon kini nga biniyaan, bisan hangtod sa katumanan, ug ang tinuyo nga nahukman igabubo ibabaw sa biniyaan. Daniel 9:27.</w:t>
      </w:r>
    </w:p>
    <w:p>
      <w:pPr>
        <w:pStyle w:val="ArticleBody"/>
        <w:jc w:val="left"/>
      </w:pPr>
      <w:r>
        <w:rPr>
          <w:rFonts w:ascii="Times New Roman" w:hAnsi="Times New Roman" w:eastAsia="Times New Roman" w:cs="Times New Roman"/>
        </w:rPr>
        <w:t>Sa taliwala sa semana, anaa kitay usa ka sinugdanan ug usa ka katapusan alang sa unang usa ka libo duha ka gatus ug kan-uman ka adlaw, nga mitapos gayud diha mismo sa dapit diin nagsugod ang sunod nga usa ka libo duha ka gatus ug kan-uman ka adlaw. Ang semana nagtugma sa pito ka mga panahon sa pagkatibulaag batok sa amihanang gingharian, nga nagrepresentar sa paganismo ug sa papalismo nga nagatamak sa balaang puloy-anan ug sa panon.</w:t>
      </w:r>
    </w:p>
    <w:p>
      <w:pPr>
        <w:pStyle w:val="ArticleScripture"/>
        <w:jc w:val="left"/>
      </w:pPr>
      <w:r>
        <w:rPr>
          <w:rFonts w:ascii="Times New Roman" w:hAnsi="Times New Roman" w:eastAsia="Times New Roman" w:cs="Times New Roman"/>
        </w:rPr>
        <w:t>Unya nadungog ko ang usa ka balaan nga nagsulti, ug laing balaan miingon niadtong maong balaan nga nagsulti, Hangtud kanus-a pa ba ang panan-awon mahitungod sa adlaw-adlaw nga halad-inihalad, ug sa paglapas nga nagapadala ug kamingawan, aron ang balaang puloy-anan ug ang panon ikatugyan sa pagayatak-ilalom sa tiil? Daniel 8:13.</w:t>
      </w:r>
    </w:p>
    <w:p>
      <w:pPr>
        <w:pStyle w:val="ArticleBody"/>
        <w:jc w:val="left"/>
      </w:pPr>
      <w:r>
        <w:rPr>
          <w:rFonts w:ascii="Times New Roman" w:hAnsi="Times New Roman" w:eastAsia="Times New Roman" w:cs="Times New Roman"/>
        </w:rPr>
        <w:t>Ang 538 mao ang usa ka “panahon sa katapusan” ug kini nahiuyon sa krus, nga mao usab ang katapusan sa usa ka profetikong yugto sa panahon. Ang 538 ug ang krus naghatag ug duha ka mga saksi nga ang sinugdanan ug ang katapusan sa usa ka propesiya pareho nga gimarkahan sa pagkapropetiko ingon nga usa ka “panahon sa katapusan.”</w:t>
      </w:r>
    </w:p>
    <w:p>
      <w:pPr>
        <w:pStyle w:val="ArticleBody"/>
        <w:jc w:val="left"/>
      </w:pPr>
      <w:r>
        <w:rPr>
          <w:rFonts w:ascii="Times New Roman" w:hAnsi="Times New Roman" w:eastAsia="Times New Roman" w:cs="Times New Roman"/>
        </w:rPr>
        <w:t>Ang bersikulo beinte-uno ug beinte-dos, ang bersikulo beinte, ang bersikulo disi-sais, ang bersikulo diez, ang mga bersikulo siete hangtod nuwebe, ug ang bersikulo uno tanan nagtimaan sa “panahon sa katapusan.” Ang bersikulo beinte-tres nagaila sa pakigsaad nga gihimo sa mga Hudiyong Maccabean uban sa pagano nga Roma sa 161 hangtod 158 BC. Ang kasaysayan sa Dinastiyang Hasmonean gikan sa ilang unang gubat hangtod sa ilang katapusan diha sa pagkalaglag sa Jerusalem sa 70 AD nagrepresentar sa apostatang Protestante sa Tinipong Bansa sa Amerika sugod sa 1844, ang katapusan sa usa ka tagna sa panahon, ug busa usa ka “panahon sa katapusan,” ug nagatapos sa balaod sa Domingo ingon sa girepresentahan sa 70 AD.</w:t>
      </w:r>
    </w:p>
    <w:p>
      <w:pPr>
        <w:pStyle w:val="ArticleBody"/>
        <w:jc w:val="left"/>
      </w:pPr>
      <w:r>
        <w:rPr>
          <w:rFonts w:ascii="Times New Roman" w:hAnsi="Times New Roman" w:eastAsia="Times New Roman" w:cs="Times New Roman"/>
        </w:rPr>
        <w:t>Ang bersikulo beinte-tres nagtimaan sa usa ka “panahon sa katapusan” niadtong 167 BC sa gubat sa Modein ug usab niadtong 70 AD, nga silang duha naghulagway sa 1844 ug sa balaod sa Dominggo matag usa. Ang bersikulo beinte-tres, ang mga bersikulo beinte-uno ug beinte-dos, ang bersikulo beinte, ang bersikulo disi-sais, ang bersikulo diyes, ang mga bersikulo siyete hangtod nuwebe, ug ang bersikulo uno tanan nagtimaan sa “panahon sa katapusan.”</w:t>
      </w:r>
    </w:p>
    <w:p>
      <w:pPr>
        <w:pStyle w:val="ArticleBody"/>
        <w:jc w:val="left"/>
      </w:pPr>
      <w:r>
        <w:rPr>
          <w:rFonts w:ascii="Times New Roman" w:hAnsi="Times New Roman" w:eastAsia="Times New Roman" w:cs="Times New Roman"/>
        </w:rPr>
        <w:t>Ang bersikulo baynte-kuwatro nagaila sa tulo ka gatus ug saysenta ka tuig nga pagkalabaw sa paganong Roma, sa ingon nagtimaan sa sinugdanan sa 31 BC ug sa kataposan sa 330 ingon nga “panahon sa mga kataposan.” Ang bersikulo baynte-siete ug baynte-nuwebe nagaila sa sinugdanan ug sa kataposan niana nga yugto, busa ang bersikulo baynte-kuwatro, ang bersikulo baynte-siete, ang bersikulo baynte-nuwebe, ang bersikulo baynte-tres, ang mga bersikulo baynte-uno ug baynte-dos, ang bersikulo baynte, ang bersikulo disi-sais, ang bersikulo diyes, ang mga bersikulo siete hangtod nuwebe ug ang bersikulo uno tanan nagtimaan sa “panahon sa kataposan.”</w:t>
      </w:r>
    </w:p>
    <w:p>
      <w:pPr>
        <w:pStyle w:val="ArticleBody"/>
        <w:jc w:val="left"/>
      </w:pPr>
      <w:r>
        <w:rPr>
          <w:rFonts w:ascii="Times New Roman" w:hAnsi="Times New Roman" w:eastAsia="Times New Roman" w:cs="Times New Roman"/>
        </w:rPr>
        <w:t>Ang bersikulo traynta ug usa nagtimaan sa 538 sa dihang ang dulumtanan nga makapahimong biniyaan gibutang, ug ang mga bersikulo traynta ug unom ug kap-atan nagtimaan sa 1798 ingon nga “panahon sa katapusan.” Ang 538 sa bersikulo traynta ug usa ug ang 1798 sa mga bersikulo traynta ug unom ug kap-atan, ang mga bersikulo baynte-siete ug baynte-nuwebe, ang bersikulo baynte-kuwatro, ang bersikulo baynte-tres, ang mga bersikulo baynte-uno ug baynte-dos, ang bersikulo baynte, ang bersikulo disi-sais, ang bersikulo dies, ang mga bersikulo siete hangtod nuwebe, ug ang bersikulo uno, tanan nagtimaan sa “panahon sa katapusan.”</w:t>
      </w:r>
    </w:p>
    <w:p>
      <w:pPr>
        <w:pStyle w:val="ArticleBody"/>
        <w:jc w:val="left"/>
      </w:pPr>
      <w:r>
        <w:rPr>
          <w:rFonts w:ascii="Times New Roman" w:hAnsi="Times New Roman" w:eastAsia="Times New Roman" w:cs="Times New Roman"/>
        </w:rPr>
        <w:t>Ang “panahon sa katapusan” gimarkahan ug napulog-tulo ka higayon sa wala pa ang bersikulo kuwarentay-uno nga mao ang balaod sa Dominggo ug laing “panahon sa katapusan,” maingon man ang bersikulo kuwarentay-singko sa dihang ang papa moabot sa iyang katapusan nga walay bisan usa nga motabang kaniya. Napulog-lima ka higayon nga ang “panahon sa katapusan” mahimutang sa kapitulo onse. Ang tema sa bersikulo disi mao ang “panahon sa katapusan.” Kini nagrepresentar sa mga kamatuoran nga mabuksan sa panahon sa pagsilyo sa usa ka gatus ug kap-atan ug upat ka libo.</w:t>
      </w:r>
    </w:p>
    <w:p>
      <w:pPr>
        <w:pStyle w:val="ArticleBody"/>
        <w:jc w:val="left"/>
      </w:pPr>
      <w:r>
        <w:rPr>
          <w:rFonts w:ascii="Times New Roman" w:hAnsi="Times New Roman" w:eastAsia="Times New Roman" w:cs="Times New Roman"/>
        </w:rPr>
        <w:t>Padayon kita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Otso</dc:title>
  <dc:subject>Pagtan-aw sa Ikatulong Linya</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