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Nuwebe</w:t>
      </w:r>
    </w:p>
    <w:p>
      <w:pPr>
        <w:pStyle w:val="ArticleSubtitle"/>
        <w:jc w:val="left"/>
      </w:pPr>
      <w:r>
        <w:rPr>
          <w:rFonts w:ascii="Arial" w:hAnsi="Arial" w:eastAsia="Arial" w:cs="Arial"/>
        </w:rPr>
        <w:t>Ikaupat nga Linya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Ug ang hari sa habagatan mapukaw sa mapintas nga kasuko, ug mogula ug makig-away kaniya, bisan batok sa hari sa amihanan; ug siya magpahigayon ug usa ka dakung panon; apan ang panon igatugyan ngadto sa iyang kamot. Ug sa diha nga iyang mapapas ang panon, ang iyang kasingkasing mapahitas-on; ug iyang ipukan ang daghang napulo ka libo: apan siya dili mapalig-on tungod niini. Daniel 11:11, 12.</w:t>
      </w:r>
    </w:p>
    <w:p>
      <w:pPr>
        <w:pStyle w:val="ArticleBody"/>
        <w:jc w:val="left"/>
      </w:pPr>
      <w:r>
        <w:rPr>
          <w:rFonts w:ascii="Times New Roman" w:hAnsi="Times New Roman" w:eastAsia="Times New Roman" w:cs="Times New Roman"/>
        </w:rPr>
        <w:t>Ang bersikulo onse ug dose nag-ila sa kadaugan ni Putin batok sa Ukraine ug sa European Union, ug sa mga sangputanan ug pagkapukan alang kang Putin human sa iyang kadaugan sa Gubat sa Ukraine, ingon nga girepresentahan ni Ptolemy sa iyang kadaugan sa Raphia niadtong 217 BC ug sa iyang kapildihan diha sa bersikulo dose. Ang tema sa mga bersikulo mao ang pagbangon ug pagkapukan sa hari sa habagatan.</w:t>
      </w:r>
    </w:p>
    <w:p>
      <w:pPr>
        <w:pStyle w:val="ArticleBody"/>
        <w:jc w:val="left"/>
      </w:pPr>
      <w:r>
        <w:rPr>
          <w:rFonts w:ascii="Times New Roman" w:hAnsi="Times New Roman" w:eastAsia="Times New Roman" w:cs="Times New Roman"/>
        </w:rPr>
        <w:t>Hangtod niining bahina, ang mga artikulo nag-ila sa mga batakang tema sa mga propetikong linya sa kapitulo onse. Ang bersikulo onse nagkinahanglan pa ug gamayng dugang nga panahon sa dili pa kita mopadayon sa kapitulo. Ang Daniel onse, bersikulo onse nahiuyon sa Pinadayag onse, bersikulo onse.</w:t>
      </w:r>
    </w:p>
    <w:p>
      <w:pPr>
        <w:pStyle w:val="ArticleScripture"/>
        <w:jc w:val="left"/>
      </w:pPr>
      <w:r>
        <w:rPr>
          <w:rFonts w:ascii="Times New Roman" w:hAnsi="Times New Roman" w:eastAsia="Times New Roman" w:cs="Times New Roman"/>
        </w:rPr>
        <w:t>Ug tapos sa tulo ka adlaw ug tunga, ang Espiritu sa kinabuhi nga gikan sa Dios misulod kanila, ug mitindog sila ibabaw sa ilang mga tiil; ug daku nga kahadlok midangat niadtong mga nakakita kanila. Pinadayag 11:11.</w:t>
      </w:r>
    </w:p>
    <w:p>
      <w:pPr>
        <w:pStyle w:val="ArticleBody"/>
        <w:jc w:val="left"/>
      </w:pPr>
      <w:r>
        <w:rPr>
          <w:rFonts w:ascii="Times New Roman" w:hAnsi="Times New Roman" w:eastAsia="Times New Roman" w:cs="Times New Roman"/>
        </w:rPr>
        <w:t>Niadtong 2023, ang duha ka mga saksi nga gipamatay sa mananap nga gikan sa bung-aw nga walay kinutoban mitindog ibabaw sa ilang mga tiil. Ang pagsaksi sa Republikano nga sungay nagsugod niadtong 2015 pinaagi sa pagpahibalo ni Donald Trump sa iyang pagdagan alang sa pagkapresidente, ug niadtong 2020 ang dragon, nga girepresentahan sa mga globalista sa kalibotan, ug ang mga globalista nga mao ang Partido Demokratiko uban sa mga globalista sa Partido Republikano (mga RINO) nangawat sa piniliay ug nagluklok kang Joe Biden, sa ingon gipatay si Donald Trump diha sa dalan. Ang Protestante nga sungay nga girepresentahan sa ministeryo nga Future for America gipatay pinaagi sa pagpatikay sa usa ka sayop nga prediksyon nga naghulagway sa usa ka pag-atake sa Islam batok sa Nashville. Niadtong 2023, ang Republikano ug Protestante nga mga sungay parehong nabanhaw. Ang bersikulo onse nag-ila sa sinugdanan sa Gubat sa Ukraine niadtong 2014 padayon ngadto sa katapusang kadaugan ni Putin ug sa Russia.</w:t>
      </w:r>
    </w:p>
    <w:p>
      <w:pPr>
        <w:pStyle w:val="ArticleBody"/>
        <w:jc w:val="left"/>
      </w:pPr>
      <w:r>
        <w:rPr>
          <w:rFonts w:ascii="Times New Roman" w:hAnsi="Times New Roman" w:eastAsia="Times New Roman" w:cs="Times New Roman"/>
        </w:rPr>
        <w:t>Ang bersikulo onse mao ang makitaong pagsulay nga moabut sa kinatumyan diha sa paghukom alang sa Adventismo sa kinatibuk-an, apan usab alang sa mga midawat sa kahayag sa 9/11 ug sa pag-abot sa ikatulong alaut, apan sa panguna kini alang sa mga pagapaninglan sa ilang tulubagon ngadto sa kahayag sa tagna nga anam-anam nga gibuksan sukad pa sa Hulyo sa 2023.</w:t>
      </w:r>
    </w:p>
    <w:p>
      <w:pPr>
        <w:pStyle w:val="ArticleBody"/>
        <w:jc w:val="left"/>
      </w:pPr>
      <w:r>
        <w:rPr>
          <w:rFonts w:ascii="Times New Roman" w:hAnsi="Times New Roman" w:eastAsia="Times New Roman" w:cs="Times New Roman"/>
        </w:rPr>
        <w:t>Ang pagpangulo sa Adventismo gitalikdan niadtong 1989, ingon nga gihulagway sa pagkatawo ni Cristo niadtong maong propetikong yugto. Sa pagbautismo ni Cristo nagsugod Siya sa pagtawag sa mga tinun-an nga mao ang “pundasyon” sa Cristianhong Iglesia, sa ingon naghulagway sa 9/11, sa dihang pinaagi sa pag-abot sa Islam sa ikatulong kaalaotan gidala sa Ginoo ang Iyang katawhan balik ngadto sa karaang mga agianan ni Jeremias, nga nagrepresentar sa mga pundasyon sa Adventismo. Sa 9/11 ang paghukom sa mga buhi nagsugod sa balay sa Dios, ug gisalikway sa Adventismo ang kahayag sa manulonda sa Pinadayag dieciocho sama ka sigurado nga gisalikway sa mga Judio si Jesus ingon nga Mesiyas. Kadtong midawat sa kahayag sa manulonda sa Pinadayag dieciocho gisulayan dayon pinaagi sa kapakyasan sa Hulyo 18, 2020.</w:t>
      </w:r>
    </w:p>
    <w:p>
      <w:pPr>
        <w:pStyle w:val="ArticleBody"/>
        <w:jc w:val="left"/>
      </w:pPr>
      <w:r>
        <w:rPr>
          <w:rFonts w:ascii="Times New Roman" w:hAnsi="Times New Roman" w:eastAsia="Times New Roman" w:cs="Times New Roman"/>
        </w:rPr>
        <w:t>Niadtong Hulyo sa 2023, ang kahayag sa Daniel onse, bersikulo onse, nag-ila sa gawasnong linya sa kamatuoran alang sa karon. Kadtong kahayag sa gawasnong tagnaong katumanan nga makita sa bersikulo onse sa Daniel onse gibuksan ngadto sa nabanhaw nga mga ulay diha sa bersikulo onse sa Pinadayag kapitulo onse. Ang Pinadayag nag-ila sa sulodnong kasaysayan nga gibuksan sa Daniel ingon nga gawasnong kasaysayan.</w:t>
      </w:r>
    </w:p>
    <w:p>
      <w:pPr>
        <w:pStyle w:val="ArticleBody"/>
        <w:jc w:val="left"/>
      </w:pPr>
      <w:r>
        <w:rPr>
          <w:rFonts w:ascii="Times New Roman" w:hAnsi="Times New Roman" w:eastAsia="Times New Roman" w:cs="Times New Roman"/>
        </w:rPr>
        <w:t>Kadtong mga nagpalandong sa kahayag nga gipadayag sugod sa Hulyo sa 2023 nagrepresentar sa duha ka lahi nga mga hut-ong, kay aduna nay mga kaniadto naglakaw nga magkauban human sa Hulyo, 2023 nga karon dili na maglakaw nga magkauban. Ang paghukom mauswagonon ug nagsugod sa 9/11, ug ang iglesya sa Seventh-day Adventist gihatagan ug “panahon sa paghinulsol” tungod sa iyang pagsalikway sa “mga lagda sa propetikong paghubad nga gisagop ni Miller ug sa iyang mga kauban,” nga ilang hinayhinay nga gisalikway sugod pa sa 1863. Sukad sa 9/11 hangtod sa Hulyo 18, 2020, ang iglesya sa Seventh-day Adventist gihatagan sa iyang katapusang kahigayonan sa paghinulsol, ug niadtong higayona kadtong mga miapil sa 2020 Nashville nga pagmantala gisulayan. Sa Hulyo, ang katapusang yugto sa paghinlo girepresentahan sa mga bersikulo onse sa kapitulo onse sa mga basahon ni Daniel ug sa Pinadayag.</w:t>
      </w:r>
    </w:p>
    <w:p>
      <w:pPr>
        <w:pStyle w:val="ArticleBody"/>
        <w:jc w:val="left"/>
      </w:pPr>
      <w:r>
        <w:rPr>
          <w:rFonts w:ascii="Times New Roman" w:hAnsi="Times New Roman" w:eastAsia="Times New Roman" w:cs="Times New Roman"/>
        </w:rPr>
        <w:t>Diha sa maong proseso sa pagsulay natuman ang ikaduha sa tulo ka mga pagsulay. Ang ikaduhang pagsulay usa ka makitaon nga pagsulay, nga ginaunhan sa usa ka pagsulay sa kaibog sa pagkaon ug nga matapos sa ikatulong pagsulay, nga dili sama sa nag-una nga duha ka mga pagsulay, usa ka litmus nga pagsulay. Sa dihang mahigmata ang mga ulay sa Tungang Gabii tungod sa tawag nga “Tan-awa, ang Pamanhonon nagaabot,” ang usa ka pundok adunay gikinahanglang lana ug ang usa nawala. Gituman sa mga Millerite kining maong kasinatian, ug sa ilang pagbuhat niini ilang gipadayag ang usa ka pagsabot sa usa ka eksternal ug internal nga linya sa propesiya.</w:t>
      </w:r>
    </w:p>
    <w:p>
      <w:pPr>
        <w:pStyle w:val="ArticleBody"/>
        <w:jc w:val="left"/>
      </w:pPr>
      <w:r>
        <w:rPr>
          <w:rFonts w:ascii="Times New Roman" w:hAnsi="Times New Roman" w:eastAsia="Times New Roman" w:cs="Times New Roman"/>
        </w:rPr>
        <w:t>Sa dihang ilang gimantala ang mensahe sa ikaduhang manolunda pinaagi sa pag-ila sa nangapukan nga mga simbahang Protestante ingon nga mga anak nga babaye sa Babilonya, ilang gimantala ang usa ka mensahe nga gawas sa ilang kasinatian. Aron ilang imantala ang mensahe sa Pagtuaw sa Tungang Gabii, gikinahanglan una nila nga makita ang ilang kaugalingon ingon nga mga ulay nga anaa sa usa ka panahon sa paglangan. Sa bersikulo onse sa Daniel ug sa Pinadayag kapitulo onse, ang sulodnon ug gawasnong mga mensahe gipadayag ingon nga presente nga kamatuoran sukad sa Hulyo sa 2023.</w:t>
      </w:r>
    </w:p>
    <w:p>
      <w:pPr>
        <w:pStyle w:val="ArticleBody"/>
        <w:jc w:val="left"/>
      </w:pPr>
      <w:r>
        <w:rPr>
          <w:rFonts w:ascii="Times New Roman" w:hAnsi="Times New Roman" w:eastAsia="Times New Roman" w:cs="Times New Roman"/>
        </w:rPr>
        <w:t>Sa unang kapitulo sa Daniel, ang ikaduha ug makita nga pagsulay mao sa dihang ilang hingkaplagan nga ang mga nawong ni Daniel ug sa tulo ka bililhong kauban labi pang maanyag ug mas tambok sa “dagway” kay sa mga mikaon sa pagkaon sa Babilonia. Sa ikaduhang kapitulo, ang makita nga pagsulay gilarawan ingon nga usa ka profetikong pagsulay nga nagkinahanglan sa husto nga paghubad sa usa ka tinagong mensahe nga sa katapusan gipakita nga mao ang hulagway sa mga gingharian sa propesiya sa Biblia. Ang mga kapitulo uno, dos, ug tres sa Daniel nagrepresentar sa una, ikaduha, ug ikatulong mga manulonda sa Pinadayag katorse.</w:t>
      </w:r>
    </w:p>
    <w:p>
      <w:pPr>
        <w:pStyle w:val="ArticleBody"/>
        <w:jc w:val="left"/>
      </w:pPr>
      <w:r>
        <w:rPr>
          <w:rFonts w:ascii="Times New Roman" w:hAnsi="Times New Roman" w:eastAsia="Times New Roman" w:cs="Times New Roman"/>
        </w:rPr>
        <w:t>Ang ikaduhang manulonda sa Pinadayag kapitulo katorse nagtumong sa panggawas nga mensahe sa kasaysayan sa mga Millerita, ug ang ikaduhang kapitulo sa Daniel usab nagtumong sa panggawas nga linya pinaagi sa hulagway sa mga mananap sa mapanagnaong kasaysayan. Ang makitaong pagsulay sa unang kapitulo gibase kang Daniel ug sa tulo ka mga takus, ug busa kini mao ang sulodnong linya. Ang panggawas ug sulodnong mga linya sa tagna nga gilarawan pinaagi sa pagkaparalelo sa Daniel kapitulo usa hangtod tulo uban sa tulo ka mga manulonda sa Pinadayag kapitulo katorse, naghatag ug laing saksi sa mensahe sa ikaduhang manulonda ingon nga natuman pinaagi sa mga Millerita.</w:t>
      </w:r>
    </w:p>
    <w:p>
      <w:pPr>
        <w:pStyle w:val="ArticleBody"/>
        <w:jc w:val="left"/>
      </w:pPr>
      <w:r>
        <w:rPr>
          <w:rFonts w:ascii="Times New Roman" w:hAnsi="Times New Roman" w:eastAsia="Times New Roman" w:cs="Times New Roman"/>
        </w:rPr>
        <w:t>Ang mga Millerite nagpahibalo sa usa ka panggawas ug usa ka pangsulod nga mensahe sa dihang ilang gituman ang pagpahibalo sa Tunga-tungang Panaghilak. Ang ilang panggawas nga mensahe mao ang ikaduhang manulonda sa Pinadayag katorse, sa ingon nagdugtong sa tinuyo gayud ang mensahe sa mga Millerite ngadto sa ikaduhang manulonda ug sa hulagway sa Daniel dos. Ang hulagway nagrepresentar sa panggawas nga mga gingharian sa panagna sa Biblia gikan sa literal nga Babilonia hangtod sa modernong Babilonia nga moabut sa iyang katapusan sa panapos sa panulay sa tawo. Ang mga Millerite nagdugtong pag-usab sa panggawas nga mensahe sa Babilonia. Ang makitaong pagsulay ni Daniel gibase sa pagkaon nga iyang gipili nga kan-on, ug ang unang manulonda sa Pinadayag napulo nga mikunsad ug mipahimutang sa usa ka tiil sa yuta ug ang usa sa dagat adunay usa ka gamayng basahon nga binuksan, nga gisugo si Juan sa pagkaon niini. Ang unang manulonda ginarepresentahan pinaagi sa gana sa pagkaon ug gisundan sa usa ka makitaong pagsulay. Ang makitaong pagsulay naglakip sa usa ka pangsulod ug panggawas nga linya sa kamatuoran.</w:t>
      </w:r>
    </w:p>
    <w:p>
      <w:pPr>
        <w:pStyle w:val="ArticleBody"/>
        <w:jc w:val="left"/>
      </w:pPr>
      <w:r>
        <w:rPr>
          <w:rFonts w:ascii="Times New Roman" w:hAnsi="Times New Roman" w:eastAsia="Times New Roman" w:cs="Times New Roman"/>
        </w:rPr>
        <w:t>Ang bersikulo onse sa Daniel onse, nga kapariho sa bersikulo onse sa Pinadayag onse, nagrepresentar sa duruha-ka-pilo nga makitaong pagsulay. Ang pagsulay matapos sa litmus test, sa dihang ang mga ulay magapadayag kon aduna ba silay lana o wala. Kana nga pagpadayag mahitabo sa wala pa ang pagsira sa panahon sa pagsulay sa balaod sa Dominggo sa Tinipong Bansa sa Amerika. Ang pagsira sa panahon sa pagsulay sa balaod sa Dominggo gitipohan pinaagi sa Oktubre 22, 1844. Sa wala pa gayod ang Oktubre 22, 1844, niadtong Agosto 17, 1844, gidala sa mga Millerite ang mensahe sama sa usa ka balod sa taob tabok sa sidlakang kabaybayonan sa Tinipong Bansa sa Amerika.</w:t>
      </w:r>
    </w:p>
    <w:p>
      <w:pPr>
        <w:pStyle w:val="ArticleBody"/>
        <w:jc w:val="left"/>
      </w:pPr>
      <w:r>
        <w:rPr>
          <w:rFonts w:ascii="Times New Roman" w:hAnsi="Times New Roman" w:eastAsia="Times New Roman" w:cs="Times New Roman"/>
        </w:rPr>
        <w:t>Ang 1989 mao ang panahon sa katapusan sa dihang ang basahon ni Daniel giablihan, ug sa dihang ang basahon ni Daniel maablihan, adunay kanunay nga pagdugang sa kahibalo nga nagapamunga ug duha ka mga hut-ong sa mga magsisimba. Ang 1989 mao ang nahauna niadtong tulo ka mga panandang-dalan sa pagsulay, sumala sa gihulagway sa pag-abot sa nahaunang manulonda niadtong 1798. Sa dihang ang nahaunang manulonda mikunsad niadtong Agosto 11, 1840, kini naghulagway sa manulonda sa Pinadayag dieciocho nga mikunsad sa 9/11. Ang nahaunang kapakyasan sa kasaysayan sa mga Millerita maoy nagtimaan sa pag-abot sa ikaduhang manulonda ug naghulagway sa Hulyo 18, 2020, ug sa sinugdanan sa panahon sa paglangan. Ang mga Millerita hinayhinay nga nahigmata ngadto sa mensahe sa ikaduhang manulonda ug sa kamatuoran nga sila mao ang mga ulay sa sambingay sa napulo ka mga ulay. Hingpit silang nahigmata sa camp meeting sa Exeter niadtong Agosto 1844. Ang usa ka gatus ug kap-atan ug upat ka libo nahigmata niadtong Hulyo 2023 sa dihang ang mensahe sa Tunga-tungang Panaghugyaw nagsugod sa hinayhinay nga pag-abli.</w:t>
      </w:r>
    </w:p>
    <w:p>
      <w:pPr>
        <w:pStyle w:val="ArticleBody"/>
        <w:jc w:val="left"/>
      </w:pPr>
      <w:r>
        <w:rPr>
          <w:rFonts w:ascii="Times New Roman" w:hAnsi="Times New Roman" w:eastAsia="Times New Roman" w:cs="Times New Roman"/>
        </w:rPr>
        <w:t>Ang panahon sa paglangan natapos alang sa mga Millerite sa Exeter, maingon usab sa pagkahuman niini alang sa pamilya ni Lazaro sa dihang gibanhaw ni Jesus si Lazaro aron mahimong korona nga buhat sa ministeryo ni Cristo, sa dihang si Lazaro nahimong “selyo” sa Iyang ministeryo. Ang pagkabanhaw ni Lazaro nagtimaan sa katapusan sa panahon sa paglangan, ug sa pagselyo sa katawohan sa Dios. Ang Mahimayaong Pagsulod nga misunod nagsimbolo sa pagpahibalo sa mensahe sa Tungang Gabii nga Singgit sa kasaysayan sa mga Millerite. Ang tema sa bersikulo onse sa Daniel kapitulo onse mao ang pagsaka ug pagkapukan sa hari sa habagatan, ug kini modala ngadto sa gubat sa Panium diha sa mga bersikulo trese ngadto sa kinse. Kadtong mga bersikulo mao ang litmus test diin ang selyo ibutang sa mga agtang sa kalalakin-an ug kababayen-an nga pagabayawon ingon nga usa ka bandila diha sa bersikulo disi-sais.</w:t>
      </w:r>
    </w:p>
    <w:p>
      <w:pPr>
        <w:pStyle w:val="ArticleBody"/>
        <w:jc w:val="left"/>
      </w:pPr>
      <w:r>
        <w:rPr>
          <w:rFonts w:ascii="Times New Roman" w:hAnsi="Times New Roman" w:eastAsia="Times New Roman" w:cs="Times New Roman"/>
        </w:rPr>
        <w:t>Natuman ang bersikulo kinse sa Gubat sa Panium, nga nahiuyon sa pagduaw ni Cristo sa Cesarea Filipos. Didto sa Cesarea Filipos, giusab ni Cristo ang ngalan ni Simon Barjonas ngadto kang Pedro, nga nagtimaan sa pagpatik sa usa ka gatus ug kap-atan ug upat ka libo. Gikan niadto, ang kahayag sa haduol nang umaabot nga krus gibuksan ngadto sa mga tinun-an. Sa dihang giusab ni Cristo ang ngalan ni Simon ngadto kang Pedro sa wala pa ang krus, nahiuyon kini sa litmus test sa Exeter ug kang Lazaro nga nag-una ngadto sa Mahimayaong Pagsulod sa Jerusalem. Ang camp meeting sa Exeter gikan sa ika-12 hangtod sa ika-17 sa Agosto nagrepresentar sa katapusang pagpahimutang diha sa kamatuoran sa dili pa ang pag-uyog nga mao ang linog sa balaod sa Domingo sa kapitulo onse sa Daniel ug Pinadayag.</w:t>
      </w:r>
    </w:p>
    <w:p>
      <w:pPr>
        <w:pStyle w:val="ArticleScripture"/>
        <w:jc w:val="left"/>
      </w:pPr>
      <w:r>
        <w:rPr>
          <w:rFonts w:ascii="Times New Roman" w:hAnsi="Times New Roman" w:eastAsia="Times New Roman" w:cs="Times New Roman"/>
        </w:rPr>
        <w:t>“Ang buluhaton sa Battle Creek anaa sa mao gihapong kahimtang. Ang mga pangulo sa sanitarium nakigsagol sa mga dili magtutuo, nga gidawat sila ngadto sa ilang mga konseho, sa usa ka sukod o sa lain, apan kini sama sa pagbuhat uban ang ilang mga mata nga nakapikit. Kulang sila sa pagpanabot aron makita kon unsa ang moabut ibabaw kanato sa bisan unsang panahon. Adunay espiritu sa pagka-desperado, sa gubat ug pagpaagas ug dugo, ug kana nga espiritu modugang hangtod sa pinakatapus sa panahon. Sa dihang ang katawhan sa Dios matimrihan na sa ilang mga agtang—dili kini bisan unsang timri o marka nga makita, kondili usa ka pagkapahimutang diha sa kamatuoran, sa pangisip ug sa espiritu, aron dili na sila matarog—sa dihang ang katawhan sa Dios matimrihan na ug maandam alang sa pagkuyog, kini moabut. Sa pagkatinuod, nagsugod na kini. Ang mga paghukom sa Dios anaa na karon ibabaw sa yuta, aron pagpasidaan kanato, aron kita mahibalo sa umaabot.” Manuscript Releases, bolyum 10, 252.</w:t>
      </w:r>
    </w:p>
    <w:p>
      <w:pPr>
        <w:pStyle w:val="ArticleBody"/>
        <w:jc w:val="left"/>
      </w:pPr>
      <w:r>
        <w:rPr>
          <w:rFonts w:ascii="Times New Roman" w:hAnsi="Times New Roman" w:eastAsia="Times New Roman" w:cs="Times New Roman"/>
        </w:rPr>
        <w:t>Ang pagtimri sa usa ka gatos kap-atan ug upat ka libo girepresentahan sa Exeter camp meeting, sa pag-ilis ni Cristo sa ngalan ni Simon ngadto kang Pedro, ug sa pagkabanhaw ni Lazaro. Kana nga pagkabanhaw nagatipo sa pagkabanhaw sa duha ka mga saksi diha sa Pinadayag kapitulo onse. Ang mga bersikulo napulo hangtod napulog-unom nagarepresentar sa tinagong kasaysayan sa bersikulo kwarenta. Ang pag-abli sa tinagong kasaysayan sa bersikulo kwarenta nagsugod sulod sa makasaysayanong katumanan sa bersikulo onse ug sa gubat sa Ukraine. Sukad sa Hulyo sa 2023, kana nga tinagong kasaysayan anaa sa proseso sa pag-abli pinaagi sa Leon sa banay ni Juda.</w:t>
      </w:r>
    </w:p>
    <w:p>
      <w:pPr>
        <w:pStyle w:val="ArticleBody"/>
        <w:jc w:val="left"/>
      </w:pPr>
      <w:r>
        <w:rPr>
          <w:rFonts w:ascii="Times New Roman" w:hAnsi="Times New Roman" w:eastAsia="Times New Roman" w:cs="Times New Roman"/>
        </w:rPr>
        <w:t>Sa dihang ang mga kandidato nga maapil sa usa ka gatus ug kap-atan ug upat ka libo gibanhaw diha sa bersikulo onse sa Pinadayag kapitulo onse, nagsugod ang makita nga mapanag-anong pagsulay nga kinahanglan malabyan sa dili pa matapos ang panahon sa pagsulay sa balaod sa Dominggo, nga giila ni Sister White ingon nga pagsulay sa larawan sa mapintas nga mananap.</w:t>
      </w:r>
    </w:p>
    <w:p>
      <w:pPr>
        <w:pStyle w:val="ArticleScripture"/>
        <w:jc w:val="left"/>
      </w:pPr>
      <w:r>
        <w:rPr>
          <w:rFonts w:ascii="Times New Roman" w:hAnsi="Times New Roman" w:eastAsia="Times New Roman" w:cs="Times New Roman"/>
        </w:rPr>
        <w:t>“Gipakita sa Ginoo kanako sa tin-aw nga paagi nga ang larawan sa mananap pagapahimoon sa dili pa matapos ang panahon sa pagpasulay; kay kini mao ang mahimong dakong pagsulay alang sa katawhan sa Dios, diin pinaagi niini pagahukman ang ilang walay kataposang padulngan. Ang inyong baruganan maoy ingon nianang nagkaguliyang nga tinipon sa mga pagkasumpaki, nga diyutay ra ang mailad.”</w:t>
      </w:r>
    </w:p>
    <w:p>
      <w:pPr>
        <w:pStyle w:val="ArticleScripture"/>
        <w:jc w:val="left"/>
      </w:pPr>
      <w:r>
        <w:rPr>
          <w:rFonts w:ascii="Times New Roman" w:hAnsi="Times New Roman" w:eastAsia="Times New Roman" w:cs="Times New Roman"/>
        </w:rPr>
        <w:t>“Sa Pinadayag 13 kini nga hilisgutan matin-aw nga gipahayag; [Pinadayag 13:11–17, gikutlo].”</w:t>
      </w:r>
    </w:p>
    <w:p>
      <w:pPr>
        <w:pStyle w:val="ArticleScripture"/>
        <w:jc w:val="left"/>
      </w:pPr>
      <w:r>
        <w:rPr>
          <w:rFonts w:ascii="Times New Roman" w:hAnsi="Times New Roman" w:eastAsia="Times New Roman" w:cs="Times New Roman"/>
        </w:rPr>
        <w:t>“Kini mao ang pagsulay nga kinahanglan pagaatubangon sa katawohan sa Dios sa dili pa sila patikan. Ang tanan nga nagpamatuod sa ilang pagkamaunongon sa Dios pinaagi sa pagbantay sa Iyang balaod, ug sa pagdumili sa pagdawat sa usa ka mini nga adlaw nga igpapahulay, mapailalom sa bandila sa Ginoong Dios nga si Jehova, ug makadawat sa patik sa buhing Dios. Apan kadtong motugyan sa kamatuoran nga gikan sa langit ug modawat sa Domingo nga adlaw nga igpapahulay, makadawat sa timaan sa mapintas nga mananap.” Manuscript Releases, volume 15, 15.</w:t>
      </w:r>
    </w:p>
    <w:p>
      <w:pPr>
        <w:pStyle w:val="ArticleBody"/>
        <w:jc w:val="left"/>
      </w:pPr>
      <w:r>
        <w:rPr>
          <w:rFonts w:ascii="Times New Roman" w:hAnsi="Times New Roman" w:eastAsia="Times New Roman" w:cs="Times New Roman"/>
        </w:rPr>
        <w:t>Ang panggawas nga linya sa tagna gibuksan diha sa kasaysayan sa bersikulo onse sa Daniel onse, ug ang sulod nga linya gibuksan diha sa Pinadayag kapitulo onse bersikulo onse. Ang panggawas nga linya nagaila kon sa unsang paagi ang dagway sa mapintas nga mananap, nga nagrepresentar sa paghiusa sa iglesia ug sa estado uban sa iglesia nga nagdumala sa maong relasyon, naporma sulod sa panahon sa paghukom sa mga buhi. Ang sulod nga linya nagaila kon sa unsang paagi ang dagway ni Cristo, nga nagrepresentar sa paghiusa sa pagka-Dios ug sa pagkatawo, naporma panahon sa paghukom sa mga buhi.</w:t>
      </w:r>
    </w:p>
    <w:p>
      <w:pPr>
        <w:pStyle w:val="ArticleBody"/>
        <w:jc w:val="left"/>
      </w:pPr>
      <w:r>
        <w:rPr>
          <w:rFonts w:ascii="Times New Roman" w:hAnsi="Times New Roman" w:eastAsia="Times New Roman" w:cs="Times New Roman"/>
        </w:rPr>
        <w:t>Ang kalihukang reporma sa ikatulong manulonda ug sa usa ka gatus kap-atan ug upat ka libo nagsugod sa panahon sa katapusan niadtong 1989, sumala sa girepresentahan sa bersikulo 10 sa Daniel 11. Dayon misugod ang hingpit nga katumanan sa Daniel kapitulo 12.</w:t>
      </w:r>
    </w:p>
    <w:p>
      <w:pPr>
        <w:pStyle w:val="ArticleScripture"/>
        <w:jc w:val="left"/>
      </w:pPr>
      <w:r>
        <w:rPr>
          <w:rFonts w:ascii="Times New Roman" w:hAnsi="Times New Roman" w:eastAsia="Times New Roman" w:cs="Times New Roman"/>
        </w:rPr>
        <w:t>Ug siya miingon, Lumakaw ka sa imong dalan, Daniel; kay ang mga pulong gitakpan ug gipatikan hangtod sa panahon sa katapusan. Daghan ang pagaputlion, ug pagahimoon nga maputi, ug pagasulayan; apan ang mga daotan magapadayon sa pagbuhat ug daotan: ug walay bisan usa sa mga daotan ang makasabut; apan ang mga manggialamon makasabut. Daniel 12:9, 10.</w:t>
      </w:r>
    </w:p>
    <w:p>
      <w:pPr>
        <w:pStyle w:val="ArticleBody"/>
        <w:jc w:val="left"/>
      </w:pPr>
      <w:r>
        <w:rPr>
          <w:rFonts w:ascii="Times New Roman" w:hAnsi="Times New Roman" w:eastAsia="Times New Roman" w:cs="Times New Roman"/>
        </w:rPr>
        <w:t>Ang ikanapulo ka bersikulo sa kapitulo onse nagrepresentar sa sinugdanan sa usa ka “proseso sa paghinlo” nga girepresentahan sa unang manulonda ingon nga may kahadlok sa Dios. Ang mga bersikulo onse ug dose nagrepresentar sa dapit diin ang usa ka gatos ug kap-atan ug upat ka libo gihimong maputi. Ang basahon ni Zacarias nag-ila niana nga kasinatian.</w:t>
      </w:r>
    </w:p>
    <w:p>
      <w:pPr>
        <w:pStyle w:val="ArticleScripture"/>
        <w:jc w:val="left"/>
      </w:pPr>
      <w:r>
        <w:rPr>
          <w:rFonts w:ascii="Times New Roman" w:hAnsi="Times New Roman" w:eastAsia="Times New Roman" w:cs="Times New Roman"/>
        </w:rPr>
        <w:t>Ug iyang gipakita kanako si Josue nga labawng sacerdote nga nagtindog sa atubangan sa manulonda ni Jehova, ug si Satanas nga nagtindog sa iyang too aron sa pagsukol kaniya. Ug si Jehova miingon kang Satanas, Badlongon ka unta ni Jehova, O Satanas; oo, si Jehova nga nagpili sa Jerusalem badlongon ka unta: dili ba kini usa ka tinggatong nga inagaw gikan sa kalayo? Karon si Josue nagsul-ob ug mahugaw nga mga bisti, ug nagtindog sa atubangan sa manulonda. Ug siya mitubag ug misulti niadtong nanagtindog sa iyang atubangan, nga nagaingon, Kuhaa ang mahugaw nga mga bisti gikan kaniya. Ug kaniya miingon siya, Tan-awa, gipakuha ko na gikan kanimo ang imong kasal-anan, ug bisti-an ko ikaw ug ilisan nga mga sapot. Ug ako miingon, Ibutang nila ang usa ka maanyag nga purongpurong sa iyang ulo. Busa ilang gibutang ang usa ka maanyag nga purongpurong sa iyang ulo, ug gibistihan siya ug mga sapot. Ug ang manulonda ni Jehova nagtindog sa duol. Zacarias 3:1–5.</w:t>
      </w:r>
    </w:p>
    <w:p>
      <w:pPr>
        <w:pStyle w:val="ArticleBody"/>
        <w:jc w:val="left"/>
      </w:pPr>
      <w:r>
        <w:rPr>
          <w:rFonts w:ascii="Times New Roman" w:hAnsi="Times New Roman" w:eastAsia="Times New Roman" w:cs="Times New Roman"/>
        </w:rPr>
        <w:t>Kining pahayag natuman sa katapusang buluhaton ni Cristo isip Labawng Sacerdote ug nagrepresentar sa pagtimri sa usa ka gatus ug kap-atan ug upat ka libo.</w:t>
      </w:r>
    </w:p>
    <w:p>
      <w:pPr>
        <w:pStyle w:val="ArticleScripture"/>
        <w:jc w:val="left"/>
      </w:pPr>
      <w:r>
        <w:rPr>
          <w:rFonts w:ascii="Times New Roman" w:hAnsi="Times New Roman" w:eastAsia="Times New Roman" w:cs="Times New Roman"/>
        </w:rPr>
        <w:t>“Ang panan-awon ni Zacarias mahitungod kang Josue ug sa Manulonda nagamit uban sa talagsaong kusog ngadto sa kasinatian sa katawhan sa Dios diha sa panapos nga mga talan-awon sa dakong adlaw sa pagtabon-sa-sala. Ang nahabiling iglesia pagaagion unya ngadto sa dako nga pagsulay ug kasakit. Kadtong nagabantay sa mga sugo sa Dios ug sa pagtoo ni Jesus mobati sa kapungot sa dragon ug sa iyang mga panon. Giisip ni Satanas ang kalibotan ingon nga iyang mga sakop; nakuha niya ang pagdumala bisan sa daghan nga nag-angkon nga mga Cristohanon. Apan ania ang usa ka gamay nga pundok nga nagasukol sa iyang pagkalabaw. Kon mapapas niya sila gikan sa yuta, ang iyang pagdaug mamahimong bug-os. Maingon nga iyang giimpluwensyahan ang mga nasod nga pagano sa paglaglag sa Israel, sa haduol nga umalabot iyang pagahulgaon ang daotang mga gahom sa yuta sa paglaglag sa katawhan sa Dios. Pagakinahanglanon ang mga tawo sa pagtuman sa tawhanong mga sugo nga naglapas sa balaang kasugoan.” Prophets and Kings, 587.</w:t>
      </w:r>
    </w:p>
    <w:p>
      <w:pPr>
        <w:pStyle w:val="ArticleBody"/>
        <w:jc w:val="left"/>
      </w:pPr>
      <w:r>
        <w:rPr>
          <w:rFonts w:ascii="Times New Roman" w:hAnsi="Times New Roman" w:eastAsia="Times New Roman" w:cs="Times New Roman"/>
        </w:rPr>
        <w:t>Ang “panghimakas nga mga talan-awon sa dakong adlaw sa pagtabon-sa-sala” mao ang pagpatik una sa usa ka gatus ug kap-atan ug upat ka libo, ug human niana mosunod ang pagpatik sa ubang mga anak sa Dios nga anaa karon sa Babilonia.</w:t>
      </w:r>
    </w:p>
    <w:p>
      <w:pPr>
        <w:pStyle w:val="ArticleScripture"/>
        <w:jc w:val="left"/>
      </w:pPr>
      <w:r>
        <w:rPr>
          <w:rFonts w:ascii="Times New Roman" w:hAnsi="Times New Roman" w:eastAsia="Times New Roman" w:cs="Times New Roman"/>
        </w:rPr>
        <w:t>“Samtang ang katawhan sa Dios nagpasakit sa ilang mga kalag sa atubangan Niya, nga nangaliyupo alang sa kaputli sa kasingkasing, gihatag ang sugo, ‘Kuhaa ang mahugaw nga mga bisti,’ ug gisulti ang makapadasig nga mga pulong, ‘Tan-awa, gipapas Ko na gikan kanimo ang imong kasal-anan, ug bistihan Ko ikaw ug ilisan nga sapot.’ Zacarias 3:4. Ang walay buling nga kupo sa pagkamatarung ni Cristo igabutang sa ibabaw sa sinalay, gitintal, matinumanong mga anak sa Dios. Ang gitamay nga salin gibistihan sa mahimayaong sapot, nga dili na gayud pagahugawan pa sa mga pagkadunot sa kalibutan. Ang ilang mga ngalan pabilin sa basahon sa kinabuhi sa Cordero, nalista uban sa mga matinumanon sa tanang kapanahonan. Gisukol nila ang mga limbong sa malimbongon; wala sila mapahilayo gikan sa ilang pagkamaunongon tungod sa pagngulob sa dragon. Karon sila walay katapusang luwas gikan sa mga pakana sa maninintal. Ang ilang mga sala ibalhin ngadto sa nagmugna sa sala. Ang usa ka ‘maanindot nga mitra’ ibutang sa ilang mga ulo.”</w:t>
      </w:r>
    </w:p>
    <w:p>
      <w:pPr>
        <w:pStyle w:val="ArticleScripture"/>
        <w:jc w:val="left"/>
      </w:pPr>
      <w:r>
        <w:rPr>
          <w:rFonts w:ascii="Times New Roman" w:hAnsi="Times New Roman" w:eastAsia="Times New Roman" w:cs="Times New Roman"/>
        </w:rPr>
        <w:t>“Samtang si Satanas nagpadayon sa pagduso sa iyang mga sumbong, ang mga balaang manolunda, nga dili makita, nagbalik-balik, nga nagabutang sa selyo sa buhing Dios ibabaw sa mga matinumanon. Mao kini sila ang nagatindog sa Bukid sa Zion uban sa Cordero, nga may ngalan sa Amahan nga nasulat diha sa ilang mga agtang. Nag-awit sila sa bag-ong awit sa atubangan sa trono, kadtong awita nga walay bisan kinsa nga makakat-on gawas sa usa ka gatus kap-atan ug upat ka libo nga gitubos gikan sa yuta. ‘Kini sila mao ang nagsunod sa Cordero bisan asa Siya moadto. Kini sila gitubos gikan sa taliwala sa mga tawo, nga nahimong unang mga bunga alang sa Dios ug alang sa Cordero. Ug sa ilang baba walay limbong nga hingkaplagan: kay sila walay ikasaway sa atubangan sa trono sa Dios.’ Pinadayag 14:4, 5.”</w:t>
      </w:r>
    </w:p>
    <w:p>
      <w:pPr>
        <w:pStyle w:val="ArticleScripture"/>
        <w:jc w:val="left"/>
      </w:pPr>
      <w:r>
        <w:rPr>
          <w:rFonts w:ascii="Times New Roman" w:hAnsi="Times New Roman" w:eastAsia="Times New Roman" w:cs="Times New Roman"/>
        </w:rPr>
        <w:t>“Karon hingpit nang natuman ang mga pulong sa Manulonda: ‘Pamatia karon, O Josue nga labawng sacerdote, ikaw ug ang imong mga kauban nga nanaglingkod sa imong atubangan: kay sila maoy mga tawo nga kahibudngan: kay, ania karon, akong ipagula ang Akong Sulugoon nga mao ang Sanga.’ Zacarias 3:8. Si Cristo gipadayag ingon nga Manunubos ug Manlalang sa Iyang katawhan. Karon sa pagkatinuod ang salin maoy ‘mga tawo nga kahibudngan,’ kay ang mga luha ug pagpaubos sa ilang pagpanglangyaw napulihan na sa kalipay ug kadungganan diha sa presensya sa Dios ug sa Cordero. ‘Niadtong adlawa ang sanga ni Jehova mahimong matahum ug mahimayaon, ug ang bunga sa yuta mahimong labing maanindot ug maanyag alang kanila nga nakakalagiw sa Israel. Ug mahitabo nga siya nga mahabilin sa Sion, ug siya nga magapabilin sa Jerusalem, pagatawgon nga balaan, bisan ang matag-usa nga nahisulat taliwala sa mga buhi sa Jerusalem.’ Isaias 4:2, 3.” Prophets and Kings, 591, 592.</w:t>
      </w:r>
    </w:p>
    <w:p>
      <w:pPr>
        <w:pStyle w:val="ArticleBody"/>
        <w:jc w:val="left"/>
      </w:pPr>
      <w:r>
        <w:rPr>
          <w:rFonts w:ascii="Times New Roman" w:hAnsi="Times New Roman" w:eastAsia="Times New Roman" w:cs="Times New Roman"/>
        </w:rPr>
        <w:t>Ang pagtimri mao ang ikaduhang lakang sa “naputli, nahimong maputi ug gisulayan” ni Daniel. Ang mga bersikulo onse ug dose nag-ila sa katapusang pagsaka ug pagkapukan sa Russia, ang profetikanhong hari sa habagatan nga nag-una sa Gubat sa Panium diha sa mga bersikulo trese hangtod kinse. Sa dihang ang usa ka gatus ug kap-atan ug upat ka libo matangtangan sa ilang mahugawng mga bisti pinaagi kang Cristo diha sa panapos nga mga talan-awon sa dakong adlaw sa pagtabon-sa-sala, sila makadawat ug “matahum nga purongpurong,” nga mao ang pagpataas kang Daniel ngadto sa ikatulong magmamando, inubanan sa mapula nga kupo ug sa bulawang talikala. Mao usab kana ang gasa kang Jose sa bulawang talikala, ang iyang pagpataas ngadto sa ikaduhang magmamando ug ang gasa sa singsing sa hari. Ang “singsing” nagrepresentar sa harianong timri nga gigamit sa usa ka magmamando aron ipapilit sa iyang mga balaod ang harianong timri.</w:t>
      </w:r>
    </w:p>
    <w:p>
      <w:pPr>
        <w:pStyle w:val="ArticleBody"/>
        <w:jc w:val="left"/>
      </w:pPr>
      <w:r>
        <w:rPr>
          <w:rFonts w:ascii="Times New Roman" w:hAnsi="Times New Roman" w:eastAsia="Times New Roman" w:cs="Times New Roman"/>
        </w:rPr>
        <w:t>Gigamit ni Dario ang iyang singsing nga panatak aron timrihan ang langob diin gibutang si Daniel taliwala sa mga leon.</w:t>
      </w:r>
    </w:p>
    <w:p>
      <w:pPr>
        <w:pStyle w:val="ArticleScripture"/>
        <w:jc w:val="left"/>
      </w:pPr>
      <w:r>
        <w:rPr>
          <w:rFonts w:ascii="Times New Roman" w:hAnsi="Times New Roman" w:eastAsia="Times New Roman" w:cs="Times New Roman"/>
        </w:rPr>
        <w:t>Unya ang hari misugo, ug ilang gidala si Daniel, ug gitambog siya ngadto sa lungib sa mga leon. Karon ang hari misulti ug miingon kang Daniel, Ang imong Dios nga imong gin-aalagad sa kanunay, siya maoy magaluwas kanimo. Ug usa ka bato gidala, ug gibutang sa baba sa lungib; ug ang hari nagtimaan niini pinaagi sa iyang kaugalingong singsing nga patik, ug pinaagi sa patik sa iyang mga halangdong tawo; aron ang tuyo mahitungod kang Daniel dili mausab. Daniel 6:16, 17.</w:t>
      </w:r>
    </w:p>
    <w:p>
      <w:pPr>
        <w:pStyle w:val="ArticleBody"/>
        <w:jc w:val="left"/>
      </w:pPr>
      <w:r>
        <w:rPr>
          <w:rFonts w:ascii="Times New Roman" w:hAnsi="Times New Roman" w:eastAsia="Times New Roman" w:cs="Times New Roman"/>
        </w:rPr>
        <w:t>Ang Hebreohanong pulong nga gihubad nga “silyo” mao ang H5824 sa Strongs, ug kini nagagikan sa usa ka gamut nga pulong nga katumbas sa H5823; nagkahulogan og singsing nga silyo (ingon nga kinulit). Si Josue sa atubangan sa manolunda, si Daniel sa langub sa mga leon, si Jose sa atubangan ni Faraon nagrepresentar sa pagselyo sa usa ka gatus ug kap-atan ug upat ka libo, nga mao ang ikaduhang pagsulay sa Daniel dose diin kadtong mga naputli na, unya “ginapaputi,” sa dili pa “sulayan.” Kining mga linya girepresentahan usab ni “Zerubbabel,” “ang anak ni Shealtiel.”</w:t>
      </w:r>
    </w:p>
    <w:p>
      <w:pPr>
        <w:pStyle w:val="ArticleScripture"/>
        <w:jc w:val="left"/>
      </w:pPr>
      <w:r>
        <w:rPr>
          <w:rFonts w:ascii="Times New Roman" w:hAnsi="Times New Roman" w:eastAsia="Times New Roman" w:cs="Times New Roman"/>
        </w:rPr>
        <w:t>Nianang adlawa, nagaingon si Jehova sa mga panon, kuhaon ko ikaw, O Zerubbabel, akong alagad, ang anak ni Sealtiel, nagaingon si Jehova, ug himoon ko ikaw nga ingon sa usa ka singsing nga patik: kay gipili ko ikaw, nagaingon si Jehova sa mga panon. Hageo 2:23.</w:t>
      </w:r>
    </w:p>
    <w:p>
      <w:pPr>
        <w:pStyle w:val="ArticleBody"/>
        <w:jc w:val="left"/>
      </w:pPr>
      <w:r>
        <w:rPr>
          <w:rFonts w:ascii="Times New Roman" w:hAnsi="Times New Roman" w:eastAsia="Times New Roman" w:cs="Times New Roman"/>
        </w:rPr>
        <w:t>Ang Zerubbabel nagakahulogan ug kaliwat sa Babilonia, ug ang iyang amahan mao si Shealtiel, nga nagakahulogan ug “gipangayo gikan sa Dios.” Si Zerubbabel nagrepresentar sa mensahe sa ikaduhang anghel nga nagtawag sa kaliwat sa Babilonia ngadto sa panon sa Dios sa katapusang mga adlaw. Ang bahin sa “pag-ampo” nalangkit sa usa ka gatus ug kap-atan ug upat ka libo nga nagtawag sa katapusang kaliwat sa Babilonia sa paggawas, kay kana nga pagkapukaw mahitabo lamang pinaagi sa pag-ampo.</w:t>
      </w:r>
    </w:p>
    <w:p>
      <w:pPr>
        <w:pStyle w:val="ArticleScripture"/>
        <w:jc w:val="left"/>
      </w:pPr>
      <w:r>
        <w:rPr>
          <w:rFonts w:ascii="Times New Roman" w:hAnsi="Times New Roman" w:eastAsia="Times New Roman" w:cs="Times New Roman"/>
        </w:rPr>
        <w:t>“Ang usa ka pagpukaw pag-usab sa tinuod nga pagkadiosnon sa atong taliwala mao ang labing dako ug labing madali nga gikinahanglan sa tanan natong mga panginahanglan. Ang pagpangita niini kinahanglan mao ang una natong buluhaton. Kinahanglan adunay mainiton nga paningkamot aron maangkon ang panalangin sa Ginoo, dili tungod kay ang Dios dili andam sa paghatag sa Iyang panalangin kanato, kondili tungod kay kita dili andam sa pagdawat niini. Ang atong langitnong Amahan labi pang andam sa paghatag sa Iyang Balaang Espiritu kanila nga mangayo Kaniya, kay sa pagkaandam sa mga ginikanan dinhi sa yuta sa paghatag ug maayong mga gasa sa ilang mga anak. Apan atong buluhaton, pinaagi sa pagsugid, pagpaubos sa kaugalingon, paghinulsol, ug mainitong pag-ampo, ang pagtuman sa mga kahimtang nga sa ibabaw niini ang Dios nagsaad sa paghatag kanato sa Iyang panalangin. Ang usa ka pagpukaw pag-usab angay lamang paabuton isip tubag sa pag-ampo. Samtang ang katawhan hilabihan ka walay bahin sa Balaang Espiritu sa Dios, dili sila makahimo sa pagpasalamat sa pagwali sa Pulong; apan sa diha nga ang gahum sa Espiritu motandog sa ilang mga kasingkasing, nan ang mga pakigpulong nga ihatag dili mahimong walay epekto. Dinumala sa mga pagtulon-an sa Pulong sa Dios, uban sa pagpadayag sa Iyang Espiritu, sa paggamit sa matarong nga pag-ila, kadtong motambong sa atong mga tigom makadawat ug bililhon nga kasinatian, ug sa pagpauli nila, maandam sila sa pagpahimulos ug usa ka maayong impluwensiya.”</w:t>
      </w:r>
    </w:p>
    <w:p>
      <w:pPr>
        <w:pStyle w:val="ArticleScripture"/>
        <w:jc w:val="left"/>
      </w:pPr>
      <w:r>
        <w:rPr>
          <w:rFonts w:ascii="Times New Roman" w:hAnsi="Times New Roman" w:eastAsia="Times New Roman" w:cs="Times New Roman"/>
        </w:rPr>
        <w:t>“Ang mga tigbitbit sa bandila kaniadto nahibalo kon unsa ang pagpakigbisog diha sa pag-ampo uban sa Dios, ug sa paglipay sa pagbubo sa Iyang Espiritu. Apan sila nangahanaw na gikan sa entablado sa kalihokan; ug kinsa man ang motungha aron mopuli sa ilang dapit? Naunsa na man ang nagatubo nga kaliwatan? Nakabig na ba sila ngadto sa Dios? Nahigmata ba kita sa buluhaton nga nagakahitabo sa langitnong santuwaryo, o nagahulat ba kita nga adunay usa ka mapugosong gahum nga moabot sa iglesia sa dili pa kita mapukaw? Nagalaum ba kita nga makita nga ang tibuok iglesia mapukaw pag-usab? Kanang panahona dili gayud moabot.</w:t>
      </w:r>
    </w:p>
    <w:p>
      <w:pPr>
        <w:pStyle w:val="ArticleScripture"/>
        <w:jc w:val="left"/>
      </w:pPr>
      <w:r>
        <w:rPr>
          <w:rFonts w:ascii="Times New Roman" w:hAnsi="Times New Roman" w:eastAsia="Times New Roman" w:cs="Times New Roman"/>
        </w:rPr>
        <w:t>“Adunay mga tawo sa iglesia nga wala makabig, ug nga dili moapil sa mainiton, madaugon nga pag-ampo. Kinahanglan atong sugdan ang buluhaton sa tagsatagsa. Kinahanglan kita mag-ampo pa ug labi, ug mosulti ug maminusan. Nagdaghan ang kasal-anan, ug ang katawhan kinahanglan tudloan nga dili matagbaw sa usa ka dagway sa pagka-diosnon nga walay espiritu ug gahum. Kon atong tinguhaon ang pagsusi sa atong kaugalingong mga kasingkasing, ang pagwagtang sa atong mga sala, ug ang pagtul-id sa atong daotang mga hilig, ang atong mga kalag dili mapataas ngadto sa kakawangan; dili kita mosalig sa atong kaugalingon, nga adunay malungtarong pagbati nga ang atong igo gikan sa Dios.” Selected Messages, basahon 1, 121, 122.</w:t>
      </w:r>
    </w:p>
    <w:p>
      <w:pPr>
        <w:pStyle w:val="ArticleBody"/>
        <w:jc w:val="left"/>
      </w:pPr>
      <w:r>
        <w:rPr>
          <w:rFonts w:ascii="Times New Roman" w:hAnsi="Times New Roman" w:eastAsia="Times New Roman" w:cs="Times New Roman"/>
        </w:rPr>
        <w:t>Ang timailhan sa dalan sa pag-ampo gipadayag diha sa Daniel, nga naghulagway sa usa ka pag-ampo aron masabtan ang gawasnong mensahe sa kapitulo dos, ug usab usa ka pag-ampo aron matuman ang sulodnong mensahe nga gisimbolo sa kapitulo nuwebe. Si Zerubbabel ug ang iyang amahan nga si Shealtiel nagrepresentar sa pagpatik sa usa ka gatus ug kap-atan ug upat ka libo sa ikaduhang pagsulay, nga mao ang makita nga pagsulay sa larawan sa mananap, nga mao usab ang sulodnong pagsulay nga girepresentar diha sa Pinadayag kapitulo onse, bersikulo onse, ug usab ang gawasnong pagsulay nga girepresentar diha sa Daniel kapitulo onse, bersikulo onse.</w:t>
      </w:r>
    </w:p>
    <w:p>
      <w:pPr>
        <w:pStyle w:val="ArticleBody"/>
        <w:jc w:val="left"/>
      </w:pPr>
      <w:r>
        <w:rPr>
          <w:rFonts w:ascii="Times New Roman" w:hAnsi="Times New Roman" w:eastAsia="Times New Roman" w:cs="Times New Roman"/>
        </w:rPr>
        <w:t>Padayon natong hisgutan ang bersikulo onse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Nuwebe</dc:title>
  <dc:subject>Ikaupat nga Linya</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