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Onse Onse</w:t>
      </w:r>
    </w:p>
    <w:p>
      <w:pPr>
        <w:pStyle w:val="ArticleSubtitle"/>
        <w:jc w:val="left"/>
      </w:pPr>
      <w:r>
        <w:rPr>
          <w:rFonts w:ascii="Arial" w:hAnsi="Arial" w:eastAsia="Arial" w:cs="Arial"/>
        </w:rPr>
        <w:t>Onse, Onse: Ang Propetikanhong Saksi sa Daniel ug Pinadayag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Dugay na nga proseso alang kanako ang pag-abot niining bahina sa pagtuon sa Panium, ug ang ulohan nga “Eleven, Eleven” gituyo aron ipasiugda nga ang Leon sa banay ni Juda maoy nagkoordinar sa basahon ni Daniel ug sa basahon sa Pinadayag aron ipadayag ang sulodnon ug gawasnong mga linya sa kasaysayan sa pagtimri sa katawhan sa Dios diha sa ikanapulog-usa nga kapitulo ug ikanapulog-usa nga bersikulo. Sa wala pa matapos ang panahon sa pagpasulay, adunay sugo sa pag-abli sa tagna sa Pinadayag nga gitak-uban hangtod sa panahon nga ang sulodnon ug gawasnong mga profetikanhong kasaysayan nga gilarawan sa duha ka linya sa onse—onse, nga makita sa mga basahon ni Daniel ug sa Pinadayag, nahimong nagpresenteng kamatuoran.</w:t>
      </w:r>
    </w:p>
    <w:p>
      <w:pPr>
        <w:pStyle w:val="ArticleScripture"/>
        <w:jc w:val="left"/>
      </w:pPr>
      <w:r>
        <w:rPr>
          <w:rFonts w:ascii="Times New Roman" w:hAnsi="Times New Roman" w:eastAsia="Times New Roman" w:cs="Times New Roman"/>
        </w:rPr>
        <w:t>Ug siya miingon kanako, Ayaw patimri ang mga pulong sa tagna niining basahona; kay ang panahon haduol na. Ang dili matarong, padayona siya sa pagkadili matarong gihapon; ug ang mahugaw, padayona siya sa pagkahugaw gihapon; ug ang matarong, padayona siya sa pagkamatarong gihapon; ug ang balaan, padayona siya sa pagkabalaan gihapon. Pinadayag 22:10, 11.</w:t>
      </w:r>
    </w:p>
    <w:p>
      <w:pPr>
        <w:pStyle w:val="ArticleBody"/>
        <w:jc w:val="left"/>
      </w:pPr>
      <w:r>
        <w:rPr>
          <w:rFonts w:ascii="Times New Roman" w:hAnsi="Times New Roman" w:eastAsia="Times New Roman" w:cs="Times New Roman"/>
        </w:rPr>
        <w:t>Ang “panahon haduol na” sa wala pa ang pagtapos sa panahon sa pagpasaylo, ug ang “panahon haduol na” sa dihang ang “Pinadayag ni Jesu-Cristo” pagaablihan na.</w:t>
      </w:r>
    </w:p>
    <w:p>
      <w:pPr>
        <w:pStyle w:val="ArticleScripture"/>
        <w:jc w:val="left"/>
      </w:pPr>
      <w:r>
        <w:rPr>
          <w:rFonts w:ascii="Times New Roman" w:hAnsi="Times New Roman" w:eastAsia="Times New Roman" w:cs="Times New Roman"/>
        </w:rPr>
        <w:t>Ang Pinadayag ni Jesu-Cristo, nga gihatag sa Dios kaniya, aron ipakita sa iyang mga ulipon ang mga butang nga kinahanglan sa dili madugay matuman; ug iyang gipadala ug gipahibalo kini pinaagi sa iyang manulunda ngadto sa iyang ulipon nga si Juan: Nga nagpatotoo sa pulong sa Dios, ug sa pagpanghimatuod ni Jesu-Cristo, ug sa tanang mga butang nga iyang nakita. Bulahan siya nga nagabasa, ug sila nga nagapamati sa mga pulong niini nga tagna, ug nagabantay sa mga butang nga nahisulat didto: kay ang panahon haduol na. Pinadayag 1:1–3.</w:t>
      </w:r>
    </w:p>
    <w:p>
      <w:pPr>
        <w:pStyle w:val="ArticleBody"/>
        <w:jc w:val="left"/>
      </w:pPr>
      <w:r>
        <w:rPr>
          <w:rFonts w:ascii="Times New Roman" w:hAnsi="Times New Roman" w:eastAsia="Times New Roman" w:cs="Times New Roman"/>
        </w:rPr>
        <w:t>Sa dihang ang Leon sa banay ni Juda mag-abli sa “Pinadayag ni Jesu-Cristo” ingon nga Iyang gihimo sukad sa pag-abot sa mensahe sa Pagsinggit sa Tunga sa Gabii niadtong Hulyo sa 2023, kana nga pag-abli nagalakip sa pagpadayag nga Siya mao si “Palmoni,” ang Katingalahang Mag-iihap, o ang Mag-iihap sa mga Tinago. Ang pagkapakyas sa pagdawat niini nga kamatuoran mao ang pagkapakyas sa proseso sa pagsulay nga nagatimri sa usa ka gatus ug kap-atan ug upat ka libo.</w:t>
      </w:r>
    </w:p>
    <w:p>
      <w:pPr>
        <w:pStyle w:val="ArticleScripture"/>
        <w:jc w:val="left"/>
      </w:pPr>
      <w:r>
        <w:rPr>
          <w:rFonts w:ascii="Times New Roman" w:hAnsi="Times New Roman" w:eastAsia="Times New Roman" w:cs="Times New Roman"/>
        </w:rPr>
        <w:t>Ako, sa pagkatinuod, nagabautismo kaninyo sa tubig ngadto sa paghinulsol; apan siya nga moanhi sunod kanako labi pang gamhanan kay kanako, nga dili ako takos sa pagdala sa iyang mga sapin; siya magabautismo kaninyo sa Balaang Espiritu ug sa kalayo: Kansang pala anaa sa iyang kamot, ug hinloan gayud niya sa hingpit ang iyang giukan, ug tigumon niya ang iyang trigo ngadto sa tipiganan; apan sunogon niya ang mga ipa pinaagi sa kalayo nga dili mapalong. Mateo 3:11, 12.</w:t>
      </w:r>
    </w:p>
    <w:p>
      <w:pPr>
        <w:pStyle w:val="ArticleScripture"/>
        <w:jc w:val="left"/>
      </w:pPr>
      <w:r>
        <w:rPr>
          <w:rFonts w:ascii="Times New Roman" w:hAnsi="Times New Roman" w:eastAsia="Times New Roman" w:cs="Times New Roman"/>
        </w:rPr>
        <w:t>“Kon unsa ka dali magsugod kining proseso sa pagpino dili ko ikasulti, apan dili kini madugay pa langanon. Siya kansang alig-ot anaa sa Iyang kamot magahinlo sa Iyang templo gikan sa iyang moral nga kahugawan. Hinganliyan Niya sa hingpit ang Iyang giukan.” Testimonies to Ministers, 372, 373.</w:t>
      </w:r>
    </w:p>
    <w:p>
      <w:pPr>
        <w:pStyle w:val="ArticleBody"/>
        <w:jc w:val="left"/>
      </w:pPr>
      <w:r>
        <w:rPr>
          <w:rFonts w:ascii="Times New Roman" w:hAnsi="Times New Roman" w:eastAsia="Times New Roman" w:cs="Times New Roman"/>
        </w:rPr>
        <w:t>Ang mga linya sa tagna nga nag-ila sa panahon sa pagsilyo ingon nga usa ka propetikong proseso sa pagsulay labaw pa sa igo kaabunda. Klaro nga ang proseso sa pagsulay nakabasi sa kaabtik ug katakos sa mga estudyante sa paggamit sa husto o sayop nga pamaagi sa pagtuon sa propetikong Pulong sa Dios. Kini nga kamatuoran usab gipadayag sa hilabihan ka dayag sulod sa inpluwensiyadong talaan.</w:t>
      </w:r>
    </w:p>
    <w:p>
      <w:pPr>
        <w:pStyle w:val="ArticleScripture"/>
        <w:jc w:val="left"/>
      </w:pPr>
      <w:r>
        <w:rPr>
          <w:rFonts w:ascii="Times New Roman" w:hAnsi="Times New Roman" w:eastAsia="Times New Roman" w:cs="Times New Roman"/>
        </w:rPr>
        <w:t>Mahitungod niining upat ka mga batan-on, ang Dios mihatag kanila ug kahibalo ug kahanas sa tanang pagtoon ug kaalam; ug si Daniel adunay pagsabot sa tanang mga panan-awon ug mga damgo. Ug sa katapusan sa mga adlaw nga giingon sa hari nga sila pagadad-on ngadto kaniya, unya gidala sila sa pangulo sa mga eunuco sa atubangan ni Nabucodonosor. Ug ang hari nakigsulti kanila; ug sa tanan kanila walay hingkaplagang sama nila Daniel, Hananiah, Misael, ug Azariah: busa sila mitindog sa atubangan sa hari. Ug sa tanang mga butang sa kaalam ug pagsabot nga gipangutana sa hari kanila, iyang hingkaplagan sila nga napulo ka pilo nga labing maayo kay sa tanang mga salamangkero ug mga astrologo nga anaa sa tibook niyang gingharian. Daniel 1:17–20.</w:t>
      </w:r>
    </w:p>
    <w:p>
      <w:pPr>
        <w:pStyle w:val="ArticleBody"/>
        <w:jc w:val="left"/>
      </w:pPr>
      <w:r>
        <w:rPr>
          <w:rFonts w:ascii="Times New Roman" w:hAnsi="Times New Roman" w:eastAsia="Times New Roman" w:cs="Times New Roman"/>
        </w:rPr>
        <w:t>Usa ka labing-unang lagda sa paghubad sa tagna mao nga ang kamatuoran malig-on pinaagi sa pagpamatuod sa duha, ug kadtong mapakyas sa pagsalig niining prinsipyoha nagbutang sa ilang kaugalingon ngadto sa kapakyasan. Usa ka bahin sa proseso sa pagsulay sa panahon sa pagpatik, naglakip sa pag-ila sa kalambigitan sa sulodnon ug gawasnon nga mga kasaysayan nga girepresentahan sa kapitulo onse ug bersikulo onse pinaagi kang Daniel ug Juan.</w:t>
      </w:r>
    </w:p>
    <w:p>
      <w:pPr>
        <w:pStyle w:val="ArticleScripture"/>
        <w:jc w:val="left"/>
      </w:pPr>
      <w:r>
        <w:rPr>
          <w:rFonts w:ascii="Times New Roman" w:hAnsi="Times New Roman" w:eastAsia="Times New Roman" w:cs="Times New Roman"/>
        </w:rPr>
        <w:t>“Ang Pinadayag usa ka sinelyohang basahon, apan kini usab usa ka inablihang basahon. Kini nagrekord sa kahibulongang mga hitabo nga mahitabo sa katapusang mga adlaw sa kasaysayan niining kalibutana. Ang mga pagtulon-an niining basahona tin-aw ug piho, dili misteryoso ug dili masabtan. Diha niini, ang mao rang linya sa tagna gipasubli sama sa anaa sa Daniel. Ang pipila ka mga tagna gisubli sa Dios, sa ingon nagapakita nga kinahanglan hatagan kini ug kamahinungdanon. Ang Ginoo dili magsubli sa mga butang nga walay dakong kapuslanan.” Manuscript Releases, bolyum 9, 8.</w:t>
      </w:r>
    </w:p>
    <w:p>
      <w:pPr>
        <w:pStyle w:val="ArticleBody"/>
        <w:jc w:val="left"/>
      </w:pPr>
      <w:r>
        <w:rPr>
          <w:rFonts w:ascii="Times New Roman" w:hAnsi="Times New Roman" w:eastAsia="Times New Roman" w:cs="Times New Roman"/>
        </w:rPr>
        <w:t>Ang mga basahon sa Daniel ug Pinadayag nagrepresentar sa duha ka mga saksi, ug ang usa ka gatos ug kap-atan ug upat ka libo ginarepresentar usab ingon nga duha ka mga saksi sa Pinadayag kapitulo onse. Sa bersikulo onse sa maong kapitulo, ang duha ka mga saksi, nga ginarepresentar nila ni Elias ug ni Moises, gibanhaw ingon nga gihulagway daan pinaagi nilang duha ni Juan diha sa nagbukal nga lana ug ni Daniel diha sa lungib sa mga leon. Ang usa ka gatos ug kap-atan ug upat ka libo ginarepresentar nila ni Daniel ug ni Juan, ug usab nila ni Elias ug ni Moises. Aron molampos sa proseso sa pagsulay nga nagapamunga sa usa ka gatos ug kap-atan ug upat ka libo, ang usa ka estudyante kinahanglan makasabot nga ang kamatuoran natukod ibabaw sa duha ka mga saksi, ug nga ang mga basahon sa Daniel ug Pinadayag nagrepresentar sa duha ka mga saksi, ug nga ang usa ka gatos ug kap-atan ug upat ka libo gihulagway na daan ingon nila ni Elias ug ni Moises ug usab ni Daniel ug ni Juan.</w:t>
      </w:r>
    </w:p>
    <w:p>
      <w:pPr>
        <w:pStyle w:val="ArticleBody"/>
        <w:jc w:val="left"/>
      </w:pPr>
      <w:r>
        <w:rPr>
          <w:rFonts w:ascii="Times New Roman" w:hAnsi="Times New Roman" w:eastAsia="Times New Roman" w:cs="Times New Roman"/>
        </w:rPr>
        <w:t>Kining mga kamatuoran usa lamang ka mubo nga sampol sa mga kamatuorang profesiya nga nalangkit sa sulod ug gawas nga kasaysayan nga girepresentahan sa “onse, onse” diha sa Daniel ug sa Pinadayag. Ingon nga si Palmoni, si Cristo maoy nagmando sa pagpahiuyon sa duha ka mga pahayag, ug usab nga ang onse, dugang sa onse, katumbas sa baynte-dos, nga sa baylo maoy ikapulo o ikanapulo nga bahin sa duruha ka gatus ug baynte, nga usa ka simbolo sa paghiusa sa pagka-Dios uban sa pagkatawo. Gitukod ni Palmoni pinaagi sa labaw pa sa duha ka mga saksi nga ang “duruha ka gatus ug baynte” nagrepresentar sa paghiusa sa pagka-Dios ug pagkatawo, nga sa baylo usa ka paghulagway sa pagka-unod ni Cristo sa dihang Iyang gisul-ob sa Iyang kaugalingon ang napukan nga unod. Sa pagbuhat niini Iyang gipahamutang ang panig-ingnan alang sa katawhan nga kon sila andam sa pagtuman sa mga kinahanglanon sa ebanghelyo, si Cristo andam sa paghiusa sa Iyang pagka-Dios uban sa atong pagkatawo. Busa, ang pagka-Dios ug ang pagkatawo maoy duha ka mga saksi.</w:t>
      </w:r>
    </w:p>
    <w:p>
      <w:pPr>
        <w:pStyle w:val="ArticleBody"/>
        <w:jc w:val="left"/>
      </w:pPr>
      <w:r>
        <w:rPr>
          <w:rFonts w:ascii="Times New Roman" w:hAnsi="Times New Roman" w:eastAsia="Times New Roman" w:cs="Times New Roman"/>
        </w:rPr>
        <w:t>Ang “Pagpadayag ni Jesu-Cristo” nga nabuksan sa dili pa ang pagtapos sa panahon sa pagsulay nagalakip nga si Jesus mao ang “Pulong” sa Dios.</w:t>
      </w:r>
    </w:p>
    <w:p>
      <w:pPr>
        <w:pStyle w:val="ArticleScripture"/>
        <w:jc w:val="left"/>
      </w:pPr>
      <w:r>
        <w:rPr>
          <w:rFonts w:ascii="Times New Roman" w:hAnsi="Times New Roman" w:eastAsia="Times New Roman" w:cs="Times New Roman"/>
        </w:rPr>
        <w:t>Sa sinugdan mao ang Pulong, ug ang Pulong uban sa Dios, ug ang Pulong mao ang Dios. Kining maong Pulong diha sa sinugdan uban sa Dios. Ang tanang butang gibuhat pinaagi kaniya; ug gawas kaniya walay bisan unsa nga nabuhat nga nahimo. Diha kaniya ang kinabuhi; ug ang kinabuhi mao ang kahayag sa mga tawo. Ug ang kahayag nagadan-ag diha sa kangitngit; ug ang kangitngit wala makasabot niini. Juan 1:1–5.</w:t>
      </w:r>
    </w:p>
    <w:p>
      <w:pPr>
        <w:pStyle w:val="ArticleBody"/>
        <w:jc w:val="left"/>
      </w:pPr>
      <w:r>
        <w:rPr>
          <w:rFonts w:ascii="Times New Roman" w:hAnsi="Times New Roman" w:eastAsia="Times New Roman" w:cs="Times New Roman"/>
        </w:rPr>
        <w:t>Ang Biblia mao ang “Pulong” sa Dios nga, maingon nga si Cristo nagrepresentar sa paghiusa sa pagka-Dios ug sa pagkatawo. Ang Biblia nagrepresentar sa duha ka mga saksi sa Daang Tugon ug sa Bag-ong Tugon, nga mao usab sila si Moises ug si Elias diha sa Kapitulo onse sa Pinadayag.</w:t>
      </w:r>
    </w:p>
    <w:p>
      <w:pPr>
        <w:pStyle w:val="ArticleScripture"/>
        <w:jc w:val="left"/>
      </w:pPr>
      <w:r>
        <w:rPr>
          <w:rFonts w:ascii="Times New Roman" w:hAnsi="Times New Roman" w:eastAsia="Times New Roman" w:cs="Times New Roman"/>
        </w:rPr>
        <w:t>“Mahitungod sa duha ka mga saksi ang propeta mipahayag pa: ‘Kini mao ang duha ka mga kahoyng olibo, ug ang duha ka mga tangkawan nga nagtindog sa atubangan sa Dios sa yuta.’ ‘Ang Imong pulong,’ miingon ang salmista, ‘maoy lamparahan sa akong mga tiil, ug kahayag sa akong agianan.’ Pinadayag 11:4; Salmo 119:105. Ang duha ka mga saksi nagrepresentar sa Kasulatan sa Daang Tugon ug sa Bag-ong Tugon.” The Great Controversy, 267.</w:t>
      </w:r>
    </w:p>
    <w:p>
      <w:pPr>
        <w:pStyle w:val="ArticleBody"/>
        <w:jc w:val="left"/>
      </w:pPr>
      <w:r>
        <w:rPr>
          <w:rFonts w:ascii="Times New Roman" w:hAnsi="Times New Roman" w:eastAsia="Times New Roman" w:cs="Times New Roman"/>
        </w:rPr>
        <w:t>Ang duha ka mga saksi mao ang duha ka kahoyng olibo, ang duha ka tangkawan, ug ang Daan ug Bag-ong Tugon, nga girepresentar diha sa parapo ingon nga “Imong pulong.” Ang “Pinadayag ni Jesu-Cristo” nga gibuksan sa Leon sa banay ni Juda sa dili pa ang pagtapos sa panahon sa pagpasulay mao ang “katapusang pagdugang sa kahibalo” nga nagsulay niadtong mga kandidato nga mahimong usa sa usa ka gatus ug kap-atan ug upat ka libo. Ang “katapusang pagdugang sa kahibalo” mao usab ang mensahe sa Tinguha sa Tunga sa Gabii diha sa sambingay sa napulo ka mga ulay.</w:t>
      </w:r>
    </w:p>
    <w:p>
      <w:pPr>
        <w:pStyle w:val="ArticleScripture"/>
        <w:jc w:val="left"/>
      </w:pPr>
      <w:r>
        <w:rPr>
          <w:rFonts w:ascii="Times New Roman" w:hAnsi="Times New Roman" w:eastAsia="Times New Roman" w:cs="Times New Roman"/>
        </w:rPr>
        <w:t>“‘Unya mitubag ako, ug miingon kaniya, Unsay kahulogan niining duha ka kahoyng olibo sa too nga bahin sa tangkawan ug sa wala nga bahin niini? Ug mitubag ako pag-usab, ug miingon kaniya, Unsay kahulogan niining duha ka sanga sa olibo nga pinaagi sa duha ka bulawang tubo nagabubo sa bulawang lana gikan sa ilang kaugalingon? Ug mitubag siya kanako ug miingon, Wala ba ikaw makaila kon unsa kini? Ug miingon ako, Wala, ginoo ko. Unya miingon siya, Kini mao ang duha nga dinihogan, nga nagatindog tupad sa Ginoo sa tibook yuta. Zacarias 4:11–14. Kini nagahaw-as sa ilang kaugalingon ngadto sa bulawang mga panaksan, nga nagarepresentar sa mga kasingkasing sa buhing mga mensahero sa Dios, nga nagadala sa Pulong sa Ginoo ngadto sa katawohan pinaagi sa mga pasidaan ug mga paghangyo. Ang Pulong gayud kinahanglan maingon sa girepresentar, ang bulawang lana, nga ginabubo gikan sa duha ka kahoyng olibo nga nagatindog tupad sa Ginoo sa tibook yuta. Kini mao ang bautismo pinaagi sa Balaang Espiritu uban sa kalayo. Kini magaabli sa kalag sa mga dili magtotoo ngadto sa kombiksyon. Ang mga panginahanglan sa kalag matubag lamang pinaagi sa paglihok sa Balaang Espiritu sa Dios. Ang tawo sa iyang kaugalingon walay mahimo aron matagbaw ang mga handum ug matuman ang mga tinguha sa kasingkasing.” The Seventh-day Adventist Bible Commentary, volume 4, 1180.</w:t>
      </w:r>
    </w:p>
    <w:p>
      <w:pPr>
        <w:pStyle w:val="ArticleBody"/>
        <w:jc w:val="left"/>
      </w:pPr>
      <w:r>
        <w:rPr>
          <w:rFonts w:ascii="Times New Roman" w:hAnsi="Times New Roman" w:eastAsia="Times New Roman" w:cs="Times New Roman"/>
        </w:rPr>
        <w:t>Ang Pulong sa Dios mao ang Biblia ug si Cristo, ug ang Biblia ug si Cristo nagrepresentar ug duha ka mga saksi, sama usab sa usa ka gatus kap-atan ug upat ka libo. Ang duha ka mga saksi, sa baylo, nagrepresentar sa usa ka paghiusa sa pagka-Dios ug sa pagkatawo. Nagrepresentar usab sila sa sulod ug gawas nga mga kasaysayang manalagnaon. Ingon nga mga saksi, naghatag sila ug ebidensiya nga ang pagka-Dios nga gihiusa sa pagkatawo dili makasala. Nagrepresentar usab sila sa kadugtongan tali sa pagka-Dios ug sa pagkatawo. Bisan pa kon hagdanan, agianan, mga tubo, mga anghel, o unsa pa man sa ubang mga simbolo sa sumpay sa komunikasyon tali sa Dios ug sa tawo, ang mensaheng ipaabot ngadto sa tawo kanunay mao ang kinabuhi o kamatayon.</w:t>
      </w:r>
    </w:p>
    <w:p>
      <w:pPr>
        <w:pStyle w:val="ArticleScripture"/>
        <w:jc w:val="left"/>
      </w:pPr>
      <w:r>
        <w:rPr>
          <w:rFonts w:ascii="Times New Roman" w:hAnsi="Times New Roman" w:eastAsia="Times New Roman" w:cs="Times New Roman"/>
        </w:rPr>
        <w:t>“Ang mga dinihog nga nanagtindog tupad sa Ginoo sa tibook nga yuta, adunay kahimtang nga kaniadto gihatag kang Satanas isip nagatabon nga querubin. Pinaagi sa mga balaang binuhat nga nagalibot sa iyang trono, ang Ginoo nagapadayon sa walay hunong nga pakigduyog sa mga pumoluyo sa yuta. Ang bulawanong lana nagakahulogan sa grasya nga pinaagi niana ang Dios nagapadayon sa paghatag sa mga suga sa mga magtotoo, aron dili kini mokupay ug mapalong. Kon dili pa tungod nga kining balaang lana ginabubo gikan sa langit pinaagi sa mga mensahe sa Espiritu sa Dios, ang mga galamiton sa kadautan adunay bug-os nga pagpugong ibabaw sa mga tawo.”</w:t>
      </w:r>
    </w:p>
    <w:p>
      <w:pPr>
        <w:pStyle w:val="ArticleScripture"/>
        <w:jc w:val="left"/>
      </w:pPr>
      <w:r>
        <w:rPr>
          <w:rFonts w:ascii="Times New Roman" w:hAnsi="Times New Roman" w:eastAsia="Times New Roman" w:cs="Times New Roman"/>
        </w:rPr>
        <w:t>“Ang Dios mapasipalahanon kon kita dili modawat sa mga pakigpahibalo nga iyang ipadala kanato. Sa ingon niana atong isalikway ang bulawanong lana nga unta iyang ibubo ngadto sa atong mga kalag aron ikahatag ngadto kanila nga anaa sa kangitngit. Sa diha nga moabut ang tawag, ‘Ania karon, ang pamanhonon nagaanhi; panggula kamo sa pagsugat kaniya,’ kadtong wala makadawat sa balaang lana, nga wala mag-amuma sa grasya ni Cristo diha sa ilang mga kasingkasing, makakaplag, sama sa mga buang nga ulay, nga sila dili andam sa pagsugat sa ilang Ginoo. Wala sila, diha sa ilang kaugalingon, sa gahum sa pag-angkon sa lana, ug ang ilang mga kinabuhi nangaguba. Apan kon ang Balaang Espiritu sa Dios pagahangyoon, kon kita magpakilooy, ingon sa gibuhat ni Moises, ‘Ipakita kanako ang imong himaya,’ ang gugma sa Dios igabubo sa atong mga kasingkasing. Pinaagi sa mga bulawanong tubo, ang bulawanong lana igahatag kanato. ‘Dili pinaagi sa kusog, ni pinaagi sa gahum, kondili pinaagi sa akong Espiritu, nagaingon si Jehova sa mga Panon.’ Pinaagi sa pagdawat sa masanagon nga mga silaw sa Adlaw sa Pagkamatarong, ang mga anak sa Dios nagasidlak ingon nga mga suga sa kalibutan.” Review and Herald, Hulyo 20, 1897.</w:t>
      </w:r>
    </w:p>
    <w:p>
      <w:pPr>
        <w:pStyle w:val="ArticleBody"/>
        <w:jc w:val="left"/>
      </w:pPr>
      <w:r>
        <w:rPr>
          <w:rFonts w:ascii="Times New Roman" w:hAnsi="Times New Roman" w:eastAsia="Times New Roman" w:cs="Times New Roman"/>
        </w:rPr>
        <w:t>Ang pagbubo sa Balaang Espiritu mahitabo sulod sa mga kasaysayan sa sulod ug sa gawas nga gimarkahan sa Daniel ug sa Pinadayag 11:11. Adunay “labing menos” upat ka propetikong mga personahe nga girepresentar diha sa bersikulo onse ug dose sa Daniel kapitulo onse nga gikinahanglan mailhan. Aduna usab upat nga gikinahanglan mailhan diha sa mga bersikulo trese hangtod kinse, ug upat sa bersikulo diyesiseis. Nagkinabuhi kita karon sa maong kasaysayan gayud, busa angay alang kanato, ingon nga mga estudyante sa tagna, nga matino kon kinsa ang simbolikong mga personahe sa mga bersikulo onse hangtod diyesiseis, kay sila nagrepresentar sa usa ka linya sa tagna nga naglangkob sa tinagong kasaysayan sa bersikulo kuwarenta sa mao gihapong kapitulo.</w:t>
      </w:r>
    </w:p>
    <w:p>
      <w:pPr>
        <w:pStyle w:val="ArticleBody"/>
        <w:jc w:val="left"/>
      </w:pPr>
      <w:r>
        <w:rPr>
          <w:rFonts w:ascii="Times New Roman" w:hAnsi="Times New Roman" w:eastAsia="Times New Roman" w:cs="Times New Roman"/>
        </w:rPr>
        <w:t>Mahimo usab nga angay nga ilhon ang mga personalidad nga girepresentahan sa kasaysayan sa bersikulo kwarenta, nga nagpadayon sa pagkabukas sukad pa sa 1989.</w:t>
      </w:r>
    </w:p>
    <w:p>
      <w:pPr>
        <w:pStyle w:val="ArticleScripture"/>
        <w:jc w:val="left"/>
      </w:pPr>
      <w:r>
        <w:rPr>
          <w:rFonts w:ascii="Times New Roman" w:hAnsi="Times New Roman" w:eastAsia="Times New Roman" w:cs="Times New Roman"/>
        </w:rPr>
        <w:t>Ug miingon siya, Lakaw sa imong dalan, Daniel: kay ang mga pulong gitak-om ug gipatakan hangtud sa panahon sa katapusan. Daghan ang pagaputlihon, ug pagapapuon, ug pagasulayan; apan ang mga dautan magabuhat sa pagkadautan: ug walay usa sa mga dautan nga makasabut; apan ang mga manggialamon makasabut. Daniel 12:9, 10.</w:t>
      </w:r>
    </w:p>
    <w:p>
      <w:pPr>
        <w:pStyle w:val="ArticleBody"/>
        <w:jc w:val="left"/>
      </w:pPr>
      <w:r>
        <w:rPr>
          <w:rFonts w:ascii="Times New Roman" w:hAnsi="Times New Roman" w:eastAsia="Times New Roman" w:cs="Times New Roman"/>
        </w:rPr>
        <w:t>Ang kap-atan nga bersikulo nagsugod sa panahon sa katapusan niadtong 1798 sa dihang gidala ni Napoleon sa Pransiya ang papa ngadto sa pagkabinihag. Ang pagpasangil ni Napoleon gibase sa guba nga Kasabotan sa Tolentino niadtong 1797. Ang gubat ni Napoleon ug sa papa kaniadto nahimong tipo na sa kasaysayan nga nagtuman sa bersikulo sais ug siyete sa Daniel kapitulo onse. Ang guba nga kasabotan sa kaminyoon ug ang kapildihan sa hari sa amihanan pinaagi sa hari sa habagatan sa pagtuman sa bersikulo sais ug siyete gisubli sa kasaysayan sa 1798, ug sa pagbuhat niini sila nagrepresentar sa panagna sa Pulong sa Dios diha sa bersikulo sais ug siyete, ug sa katumanan niadtong mga bersikulo sa sinugdanan sa gubat tali sa Ptolemy Philadelphus, ang ikaduha ug hari sa Ehipto, ug Antiochus Theos, ang ikatulong hari sa Siria. Si Ptolemy nagrepresentar sa hari sa habagatan ug si Antiochus nagrepresentar sa hari sa amihanan.</w:t>
      </w:r>
    </w:p>
    <w:p>
      <w:pPr>
        <w:pStyle w:val="ArticleBody"/>
        <w:jc w:val="left"/>
      </w:pPr>
      <w:r>
        <w:rPr>
          <w:rFonts w:ascii="Times New Roman" w:hAnsi="Times New Roman" w:eastAsia="Times New Roman" w:cs="Times New Roman"/>
        </w:rPr>
        <w:t>Ang panagna sa mga bersikulo, nga giusa uban sa katumanan niana nga panagna sa kasaysayan ni Ptolemy ug Antiochus—nga sa baylo naghulagway sa kasaysayan ni Napoleon ug sa papa niadtong 1798 ug kini usab naghatag og tulo ka mga linya nga naghulagway sa kasaysayan ni Putin ug Zelenskyy sa mga bersikulo onse ug dose. Busa, ang pagsabot nga ang panahon sa katapusan sa 1798 nagrepresentar sa kasaysayan ni Napoleon ug sa papa dili hingpit kon didto ra kini matapos. Kinahanglan nato sabton kon unsay gitagna sa mga bersikulo sais ug pito mahitungod kang Napoleon ug sa papa, ug usab kon unsay gitudlo sa kasaysayan ni Ptolemy ug Antiochus mahitungod nianang maong yugto sa panahon. Sa dihang masabtan nato kadtong mga linya sa kamatuoran, mahimo na nato masabtan nga kadtong nangaging mga katumanang pangkasaysayan nagpaila sa sinugdanang kasaysayan sa bersikulo kap-atan, ug sa pagbuhat niini, ila usab nga gipaila ang katapusan sa bersikulo kap-atan sa dihang si Putin, nga gihulagway na daan pinaagi kang Napoleon ug Ptolemy—si Putin nga gitagna sa mga bersikulo sais ug pito—motuman sa mga bersikulo onse ug dose.</w:t>
      </w:r>
    </w:p>
    <w:p>
      <w:pPr>
        <w:pStyle w:val="ArticleBody"/>
        <w:jc w:val="left"/>
      </w:pPr>
      <w:r>
        <w:rPr>
          <w:rFonts w:ascii="Times New Roman" w:hAnsi="Times New Roman" w:eastAsia="Times New Roman" w:cs="Times New Roman"/>
        </w:rPr>
        <w:t>Usa ka mahinungdanong obserbasyon mahitungod sa propetikong relasyon tali sa dragon ug sa mananap, ingon nga ila kining mailhan ni Juan, o ingon nga “ang adlaw-adlaw ug ang dulumtanan nga makapahimong biniyaan” nga pagailhan kanila ni Daniel, mao nga sa propesiya sila susamang kaayo. Mao kini ang pag-ingon ni Juan.</w:t>
      </w:r>
    </w:p>
    <w:p>
      <w:pPr>
        <w:pStyle w:val="ArticleScripture"/>
        <w:jc w:val="left"/>
      </w:pPr>
      <w:r>
        <w:rPr>
          <w:rFonts w:ascii="Times New Roman" w:hAnsi="Times New Roman" w:eastAsia="Times New Roman" w:cs="Times New Roman"/>
        </w:rPr>
        <w:t>Ug misimba sila sa dragon nga naghatag ug gahum sa mananap nga mapintas; ug misimba sila sa mananap nga mapintas, nga nagaingon, Kinsa ba ang sama sa mananap nga mapintas? kinsa ba ang arang makiggubat kaniya? Pinadayag 13:4.</w:t>
      </w:r>
    </w:p>
    <w:p>
      <w:pPr>
        <w:pStyle w:val="ArticleBody"/>
        <w:jc w:val="left"/>
      </w:pPr>
      <w:r>
        <w:rPr>
          <w:rFonts w:ascii="Times New Roman" w:hAnsi="Times New Roman" w:eastAsia="Times New Roman" w:cs="Times New Roman"/>
        </w:rPr>
        <w:t>Ang pagsimba sa dragon mao ang pagsimba sa mapintas nga mananap, kay silang duha nagrepresentar sa relihiyon sa paganismo. Sama kang Juan, gigamit ni Daniel ang “gamayng sungay” sa Daniel kapitulo otso bersikulo nuebe hangtod dose aron magrepresentar sa paganong Roma ug sa papal nga Roma, bisan pa niana tin-aw niyang gilain ang duha pinaagi sa pag-ila sa gamayng sungay sa paganong Roma sa panlalaking diwa, ug sa gamayng sungay sa papal nga Roma sa pambabayeng diwa. Sa kapitulo siyete giila ni Daniel ang paganong Roma nga “lahi” gikan sa mga gingharian sa wala pa kini, ug dugang pa nga giila ni Daniel nga ang papal nga Roma usab “lahi.” Ang Roma, pagan man o papal, lahi. Ang simbolong lalaki sa Roma nga nagrepresentar sa paganong Roma gipakita pinaagi kang Ahab ug Herodes. Silang duha naminyo sa mga simbolo sa kapapahan. Ang babaye mao ang pangiglesiahong pagdumala ug ang lalaki mao ang pang-estadong pagdumala, busa sa propetikong lebel, sa dihang ang Pulong sa Dios naghisgot sa usa ka lalaki ug usa ka babaye nga mahimong usa, kini nagpamatuod sa kamatuoran nga ang paganong Roma ug ang papal nga Roma managsama kaayo sa propetikong diwa, kay sila usa ka unod.</w:t>
      </w:r>
    </w:p>
    <w:p>
      <w:pPr>
        <w:pStyle w:val="ArticleBody"/>
        <w:jc w:val="left"/>
      </w:pPr>
      <w:r>
        <w:rPr>
          <w:rFonts w:ascii="Times New Roman" w:hAnsi="Times New Roman" w:eastAsia="Times New Roman" w:cs="Times New Roman"/>
        </w:rPr>
        <w:t>Ang relasyon sa Pransiya ngadto sa papasiya niadtong 1798 nagatipolohiya sa relasyon sa Estados Unidos ngadto sa papasiya sa dihang ang napulo ka mga hari magasunog sa Roma pinaagi sa kalayo ug magakaon sa iyang unod.</w:t>
      </w:r>
    </w:p>
    <w:p>
      <w:pPr>
        <w:pStyle w:val="ArticleScripture"/>
        <w:jc w:val="left"/>
      </w:pPr>
      <w:r>
        <w:rPr>
          <w:rFonts w:ascii="Times New Roman" w:hAnsi="Times New Roman" w:eastAsia="Times New Roman" w:cs="Times New Roman"/>
        </w:rPr>
        <w:t>Ug ang napulo ka sungay nga imong nakita sa ibabaw sa mananap, kini sila magadumot sa bigaon, ug magahimo kaniya nga biniyaan ug hubo, ug magakaon sa iyang unod, ug magasunog kaniya pinaagi sa kalayo. Pinadayag 17:16.</w:t>
      </w:r>
    </w:p>
    <w:p>
      <w:pPr>
        <w:pStyle w:val="ArticleBody"/>
        <w:jc w:val="left"/>
      </w:pPr>
      <w:r>
        <w:rPr>
          <w:rFonts w:ascii="Times New Roman" w:hAnsi="Times New Roman" w:eastAsia="Times New Roman" w:cs="Times New Roman"/>
        </w:rPr>
        <w:t>Ang relasyon sa Pransiya ngadto sa kapapahan sa dihang gibutang niini ang kapapahan sa gahum niadtong 538, naghulagway sa buhat sa Tinipong Bansa sa Amerika sa pag-ayo sa makamatay nga samad sa kapapahan sa haduol nang umabot nga balaod sa Dominggo.</w:t>
      </w:r>
    </w:p>
    <w:p>
      <w:pPr>
        <w:pStyle w:val="ArticleScripture"/>
        <w:jc w:val="left"/>
      </w:pPr>
      <w:r>
        <w:rPr>
          <w:rFonts w:ascii="Times New Roman" w:hAnsi="Times New Roman" w:eastAsia="Times New Roman" w:cs="Times New Roman"/>
        </w:rPr>
        <w:t>Ug nakita ko ang laing mapintas nga mananap nga misaka gikan sa yuta; ug siya may duha ka sungay sama sa nating karnero, ug siya misulti ingon sa usa ka dragon. Ug iyang gigamit ang tanang gahom sa unang mapintas nga mananap sa iyang atubangan, ug gipapasimba niya sa unang mapintas nga mananap ang yuta ug silang nanagpuyo niini, kansang samad nga makamatay naayo. Ug siya nagbuhat ug dagkong mga katingalahan, sa pagkaagi nga iyang gipaubos ang kalayo gikan sa langit ngadto sa yuta sa atubangan sa mga tawo, ug gilimbongan niya ang mga nanagpuyo sa yuta pinaagi sa mga milagro nga gihatag kaniya ang gahom sa pagbuhat diha sa atubangan sa mapintas nga mananap; nga nagaingon kanila nga nanagpuyo sa yuta, nga sila maghimo ug larawan alang sa mapintas nga mananap, nga may samad pinaagi sa espada, ug nabuhi. Pinadayag 13:11–14.</w:t>
      </w:r>
    </w:p>
    <w:p>
      <w:pPr>
        <w:pStyle w:val="ArticleBody"/>
        <w:jc w:val="left"/>
      </w:pPr>
      <w:r>
        <w:rPr>
          <w:rFonts w:ascii="Times New Roman" w:hAnsi="Times New Roman" w:eastAsia="Times New Roman" w:cs="Times New Roman"/>
        </w:rPr>
        <w:t>Ang “panahon sa katapusan” niadtong 1798, sa katumanan sa bersikulo kwarenta, nagpaila nga ang espirituwal nga hari sa amihanan gipapahawa sa espirituwal nga hari sa habagatan. Kana nga propetikong kasaysayan mao ang kasaysayan sa pagtapos sa usa ka libo duha ka gatus ug kan-uman ka tuig nga pagmando sa kapadohan, ug busa ang propetikong mga kinaiya sa sinugdanan nianang propetikong kasaysayan ginarepresentahan sa katapusan. Niadtong 538 ang ikaupat nga gingharian sa tagna sa Biblia mipuli sa ikalimang gingharian sa tagna sa Biblia, ug niadtong 1798 ang ikalimang gingharian sa tagna sa Biblia mipuli sa ikaunom nga gingharian sa tagna sa Biblia.</w:t>
      </w:r>
    </w:p>
    <w:p>
      <w:pPr>
        <w:pStyle w:val="ArticleBody"/>
        <w:jc w:val="left"/>
      </w:pPr>
      <w:r>
        <w:rPr>
          <w:rFonts w:ascii="Times New Roman" w:hAnsi="Times New Roman" w:eastAsia="Times New Roman" w:cs="Times New Roman"/>
        </w:rPr>
        <w:t>Ang 538 usab maoy usa ka tunga-tungang ilhanan sa panahon sa tunglo sa “pito ka mga panahon” sa Leviticus 26 batok sa amihanang gingharian sa Israel nga nagsugod niadtong 723 BC, sa dihang gidala sa Asiria ang Ephraim ngadto sa pagkabinihag. Busa, ang 1798 adunay dili lamang sa mga propetikong kinaiya sa 538, kondili usab sa 723 BC. Niadtong 723 BC ang napulo ka mga banay sa Israel ginapukan sa Asiria, ug usa ka libo duha ka gatus ug kan-uman ka tuig ang milabay, sa 538 ang pagano nga Roma ginapukan sa pangpapa nga Roma, nga sa iyang puli gipukan sa Pransiya niadtong 1798 sa pagtapos sa “pito ka mga panahon.”</w:t>
      </w:r>
    </w:p>
    <w:p>
      <w:pPr>
        <w:pStyle w:val="ArticleBody"/>
        <w:jc w:val="left"/>
      </w:pPr>
      <w:r>
        <w:rPr>
          <w:rFonts w:ascii="Times New Roman" w:hAnsi="Times New Roman" w:eastAsia="Times New Roman" w:cs="Times New Roman"/>
        </w:rPr>
        <w:t>Niadtong 1798, ang Francia, ang hari sa habagatan, mipaphauli sa pagkapapa gikan sa trono. Niadtong 538, ang Francia, ang nag-unang simbolo sa pagkabungkag sa pagano nga Roma ngadto sa napulo ka gingharian, nagpalingkod sa pagkapapa sa trono. Sa balaod sa Domingo, gisubli sa Tinipong Bansa sa Amerika ang papel sa Francia niadtong 538, ug sa dihang sunogon sa napulo ka hari ang pagkapapa pinaagi sa kalayo ug kan-on ang iyang unod, gisubli sa Tinipong Bansa sa Amerika ang papel sa Francia niadtong 1798.</w:t>
      </w:r>
    </w:p>
    <w:p>
      <w:pPr>
        <w:pStyle w:val="ArticleBody"/>
        <w:jc w:val="left"/>
      </w:pPr>
      <w:r>
        <w:rPr>
          <w:rFonts w:ascii="Times New Roman" w:hAnsi="Times New Roman" w:eastAsia="Times New Roman" w:cs="Times New Roman"/>
        </w:rPr>
        <w:t>Ang paghukom sa “pito ka mga panahon” batok sa amihanang ug habagatang mga gingharian sa Israel gidala pinaagi sa mga gingharian nga migula gikan sa amihanan.</w:t>
      </w:r>
    </w:p>
    <w:p>
      <w:pPr>
        <w:pStyle w:val="ArticleScripture"/>
        <w:jc w:val="left"/>
      </w:pPr>
      <w:r>
        <w:rPr>
          <w:rFonts w:ascii="Times New Roman" w:hAnsi="Times New Roman" w:eastAsia="Times New Roman" w:cs="Times New Roman"/>
        </w:rPr>
        <w:t>Ang Israel maoy usa ka nagkatibulaag nga karnero; gipapahawa siya sa mga leon: una, gilamoy siya sa hari sa Asiria; ug sa kaulahian, kini si Nabucadrezzar nga hari sa Babilonia maoy nagdugmok sa iyang mga bukog. Jeremias 50:17.</w:t>
      </w:r>
    </w:p>
    <w:p>
      <w:pPr>
        <w:pStyle w:val="ArticleBody"/>
        <w:jc w:val="left"/>
      </w:pPr>
      <w:r>
        <w:rPr>
          <w:rFonts w:ascii="Times New Roman" w:hAnsi="Times New Roman" w:eastAsia="Times New Roman" w:cs="Times New Roman"/>
        </w:rPr>
        <w:t>Ang Asiria migula gikan sa amihanan ug midaog sa napulo ka mga banay niadtong 723 BC, ug ang Babilonia nagdala sa Juda ngadto sa pagkabinihag niadtong 677 BC. Bisan pa nga ang Israel mao ang gingharian sa amihanan kon itandi sa Juda, ang duha ka gingharian gidaug gihapon sa mga kaaway gikan sa amihanan, sa ingon naghimo sa Israel ug Juda nga mga gingharian sa habagatan kon itandi sa kaaway nga nagdala kanila ngadto sa pagkabinihag. Ang 723 BC nagrepresentar sa hari sa amihanan nga nagdaog sa usa ka napulo-ka-bahin nga gingharian sa habagatan. Ang 538 nagrepresentar sa usa ka pagbalhin gikan sa paganismo ngadto sa papalismo ug usab sa usa ka gingharian sa amihanan nga nagdaog sa usa ka napulo-ka-bahin nga gingharian. Ang 1798 nagrepresentar sa usa ka hari sa amihanan nga gipildi sa usa ka hari sa habagatan nga nagrepresentar sa usa ka napulo-ka-bahin nga gingharian.</w:t>
      </w:r>
    </w:p>
    <w:p>
      <w:pPr>
        <w:pStyle w:val="ArticleScripture"/>
        <w:jc w:val="left"/>
      </w:pPr>
      <w:r>
        <w:rPr>
          <w:rFonts w:ascii="Times New Roman" w:hAnsi="Times New Roman" w:eastAsia="Times New Roman" w:cs="Times New Roman"/>
        </w:rPr>
        <w:t>Ug niadtong maong taknaa may usa ka dakung linog, ug ang ikanapulo nga bahin sa siyudad nangahugno, ug sa linog nangamatay ang pito ka libo ka mga tawo: ug ang nanghibilin nangahadlok, ug naghatag himaya sa Dios sa langit. Pinadayag 11:13.</w:t>
      </w:r>
    </w:p>
    <w:p>
      <w:pPr>
        <w:pStyle w:val="ArticleBody"/>
        <w:jc w:val="left"/>
      </w:pPr>
      <w:r>
        <w:rPr>
          <w:rFonts w:ascii="Times New Roman" w:hAnsi="Times New Roman" w:eastAsia="Times New Roman" w:cs="Times New Roman"/>
        </w:rPr>
        <w:t>Ang yugto sa pagbalhin nga nalangkit sa 538, sa dihang ang Roma nausab gikan sa pagano ngadto sa papal, mao usab ang kausaban diha sa Daniel kapitulo otso gikan sa panlalaki ngadto sa pambabae, nga sa simbolikong paagi mao ang pagbalhin gikan sa statecraft ngadto sa churchcraft. Ang tagna sa “pito ka mga panahon” nagadala sa timaan sa “kamatuoran” tungod kay ang unang letra (723 BC) naghulagway sa ikakaluhaan ug ikaduhang letra ug kataposang letra sa Hebreohanong alpabeto (1798), samtang ang ikanapulog-tulo ug tunga-tungang letra nagrepresentar sa pagrebelde (538). Gipaila ni Daniel nga ang “kalapasan” nga gisimbolohan sa pahayag nga “ang kalapasan sa pagkalaglag” mao ang panaghiusa sa simbahan ug estado, nga ang simbahan maoy nagdumala sa maong relasyon. Kana nga “kalapasan” nagrepresentar sa 538, nga mao ang tunga-tunga ug sa metaporikong paagi ang ikanapulog-tulong letra sa tulo ka pangunang waymarks sulod sa yugto sa pito ka mga panahon batok sa napulo ka amihanang mga banay sa Israel.</w:t>
      </w:r>
    </w:p>
    <w:p>
      <w:pPr>
        <w:pStyle w:val="ArticleBody"/>
        <w:jc w:val="left"/>
      </w:pPr>
      <w:r>
        <w:rPr>
          <w:rFonts w:ascii="Times New Roman" w:hAnsi="Times New Roman" w:eastAsia="Times New Roman" w:cs="Times New Roman"/>
        </w:rPr>
        <w:t>Sa 1798, ang “panahon sa katapusan” sumala sa gipasundayag sa bersikulo kwarenta sa Daniel kapitulo onse, ang walay-tuong Pransiya, ang hari sa habagatan, maoy naghatag sa makamatayng samad sa kapapahan, ang hari sa amihanan. Sa 1989 ang kapapahan mibalos batok sa walay-tuong hari sa habagatan, nga niadtong panahona nahimong Unyong Sobyet. Ang maong pagbalos naglakip sa usa ka tinagong alyansa tali sa Tinipong Bansa sa Amerika ug sa Vaticano. Ang pagwagtang sa Unyong Sobyet sa 1989 maoy nagtapos sa sinulat nga mensaheng matagnaon sa bersikulo kwarenta, ug ang sunod nga bersikulo, bersikulo kwarenta ug usa, nagrepresentar sa balaod sa Dominggo sa Tinipong Bansa sa Amerika. Busa, sukad sa pagkapukan sa Unyong Sobyet niadtong 1989 hangtod sa balaod sa Dominggo sa sunod nga bersikulo, kita nagpuyo sa tinagong kasaysayan sa bersikulo kwarenta.</w:t>
      </w:r>
    </w:p>
    <w:p>
      <w:pPr>
        <w:pStyle w:val="ArticleBody"/>
        <w:jc w:val="left"/>
      </w:pPr>
      <w:r>
        <w:rPr>
          <w:rFonts w:ascii="Times New Roman" w:hAnsi="Times New Roman" w:eastAsia="Times New Roman" w:cs="Times New Roman"/>
        </w:rPr>
        <w:t>Ang bersikulo kwarenta nagsugod pinaagi sa pag-ila sa usa ka hari sa habagatan ug sa amihanan sa 1798, ug unya sa 1989 usa ka hari sa habagatan ug sa amihanan, ingon man usa ka ikatulong gahum nga girepresentahan sa mga karo, mga sakayan, ug mga mangangabayo.</w:t>
      </w:r>
    </w:p>
    <w:p>
      <w:pPr>
        <w:pStyle w:val="ArticleScripture"/>
        <w:jc w:val="left"/>
      </w:pPr>
      <w:r>
        <w:rPr>
          <w:rFonts w:ascii="Times New Roman" w:hAnsi="Times New Roman" w:eastAsia="Times New Roman" w:cs="Times New Roman"/>
        </w:rPr>
        <w:t>Ug sa panahon sa katapusan ang hari sa habagatan mosulong batok kaniya; ug ang hari sa amihanan moanha batok kaniya sama sa usa ka alimpulos, uban ang mga carro, ug uban ang mga magkakabayo, ug uban ang daghang mga sakayan; ug siya mosulod sa mga nasud, ug molapaw ug moagi. Daniel 11:40.</w:t>
      </w:r>
    </w:p>
    <w:p>
      <w:pPr>
        <w:pStyle w:val="ArticleBody"/>
        <w:jc w:val="left"/>
      </w:pPr>
      <w:r>
        <w:rPr>
          <w:rFonts w:ascii="Times New Roman" w:hAnsi="Times New Roman" w:eastAsia="Times New Roman" w:cs="Times New Roman"/>
        </w:rPr>
        <w:t>Sa “panahon sa katapusan” niadtong 1798, usa ka literal nga heneral ni Napoleon misulod sa Vatican ug literal nga gidakop ang papa ug gipriso siya. Niadtong 1989, nahitabo ang panimalos alang sa 1798. Adunay mga mamatagnaong pagbalhin nga nahitabo sa kasaysayan tali sa 1798 ug 1989 nga mahinungdanon nga timan-an. Ang ateistikong Pransiya, ang hari sa habagatan sa yugto sa panahon sa 1798, mao ang nahaunang espirituwal nga hari sa habagatan, ug ang Rusya ni Putin gitakda nga mahimong katapusan niini. Ang Pransiya giila diha sa Pinadayag onse, nga direkta nga giila ni Sister White ingon nga ateistikong Pransiya. Usa sa duha ka mga simbolo nga nagaila sa Pransiya diha sa kapitulo onse mao ang Ehipto, nga giila ni Sister White ingon nga simbolo sa ateismo. Diha sa maong kapitulo, ang mananap nga mitungas gikan sa kahiladman nga walay kinutuban mao ang ateismo nga misulod sa kasaysayan sulod niadtong maong yugto sa panahon.</w:t>
      </w:r>
    </w:p>
    <w:p>
      <w:pPr>
        <w:pStyle w:val="ArticleBody"/>
        <w:jc w:val="left"/>
      </w:pPr>
      <w:r>
        <w:rPr>
          <w:rFonts w:ascii="Times New Roman" w:hAnsi="Times New Roman" w:eastAsia="Times New Roman" w:cs="Times New Roman"/>
        </w:rPr>
        <w:t>Ang ateyismo misulod sa kasaysayan sugod sa Pransiya sa yugto sa panahon nga 1798, ug sa 1989 ang espirituwal nga hari sa ateyismo nahimo nang Sobyet Unyon. Ang pagpanilhig sa Sobyet Unyon niadtong 1989, sa katumanan sa usa ka tinagong alyansa tali ni Papa Juan Pablo II ug Ronald Reagan, gipahulagway na daan sa bersikulo napulo sa Daniel kapitulo onse, ug ang ikaduhang saksi sa bersikulo napulo makita diha sa pahayag ni Isaias mahitungod sa duha ka mga tunglo nga may kalabotan sa duha ka libo ug lima ka gatus ug kaluhaan ka tuig batok sa amihanang ug habagatang mga gingharian sa Israel, sumala sa gipahimutang diha sa mga kapitulo pito hangtod onse.</w:t>
      </w:r>
    </w:p>
    <w:p>
      <w:pPr>
        <w:pStyle w:val="ArticleBody"/>
        <w:jc w:val="left"/>
      </w:pPr>
      <w:r>
        <w:rPr>
          <w:rFonts w:ascii="Times New Roman" w:hAnsi="Times New Roman" w:eastAsia="Times New Roman" w:cs="Times New Roman"/>
        </w:rPr>
        <w:t>Busa, ang 1989 nahimong punto sa reperensiya alang sa pagsulbad sa mga propetikong tigmo sa katapusang mga adlaw. Niadtong panahona gibuksan ang kahulogan sa bersikulo kwarenta. Karon mailhan na nga ang bersikulo kwarenta nagsugod sa 1798 ug natapos sa balaod sa Domingo sa bersikulo kwarenta ug usa.</w:t>
      </w:r>
    </w:p>
    <w:p>
      <w:pPr>
        <w:pStyle w:val="ArticleBody"/>
        <w:jc w:val="left"/>
      </w:pPr>
      <w:r>
        <w:rPr>
          <w:rFonts w:ascii="Times New Roman" w:hAnsi="Times New Roman" w:eastAsia="Times New Roman" w:cs="Times New Roman"/>
        </w:rPr>
        <w:t>Sa balaod sa Domingo ang Tinipong Bansa sa Amerika mosulti ingon nga usa ka dragon ug tapuson ang iyang pagmando isip ikaunom nga gingharian sa tagna sa Biblia. Gisugdan niini ang iyang panahon sa paghari niadtong 1798, sa dihang ang ikalimang gingharian nakadawat ug usa ka makamatay nga samad. Niadtong 1798, gipasar sa Tinipong Bansa sa Amerika ang Alien and Sedition Acts, sa ingon nagtimaan sa katapusan sa ikaunom nga gingharian diha mismo sa sinugdanan niini. Busa, ang bersikulo kwarenta mao ang kasaysayan sa Tinipong Bansa sa Amerika isip ikaunom nga gingharian sa tagna sa Biblia.</w:t>
      </w:r>
    </w:p>
    <w:p>
      <w:pPr>
        <w:pStyle w:val="ArticleBody"/>
        <w:jc w:val="left"/>
      </w:pPr>
      <w:r>
        <w:rPr>
          <w:rFonts w:ascii="Times New Roman" w:hAnsi="Times New Roman" w:eastAsia="Times New Roman" w:cs="Times New Roman"/>
        </w:rPr>
        <w:t>Ang 1798 mao ang unang letra sa Hebreohanong alpabeto, ang balaod sa Domingo mao ang ikakaluhaan ug ikaduhang—ug katapusang—letra sa Hebreohanong alpabeto, ug ang 1989 mao ang timaan sa tunga nga nagrepresentar sa pagsukol nga gisimbolohan sa numero trese ug sa ikapulog tulo nga letra sa Hebreohanong alpabeto. Ang 1989 nagrepresentar sa pagsukol sa tinagong pakig-alyansa ni Reagan uban sa anticristo sa tagna sa Biblia. Ang 1989 nagpaila sa nahaunang sa katapusang walo ka mga presidente nga naghari sulod sa usa ka panahon sa nagkakusog nga pagsukol batok sa Konstitusyon. Ang 1989 nagsugod sa usa ka proseso sa pagsulay taliwala sa mga Seventh-day Adventist nga gituyo aron pagmugna og duha ka hut-ong sa mga magsisimba. Ang matinumanon mao ang pipila; ang dili matinumanon mao ang daghan. Ang 1989 nagrepresentar sa sentrong timaan sa bersikulo kwarenta, ug kini nagrepresentar sa pagsukol nga gisimbolohan sa ikapulog tulo nga letra. Ang bersikulo kwarenta nagdala sa timaan sa “kamatuoran.”</w:t>
      </w:r>
    </w:p>
    <w:p>
      <w:pPr>
        <w:pStyle w:val="ArticleBody"/>
        <w:jc w:val="left"/>
      </w:pPr>
      <w:r>
        <w:rPr>
          <w:rFonts w:ascii="Times New Roman" w:hAnsi="Times New Roman" w:eastAsia="Times New Roman" w:cs="Times New Roman"/>
        </w:rPr>
        <w:t>Ang kap-atan nga bersikulo naghisgot sa mga hari sa amihanan ug sa habagatan nga lahi sa kasaysayan diha sa katapusan sa maong bersikulo. Naglakip usab kini sa Tinipong Bansa sa Amerika, nga sumala kang Juan mao ang mini nga manalagna nga nagabuhat uban sa dragon ug sa mananap aron dad-on ang kalibotan ngadto sa Armagedon. Ang hari sa habagatan diha sa kap-atan nga bersikulo mao ang dragon, ang hari sa amihanan mao ang mananap; ang mga karo, mga sakayan, ug mga magkakabayo mao ang mini nga manalagna. Ang katumanan sa kap-atan nga bersikulo sa 1989 nahimong usa ka mahinungdanong kinaiyang manalagna alang sa pagsabot sa mga bersikulo onse hangtod kinse. Kon dili ka husto mahitungod sa 1989, dili ka sa lohikal nga paagi mahimong husto mahitungod sa kasaysayan nga atong giagian karon.</w:t>
      </w:r>
    </w:p>
    <w:p>
      <w:pPr>
        <w:pStyle w:val="ArticleBody"/>
        <w:jc w:val="left"/>
      </w:pPr>
      <w:r>
        <w:rPr>
          <w:rFonts w:ascii="Times New Roman" w:hAnsi="Times New Roman" w:eastAsia="Times New Roman" w:cs="Times New Roman"/>
        </w:rPr>
        <w:t>Gikan sa 1989 hangtod sa balaod sa Dominggo, tulo ka mga gubat nga puli alang sa pagka-papa ang girepresentar diha sa mga bersikulo napulo hangtod kinse. Kining mga bersikulo kinahanglan pagatagdon ingon nga usa ka padayon nga kasaysayan, kay ang mao rang “Antiochus Magnus” makita sa tulo ka mga gubat nga girepresentar sa historikal nga katumanan sa mga bersikulo napulo hangtod kinse.</w:t>
      </w:r>
    </w:p>
    <w:p>
      <w:pPr>
        <w:pStyle w:val="ArticleBody"/>
        <w:jc w:val="left"/>
      </w:pPr>
      <w:r>
        <w:rPr>
          <w:rFonts w:ascii="Times New Roman" w:hAnsi="Times New Roman" w:eastAsia="Times New Roman" w:cs="Times New Roman"/>
        </w:rPr>
        <w:t>Ang tulo ka gubat usa ka linya sa tagna, kay si Antiochus Magnus atua sa matag usa sa tulo ka gubat. Ang bersikulo 10, ug ang Isaias 8:8, naghatag ug duha ka saksi sa katumanan sa bersikulo 40 niadtong 1989. Ang bersikulo 40 mao ang punto sa reperensiya sa bersikulo 10 ug sa Isaias 8:8. Ang “mga karo, mga sakayan ug mga mangangabayo” nagrepresentar sa duha ka sungay sa mananap sa yuta diha sa kapitulo 13 sa Pinadayag. Sa katapusan, sa dihang ang Tinipong Bansa sa Amerika “mosulti ingon sa usa ka dragon” ang duha ka sungay dili na ang Republikano ug Protestante nga mga prinsipyo. Niadtong panahona ang mga gitawag nga Protestante makig-uban sa Katolisismo, ug ang Konstitusyonal nga Republika pagausabon ngadto sa usa ka diktadurya. Nianang yugto sa panahon ang duha ka sungay sa mananap sa yuta mahimong kusog sa ekonomiya ug kusog sa militar. Sa kapitulo 13 sa Pinadayag ang Tinipong Bansa sa Amerika mopugos sa kalibotan sa pagdawat sa marka sa mananap aron makapalit ug makabaligya, ug usab ubos sa hulga sa kamatayon. Kining duha ka sungay mao ang “mga sakayan” ni Daniel nga nagrepresentar sa gahom sa ekonomiya ug ang iyang “mga mangangabayo ug mga karo” nga nagrepresentar sa kusog sa militar.</w:t>
      </w:r>
    </w:p>
    <w:p>
      <w:pPr>
        <w:pStyle w:val="ArticleBody"/>
        <w:jc w:val="left"/>
      </w:pPr>
      <w:r>
        <w:rPr>
          <w:rFonts w:ascii="Times New Roman" w:hAnsi="Times New Roman" w:eastAsia="Times New Roman" w:cs="Times New Roman"/>
        </w:rPr>
        <w:t>Ang 1989 nagapakita nga sa pag-aplikar sa makasaysayanong katumanan sa mga gubat sa Raphia ug Panium diha sa bersikulo onse hangtod kinse, kinahanglan gamiton ang mao rang pamaagi sa paghubad sa tagna nga gigamit aron masabtan ang 1989 ug ang pagkapukan sa Soviet Union, kay si Antiochus Magnus mao ang girepresentahan sa tanang tulo ka mga gubat diha sa bersikulo napulo hangtod kinse. Si Antiochus nagarepresentar sa gahum sa mga karo, mga sakayan, ug mga mangangabayo, nga niadtong 1989 mao si Ronald Reagan, ang una sa walo ka mga presidente, nga ang ulahi usab mao ang ikaunom ug karon mao ang ikawalo nga gikan sa pito.</w:t>
      </w:r>
    </w:p>
    <w:p>
      <w:pPr>
        <w:pStyle w:val="ArticleBody"/>
        <w:jc w:val="left"/>
      </w:pPr>
      <w:r>
        <w:rPr>
          <w:rFonts w:ascii="Times New Roman" w:hAnsi="Times New Roman" w:eastAsia="Times New Roman" w:cs="Times New Roman"/>
        </w:rPr>
        <w:t>Sumala sa Isaias 23, ang gahom sa pagka-papa, (ang bigaon nga nagapakighilawas sa mga hari sa yuta) matago sa panahon sa paghari sa Estados Unidos ingon nga ikaunom nga gingharian sa tagna sa Biblia. Niadtong 1989 ang Estados Unidos, nga gitipoan ni Antiochus Magnus, mao ang puli nga gahom sa papa sa iyang pakiggubat batok sa mananap sa ateismo nga mihatag kaniya ug samad nga makamatay niadtong 1798.</w:t>
      </w:r>
    </w:p>
    <w:p>
      <w:pPr>
        <w:pStyle w:val="ArticleBody"/>
        <w:jc w:val="left"/>
      </w:pPr>
      <w:r>
        <w:rPr>
          <w:rFonts w:ascii="Times New Roman" w:hAnsi="Times New Roman" w:eastAsia="Times New Roman" w:cs="Times New Roman"/>
        </w:rPr>
        <w:t>Ang tulo ka mga gubat sa bersikulo diyes hangtod kinse nagrepresentar sa pakiggubat tali sa hari sa amihanan, kinsa isip tinagong bigaon sa Tiro, naggamit ug mga gahom nga puli-puli lamang samtang nagpadulong siya ngadto sa pagpahiuli sa iyang gahom ug sa kapildihan sa hari sa ateyismo—ang hari sa habagatan. Ang makasaysayanong mga katumanan sa tulo ka mga gubat sa bersikulo diyes hangtod kinse nagtudlo kanato nga sa nahaunang ug sa katapusang mga gubat midaog si Antiochus Magnus, apan sa tunga-tungang gubat napildi siya. Ang mga profetikanhong kinaiya sa mga tuig ni Ronald Reagan sa 1989 uban ni Pope John Paul II ug sa pagkahugno sa Soviet Union adunay katugbang sa katapusan sa tulo ka mga gubat, kay kining mga bersikulo mao ang ginabuksan sa dili pa matapos ang panahon sa pagtulon-an. Maingon nga ang bersikulo kuwarenta gibuksan niadtong 1798 ug unya pag-usab niadtong 1989, ang maong bersikulo gibuksan sa katapusan, nga nagsugod sa Hulyo 2023.</w:t>
      </w:r>
    </w:p>
    <w:p>
      <w:pPr>
        <w:pStyle w:val="ArticleBody"/>
        <w:jc w:val="left"/>
      </w:pPr>
      <w:r>
        <w:rPr>
          <w:rFonts w:ascii="Times New Roman" w:hAnsi="Times New Roman" w:eastAsia="Times New Roman" w:cs="Times New Roman"/>
        </w:rPr>
        <w:t>Ang Pinadayag ni Jesu-Cristo gibuksan sa dili pa matapos ang panahon sa pagsulay, ug kini naglakip sa labing panguna nga kamatuoran nga si Jesus mao ang nahauna ug ang naulahi, ug tungod niana sa kanunay iyang gihulagway ang katapusan pinaagi sa sinugdanan. Ang panahon sa pagsulay matapos alang sa Adventismo diha sa balaod sa Domingo, ug sa dili pa ang pagtapos sa panahon sa pagsulay ang Pinadayag ni Jesu-Cristo gibuksan. Ang mensahe nga motapos diha sa siradong pultahan sa balaod sa Domingo mao ang mensahe sa Tunga-tungang Gabii nga Singgit, nga mitultol ngadto sa siradong pultahan sa Oktubre 22, 1844 sa kasaysayan sa mga Millerite. Ang pagbukas sa 1798 sa sinugdanan sa bersikulo kap-atan nga mao usab ang sinugdanan sa Estados Unidos ingon nga ikaunom nga gingharian sa tagna sa Biblia, nagtimaan daan sa pagbukas sa 1989 sa taliwala sa bersikulo kap-atan ug sa pagsugod sa anam-anam nga katapusan sa Estados Unidos. Ang pagbukas sa 1798 nga nagtimaan daan sa 1989 nagrepresentar ug duha ka mga saksi sa pagbukas sa mensahe sa Tunga-tungang Gabii nga Singgit sa 2023. Ang linya, uban sa iyang tulo ka mga timaan sa dalan—1798, 1989, ug 2023—nagatino sa sulodnong buluhaton sa paghinlo sa napulo ka mga ulay ug sa gawasnong linya sa ikaunom nga gingharian sa tagna sa Biblia.</w:t>
      </w:r>
    </w:p>
    <w:p>
      <w:pPr>
        <w:pStyle w:val="ArticleBody"/>
        <w:jc w:val="left"/>
      </w:pPr>
      <w:r>
        <w:rPr>
          <w:rFonts w:ascii="Times New Roman" w:hAnsi="Times New Roman" w:eastAsia="Times New Roman" w:cs="Times New Roman"/>
        </w:rPr>
        <w:t>Ang gubat nga gipaila sa bersikulo onse, nga natuman sa Gubat sa Raphia sa dihang napildi si Antiochus ni Ptolemy, nagrepresentar sa kapildihan sa puli nga gahum sa kapapahan, nga niining kasamtangang gubat mao ang mga Nazi sa Ukraine nga kaalyado sa mga globalistang nasod sa Kasadpang Uropa nga naglangkob sa EU, NATO, ug nagkahiusa sa lakang uban sa mga politikal ug ekonomikanhong globalista sa United Nations. Kon si Antiochus Magnus atua sa tanang tulo ka gubat ug nagrepresentar sa puli nga gahum sa kapapahan batok sa hari sa habagatan, unsaon man nga mahimo kini nga ang United States sa 1989, dayon ang mga taga-Ukraine sumala sa gipakita sa Gubat sa Raphia, ug unya ang United States pag-usab sa Gubat sa Panium? Ang bersikulo diyes mao ang yawi sa mga bersikulo onse hangtod kinse, kay ang katumanan niini sa 1989 naghatag ug hulagway sa mga profetikong kinaiya sa nahaunang usa sa tulo ka mga puli nga gubat. Unsay profetikong katarungan sa pag-ila kang Antiochus ingon nga puli nga gahum sa kapapahan, samtang wala iaplikar ang United States sa matag usa sa tulo ka mga gubat?</w:t>
      </w:r>
    </w:p>
    <w:p>
      <w:pPr>
        <w:pStyle w:val="ArticleBody"/>
        <w:jc w:val="left"/>
      </w:pPr>
      <w:r>
        <w:rPr>
          <w:rFonts w:ascii="Times New Roman" w:hAnsi="Times New Roman" w:eastAsia="Times New Roman" w:cs="Times New Roman"/>
        </w:rPr>
        <w:t>Sa kasaysayan sa gubat sa Ukraine, nga gipakita pinaagi sa gubat sa Raphia, gigamit sa Estados Unidos ang mga Nazi sa Ukraine ingon nga ilang gahom nga puli, sulod mismo sa kasaysayan diin naghulma sila ug larawan sa kapapahan, ang gahom nga sa kanunay ug sa kanunay lamang naggamit ug mga gahom nga puli aron sa pagbuhat sa iyang mahugaw nga buluhaton.</w:t>
      </w:r>
    </w:p>
    <w:p>
      <w:pPr>
        <w:pStyle w:val="ArticleBody"/>
        <w:jc w:val="left"/>
      </w:pPr>
      <w:r>
        <w:rPr>
          <w:rFonts w:ascii="Times New Roman" w:hAnsi="Times New Roman" w:eastAsia="Times New Roman" w:cs="Times New Roman"/>
        </w:rPr>
        <w:t>Aron matubag ang pangutana mahitungod sa mga gahom nga puli sa bersikulo napulo hangtod kinse nagkinahanglan sa usa ka propetikong pagtuon sa mga kinaiya ni Antiochus ingon nga usa ka simbolo. Ang mga Gubat sa Diadochi maoy usa ka sunod-sunod nga mga panagbangi gikan sa 323–281 BC taliwala sa mga Diadochi (Griyego alang sa “mga manununod”), ang mga heneral ug mga manununod ni Alexander the Great, nga nanag-away alang sa pagkontrolar sa iyang halapad nga imperyo human sa iyang kamatayon niadtong 323 BC. Ang unang Antiochus mao si Antiochus I Soter, ang anak ni Seleucus I Nicator, usa sa mga Diadochi (mga manununod) ni Alexander, nga nagtukod sa Imperyong Seleucid.</w:t>
      </w:r>
    </w:p>
    <w:p>
      <w:pPr>
        <w:pStyle w:val="ArticleBody"/>
        <w:jc w:val="left"/>
      </w:pPr>
      <w:r>
        <w:rPr>
          <w:rFonts w:ascii="Times New Roman" w:hAnsi="Times New Roman" w:eastAsia="Times New Roman" w:cs="Times New Roman"/>
        </w:rPr>
        <w:t>Ang ngalan nga Antiochus masabtan nga nagpasabot ug usa nga nagabarog puli sa lain, aron sa pagsuporta. Si Antiochus usa ka simbolo sa Roma, ug ang papadong Roma mao ang antikristo, nga nagbaton ug susamang simbolismo sama kang Antiochus. Si Antiochus, ingon nga ngalan, nagrepresentar sa anak sa magtutukod sa Imperyong Seleucid, ug niana nga diwa, si Antiochus mibarog puli sa iyang amahan, mibarog siya ingon nga iyang puli. Gipasabot ni Sister White ang duha, si Satanas ug ang papa, ingon nga antikristo, ug nag-ingon nga ang papa mao ang representante ni Satanas dinhi sa yuta. Nahimo kini nga usa ka bantog nga dinastikong ngalan sa Imperyong Seleucid, sa usa ka bahin tungod sa pagkadugtong niini kang Antiochus I Soter ug sa siyudad sa Antioch, nga ginganlan sunod sa amahan o sa anak ni Seleucus I. Ang papa mao ang puli ni Satanas, ug sa simbolikong paagi ang ngalan nga Antiochus nagrepresentar sa usa ka puli alang sa iyang amahan, ang magtutukod sa gingharian sa amihanan nga nagbutang sa iyang kaulohan sa Babilonia.</w:t>
      </w:r>
    </w:p>
    <w:p>
      <w:pPr>
        <w:pStyle w:val="ArticleBody"/>
        <w:jc w:val="left"/>
      </w:pPr>
      <w:r>
        <w:rPr>
          <w:rFonts w:ascii="Times New Roman" w:hAnsi="Times New Roman" w:eastAsia="Times New Roman" w:cs="Times New Roman"/>
        </w:rPr>
        <w:t>Human sa kamatayon ni Alexander the Great niadtong 323 BC, nabahinbahin ang iyang imperyo taliwala sa mga Diadochi (mga manununod). Sa Partition of Babylon (323 BC), si Seleucus sa sinugdan gitudlo isip komander sa Companion cavalry (usa ka dungganong katungdanang militar) ubos ni Perdiccas, ang rehente sa imperyo ni Alexander. Pag-abot sa 321 BC, si Seleucus gitudlo nga satrap (gobernador) sa Babylonia sa panahon sa Partition of Triparadisus, human sa kamatayon ni Perdiccas ug sa dugang pang mga pakignegosasyon taliwala sa mga Diadochi. Niadtong 316 BC, si Antigonus I Monophthalmus, laing Diadoch, mipugos kang Seleucus sa pagkalagiw gikan sa Babylon tungod sa nagkadakong gahum ni Antigonus. Si Seleucus nangita ug dangpanan kang Ptolemy I Soter sa Egipto. Niadtong 312 BC, si Seleucus mibalik sa Babylon uban ang usa ka gamayng pwersa nga gihatag ni Ptolemy. Iyang gipildi ang mga pwersa ni Antigonus ug nabawi pag-usab ang Babylon, nga nagtimaan sa pagtukod sa iyang saligang-lugar sa gahum. Kini nga hitabo sagad giisip nga mao ang pagkatukod sa Seleucid Empire, ug ang 312 BC isip sinugdanan sa Seleucid Era sa historikal nga pag-ihap.</w:t>
      </w:r>
    </w:p>
    <w:p>
      <w:pPr>
        <w:pStyle w:val="ArticleBody"/>
        <w:jc w:val="left"/>
      </w:pPr>
      <w:r>
        <w:rPr>
          <w:rFonts w:ascii="Times New Roman" w:hAnsi="Times New Roman" w:eastAsia="Times New Roman" w:cs="Times New Roman"/>
        </w:rPr>
        <w:t>Ang ngalan nga Seluecus naggikan sa Griego ug nagikan sa gamot nga selas (σέλας), nga nagpasabot ug “kahayag,” “kasidlak,” o “kalayo.” Ang maong ngalan nagpasabot ug pagkamasanagon o paghayag, nga angay alang sa usa ka inila nga personahe sama kang Seleucus I Nicator, ang magtutukod sa Imperyong Seleucid ug nga nagtimaan sa amahan nga kaniadto mao ang magdadala sa kahayag sa langit.</w:t>
      </w:r>
    </w:p>
    <w:p>
      <w:pPr>
        <w:pStyle w:val="ArticleScripture"/>
        <w:jc w:val="left"/>
      </w:pPr>
      <w:r>
        <w:rPr>
          <w:rFonts w:ascii="Times New Roman" w:hAnsi="Times New Roman" w:eastAsia="Times New Roman" w:cs="Times New Roman"/>
        </w:rPr>
        <w:t>“Aron masiguro ang yutan-ong mga kapuslanan ug mga kadungganan, ang iglesya gidala sa pagpangita sa pabor ug pagsuporta sa mga dagkung tawo sa kalibotan; ug sa ingon nga paagi, sa nakasalikway na kang Cristo, gidani siya sa pagtugyan sa pagkamaunongon ngadto sa representante ni Satanas—ang obispo sa Roma.” The Great Controversy, 50.</w:t>
      </w:r>
    </w:p>
    <w:p>
      <w:pPr>
        <w:pStyle w:val="ArticleBody"/>
        <w:jc w:val="left"/>
      </w:pPr>
      <w:r>
        <w:rPr>
          <w:rFonts w:ascii="Times New Roman" w:hAnsi="Times New Roman" w:eastAsia="Times New Roman" w:cs="Times New Roman"/>
        </w:rPr>
        <w:t>Si Antiochus Magnus nagrepresentar sa puli sa gahum sa papado, maingon nga ang papa mao ang puli ni Satanas. Ang simbolismo ni Antiochus nagtugot sa nagkalainlaing mga puli nga gahum, maingon nga daghan na usab ang nangaging mga papa. Si Reagan mao ang puli sa 1989, ang Ukraine nahimong puli sa Estados Unidos niadtong 2014, ug si Trump mao ang puli sa Gubat sa Panium. Si Reagan mao ang nahauna, si Trump mao ang naulahi, ug si Zelenskyy mao ang pagsukol sa taliwala.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Onse Onse</dc:title>
  <dc:subject>Onse, Onse: Ang Propetikanhong Saksi sa Daniel ug Pinadayag</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