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Dose</w:t>
      </w:r>
    </w:p>
    <w:p>
      <w:pPr>
        <w:pStyle w:val="ArticleSubtitle"/>
        <w:jc w:val="left"/>
      </w:pPr>
      <w:r>
        <w:rPr>
          <w:rFonts w:ascii="Arial" w:hAnsi="Arial" w:eastAsia="Arial" w:cs="Arial"/>
        </w:rPr>
        <w:t>Daniel 11:40 ug ang Tulo ka mga Pagbungkag sa Silyo sa Tagna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Ang bersikulo kuwarenta sa Daniel onse maoy usa sa labing halangdon nga mga bersikulo sa Biblia. Kini nagrepresentar sa pag-abli sa basahon ni Daniel sa 1798, 1989, ug 2023. Ang tulo ka higayon nga ang basahon giablihan nagtimaan sa pagtapos sa pagkatibulaag sulod sa “pito ka mga panahon.” Ang 1798 nagtimaan sa pagtapos sa duha ka libo lima ka gatus ug kaluhaan ka tuig nga pagkatibulaag nga nagsugod sa 723 BC sa dihang gidala sa Asiria ang napulo ka tribo sa amihanan ngadto sa pagkabinihag. Ang 1989 nagtimaan sa pagtapos sa 126 ka tuig sukad sa pagsukol niadtong 1863, sa dihang ang Iglesia Seventh-day Adventist opisyal nga mibutang sa kilid sa “pito ka mga panahon” sa Levitico baynte-sais. Ang 2023 nagtimaan sa pagtapos sa tulo ug tunga ka adlaw sa duha ka mga saksi sa Pinadayag onse nga nangamatay sa dalan. Sa pagtapos sa 2,520 ka tuig (ang 126 ka tuig ug ang 3½ ka adlaw—nga pawang mga simbolo sa “pito ka mga panahon”), ang basahon ni Daniel giablihan.</w:t>
      </w:r>
    </w:p>
    <w:p>
      <w:pPr>
        <w:pStyle w:val="ArticleBody"/>
        <w:jc w:val="left"/>
      </w:pPr>
      <w:r>
        <w:rPr>
          <w:rFonts w:ascii="Times New Roman" w:hAnsi="Times New Roman" w:eastAsia="Times New Roman" w:cs="Times New Roman"/>
        </w:rPr>
        <w:t>Si Sister White nagpahibalo kanato nga sa 1798 gikinahanglan nga ang mga tawo pailhon sa mga hitabo nga may kalabutan sa pagsira sa panahon sa pagsulay. Sa dihang iyang gitala kining kamatuoran, iyang giila ang managkaangay nga mga kasaysayan, kay iyang gihulagway usab ang mensahe sa kataposang mga adlaw ingon nga mao ang mga hitabo nga may kalabutan sa pagsira sa panahon sa pagsulay. Sa pagsulti mahitungod sa kasaysayan sa mga Millerite, iyang gitala:</w:t>
      </w:r>
    </w:p>
    <w:p>
      <w:pPr>
        <w:pStyle w:val="ArticleScripture"/>
        <w:jc w:val="left"/>
      </w:pPr>
      <w:r>
        <w:rPr>
          <w:rFonts w:ascii="Times New Roman" w:hAnsi="Times New Roman" w:eastAsia="Times New Roman" w:cs="Times New Roman"/>
        </w:rPr>
        <w:t>“Kinahanglan nga ang mga tawo mapukaw ngadto sa ilang kapeligrohan; nga sila dasigon sa pagpangandam alang sa mga mabug-at nga hitabo nga nalangkit sa pagtapos sa panahon sa grasya.” The Great Controversy, 310.</w:t>
      </w:r>
    </w:p>
    <w:p>
      <w:pPr>
        <w:pStyle w:val="ArticleBody"/>
        <w:jc w:val="left"/>
      </w:pPr>
      <w:r>
        <w:rPr>
          <w:rFonts w:ascii="Times New Roman" w:hAnsi="Times New Roman" w:eastAsia="Times New Roman" w:cs="Times New Roman"/>
        </w:rPr>
        <w:t>Mahitungod sa kataposang mga adlaw, iyang gitala:</w:t>
      </w:r>
    </w:p>
    <w:p>
      <w:pPr>
        <w:pStyle w:val="ArticleScripture"/>
        <w:jc w:val="left"/>
      </w:pPr>
      <w:r>
        <w:rPr>
          <w:rFonts w:ascii="Times New Roman" w:hAnsi="Times New Roman" w:eastAsia="Times New Roman" w:cs="Times New Roman"/>
        </w:rPr>
        <w:t>“Sa wala pa ang Iyang paglansang sa krus, gipatin-aw sa Manluluwas sa Iyang mga tinun-an nga Siya igapatay ug mabanhaw pag-usab gikan sa lubnganan, ug ang mga manulonda didto aron ipapilit sa ilang mga hunahuna ug kasingkasing ang Iyang mga pulong. Apan ang mga tinun-an nagpaabut ug temporal nga kaluwasan gikan sa yugo sa Roma, ug dili nila madawat ang hunahuna nga Siya, nga maoy sentro sa tanan nilang mga paglaum, mag-antus ug makauulaw nga kamatayon. Ang mga pulong nga ilang gikinahanglan nga hinumdoman gipapahawa gikan sa ilang mga hunahuna; ug sa miabot ang panahon sa pagsulay, nasapwan sila nga andam dili. Ang kamatayon ni Jesus hingpit nga nakaguba sa ilang mga paglaum daw sama nga Siya wala gayod sila daan pasidaan. Busa sa mga tagna ang umalabot gibuksan sa atong atubangan sa kasinaw sama sa pagkabukas niini sa atubangan sa mga tinun-an pinaagi sa mga pulong ni Cristo. Ang mga hitabo nga nalangkit sa pagtapos sa probation ug sa buluhaton sa pagpangandam alang sa panahon sa kagul-anan, tin-awng gipadayag. Apan ang daghang mga tawo walay labaw pang pagsabot niining mahinungdanong mga kamatuoran kay sa daw wala pa gayod kini ikapadayag. Si Satanas nagbantay aron kuhaon ang matag impresyon nga magahimo kanila nga manggialamon ngadto sa kaluwasan, ug ang panahon sa kagul-anan mosapupo kanila nga dili andam.” The Great Controversy, 595.</w:t>
      </w:r>
    </w:p>
    <w:p>
      <w:pPr>
        <w:pStyle w:val="ArticleBody"/>
        <w:jc w:val="left"/>
      </w:pPr>
      <w:r>
        <w:rPr>
          <w:rFonts w:ascii="Times New Roman" w:hAnsi="Times New Roman" w:eastAsia="Times New Roman" w:cs="Times New Roman"/>
        </w:rPr>
        <w:t>Ang mensaheng Millerite gibuksan sa 1798 ug kini nagpresentar sa “mga hitabo nga nalambigit sa pagtapos sa panahon sa pagsulay.” Sa dihang nagsulti mahitungod sa ulahing mga adlaw, iyang gigamit ang kasaysayan sa mga tinun-an aron ipakita ang kamatuoran nga “ang mga hitabo nga nalambigit sa pagtapos sa panahon sa pagsulay” mao ang nakapahimong maalamon sa mga tawo ngadto sa kaluwasan, apan wala masabti. Ang mga mensahe nga gibuksan sa 1798, 1989, ug 2023 mao ang mga mensahe nga nagpaila sa “mga hitabo nga nalambigit sa pagtapos sa panahon sa pagsulay.”</w:t>
      </w:r>
    </w:p>
    <w:p>
      <w:pPr>
        <w:pStyle w:val="ArticleBody"/>
        <w:jc w:val="left"/>
      </w:pPr>
      <w:r>
        <w:rPr>
          <w:rFonts w:ascii="Times New Roman" w:hAnsi="Times New Roman" w:eastAsia="Times New Roman" w:cs="Times New Roman"/>
        </w:rPr>
        <w:t>Ang bersikulo kuwarenta nagrepresentar sa usa ka makasaysayanong linya diin ang basahon ni Daniel gibuksan ang selyo sa makatulo ka higayon. Niadtong 1798, ang panan-awon ni Daniel bahin sa Suba sa Ulai nga nagrepresentar sa mga kapitulo pito hangtod siyam gibuksan ang selyo. Niadtong 1989, ang panan-awon ni Daniel bahin sa Suba sa Hiddekel nga nagrepresentar sa kapitulo napulo hangtod dose gibuksan ang selyo. Niadtong 2023, ang tinagong kasaysayan sa bersikulo kuwarenta sa Daniel onse gibuksan ang selyo.</w:t>
      </w:r>
    </w:p>
    <w:p>
      <w:pPr>
        <w:pStyle w:val="ArticleBody"/>
        <w:jc w:val="left"/>
      </w:pPr>
      <w:r>
        <w:rPr>
          <w:rFonts w:ascii="Times New Roman" w:hAnsi="Times New Roman" w:eastAsia="Times New Roman" w:cs="Times New Roman"/>
        </w:rPr>
        <w:t>Ang kasaysayan sa bersikulo kwarenta nagrepresentar sa 1798 hangtod sa balaod sa Dominggo sa bersikulo kwarenta’y uno, nga mao ang kasaysayan sa Estados Unidos, nga mao usab ang mananap nga gikan sa yuta sa Pinadayag trese, ang mini nga manalagna sa Pinadayag disi-sais, ug ang ikaunom nga gingharian sa panagna sa Biblia. Ang mao rang kasaysayan nga girepresentar sa bersikulo kwarenta sa Daniel onse girepresentar usab sa usa ka bersikulo sa basahon sa Pinadayag.</w:t>
      </w:r>
    </w:p>
    <w:p>
      <w:pPr>
        <w:pStyle w:val="ArticleScripture"/>
        <w:jc w:val="left"/>
      </w:pPr>
      <w:r>
        <w:rPr>
          <w:rFonts w:ascii="Times New Roman" w:hAnsi="Times New Roman" w:eastAsia="Times New Roman" w:cs="Times New Roman"/>
        </w:rPr>
        <w:t>Ug nakita ko ang laing mananap nga misaka gikan sa yuta; ug siya may duruha ka sungay nga sama sa nating karnero, ug siya misulti ingon sa usa ka dragon. Pinadayag 13:11.</w:t>
      </w:r>
    </w:p>
    <w:p>
      <w:pPr>
        <w:pStyle w:val="ArticleBody"/>
        <w:jc w:val="left"/>
      </w:pPr>
      <w:r>
        <w:rPr>
          <w:rFonts w:ascii="Times New Roman" w:hAnsi="Times New Roman" w:eastAsia="Times New Roman" w:cs="Times New Roman"/>
        </w:rPr>
        <w:t>Kini nga bersikulo, sama sa bersikulo kuwarenta, mao ang kasaysayan nga nagsugod sa Alien and Sedition Acts sa 1798 ug natapos sa balaod sa Domingo sa dihang ang nasud mosulti ingon nga usa ka dragon, usa ka kasaysayan nga nagsugod sa dihang ang papal nga Roma gikuha gikan sa trono ug natapos sa dihang ang papal nga Roma gipahiuli ngadto sa trono. Ang kasaysayan nga girepresentahan sa duha ka mga bersikulo, Pinadayag 13:11 ug Daniel 11:40, nagsugod sa pagtangtang sa ikalima nga gingharian sa tagna sa Biblia ug natapos sa pagtangtang sa ikaunom nga gingharian sa tagna sa Biblia.</w:t>
      </w:r>
    </w:p>
    <w:p>
      <w:pPr>
        <w:pStyle w:val="ArticleBody"/>
        <w:jc w:val="left"/>
      </w:pPr>
      <w:r>
        <w:rPr>
          <w:rFonts w:ascii="Times New Roman" w:hAnsi="Times New Roman" w:eastAsia="Times New Roman" w:cs="Times New Roman"/>
        </w:rPr>
        <w:t>Ang “kapitoan” ka tuig diin ang Babilonia naghari ingon nga nahaunang gingharian sa tagna sa Biblia hangtod sa ikaduhang gingharian sa tagna sa Biblia nagrepresentar sa kasaysayan sa bersikulo kuwarenta gikan sa 1798 hangtod sa balaod sa Domingo.</w:t>
      </w:r>
    </w:p>
    <w:p>
      <w:pPr>
        <w:pStyle w:val="ArticleScripture"/>
        <w:jc w:val="left"/>
      </w:pPr>
      <w:r>
        <w:rPr>
          <w:rFonts w:ascii="Times New Roman" w:hAnsi="Times New Roman" w:eastAsia="Times New Roman" w:cs="Times New Roman"/>
        </w:rPr>
        <w:t>Ug mahitabo niadtong adlawa, nga ang Tiro hingalimtan sulod sa kapitoan ka tuig, sumala sa mga adlaw sa usa ka hari; human sa katapusan sa kapitoan ka tuig ang Tiro magaawit ingon sa usa ka bigaon. Kuhaa ang alpa, libota ang siyudad, ikaw nga bigaon nga hingalimtan; himoa nga matam-is ang imong melodiya, awiti ug daghang mga awit, aron ikaw mahinumdoman. Ug mahitabo nga human sa katapusan sa kapitoan ka tuig, ang Ginoo moduaw sa Tiro, ug kini mobalik sa iyang suhol, ug magapakighilawas uban sa tanang mga gingharian sa kalibotan sa ibabaw sa nawong sa yuta. Isaias 23:15–17.</w:t>
      </w:r>
    </w:p>
    <w:p>
      <w:pPr>
        <w:pStyle w:val="ArticleBody"/>
        <w:jc w:val="left"/>
      </w:pPr>
      <w:r>
        <w:rPr>
          <w:rFonts w:ascii="Times New Roman" w:hAnsi="Times New Roman" w:eastAsia="Times New Roman" w:cs="Times New Roman"/>
        </w:rPr>
        <w:t>Ang kasaysayan gikan sa 1798 hangtod sa balaod sa Domingo mao usab ang kasaysayan sa dihang ang bigaon sa Tiro hingkalimtan, sumala sa natala sa Isaias beinte-tres, nga naghulagway sa maong yugto ingon nga “kapitoan ka tuig” ug ingon nga ang “mga adlaw sa usa ka hari.” Gikan kang Nabucodonosor hangtod kang Belsasar ang unang gingharian sa tagna sa Biblia naghari, sa ingon nagpatin-aw sa ikaunom nga gingharian sa tagna sa Biblia nga nagsugod ingon nga usa ka nating karnero apan matapos sa pagsulti ingon nga usa ka dragon. Si Nabucodonosor nagrepresentar sa usa ka sumusunod sa nating karnero ug si Belsasar sa usa ka sumusunod sa dragon.</w:t>
      </w:r>
    </w:p>
    <w:p>
      <w:pPr>
        <w:pStyle w:val="ArticleBody"/>
        <w:jc w:val="left"/>
      </w:pPr>
      <w:r>
        <w:rPr>
          <w:rFonts w:ascii="Times New Roman" w:hAnsi="Times New Roman" w:eastAsia="Times New Roman" w:cs="Times New Roman"/>
        </w:rPr>
        <w:t>Ang kasaysayan gikan sa 1798 hangtod sa balaod sa Dominggo mao usab ang kasaysayan sa tulo ka mga manulonda sa Pinadayag katorse, nga nagsugod sa repormasyon sa mga Millerita ug nagtapos sa repormasyon sa usa ka gatos ug kap-atan ug upat ka libo. Ang mensahe sa tulo ka mga manulonda mao ang mensahe sa takna sa paghukom. Gipahibalo sa mga Millerita ang mga hitabo nga nalangkit sa pag-abli sa paghukom, ug ang usa ka gatos ug kap-atan ug upat ka libo nagpahibalo sa mga hitabo nga nalangkit sa pagtapos sa panahon sa kaluoy.</w:t>
      </w:r>
    </w:p>
    <w:p>
      <w:pPr>
        <w:pStyle w:val="ArticleBody"/>
        <w:jc w:val="left"/>
      </w:pPr>
      <w:r>
        <w:rPr>
          <w:rFonts w:ascii="Times New Roman" w:hAnsi="Times New Roman" w:eastAsia="Times New Roman" w:cs="Times New Roman"/>
        </w:rPr>
        <w:t>Ang mga hitabo nga may kalabutan sa pagtapos sa probation gihulagway diha sa sulod ug gawas nga mga linya sa tagna, ug ang mga hitabo nagakahitabo una sa tanan sa kasaysayan nga girepresentahan sa bersikulo kuwarenta sa Daniel onse. Ang mga hitabo sa bersikulo kuwarenta matapos sa balaod sa Domingo sa Tinipong Bansa sa Amerika, busa ang mga hitabo sa kataposang pagpanghipos sa ubang mga anak sa Dios nga anaa pa sa Babilonia wala girepresentahan sa bersikulo kuwarenta; apan, ang krisis nga sa ingon niana moatubang sa kalibutan bag-o pa nahuman sa Tinipong Bansa sa Amerika. Kining mga hitabo nagarepresentar sa paghukom ibabaw sa Tinipong Bansa sa Amerika ug sa paghinlo sa iglesia sa Dios sa dili pa ikabayaw ang iglesia ingon nga usa ka bandila.</w:t>
      </w:r>
    </w:p>
    <w:p>
      <w:pPr>
        <w:pStyle w:val="ArticleBody"/>
        <w:jc w:val="left"/>
      </w:pPr>
      <w:r>
        <w:rPr>
          <w:rFonts w:ascii="Times New Roman" w:hAnsi="Times New Roman" w:eastAsia="Times New Roman" w:cs="Times New Roman"/>
        </w:rPr>
        <w:t>Ang mga sulodnong hitabo nga nalangkit sa pagtapos sa panahon sa probation nag-ila sa buluhaton ni Cristo ingon nga Labing Halangdong Pari sa pagtuman sa misteryo sa Dios taliwala sa Iyang katawhan sa katapusang mga adlaw. Ang mga gawasnong hitabo nag-ila sa papel sa Estados Unidos sa pagpahiuli sa gahum ngadto sa kapapahan. Ang tibook kasaysayan sa Estados Unidos ingon nga ikaunom nga gingharian sa tagna sa Biblia, ang tibook kasaysayan sa Laodicea, mahitabo sulod sa kasaysayan nga girepresentahan sa bersikulo kap-atan.</w:t>
      </w:r>
    </w:p>
    <w:p>
      <w:pPr>
        <w:pStyle w:val="ArticleBody"/>
        <w:jc w:val="left"/>
      </w:pPr>
      <w:r>
        <w:rPr>
          <w:rFonts w:ascii="Times New Roman" w:hAnsi="Times New Roman" w:eastAsia="Times New Roman" w:cs="Times New Roman"/>
        </w:rPr>
        <w:t>Ang sulod ug gawas nga mga linya sulod sa bersikulo kuwarenta gilarawan pinaagi sa duha ka sungay sa mananap sa yuta. Ang sungay sa Republicanism mao ang gawas nga linya, ug ang sungay sa Protestantismo mao ang sulod nga linya. Ang duha ka linya anaa sulod sa kasaysayan sa ikaunom nga gingharian, ug sa pagtapos sa kasaysayan sa ikaunom nga gingharian ang paghukom sa Dios ipahamtang ibabaw sa Protestanteng ug Republikano nga mga sungay. Ang mensahe nga nag-ila sa mga hitabo nga may kalabutan sa pagtapos sa panahon sa pagsulay mao ang mensahe nga nag-ila sa mga hitabo nga ipahamtang sa Estados Unidos samtang gipuno niini ang iyang kopa sa panahon sa pagsulay. Ang mensahe nga nag-ila sa mga hitabo nga may kalabutan sa pagtapos sa panahon sa pagsulay mao usab ang mensahe nga nag-ila sa mga hitabo nga ipahamtang sa Seventh-day Adventism samtang gipuno niini ang iyang kopa sa panahon sa pagsulay.</w:t>
      </w:r>
    </w:p>
    <w:p>
      <w:pPr>
        <w:pStyle w:val="ArticleBody"/>
        <w:jc w:val="left"/>
      </w:pPr>
      <w:r>
        <w:rPr>
          <w:rFonts w:ascii="Times New Roman" w:hAnsi="Times New Roman" w:eastAsia="Times New Roman" w:cs="Times New Roman"/>
        </w:rPr>
        <w:t>Sulod sa kasaysayan sa bersikulo kwarenta, tulo ka higayon nga nabuksan ang basahon ni Daniel, ug ang matag usa sa maong tulo ka higayon nagmugna ug usa ka sulodnon ug gawasnong linya nga nagpresentar sa mga hitabo nga may kalabotan sa pagtapos sa panahon sa pagsulay. Ang matag usa sa maong tulo ka timailhan sa dalan giunhan sa usa ka pagkakatag sa pito ka panahon. Busa, ang bersikulo kwarenta nagrepresentar sa kasaysayan gikan sa 1798 hangtod sa balaod sa Domingo, ug ang mga propetikong timailhan sa dalan sulod niana nga kasaysayan mao ang “mga hitabo nga may kalabotan sa pagtapos sa panahon sa pagsulay.” Sulod sa kasaysayan sa bersikulo kwarenta, ang sulodnong linya nagrepresentar sa usa ka pagbalhin gikan sa Philadelphia ngadto sa Laodicea sa sinugdanan ug usa ka pagbalhin gikan sa Laodicea ngadto sa Philadelphia sa katapusan. Ang sinugdanan nagrepresentar sa usa ka kalihokang repormatibo sumala sa gihulagway sa sambingay sa napulo ka ulay, nga nagtimaan daan sa usa ka kalihokang repormatibo sa katapusan nga mituman usab sa maong sambingay hangtod sa pinakaliteral nga detalye.</w:t>
      </w:r>
    </w:p>
    <w:p>
      <w:pPr>
        <w:pStyle w:val="ArticleBody"/>
        <w:jc w:val="left"/>
      </w:pPr>
      <w:r>
        <w:rPr>
          <w:rFonts w:ascii="Times New Roman" w:hAnsi="Times New Roman" w:eastAsia="Times New Roman" w:cs="Times New Roman"/>
        </w:rPr>
        <w:t>Ang Philadelphian nga kalihokang Millerite nagsugod uban sa usa ka katumanan sa “pito ka mga panahon” sa Levitico 26 niadtong 1798, ug dayon laing katumanan sa “pito ka mga panahon” niadtong Oktubre 22, 1844. Sa labing menos pag-abot sa 1856, si James White ug si Sister White parehong nagpaila sa maong kalihokan nga anaa sa kahimtang sa Laodicea. Nianang maong tuig, bag-ong kahayag bahin sa “pito ka mga panahon” gipresentar sa opisyal nga publikasyon sa iglesia nga wala gayod mahuman. Ang “pito ka mga panahon” natuman niadtong 1798, ug pagkahuman niana nadiskobrehan ni William Miller ang “sinugdanan sa kadena sa kamatuoran,” sumala sa pagtawag ni Sister White niini, ug ang sinugdanan sa kadena sa kamatuoran mao ang “pito ka mga panahon.” Ang 1798 usa ka katumanan sa “pito ka mga panahon”; pagkahuman niana gihimo ni Miller ang iyang pundasyonal nga pagkadiskobre sa “pito ka mga panahon” samtang ang basahon ni Daniel giablihan. Human niana, ang Oktubre 22, 1844 nagtimaan sa laing katumanan sa “pito ka mga panahon,” nga sa baylo gisundan sa usa ka pagbalhin sa kalihokan gikan sa Philadelphia ngadto sa Laodicea nianang maong tuig diin ang bag-ong kahayag bahin sa “pito ka mga panahon” gibiyaan nga wala mahuman. Niadtong 1863, ang kaniadto mao ang Millerite nga Philadelphian nga kalihokan hangtod sa 1856 sa dihang kini mibalhin ngadto sa Millerite nga Laodicean nga kalihokan, nahimong usa ka legal nga narehistrong iglesia, kadaghanan ilalom sa mga pasikaran ug mga pagpamugos sa Gubat Sibil ug sa pagpanalipod sa kabatan-onan sa iglesia. Ang kalihokan natapos niadtong 1863 sa dihang kini nahimong usa ka iglesia. Pito ka tuig sa wala pa niana, niadtong 1856, gisalikway sa Laodicea ang usa ka mensahe sa bag-ong kahayag mahitungod sa mao gayod nga topiko nga maoy unang propetikong pagkadiskobre ni William Miller.</w:t>
      </w:r>
    </w:p>
    <w:p>
      <w:pPr>
        <w:pStyle w:val="ArticleBody"/>
        <w:jc w:val="left"/>
      </w:pPr>
      <w:r>
        <w:rPr>
          <w:rFonts w:ascii="Times New Roman" w:hAnsi="Times New Roman" w:eastAsia="Times New Roman" w:cs="Times New Roman"/>
        </w:rPr>
        <w:t>Ang kalihukang Millerite ug ang kahayag nga gitawag nga “ang pagsugod sa kadena sa kamatuoran,” ang kahayag sa “pito ka panahon,” gipadayag ngadto sa pagpangulo sa kalihukang Laodicean, kinsa sa hinayhinay mihiklin sa tinguha sa pagbarug alang sa “pito ka panahon”; ug sa katapusan sa pito ka tuig (“pito ka panahon”) niadtong 1863, usa ka bag-ong tsart ug mensaheng matagnaon ang gihimo nga walay bisan unsang paghisgot sa “pito ka panahon.”</w:t>
      </w:r>
    </w:p>
    <w:p>
      <w:pPr>
        <w:pStyle w:val="ArticleBody"/>
        <w:jc w:val="left"/>
      </w:pPr>
      <w:r>
        <w:rPr>
          <w:rFonts w:ascii="Times New Roman" w:hAnsi="Times New Roman" w:eastAsia="Times New Roman" w:cs="Times New Roman"/>
        </w:rPr>
        <w:t>Niadtong 1863 ang katapusan sa kan-uman ug lima ka tuig nga tagna ni Isaias natuman gayod sa dapit diin kini nagsugod, uban sa usa ka gubat sibil tali sa amihanan ug habagatan. Ang isyu sa pagkaulipon niadtong 1863 gipakita na daan pinaagi sa pagkabihag sa duha ka gingharian, ang amihanang gingharian ug ang habagatang gingharian, sa katumanan sa “pito ka mga panahon,” ug ang pagkaulipon diin gidala ang Israel tukma nga nagrepresentar sa mga isyu sa pagkaulipon sa katapusan. Ang 1863 nagrepresentar sa katapusan sa propetikong estruktura nga gibase sa kan-uman ug lima ka tuig nga tagna ni Isaias.</w:t>
      </w:r>
    </w:p>
    <w:p>
      <w:pPr>
        <w:pStyle w:val="ArticleScripture"/>
        <w:jc w:val="left"/>
      </w:pPr>
      <w:r>
        <w:rPr>
          <w:rFonts w:ascii="Times New Roman" w:hAnsi="Times New Roman" w:eastAsia="Times New Roman" w:cs="Times New Roman"/>
        </w:rPr>
        <w:t>Mao kini ang giingon sa Ginoong Dios: Kini dili magapadayon, ni matuman man. Kay ang ulo sa Siria mao ang Damasco, ug ang ulo sa Damasco mao si Rezin; ug sulod sa kan-uman ug lima ka tuig mabungkag ang Ephraim, aron dili na kini mahimong usa ka katawhan. Ug ang ulo sa Ephraim mao ang Samaria, ug ang ulo sa Samaria mao ang anak ni Remaliah. Kon dili kamo motoo, sa pagkamatuod dili kamo malig-on. Isaias 7:7–9.</w:t>
      </w:r>
    </w:p>
    <w:p>
      <w:pPr>
        <w:pStyle w:val="ArticleBody"/>
        <w:jc w:val="left"/>
      </w:pPr>
      <w:r>
        <w:rPr>
          <w:rFonts w:ascii="Times New Roman" w:hAnsi="Times New Roman" w:eastAsia="Times New Roman" w:cs="Times New Roman"/>
        </w:rPr>
        <w:t>Sa hustong pagsabot, kining tagna nga nagsugod niadtong 742 BC nagtimaan ug tulo ka mga waymark sulod sa kan-uman ug lima ka tuig. Duha niining mga waymark nagtimaan sa mga sinugdanan sa duha ka libo lima ka gatus ug kaluhaan ka tuig nga pagkabinihag ug pagkaulipon alang sa amihanang gingharian ug sa habagatang gingharian sa Israel. Niadtong 742 BC ang amihanan ug habagatan nga mga gingharian nalambigit sa usa ka gubat sibil, ug ang napulo ka kaliwatan sa amihanan nakighigala sa Siria aron sa pagsulong sa habagatang gingharian sa Juda. Napulog-siyam ka tuig ang milabay, niadtong 723 BC, ang napulo ka kaliwatan sa amihanan gidala ngadto sa pagkaulipon sa mga Asirianhon. Kap-atan ug unom ka tuig ang milabay, niadtong 677 BC, gibihag sa mga Asirianhon si Manases ug gidala siya ngadto sa Babilonia. Duha ka libo lima ka gatus ug kaluhaan ka tuig human sa 723 BC moabot sa 1798, ang panahon sa katapusan ug ang sinugdanan sa bersikulo kap-atan. Kap-atan ug unom ka tuig ang milabay, ang “pito ka mga panahon” batok sa habagatang gingharian nga nagsugod niadtong 677 BC natapos niadtong 1844. Napulog-siyam ka tuig ang milabay, niadtong 1863, ang mga propetikong kinaiya sa 742 BC girepresentar sa hingpit gayod nga paagi. Ang usa ka gubat sibil tali sa amihanan ug habagatan nga mga gingharian nagpadayon niadtong 742 BC ug 1863. Niadtong 742 BC, ang panagna nga gihatag ni Isaias ngadto sa dautang Hari Ahaz mahitungod sa nagakahaduol nga pagkaulipon sa amihanang gingharian ug sa habagatang gingharian, ug niadtong 1863, sa mismong sentrong punto sa Gubat Sibil, giproklamar ni Presidente Lincoln ang Emancipation Proclamation, nga nagsugod sa proseso sa pagtapos sa pagkaulipon. Ang pasidaan nga gihatag ngadto sa dautang Hari Ahaz niadtong 742 BC gihatag diha sa literal nga mahimayaong yuta, nga naghulagway sa mensahe nga gihatag ni Lincoln diha sa espirituwal nga mahimayaong yuta.</w:t>
      </w:r>
    </w:p>
    <w:p>
      <w:pPr>
        <w:pStyle w:val="ArticleBody"/>
        <w:jc w:val="left"/>
      </w:pPr>
      <w:r>
        <w:rPr>
          <w:rFonts w:ascii="Times New Roman" w:hAnsi="Times New Roman" w:eastAsia="Times New Roman" w:cs="Times New Roman"/>
        </w:rPr>
        <w:t>Pito ka tuig human mapatik ang mga mensahe sa “seven times” ni Hiram Edson niadtong 1856, ang Adventismo mipagula sa tsart sa 1863 nga nagwagtang sa Millerite nga pagtulon-an sa seven times, sa ingon nagbutang sa pagduhaduha sa daghang mga pahayag diin si Ellen White nagtudlo nga kinahanglan natong sublion ang mga mensahe sa mga Millerite, ug usab nga kinahanglan natong panalipdan batok sa pag-atake niadtong mga mensahe. Sa maong tuig usab, nahimo sila nga usa ka legal nga narehistrong iglesia. Aduna pay dugang nga mahimong isulat mahitungod sa 1863 ug sa mga propetikong implikasyon niini, apan ang akong ginatimaan dinhi mao nga adunay pipila ka mga saksi, sa sulod ug sa gawas, nga nagaila sa pagrebelde sa 1863, bisan pa kini ang pagrebelde sa gawas pinaagi sa mga habagatang estado, o ang pagrebelde sa sulod pinaagi sa pagsalikway sa nahaunang pundasyonal nga kamatuoran. Ang 1863 maoy usa sa mga hitabo sulod sa kasaysayan sa bersikulo kwarenta nga nagrepresentar sa usa ka timaan sa dalan nga naglangkob sa “mga hitabo nga nalangkit sa pagtapos sa panahon sa gracia.”</w:t>
      </w:r>
    </w:p>
    <w:p>
      <w:pPr>
        <w:pStyle w:val="ArticleBody"/>
        <w:jc w:val="left"/>
      </w:pPr>
      <w:r>
        <w:rPr>
          <w:rFonts w:ascii="Times New Roman" w:hAnsi="Times New Roman" w:eastAsia="Times New Roman" w:cs="Times New Roman"/>
        </w:rPr>
        <w:t>Ang 1863 nahiuyon sa sinugdanan sa kap-atan ka tuig didto sa kamingawan alang sa karaang literal nga Israel. Sa katapusan sa kap-atan ka tuig si Josue maoy nangulo sa karaang Israel ngadto sa Yutang Saad, ug ilang gipukan ang Jerico ug nagpahibalo ug tunglo batok kang bisan kinsa nga magatukod pag-usab sa Jerico. Niadtong 1863 ang pagpangulo sa Laodiceanong Adventismo maoy nagtukod pag-usab sa Jerico. Ang 1863 gilarawan sa sinugdanan ug sa katapusan sa kap-atan ka tuig didto sa kamingawan. Ang 1863 maoy usa ka propetikong timailhan nga nagbugkos sa kasaysayan sa panggawas ug sa sulod nga mga linya sa kasaysayan sa bersikulo 40. Anaa ang ikapitong iglesia, “usa ka iglesia nga gihukman,” sumala sa kahulogan sa pulong “Laodicea,” nga misulod ngadto sa usa ka yugto nga gilarawan pinaagi sa pagkamatay sa tibuok usa ka kaliwatan didto sa kamingawan. Sa mao gihapong punto, ang unang Republikano nga presidente nagsugod sa buluhaton sa pagpagawas sa mga ulipon, sa ingon nagatipolohiya sa ulahing mga Republikano nga mga Presidente nga magapatuman sa militar nga balaod sa panahon sa krisis nga modala ngadto sa gitawag sa inspirasyon nga “nasudnong pagkagun-ob.”</w:t>
      </w:r>
    </w:p>
    <w:p>
      <w:pPr>
        <w:pStyle w:val="ArticleBody"/>
        <w:jc w:val="left"/>
      </w:pPr>
      <w:r>
        <w:rPr>
          <w:rFonts w:ascii="Times New Roman" w:hAnsi="Times New Roman" w:eastAsia="Times New Roman" w:cs="Times New Roman"/>
        </w:rPr>
        <w:t>Diha sa mga timaan sa dalan sa sinugdanan gilarawan ang mga timaan sa dalan sa katapusan, ug ang mga hitabo nga nalangkit sa pagtapos sa paghukom gitipo diha sa mga hitabo nga nalangkit sa pagbukas sa paghukom. Ang pagrebelde sa Kadesh pinaagi sa pagsalikway sa mensahe ni Joshua ug Caleb sa sinugdanan sa kap-atan ka tuig mitipo sa pagrebelde ni Moises sa paghapak sa Bato didto sa Kadesh sa katapusan sa kap-atan ka tuig. Ang 1863 nagtimaan sa balaod sa Domingo diin ang Laodicea igasuka gikan sa baba sa Ginoo, ug diin ang kaluhaan ug lima ka tigulang nga mga lalaki sa Jerusalem nagyukbo ngadto sa adlaw diha sa Ezekiel kapitulo otso, ug diin ang Shiloh gisubli ibabaw niadtong nagsalig sa malimbongong mga pulong, “ang templo sa Ginoo mao kami.”</w:t>
      </w:r>
    </w:p>
    <w:p>
      <w:pPr>
        <w:pStyle w:val="ArticleBody"/>
        <w:jc w:val="left"/>
      </w:pPr>
      <w:r>
        <w:rPr>
          <w:rFonts w:ascii="Times New Roman" w:hAnsi="Times New Roman" w:eastAsia="Times New Roman" w:cs="Times New Roman"/>
        </w:rPr>
        <w:t>Padayonon nato kining pagtuon mahitungod sa Panium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Dose</dc:title>
  <dc:subject>Daniel 11:40 ug ang Tulo ka mga Pagbungkag sa Silyo sa Tagna</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