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Trese</w:t>
      </w:r>
    </w:p>
    <w:p>
      <w:pPr>
        <w:pStyle w:val="ArticleSubtitle"/>
        <w:jc w:val="left"/>
      </w:pPr>
      <w:r>
        <w:rPr>
          <w:rFonts w:ascii="Arial" w:hAnsi="Arial" w:eastAsia="Arial" w:cs="Arial"/>
        </w:rPr>
        <w:t>Pagbalik sa Panium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Gikan sa Caesarea Philippi ngadto sa Caesarea Maritima, uban sa usa ka paghunong sa dalan didto sa Bukid sa Pagbag-o sa Dagway; si Pedro nagsimbolo sa usa ka gatus ug kap-atan ug upat ka libo nga moabot sa timailhan sa dalan sa pista sa mga Trumpeta diha sa linya nga gitukod ibabaw sa duha ka linya sa baynte-dos ka mga bersikulo sa Levitico baynte-tres, inubanan sa panahon sa Pentecostes sa panahon ni Cristo. Ang Levitico baynte-tres, ang krus, ang Pentecostes, ug si Cornelio nga nagpakuha kang Pedro; kining tanan gihiusa nga linya ibabaw sa linya uban sa simbolismo sa ikatulo, ikaunom, ug ikasiyam nga mga takna.</w:t>
      </w:r>
    </w:p>
    <w:p>
      <w:pPr>
        <w:pStyle w:val="ArticleBody"/>
        <w:jc w:val="left"/>
      </w:pPr>
      <w:r>
        <w:rPr>
          <w:rFonts w:ascii="Times New Roman" w:hAnsi="Times New Roman" w:eastAsia="Times New Roman" w:cs="Times New Roman"/>
        </w:rPr>
        <w:t>Si Cristo didto sa ikatulong, ikaunom, ug ikasiyam nga takna sa krus, si Pedro didto sa ikatulong ug ikasiyam nga takna sa Pentecostes ug si Cornelio sa ikasiyam nga takna, si Pedro sa ikaunom nga takna sa Jope ug sa ikatulong nga takna sa Cesarea Filipos nalambigit sa Daniel onse bersikulo trese hangtod kinse, kay ang Cesarea Filipos mao usab ang Panium.</w:t>
      </w:r>
    </w:p>
    <w:p>
      <w:pPr>
        <w:pStyle w:val="ArticleBody"/>
        <w:jc w:val="left"/>
      </w:pPr>
      <w:r>
        <w:rPr>
          <w:rFonts w:ascii="Times New Roman" w:hAnsi="Times New Roman" w:eastAsia="Times New Roman" w:cs="Times New Roman"/>
        </w:rPr>
        <w:t>Si Pedro nagwali sa basahon ni Joel sa Pentecostes, ug sa dihang gipresentar ni Pedro ang iyang mensahe ngadto sa panimalay ni Cornelio, ang Espiritu Santo gibubo ibabaw sa mga Hentil, maingon nga kini gibubo ibabaw sa mga Judio sa Pentecostes. Ang pagbubo sa Espiritu Santo alang sa mga Judio ug pagkahuman alang sa mga Hentil, maoy hulagway sa pagbubo sa Espiritu Santo sa ulahing mga adlaw. Ang pagbubo sa ulahing mga adlaw adunay duha ka bahin, nga nagsugod sa usa ka pagsablig sa 9/11 nga sa kaulahian mopadayon ngadto sa pagpahibalo sa Tinguha sa Tunga-tunga sa Kagabhion nga moabot hangtod sa balaod sa Domingo ug unya mahimong makusog nga singgit sa ikatulong manolonda, diin ug kanus-a ang ulahing ulan igabubo nga walay sukod.</w:t>
      </w:r>
    </w:p>
    <w:p>
      <w:pPr>
        <w:pStyle w:val="ArticleScripture"/>
        <w:jc w:val="left"/>
      </w:pPr>
      <w:r>
        <w:rPr>
          <w:rFonts w:ascii="Times New Roman" w:hAnsi="Times New Roman" w:eastAsia="Times New Roman" w:cs="Times New Roman"/>
        </w:rPr>
        <w:t>Busa, managkalipay kamo, kamong mga anak sa Zion, ug magmaya diha sa Ginoo nga inyong Dios; kay gihatag niya kaninyo ang unang ulan sa husto nga sukod, ug paulanon niya alang kaninyo ang ulan, ang unang ulan, ug ang ulahing ulan sa nahaunang bulan. Ug ang mga giukan mapuno sa trigo, ug ang mga pug-anan magaawas sa bino ug lana. Ug igauli ko kaninyo ang mga katuigan nga gikaon sa dulon, sa ulod, ug sa ulatod, ug sa alibangbang nga mananap, nga mao ang akong dakung panon nga akong gipadala sa taliwala ninyo. Joel 2:23–25.</w:t>
      </w:r>
    </w:p>
    <w:p>
      <w:pPr>
        <w:pStyle w:val="ArticleBody"/>
        <w:jc w:val="left"/>
      </w:pPr>
      <w:r>
        <w:rPr>
          <w:rFonts w:ascii="Times New Roman" w:hAnsi="Times New Roman" w:eastAsia="Times New Roman" w:cs="Times New Roman"/>
        </w:rPr>
        <w:t>Si Pedro nagrepresentar niadtong mga miapil sa kasaysayan sa unang kasarangang pagwisik sukad sa 9/11 hangtod sa balaod sa Domingo, ug usab sa ulahing ulan, nga nagapahiuli sa “mga tuig” nga nagrepresentar sa upat ka mga kaliwatan sa nagakagrabeng pagsukol sa Laodicean Seventh-day Adventism nga nalaglag. Diha sa templo, sa ikasiyam nga takna, gipresentar ni Pedro ang pagpasig-uli sa mga tuig nga anaa sa basahon ni Joel.</w:t>
      </w:r>
    </w:p>
    <w:p>
      <w:pPr>
        <w:pStyle w:val="ArticleScripture"/>
        <w:jc w:val="left"/>
      </w:pPr>
      <w:r>
        <w:rPr>
          <w:rFonts w:ascii="Times New Roman" w:hAnsi="Times New Roman" w:eastAsia="Times New Roman" w:cs="Times New Roman"/>
        </w:rPr>
        <w:t>Busa paghinulsol kamo, ug makabig, aron mapapas ang inyong mga sala, sa diha nga moabut ang mga panahon sa kahupayan gikan sa atubangan sa Ginoo; Ug ipadala niya si Jesu-Cristo, nga kaniadto giwali na kaninyo: Nga pagadawaton sa langit hangtud sa mga panahon sa pagpahiuli sa tanang mga butang, nga gisulti sa Dios pinaagi sa baba sa tanan niyang mga balaang manalagna sukad pa sa sinugdan sa kalibotan. Kay si Moises sa pagkatinuod miingon ngadto sa mga amahan, Ang Ginoong inyong Dios magapatindog alang kaninyo gikan sa inyong mga igsoon ug usa ka manalagna nga sama kanako; kaniya mamati kamo sa tanang mga butang nga iyang igaingon kaninyo. Ug mahitabo, nga ang matag kalag, nga dili mamati nianang Manalagna, pagalaglagon gikan sa taliwala sa katawhan. Oo, ug ang tanang mga manalagna sukad kang Samuel ug kanila nga misunod, kadaghan ang nanagsulti, nagpahibalo usab niining mga adlawa. Buhat 3:19–24.</w:t>
      </w:r>
    </w:p>
    <w:p>
      <w:pPr>
        <w:pStyle w:val="ArticleBody"/>
        <w:jc w:val="left"/>
      </w:pPr>
      <w:r>
        <w:rPr>
          <w:rFonts w:ascii="Times New Roman" w:hAnsi="Times New Roman" w:eastAsia="Times New Roman" w:cs="Times New Roman"/>
        </w:rPr>
        <w:t>Ang pagpapas sa mga sala mao ang katapusang buhat ni Cristo diha sa imbestigatibong paghukom, ug ang pagpapas nagsugod sa balay sa Dios.</w:t>
      </w:r>
    </w:p>
    <w:p>
      <w:pPr>
        <w:pStyle w:val="ArticleScripture"/>
        <w:jc w:val="left"/>
      </w:pPr>
      <w:r>
        <w:rPr>
          <w:rFonts w:ascii="Times New Roman" w:hAnsi="Times New Roman" w:eastAsia="Times New Roman" w:cs="Times New Roman"/>
        </w:rPr>
        <w:t>Kay miabot na ang panahon nga ang paghukom kinahanglan magsugod sa balay sa Dios; ug kon kini una magsugod kanato, unsa kaha ang mahimong katapusan niadtong wala motuman sa ebanghelyo sa Dios? Ug kon ang matarung maluwas nga halos dili na gani, asa man motungha ang dili diosnon ug ang makasasala? Busa, himoa nga kadtong nagaantus sumala sa kabubut-on sa Dios mosalig sa pagtugyan sa pagbantay sa ilang mga kalag ngadto kaniya pinaagi sa paghimog maayo, ingon ngadto sa usa ka matinumanong Magbubuhat. 1 Pedro 4:17–19.</w:t>
      </w:r>
    </w:p>
    <w:p>
      <w:pPr>
        <w:pStyle w:val="ArticleBody"/>
        <w:jc w:val="left"/>
      </w:pPr>
      <w:r>
        <w:rPr>
          <w:rFonts w:ascii="Times New Roman" w:hAnsi="Times New Roman" w:eastAsia="Times New Roman" w:cs="Times New Roman"/>
        </w:rPr>
        <w:t>Nasabtan ni Pedro sa Pentecostes ug usab didto sa balay ni Cornelio sa Cesarea daplin sa dagat, nga ang basahon ni Joel ginatuman na. Ang Pentecostes nagrepresentar sa balaod sa Domingo sa dihang mahuman na ang paghukom alang sa balay sa Dios, ug unya mopadayon ngadto sa mga Hentil. Ang iyang mensahe sa balaod sa Domingo mao gihapon ang mensahe nga gimantala sa pag-abot sa Singgit sa Tunga-tungang Gabii. Ang pagpahibalo sa alpha mao ang sinugdanan sa panahon nga mapanagnaon nga matapos uban sa pagpahibalo sa omega. Si Pedro nagrepresentar niadtong nagamantala sa mensahe, ug ang mensahe nagsugod uban sa paghatag kaniya sa gahum, nga gimarkahan pinaagi sa pagbadbad sa asno sa Islam. Ang asno gibadbad aron markahan ang sinugdanan sa Singgit sa Tunga-tungang Gabii, ug gibadbad kini pag-usab sa balaod sa Domingo, nga mao ang kataposan sa Singgit sa Tunga-tungang Gabii.</w:t>
      </w:r>
    </w:p>
    <w:p>
      <w:pPr>
        <w:pStyle w:val="ArticleBody"/>
        <w:jc w:val="left"/>
      </w:pPr>
      <w:r>
        <w:rPr>
          <w:rFonts w:ascii="Times New Roman" w:hAnsi="Times New Roman" w:eastAsia="Times New Roman" w:cs="Times New Roman"/>
        </w:rPr>
        <w:t>Busa si Pedro nagrepresentar usab niadtong mga naghimo sa panagna mahitungod sa pag-atake sa Islam batok sa Tinipong Bansa sa Amerika. Ang mensahe ni Pedro sa Tungang Gabii nga Singgit mao ang pagtul-id sa mensahe nga nagtimaan sa nahaunang kapakyasan ug sa sinugdanan sa panahon sa paglangan. Busa si Pedro nagrepresentar niadtong mga nagmantala sa mensahe sa Tungang Gabii nga Singgit nga nakaagi na sa unang pundasyonal nga pagsulay nga miabut niadtong 2024 ug natapos niadtong Mayo 8, 2025 sa pagpili sa unang Amerikanong papa, sa katumanan sa bersikulo katorse sa Daniel onse.</w:t>
      </w:r>
    </w:p>
    <w:p>
      <w:pPr>
        <w:pStyle w:val="ArticleBody"/>
        <w:jc w:val="left"/>
      </w:pPr>
      <w:r>
        <w:rPr>
          <w:rFonts w:ascii="Times New Roman" w:hAnsi="Times New Roman" w:eastAsia="Times New Roman" w:cs="Times New Roman"/>
        </w:rPr>
        <w:t>Ang yugto gikan sa pista sa mga Trumpeta hangtod sa Pentecostes mao ang ikatulo ug litmus nga pagsulay sa panahon sa Pentecostal nga girepresentahan sa Levitico beinte-trés. Ang usa ka prinsipyo sa tulo ka manulonda nga giila ni Sister White yano usab nga batakang matematika. Iyang giila nga dili mahimo nga adunay ikatulong mensahe nga walay nahaunang ug ikaduhang mensahe. Tungod kay si Pedro nagwali sa basahon ni Joel sa Pentecostal nga balaod sa Domingo, nan nagtudlo usab siya kang Joel sa sinugdanan sa pagmantala sa mensahe sa Tunga-tungang Singgit, nga mao ang litmus ug ikatulong pagsulay sa panahon sa Pentecostal. Busa si Pedro nagrepresentar sa matinumanon sulod sa tulo ka-hakbang nga proseso sa pagsulay nga nagsugod sa dihang ang Pinadayag ni Jesu-Cristo giablihan, nga nagsugod niadtong Disyembre 31, 2023. Kon si Pedro anaa didto sa ikatulong lakang, nan kinahanglan nga nalakaw na niya ang duha ka miaging mga lakang, kay dili mahimo ang ikatulo nga walay nahauna ug ikaduha.</w:t>
      </w:r>
    </w:p>
    <w:p>
      <w:pPr>
        <w:pStyle w:val="ArticleBody"/>
        <w:jc w:val="left"/>
      </w:pPr>
      <w:r>
        <w:rPr>
          <w:rFonts w:ascii="Times New Roman" w:hAnsi="Times New Roman" w:eastAsia="Times New Roman" w:cs="Times New Roman"/>
        </w:rPr>
        <w:t>Ang yugto sa pagtimri sa usa ka gatos ug kap-atan ug upat ka libo nagsugod niadtong 9/11, ug kini nag-abli sa usa ka tulo-ka-lakang proseso sa pagsulay nga girepresentahan sa tawag sa trumpeta sa 9/11 sa pagbalik ngadto sa mga patukoranan, ug unya miabot ang pagsulay sa unang kapakyasan niadtong Hulyo 18, 2020. Ang ikatulong pagsulay sa kasaysayan mao ang balaod sa Domingo. Usa ka propetikong kamingawan miabot niadtong Hulyo 18, 2020, ug sulod nianang yugto sa kamingawan, niadtong Hulyo 2023 usa ka “tingog” misugod sa pagtuaw, ug unya niadtong Disyembre 31, 2023, kaluhaan ug duha ka tuig human sa 9/11, nagsugod ang pagtangtang sa selyo sa Pinadayag ni Jesu-Cristo. Ang 2023 hangtod sa balaod sa Domingo (sa dihang ang hingpit nga katumanan sa 2,300 ka adlaw matuman) nagpaila sa yugto gikan sa 2023 hangtod sa balaod sa Domingo ingon nga nagsugod sa “23” ug natapos sa “23,” kay ang siradong pultahan niadtong Oktubre 22, 1844 nagatipo sa siradong pultahan sa balaod sa Domingo. Ang tagna sa 2300 ka tuig girepresentahan sa “23” sa 2,300.</w:t>
      </w:r>
    </w:p>
    <w:p>
      <w:pPr>
        <w:pStyle w:val="ArticleBody"/>
        <w:jc w:val="left"/>
      </w:pPr>
      <w:r>
        <w:rPr>
          <w:rFonts w:ascii="Times New Roman" w:hAnsi="Times New Roman" w:eastAsia="Times New Roman" w:cs="Times New Roman"/>
        </w:rPr>
        <w:t>Ang 1844 mao ang katapusan sa kasaysayan sa nahauna ug ikaduhang mga manulonda. Ang maong kasaysayan nagsugod sa pag-abot sa nahaunang manulonda niadtong 1798, ug natapos kini kap-atan ug unom ka tuig sa ulahi niadtong 1844. Kining kap-atan ug unom ka tuig nagrepresentar sa Millerite nga templo diin si Cristo kalit nga misulod niadtong 1844. Ang tawhanong templo gilaraw ibabaw sa “23” ka chromosome alang sa lalaki ug sa babaye, busa ang “23” gitimaan ingon nga usa ka simbolo sa buluhaton nga gisugdan ni Cristo niadtong 1844. Kana nga buluhaton mao ang paghiusa sa Iyang pagka-Dios uban sa atong pagkatawo. Gigamit ni Jesus ang kinaiyanhong kalibotan aron paghulagway sa espirituwal, ug ang buluhaton nga nagsugod niadtong 1844, sa pagtapos sa 2,300 ka tuig, ginarepresentahan pinaagi sa paghiusa sa “23” ka chromosome sa lalaki uban sa “23” ka chromosome sa babaye. Sa diha nga ang usa ka lalaki mangasawa sa usa ka babaye, sila mahimong usa ka unod, ug ang kaminyoon mao ang gisugdan ni Cristo niadtong 1844. Ang siradong pultahan sa 1844 nagakahiuyon sa siradong pultahan sa balaod sa Domingo, ug ang simbolo nianang siradong pultahan mao ang “23.”</w:t>
      </w:r>
    </w:p>
    <w:p>
      <w:pPr>
        <w:pStyle w:val="ArticleBody"/>
        <w:jc w:val="left"/>
      </w:pPr>
      <w:r>
        <w:rPr>
          <w:rFonts w:ascii="Times New Roman" w:hAnsi="Times New Roman" w:eastAsia="Times New Roman" w:cs="Times New Roman"/>
        </w:rPr>
        <w:t>Gikan sa Disyembre 31, 2023 hangtod sa “23” sa balaod sa Dominggo nagtimaan sa usa ka yugto nga nagsugod sa alpha nga “23” ug natapos sa omega nga “23.” Nagrepresentar usab kini sa yugto sa templo sa usa ka gatus ug kap-atan ug upat ka libo. Kana gayong maong kasaysayan usa ka fractal sa 9/11 hangtod sa balaod sa Dominggo. Ang 1844 girepresentahan sa numero nga “23,” ug kini nagtimaan sa sinugdanan sa imbestigatibong paghukom sa mga patay. Ang 9/11 nagtimaan sa sinugdanan sa imbestigatibong paghukom sa mga buhi, ug busa ang 9/11 usab naglangkob sa numero nga “23.” Ang yugto sa 9/11 hangtod sa balaod sa Dominggo usa ka yugto nga may alpha nga “23” ug omega nga “23.” Ang 2023 ngadto sa balaod sa Dominggo usa ka fractal sa 9/11 ngadto sa balaod sa Dominggo, ug didto gipatindog ang templo sa usa ka gatus ug kap-atan ug upat ka libo. Ang templo sa mga Millerite maoy usa ka kap-atan ug unom ka tuig nga yugto, apan sa ulahing mga adlaw, wala nay panahon; ug ang kap-atan ug unom ka tuig sa mga Millerite sa sinugdanan sa Adventismo naghulagway sa maong sama nga yugto sa pagtapos sa Adventismo, ug kana nga yugto nagsugod ug natapos sa “23,” nga nagpatungha sa Millerite nga numero nga kap-atan ug unom.</w:t>
      </w:r>
    </w:p>
    <w:p>
      <w:pPr>
        <w:pStyle w:val="ArticleBody"/>
        <w:jc w:val="left"/>
      </w:pPr>
      <w:r>
        <w:rPr>
          <w:rFonts w:ascii="Times New Roman" w:hAnsi="Times New Roman" w:eastAsia="Times New Roman" w:cs="Times New Roman"/>
        </w:rPr>
        <w:t>Kining tulo ka mga kasaysayan nagrepresentar sa usa ka tulo-ka-lakang proseso sa pagsulay (ang mga Millerite, 9/11 padulong sa balaod sa Dominggo ug 2023 padulong sa balaod sa Dominggo). Ang kasaysayan nagsugod pinaagi sa tingog sa trumpeta ni Miguel, nga nagbanhaw kang Moises ug Elias niadtong Disyembre 31, 2023, ug sa dihang si Miguel, nga mao si Cristo, magbanhaw, buhaton Niya kini uban sa tingog sa usa ka trumpeta.</w:t>
      </w:r>
    </w:p>
    <w:p>
      <w:pPr>
        <w:pStyle w:val="ArticleScripture"/>
        <w:jc w:val="left"/>
      </w:pPr>
      <w:r>
        <w:rPr>
          <w:rFonts w:ascii="Times New Roman" w:hAnsi="Times New Roman" w:eastAsia="Times New Roman" w:cs="Times New Roman"/>
        </w:rPr>
        <w:t>Kay ang Ginoo gayud mismo mokanaug gikan sa langit uban sa usa ka singgit, uban sa tingog sa arkanghel, ug uban sa trumpeta sa Dios; ug ang mga nangamatay diha kang Cristo mao ang unang mabanhaw. 1 Tesalonica 4:19.</w:t>
      </w:r>
    </w:p>
    <w:p>
      <w:pPr>
        <w:pStyle w:val="ArticleBody"/>
        <w:jc w:val="left"/>
      </w:pPr>
      <w:r>
        <w:rPr>
          <w:rFonts w:ascii="Times New Roman" w:hAnsi="Times New Roman" w:eastAsia="Times New Roman" w:cs="Times New Roman"/>
        </w:rPr>
        <w:t>Si Miguel mao ang arkanghel, ug ang iyang tingog, inubanan sa trumpeta sa Dios, mao ang nagabanhaw; ug ang basahon ni Judas nagapahibalo kanato nga si Miguel maoy nagbanhaw kang Moises.</w:t>
      </w:r>
    </w:p>
    <w:p>
      <w:pPr>
        <w:pStyle w:val="ArticleScripture"/>
        <w:jc w:val="left"/>
      </w:pPr>
      <w:r>
        <w:rPr>
          <w:rFonts w:ascii="Times New Roman" w:hAnsi="Times New Roman" w:eastAsia="Times New Roman" w:cs="Times New Roman"/>
        </w:rPr>
        <w:t>Apan si Miguel nga arkanghel, sa dihang nakiglalis siya sa yawa ug nakiglantugi mahitungod sa lawas ni Moises, wala mangahas sa pagdala batok kaniya ug mapasipalahong sumbong, kondili miingon, Ang Ginoo magbadlong kanimo. Judas 1:9.</w:t>
      </w:r>
    </w:p>
    <w:p>
      <w:pPr>
        <w:pStyle w:val="ArticleBody"/>
        <w:jc w:val="left"/>
      </w:pPr>
      <w:r>
        <w:rPr>
          <w:rFonts w:ascii="Times New Roman" w:hAnsi="Times New Roman" w:eastAsia="Times New Roman" w:cs="Times New Roman"/>
        </w:rPr>
        <w:t>Si Cristo, ingon kang Miguel nga arkanghel, maoy nagbukhad sa Pinadayag mahitungod sa Iyang Kaugalingon niadtong Disyembre 31, 2023, sa dihang Iyang gibanhaw si Moises ug si Elias, ang duha ka mga saksi nga gipatay niadtong Hulyo 18, 2020. Unya miabot ang alpha nga pagsulay sa gawasnong pundasyon. Ang manulonda nga mikunsad sa 9/11 mihuyop sa trompeta ni Jeremias samtang Iyang gitawag pagbalik ang mga matinumanon ngadto sa mga pundasyon sa mga Millerite, ug subay niana, ang trompeta ni Miguel nagpaila sa pagsulay sa mga pundasyon. Ang maong pagsulay girepresentahan sa Daniel 11:14, diin ang “mga tulisan sa imong katawhan” nagatukod sa gawasnong panan-awon. Giila sa mga Millerite nga ang Roma mao ang nagtuman sa maong bersikulo, ug gitukod ang panan-awon.</w:t>
      </w:r>
    </w:p>
    <w:p>
      <w:pPr>
        <w:pStyle w:val="ArticleBody"/>
        <w:jc w:val="left"/>
      </w:pPr>
      <w:r>
        <w:rPr>
          <w:rFonts w:ascii="Times New Roman" w:hAnsi="Times New Roman" w:eastAsia="Times New Roman" w:cs="Times New Roman"/>
        </w:rPr>
        <w:t>Sugod niadtong Mayo 8, 2025, nagsugod ang pagtukod sa templo ibabaw sa bato sa pamag-ang ug sa batong patukoranan. Katloan ka tuig human sa 1996—sa dihang ang mensahe nga giablihan niadtong 1989 pormal nga natukod—nagsugod ang proseso sa pagpormal sa mensahe nga giablihan niadtong Disyembre 31, 2023.</w:t>
      </w:r>
    </w:p>
    <w:p>
      <w:pPr>
        <w:pStyle w:val="ArticleBody"/>
        <w:jc w:val="left"/>
      </w:pPr>
      <w:r>
        <w:rPr>
          <w:rFonts w:ascii="Times New Roman" w:hAnsi="Times New Roman" w:eastAsia="Times New Roman" w:cs="Times New Roman"/>
        </w:rPr>
        <w:t>Ang pormalisasyon sa 1996 sa mensahe sa 1989 miabot duha ka gatus ug kaluhaan ka tuig human ang iyang historikal nga hilisgutan miabut niadtong 1776. Ang pagbuklad sa 2023 misunod kaluhaan ug duha ka tuig human ang pormalisasyon sa 1996 gipamatud-an niadtong Septyembre 11, 2001, pinaagi sa propetikong pagpadayag sa Islam.</w:t>
      </w:r>
    </w:p>
    <w:p>
      <w:pPr>
        <w:pStyle w:val="ArticleBody"/>
        <w:jc w:val="left"/>
      </w:pPr>
      <w:r>
        <w:rPr>
          <w:rFonts w:ascii="Times New Roman" w:hAnsi="Times New Roman" w:eastAsia="Times New Roman" w:cs="Times New Roman"/>
        </w:rPr>
        <w:t>Si Pedro nagrepresentar sa mga mensahero niining sagradong kasaysayan nga nakaagi sa pagsulay sa patukoranan ug sa templo. Ang pagsulay sa templo naglakip sa pagtul-id sa napakyas nga mensahe sa Hulyo 18, 2020. Katloan ka tuig human nga ang mensahe sa 1989 gipormalisar niadtong 1996, ang pagsulay sa templo naglakip sa buluhaton sa pagtul-id ug unya sa pag-usab pagpahibalo sa mensahe bahin sa usa ka Islamikong pag-atake batok sa Nashville, Tennessee. Ang pagpormalisar sa mensahe sa 1989 girepresentahan pinaagi sa pagmantala sa magasin nga gitawag og Time of the End niadtong 1996. Ang magasin mitabon sa katapusang unom ka bersikulo sa Daniel onse, ug kini nag-ila sa balaod sa Domingo sa Tinipong Bansa sa Amerika. Sa paggiya sa Providencia, usa ka dili aktibong ministeryo nga gitawag nang daan nga Future for America sa miaging mga katuigan gihatag sa among ministeryo sa mga nangaging mga direktor sa maong ministeryo, nga walay kahayag ibabaw sa mensahe sa 1989.</w:t>
      </w:r>
    </w:p>
    <w:p>
      <w:pPr>
        <w:pStyle w:val="ArticleBody"/>
        <w:jc w:val="left"/>
      </w:pPr>
      <w:r>
        <w:rPr>
          <w:rFonts w:ascii="Times New Roman" w:hAnsi="Times New Roman" w:eastAsia="Times New Roman" w:cs="Times New Roman"/>
        </w:rPr>
        <w:t>Niadtong 1996, ang among ministeryo nahimong Future for America, ug ang publikasyon gipatik nga naglatid sa mensahe nga nag-ila sa kaugmaon sa Amerika ingon sa girepresentahan sa katapusang unom ka bersikulo sa Daniel onse. Ang Tinipong Bansa nagsugod sa iyang propetikong pagsaka niadtong 1776, ug “22” ka tuig sa ulahi, sa panahon sa katapusan niadtong 1798, ang Tinipong Bansa nagsugod sa iyang papel ingon nga ikaunom nga gingharian sa tagna sa Biblia, “220” ka tuig human sa 1776. Niadtong 1996, ang mensahe mahitungod sa Tinipong Bansa diha sa tagna gipormalisa. Ang “220” ka tuig sukad sa 1776, ug ang “22” ka tuig gikan niana nga punto padulong sa 1798, nagkonektar kang William Miller kinsa mipresentar sa iyang unang publikong pakigpulong niadtong 1831, “220” ka tuig human sa pagmantala sa King James Bible. Ang sinugdanan ug katapusan sa Adventismo nagpasiugda sa pagpormalisa sa mensahe nga gibuksan sa panahon sa katapusan.</w:t>
      </w:r>
    </w:p>
    <w:p>
      <w:pPr>
        <w:pStyle w:val="ArticleBody"/>
        <w:jc w:val="left"/>
      </w:pPr>
      <w:r>
        <w:rPr>
          <w:rFonts w:ascii="Times New Roman" w:hAnsi="Times New Roman" w:eastAsia="Times New Roman" w:cs="Times New Roman"/>
        </w:rPr>
        <w:t>Katloan ka tuig human sa 1996, sa 2026, ang pagsulay sa templo naglakip sa buluhaton sa pagtul-id sa mensahe sa Hulyo 18, 2020. Busa, ang mensahe nga alpha sa 1989, ang mensahe alang sa katapusang kaliwatan nga gipormalisa niadtong 1996, nagsugod ug usa ka yugto nga katloan ka tuig nga natapos pinaagi sa pagsulay sa pagtul-id ug pagpormalisa sa usa ka mensahe. Kadtong katloan ka tuig usa ka simbolo sa pagkapari sa usa ka gatos ug kap-atan ug upat ka libo nga mopormalisa sa mensahe sa Singgit sa Tunga sa Gabii. Si Pedro nagrepresentar niadtong motuman niana nga buluhaton sulod sa yugto sa ikaduhang omega nga pagsulay sa templo.</w:t>
      </w:r>
    </w:p>
    <w:p>
      <w:pPr>
        <w:pStyle w:val="ArticleBody"/>
        <w:jc w:val="left"/>
      </w:pPr>
      <w:r>
        <w:rPr>
          <w:rFonts w:ascii="Times New Roman" w:hAnsi="Times New Roman" w:eastAsia="Times New Roman" w:cs="Times New Roman"/>
        </w:rPr>
        <w:t>Si Sister White nagpahibalo kanato nga gitugotan sa Dios ang sayop nga mosulod taliwala sa Iyang katawhan, aron hinungdanon sila sa pagtuon.</w:t>
      </w:r>
    </w:p>
    <w:p>
      <w:pPr>
        <w:pStyle w:val="ArticleScripture"/>
        <w:jc w:val="left"/>
      </w:pPr>
      <w:r>
        <w:rPr>
          <w:rFonts w:ascii="Times New Roman" w:hAnsi="Times New Roman" w:eastAsia="Times New Roman" w:cs="Times New Roman"/>
        </w:rPr>
        <w:t>“Pagamatahon sa Dios ang Iyang katawhan; kon mapakyas ang ubang mga paagi, mosulod ang mga erehiya sa ilang taliwala, nga mag-alig-ig kanila, nga magapabulag sa tahop gikan sa trigo. Ang Ginoo nagtawag sa tanang motoo sa Iyang pulong sa pagmata gikan sa pagkatulog. Miabot ang bililhon nga kahayag, nga angay alang niining panahona. Kini mao ang kamatuoran sa Biblia, nga nagapakita sa mga kalisdanan nga ania na gayud sa atong atubangan. Kining kahayag kinahanglan maggiya kanato ngadto sa masinabuton nga pagtuon sa mga Kasulatan ug sa labing masusi nga pagsusi sa mga baruganan nga atong ginakuptan.”</w:t>
      </w:r>
    </w:p>
    <w:p>
      <w:pPr>
        <w:pStyle w:val="ArticleBody"/>
        <w:jc w:val="left"/>
      </w:pPr>
      <w:r>
        <w:rPr>
          <w:rFonts w:ascii="Times New Roman" w:hAnsi="Times New Roman" w:eastAsia="Times New Roman" w:cs="Times New Roman"/>
        </w:rPr>
        <w:t>Ang pahayag maoy usa ka bahin sa usa ka sipi nga magtapos niining artikuloha sa kinatibuk-an. Sa mga artikulo ug sa among mga miting sa Sabbath pinaagi sa Zoom, nalibog ko sa pipila ka mga simbolo sa among pagtagad sa Daniel 11:10–15, ug bisan pa nga among gihimo ang gikinahanglang mga pagtul-id, napalihis ako gikan sa pagpadayon ngadto sa usa ka konklusyon sa sunod-sunod nga mga artikulo mahitungod sa Panium—ang gubat nga modala ngadto sa balaod sa Domingo. Karon panahon na sa pagbalik sa Panium, ug sa diha nga atong buhaton kana, aduna na kita ang dugang nga linya sa ebidensiya nga girepresentahan ni Pedro didto sa Cesarea Filipos, nga mao ang Panium.</w:t>
      </w:r>
    </w:p>
    <w:p>
      <w:pPr>
        <w:pStyle w:val="ArticleBody"/>
        <w:jc w:val="left"/>
      </w:pPr>
      <w:r>
        <w:rPr>
          <w:rFonts w:ascii="Times New Roman" w:hAnsi="Times New Roman" w:eastAsia="Times New Roman" w:cs="Times New Roman"/>
        </w:rPr>
        <w:t>Karon mobalik kita sa atong mga pagtagad sa mga bersikulo napulo hangtod napulo ug unom sa Daniel onse, nga naghulagway sa tinagong kasaysayan sa bersikulo kuwarenta. Mihunong kita niadtong Septiyembre, busa mga lima ka bulan na ang milabay.</w:t>
      </w:r>
    </w:p>
    <w:p>
      <w:pPr>
        <w:pStyle w:val="ArticleScripture"/>
        <w:jc w:val="left"/>
      </w:pPr>
      <w:r>
        <w:rPr>
          <w:rFonts w:ascii="Times New Roman" w:hAnsi="Times New Roman" w:eastAsia="Times New Roman" w:cs="Times New Roman"/>
        </w:rPr>
        <w:t>“Gidasig ni Pedro ang iyang mga igsoon sa ‘pagtubo diha sa grasya ug sa kahibalo sa atong Ginoo ug Manluluwas nga si Jesu-Cristo.’ Sa matag higayon nga ang katawohan sa Dios motubo diha sa grasya, sila sa kanunay makabaton ug labi pang tin-aw nga pagsabot sa Iyang pulong. Ila rang maila ang bag-ong kahayag ug katahum diha sa balaang mga kamatuoran niini. Tinuod kini sa kasaysayan sa iglesia sa tanang kapanahonan, ug sa ingon niini magapadayon hangtod sa katapusan. Apan samtang ang tinuod nga espirituhanong kinabuhi mokunhod, kanunay nga adunay pagpaninguha sa paghunong sa pag-uswag diha sa kahibalo sa kamatuoran. Ang mga tawo matagbaw na sa kahayag nga nadawat na gikan sa pulong sa Dios ug mopaluya sa bisan unsang dugang nga pagsusi sa Kasulatan. Mahimo silang konserbatibo ug mangita ug paagi sa paglikay sa pakiglantugi.”</w:t>
      </w:r>
    </w:p>
    <w:p>
      <w:pPr>
        <w:pStyle w:val="ArticleScripture"/>
        <w:jc w:val="left"/>
      </w:pPr>
      <w:r>
        <w:rPr>
          <w:rFonts w:ascii="Times New Roman" w:hAnsi="Times New Roman" w:eastAsia="Times New Roman" w:cs="Times New Roman"/>
        </w:rPr>
        <w:t>“Ang kamatuoran nga walay kontrobersiya o kasamok sa taliwala sa katawohan sa Dios dili angay isipon nga tino nga pamatuod nga sila nagkupot pag-ayo sa matarong nga doktrina. Adunay katarongan sa pagkahadlok nga tingali dili sila sa tin-aw nagaila sa kalainan tali sa kamatuoran ug kasaypanan. Sa diha nga walay bag-ong mga pangutana nga motungha pinaagi sa pagsusi sa Kasulatan, sa diha nga walay kalainan sa opinyon nga motungha nga maoy magpalihok sa mga tawo sa pagsusi sa Biblia alang sa ilang kaugalingon aron masiguro nga anaa kanila ang kamatuoran, adunay daghan karon, maingon sa karaang mga panahon, nga motapot sa tradisyon ug mosimba sa wala nila hibaloi unsa.”</w:t>
      </w:r>
    </w:p>
    <w:p>
      <w:pPr>
        <w:pStyle w:val="ArticleScripture"/>
        <w:jc w:val="left"/>
      </w:pPr>
      <w:r>
        <w:rPr>
          <w:rFonts w:ascii="Times New Roman" w:hAnsi="Times New Roman" w:eastAsia="Times New Roman" w:cs="Times New Roman"/>
        </w:rPr>
        <w:t>“Gipakita kanako nga daghan sa mga nagaangkon nga may kahibalo sa karon nga kamatuoran wala mahibalo sa ilang ginatuohan. Wala nila masabti ang mga pamatuod sa ilang pagtuo. Wala silay husto nga pag-ila sa buluhaton alang sa karon nga panahon. Sa diha nga moabut ang panahon sa pagsulay, adunay mga tawo nga karon nagwali ngadto sa uban nga, sa diha nga susihon nila ang mga baruganan nga ilang gikuptan, ilang makita nga adunay daghang mga butang nga wala silay ikahatag nga makatagbaw nga katarungan. Hangtud nga sa ingon niana sila masulayan, wala nila mahibaloi ang kadak-on sa ilang pagkawalay alamag. Ug adunay daghan sa iglesia nga nagtoo nga nasabtan nila ang ilang ginatuohan; apan, hangtud nga motungha ang paglalis, wala nila mahibaloi ang ilang kaugalingong kaluya. Sa diha nga mabulag sila gikan niadtong mga kapareho nila ug pagtuo ug mapugos sa pagtindog nga tagsatagsa ug nag-inusara aron ipasabut ang ilang pagtuo, matingala sila sa pagkakita kon unsa ka naglibog ang ilang mga hunahuna mahitungod sa ilang gidawat ingon nga kamatuoran. Sigurado gayud nga diha kanato nahitabo ang pagbiya gikan sa buhi nga Dios ug ang pagpakiling ngadto sa mga tawo, nga ginapuli ang tawhanong kaalam sa dapit sa balaan nga kaalam.</w:t>
      </w:r>
    </w:p>
    <w:p>
      <w:pPr>
        <w:pStyle w:val="ArticleScripture"/>
        <w:jc w:val="left"/>
      </w:pPr>
      <w:r>
        <w:rPr>
          <w:rFonts w:ascii="Times New Roman" w:hAnsi="Times New Roman" w:eastAsia="Times New Roman" w:cs="Times New Roman"/>
        </w:rPr>
        <w:t>“Pagapukawon sa Dios ang Iyang katawhan; kon mapakyas ang ubang mga paagi, mosulod ang mga erehiya sa taliwala nila, nga magsala kanila, nga maglain sa uhot gikan sa trigo. Ang Ginoo nagatawag sa tanan nga nagatoo sa Iyang pulong sa pagmata gikan sa pagkatulog. Miabut ang bililhong kahayag, nga angay alang niining panahona. Kini mao ang kamatuoran sa Biblia, nga nagapakita sa mga kapeligrohan nga ania na gayud sa atong atubangan. Kini nga kahayag angay magdala kanato ngadto sa makanunayon nga pagtuon sa Kasulatan ug sa labing maampingon nga pagsusi sa mga baruganan nga atong gikuptan. Buot sa Dios nga ang tanang mga aspeto ug mga baruganan sa kamatuoran susihon sa hingpit ug sa mapinadayunon nga paagi, uban sa pag-ampo ug pagpuasa. Ang mga magtotoo dili angay mopahulay diha sa mga pagbanabana ug sa dili-matin-aw nga mga hunahuna mahitungod sa naglangkob sa kamatuoran. Ang ilang pagtoo kinahanglan lig-on nga natukod ibabaw sa pulong sa Dios aron nga sa dihang moabut ang panahon sa pagsulay ug sila pagadad-on sa atubangan sa mga konseho aron motubag alang sa ilang pagtoo, sila makahimo sa paghatag ug katarungan sa paglaom nga anaa kanila, uban sa kaaghop ug kahadlok.”</w:t>
      </w:r>
    </w:p>
    <w:p>
      <w:pPr>
        <w:pStyle w:val="ArticleScripture"/>
        <w:jc w:val="left"/>
      </w:pPr>
      <w:r>
        <w:rPr>
          <w:rFonts w:ascii="Times New Roman" w:hAnsi="Times New Roman" w:eastAsia="Times New Roman" w:cs="Times New Roman"/>
        </w:rPr>
        <w:t>“Pakusga, pakusga, pakusga. Ang mga hilisgotan nga atong ginapresentar sa kalibotan kinahanglan nga alang kanato usa ka buhi nga kamatuoran. Importante nga sa pagpanalipod sa mga doktrina nga atong giila ingon nga mga sukaranang artikulo sa pagtuo, dili gayud nato tugotan ang atong kaugalingon sa paggamit ug mga pangatarongan nga dili hingpit nga matarong. Mahimo kini nga makapahilom sa usa ka mosupak, apan dili kini makapasidungog sa kamatuoran. Kinahanglan nga atong ipresentar ang mga matarong nga pangatarongan, nga dili lamang makapahilom sa atong mga kaatbang, kondili makabarog usab sa labing suod ug labing masusi nga pagsusi. Sa mga nag-edukar sa ilang kaugalingon ingon nga mga manlalantugi, adunay dakong kapeligrohan nga dili nila pagadad-on ang pulong sa Dios uban sa pagkamatarong. Sa pag-atubang sa usa ka kaatbang, kinahanglan nga ang atong mainiton nga paningkamot mao ang pagpresentar sa mga hilisgotan sa paagi nga makapukaw ug pagtuo sa iyang hunahuna, imbis nga mangita lamang sa paghatag ug pagsalig sa magtutuo.</w:t>
      </w:r>
    </w:p>
    <w:p>
      <w:pPr>
        <w:pStyle w:val="ArticleScripture"/>
        <w:jc w:val="left"/>
      </w:pPr>
      <w:r>
        <w:rPr>
          <w:rFonts w:ascii="Times New Roman" w:hAnsi="Times New Roman" w:eastAsia="Times New Roman" w:cs="Times New Roman"/>
        </w:rPr>
        <w:t>“Bisan unsa pa kadako ang pag-uswag sa intelektuwal nga kahimtang sa tawo, ayaw gayud siya maghunahuna bisan sa usa ka gutlo nga wala nay kinahanglanon alang sa hingpit ug padayon nga pagsusi sa Kasulatan aron makabaton ug labaw pang kahayag. Ingon nga usa ka katawhan kita gitawag, tagsa-tagsa, nga mahimong mga estudyante sa tagna. Kinahanglan kita magbantay uban sa mainiton nga kaseryoso aron atong maila ang bisan unsang silaw sa kahayag nga igapakita sa Dios kanato. Kinahanglan atong masakpan ang unang mga sidlak sa kamatuoran; ug pinaagi sa pagtuon nga inubanan sa pag-ampo, makabaton kita ug mas tin-aw nga kahayag, nga mahimong ipasangil sa atubangan sa uban.</w:t>
      </w:r>
    </w:p>
    <w:p>
      <w:pPr>
        <w:pStyle w:val="ArticleScripture"/>
        <w:jc w:val="left"/>
      </w:pPr>
      <w:r>
        <w:rPr>
          <w:rFonts w:ascii="Times New Roman" w:hAnsi="Times New Roman" w:eastAsia="Times New Roman" w:cs="Times New Roman"/>
        </w:rPr>
        <w:t>“Sa diha nga ang katawhan sa Dios nagapuyo sa kahupayan ug matagbaw na sa ilang kasamtangang kahayag, makasiguro kita nga dili sila paboran Niya. Kabubut-on Niya nga sila magpadayon sa walay hunong nga pag-uswag aron makadawat sa nadugang ug sa sa gihapon nagadugang nga kahayag nga nagasidlak alang kanila. Ang karon nga kahimtang sa iglesia dili makapahimuot sa Dios. Misulod ang pagsalig sa kaugalingon nga maoy nakapahimo kanila sa pagbati nga wala silay kinahanglan pa nga dugang kamatuoran ug labi pang daku nga kahayag. Nagakinabuhi kita sa panahon nga si Satanas nagapanglihok sa tuo ug sa wala, sa atubangan ug sa luyo nato; ug bisan pa niana, kita ingon nga usa ka katawhan nangatulog. Kabubut-on sa Dios nga adunay usa ka tingog nga madungog, nga magapukaw sa Iyang katawhan ngadto sa paglihok.</w:t>
      </w:r>
    </w:p>
    <w:p>
      <w:pPr>
        <w:pStyle w:val="ArticleScripture"/>
        <w:jc w:val="left"/>
      </w:pPr>
      <w:r>
        <w:rPr>
          <w:rFonts w:ascii="Times New Roman" w:hAnsi="Times New Roman" w:eastAsia="Times New Roman" w:cs="Times New Roman"/>
        </w:rPr>
        <w:t>“Imbes nga ablihan ang kalag aron modawat sa mga silaw sa kahayag gikan sa langit, ang uban nagabuhat sa sukwahi nga direksiyon. Pinaagi sa mantalaan ug gikan sa pulpito gipresentar ang mga panglantaw mahitungod sa inspirasyon sa Biblia nga walay pagtugot sa Espiritu o sa pulong sa Dios. Tin-aw gayud nga walay tawo o pundok sa mga tawo ang angay mosulay sa pagpasiugda sa mga teoriya mahitungod sa usa ka hilisgotan nga may dakong kamahinungdanon nga walay usa ka dayag nga ‘Mao kini ang giingon sa Ginoo’ aron mosuporta kanila. Ug sa dihang ang mga tawo, nga gilibotan sa tawhanong kaluyahon, naimpluwensiyahan sa mas dako o mas gamay nga gidak-on sa mga impluwensiya sa palibot, ug may kabilin ug nakaugmad nga mga hilig nga halayo kaayo sa paghimo kanila nga manggialamon o hunahunaon sa langitnon, mosulay sa pagsumbong sa pulong sa Dios ug sa paghatag ug hukom kon unsa ang diosnon ug unsa ang tawhanon, sila nagabuhat nga walay tambag sa Dios. Ang Ginoo dili magapauswag sa maong buluhaton. Ang epekto mahimong makalilisang, alang sa nagabuhat niini maingon man alang niadtong modawat niini ingon nga buhat gikan sa Dios. Ang pagduhaduha napukaw sa daghang mga hunahuna tungod sa mga teoriya nga gipresentar mahitungod sa kinaiya sa inspirasyon. Ang may kinutuban nga mga binuhat, uban sa ilang pig-ot ug mubo og panan-aw nga mga panglantaw, mibati nga sila takos sa pagsaway sa Kasulatan, nga nagaingon: ‘Kini nga pahayag gikinahanglan, ug kana nga pahayag dili gikinahanglan, ug dili inspirado.’”</w:t>
      </w:r>
    </w:p>
    <w:p>
      <w:pPr>
        <w:pStyle w:val="ArticleScripture"/>
        <w:jc w:val="left"/>
      </w:pPr>
      <w:r>
        <w:rPr>
          <w:rFonts w:ascii="Times New Roman" w:hAnsi="Times New Roman" w:eastAsia="Times New Roman" w:cs="Times New Roman"/>
        </w:rPr>
        <w:t>“Si Cristo wala maghatag ug ingon nianang sugo bahin sa mga Kasulatan sa Daang Tugon, ang bugtong bahin sa Biblia nga anaa sa katawhan sa Iyang panahon. Ang Iyang mga pagtulon-an gituyo aron idumala ang ilang mga hunahuna ngadto sa Daang Tugon ug aron mapadayag sa mas hayag nga kahayag ang dagkung mga hilisgutan nga didto gipaila. Sulod sa daghang kapanahonan ang katawhan sa Israel nagpalain sa ilang kaugalingon gikan sa Dios, ug nawad-an sila sa pagtan-aw sa mga bililhong kamatuoran nga Iyang gitugyan kanila. Kining mga kamatuoran natabonan sa mga mapinatuulonong porma ug mga seremonya nga nagtago sa ilang tinuod nga kahulogan. Mianhi si Cristo aron kuhaon ang mga hugawng nakapangos sa ilang kasidlak. Iyang gibutang sila, ingon nga mga mahalon nga mutya, sa usa ka bag-ong pagkakahimutangan. Iyang gipakita nga halayo sa pagtamay sa pagsubli sa daan, pamilyar nga mga kamatuoran, mianhi Siya aron ipakita sila diha sa ilang tinuod nga kusog ug katahum, kansang himaya wala gayud mahibaloi sa mga tawo sa Iyang panahon. Sanglit Siya gayud mao ang Magsusulat niining gipadayag nga mga kamatuoran, mahimo Niyang ablihan ngadto sa katawhan ang ilang tinuod nga kahulogan, nga gipahigawas sila gikan sa sayop nga mga paghubad ug bakak nga mga teoriya nga gidawat sa mga pangulo aron mahiuyon sa ilang kaugalingong wala mahinungdanong kahimtang, sa ilang kawad-on sa espirituwalidad ug sa gugma sa Dios. Iyang gisalikway kadtong nagkuha sa kinabuhi ug sa buhing gahum niining mga kamatuoran, ug gihatag Niya kini pag-usab ngadto sa kalibutan diha sa tanan nilang orihinal nga kabag-o ug kusog.”</w:t>
      </w:r>
    </w:p>
    <w:p>
      <w:pPr>
        <w:pStyle w:val="ArticleScripture"/>
        <w:jc w:val="left"/>
      </w:pPr>
      <w:r>
        <w:rPr>
          <w:rFonts w:ascii="Times New Roman" w:hAnsi="Times New Roman" w:eastAsia="Times New Roman" w:cs="Times New Roman"/>
        </w:rPr>
        <w:t>“Kon kita may Espiritu ni Cristo ug mga mamumuo kita uban Kaniya, ato ang pagpadayon sa buluhaton nga Iyang gianhi aron buhaton. Ang mga kamatuoran sa Biblia natabonan na usab sa kustombre, tradisyon, ug mini nga doktrina. Ang sayop nga mga pagtulon-an sa bantugang teolohiya naghimo ug mga linibo sa mga mapagduhaduhaon ug dili-matinoohon. Adunay mga kasaypanan ug mga dili-magkauyon nga gidumtan sa daghan ingon nga pagtolon-an sa Biblia, apan sa pagkatinuod mini nga mga paghubad kini sa Kasulatan, nga gisagop sulod sa mga kapanahonan sa kangitngit sa kapapahan. Ang mga panon sa katawhan giyahan sa pagbaton ug sayop nga panghunahuna mahitungod sa Dios, maingon sa mga Judio, nga tungod sa mga kasaypanan ug mga tradisyon sa ilang panahon, may mini nga panghunahuna mahitungod kang Cristo. ‘Kon ila pa lamang kini hibaloi, dili unta nila ilansang sa krus ang Ginoo sa himaya.’ Ato ang pagpahayag sa tinuod nga kinaiya sa Dios ngadto sa kalibotan. Imbis nga mosaway sa Biblia, maninguha kita, pinaagi sa pagtulon-an ug panig-ingnan, sa pagpresentar sa kalibotan sa iyang sagrado, kinabuhi nga nagahatag nga mga kamatuoran, aron kita ‘makapadayag sa mga pagdayeg Niya nga nagtawag kaninyo gikan sa kangitngit ngadto sa Iyang kahibulongang kahayag.’”</w:t>
      </w:r>
    </w:p>
    <w:p>
      <w:pPr>
        <w:pStyle w:val="ArticleScripture"/>
        <w:jc w:val="left"/>
      </w:pPr>
      <w:r>
        <w:rPr>
          <w:rFonts w:ascii="Times New Roman" w:hAnsi="Times New Roman" w:eastAsia="Times New Roman" w:cs="Times New Roman"/>
        </w:rPr>
        <w:t>“Ang mga kadautan nga hinay-hinay nga misulod sa atong taliwala sa dili mamatikdan nga paagi, anam-anam nga nagpalayo sa mga indibiduwal ug sa mga iglesia gikan sa pagtahod sa Dios, ug nagsira sa pagdawat sa gahum nga Iyang tinguha nga ihatag kanila.</w:t>
      </w:r>
    </w:p>
    <w:p>
      <w:pPr>
        <w:pStyle w:val="ArticleScripture"/>
        <w:jc w:val="left"/>
      </w:pPr>
      <w:r>
        <w:rPr>
          <w:rFonts w:ascii="Times New Roman" w:hAnsi="Times New Roman" w:eastAsia="Times New Roman" w:cs="Times New Roman"/>
        </w:rPr>
        <w:t>“Akong mga igsoon, pasagdi ang pulong sa Dios nga magpabilin sumala gayud sa pagkaanaa niini. Ayaw tugoti nga ang kaalam sa tawo magpakasigarbo sa pagpaubos sa kusog ni bisan usa ka pahayag sa Kasulatan. Ang mabug-at nga pagpahimangno diha sa Pinadayag kinahanglan magpasidaan kanato batok sa pagbarog sa maong kahimtang. Sa ngalan sa akong Agalon ako nagmando kaninyo: ‘Huboa ang imong sapin gikan sa imong mga tiil, kay ang dapit nga imong ginatindogan yutang balaan.’” Testimonies, volume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Trese</dc:title>
  <dc:subject>Pagbalik sa Panium</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