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Katorse</w:t>
      </w:r>
    </w:p>
    <w:p>
      <w:pPr>
        <w:pStyle w:val="ArticleSubtitle"/>
        <w:jc w:val="left"/>
      </w:pPr>
      <w:r>
        <w:rPr>
          <w:rFonts w:ascii="Arial" w:hAnsi="Arial" w:eastAsia="Arial" w:cs="Arial"/>
        </w:rPr>
        <w:t>Ang Kasagmuyo ingon nga Yawe sa Pagsulay sa Templo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Ang hilisgutan bahin sa santuwaryo mao ang “yawe” nga nag-abli sa kapakyasan niadtong Oktubre 22, 1844 sa sinugdanan sa mensahe sa ikatulong manulunda, ug kini mao ang hilisgutan sa kapakyasan nga mao ang “yawe” sa pag-abli sa mensahe sa santuwaryo sa pagsulay sa templo sa katapusan sa ikatulong manulunda.</w:t>
      </w:r>
    </w:p>
    <w:p>
      <w:pPr>
        <w:pStyle w:val="ArticleScripture"/>
        <w:jc w:val="left"/>
      </w:pPr>
      <w:r>
        <w:rPr>
          <w:rFonts w:ascii="Times New Roman" w:hAnsi="Times New Roman" w:eastAsia="Times New Roman" w:cs="Times New Roman"/>
        </w:rPr>
        <w:t>Ug ihatag ko kanimo ang mga yawi sa gingharian sa langit; ug bisan unsa ang imong pagahugtan dinhi sa yuta pagahugtan didto sa langit; ug bisan unsa ang imong pagabuhian dinhi sa yuta pagabuhian didto sa langit. Mateo 16:19.</w:t>
      </w:r>
    </w:p>
    <w:p>
      <w:pPr>
        <w:pStyle w:val="ArticleBody"/>
        <w:jc w:val="left"/>
      </w:pPr>
      <w:r>
        <w:rPr>
          <w:rFonts w:ascii="Times New Roman" w:hAnsi="Times New Roman" w:eastAsia="Times New Roman" w:cs="Times New Roman"/>
        </w:rPr>
        <w:t>Ang kamatuoran nga ang Septyembre 11, 2001 masabtan ingon nga “9/11” uyon sa “911” nga simbolo sa usa ka tawag pang-emerhensiya sa Estados Unidos, gituyo sa Usa nga maoy naglaraw sa tanang butang. Ang pagsabot sa kapakyasan niadtong Hulyo 18, 2020 mao ang nagtugot nga ang kalihokan sa usa ka gatus ug kap-atan ug upat ka libo maila ingon niana; apan pinaagi lamang niadtong mga nangandoy nga makita nga si Jesus nagrepresentar sa espirituwal pinaagi sa natural karon sa walay kalainan sa Iyang gibuhat duha ka libo ka tuig na ang milabay. Ang panan-aw nga “20/20” mao ang labing maayo nga mahimo nimong maangkon, ug ang kapakyasan sa 2020 mao ang timailhan nga nagtugot nga ang templo maila diha sa propetikong kasaysayan sa napulo ka ulay.</w:t>
      </w:r>
    </w:p>
    <w:p>
      <w:pPr>
        <w:pStyle w:val="ArticleScripture"/>
        <w:jc w:val="left"/>
      </w:pPr>
      <w:r>
        <w:rPr>
          <w:rFonts w:ascii="Times New Roman" w:hAnsi="Times New Roman" w:eastAsia="Times New Roman" w:cs="Times New Roman"/>
        </w:rPr>
        <w:t>“Ang sambingay bahin sa napulo ka ulay sa Mateo 25 naghulagway usab sa kasinatian sa katawhang Adventista.” The Great Controversy, 393.</w:t>
      </w:r>
    </w:p>
    <w:p>
      <w:pPr>
        <w:pStyle w:val="ArticleBody"/>
        <w:jc w:val="left"/>
      </w:pPr>
      <w:r>
        <w:rPr>
          <w:rFonts w:ascii="Times New Roman" w:hAnsi="Times New Roman" w:eastAsia="Times New Roman" w:cs="Times New Roman"/>
        </w:rPr>
        <w:t>Ang panan-awon nga beinte-beynte mas labi pang maayo kon ipahiusa sa pagtan-aw pabalik nga girepresentahan sa mga pundasyonal nga kamatuoran. Gitudlo ni Pablo nga “ang mga espiritu sa mga propeta napailalom sa mga espiritu sa mga propeta,” ug busa ang mga ulay ni Mateo mao ra gihapon ang mga ulay nga giila ni Juan nga mao ang usa ka gatus ug kap-atan ug upat ka libo, ug giila sila ni Juan nga mga ulay diha sa—Pinadayag 144.</w:t>
      </w:r>
    </w:p>
    <w:p>
      <w:pPr>
        <w:pStyle w:val="ArticleScripture"/>
        <w:jc w:val="left"/>
      </w:pPr>
      <w:r>
        <w:rPr>
          <w:rFonts w:ascii="Times New Roman" w:hAnsi="Times New Roman" w:eastAsia="Times New Roman" w:cs="Times New Roman"/>
        </w:rPr>
        <w:t>Kini sila ang wala mahugawi uban sa mga babaye; kay sila mga ulay. Kini sila ang nagasunod sa Cordero bisan asa siya moadto. Kini sila ang mga tinubos gikan sa taliwala sa mga tawo, nga nahimong unang mga bunga alang sa Dios ug alang sa Cordero. Pinadayag 14:4.</w:t>
      </w:r>
    </w:p>
    <w:p>
      <w:pPr>
        <w:pStyle w:val="ArticleBody"/>
        <w:jc w:val="left"/>
      </w:pPr>
      <w:r>
        <w:rPr>
          <w:rFonts w:ascii="Times New Roman" w:hAnsi="Times New Roman" w:eastAsia="Times New Roman" w:cs="Times New Roman"/>
        </w:rPr>
        <w:t>Ang unang mga bunga sa tinghunlak mao ang mga ulay nga mosunod sa Cordero ngadto sa templo, ug ang “yawe” sa pagsabot sa templo mao ang kapakyasan sa 2020.</w:t>
      </w:r>
    </w:p>
    <w:p>
      <w:pPr>
        <w:pStyle w:val="ArticleScripture"/>
        <w:jc w:val="left"/>
      </w:pPr>
      <w:r>
        <w:rPr>
          <w:rFonts w:ascii="Times New Roman" w:hAnsi="Times New Roman" w:eastAsia="Times New Roman" w:cs="Times New Roman"/>
        </w:rPr>
        <w:t>Ug ang yawi sa balay ni David igabutang ko sa iyang abaga; busa siya moabli, ug walay usa nga makasira; ug siya mosira, ug walay usa nga makaabli. Isaias 22:22.</w:t>
      </w:r>
    </w:p>
    <w:p>
      <w:pPr>
        <w:pStyle w:val="ArticleBody"/>
        <w:jc w:val="left"/>
      </w:pPr>
      <w:r>
        <w:rPr>
          <w:rFonts w:ascii="Times New Roman" w:hAnsi="Times New Roman" w:eastAsia="Times New Roman" w:cs="Times New Roman"/>
        </w:rPr>
        <w:t>Kon ang usa ka Adventista maapil sa 144,000, nan tungod sa gikinahanglan sa tagna sila gayod nakaagi sa usa ka kapakyasan sa pagpaabot nga nahitabo tungod sa pagpahayag sa usa ka publikong panagna nga wala matuman.</w:t>
      </w:r>
    </w:p>
    <w:p>
      <w:pPr>
        <w:pStyle w:val="ArticleScripture"/>
        <w:jc w:val="left"/>
      </w:pPr>
      <w:r>
        <w:rPr>
          <w:rFonts w:ascii="Times New Roman" w:hAnsi="Times New Roman" w:eastAsia="Times New Roman" w:cs="Times New Roman"/>
        </w:rPr>
        <w:t>“Ako sa kanunay gipasangguni ngadto sa sambingay sa napulo ka ulay, lima kanila maalamon, ug lima buang. Kining sambingaya natuman na ug pagatumanon pa ngadto sa pinakaletra, kay kini adunay usa ka pinasahi nga pagpadapat alang niining panahona, ug, sama sa mensahe sa ikatulong manulonda, natuman na ug magapadayon nga karon nga kamatuoran hangtod sa katapusan sa panahon.” Review and Herald, Agosto 19, 1890.</w:t>
      </w:r>
    </w:p>
    <w:p>
      <w:pPr>
        <w:pStyle w:val="ArticleBody"/>
        <w:jc w:val="left"/>
      </w:pPr>
      <w:r>
        <w:rPr>
          <w:rFonts w:ascii="Times New Roman" w:hAnsi="Times New Roman" w:eastAsia="Times New Roman" w:cs="Times New Roman"/>
        </w:rPr>
        <w:t>Ang gubat sa Panium diha sa bersikulo kinse sa Daniel onse mao ang gubat nga nagdala ngadto sa bersikulo disisais, nga nag-ila sa balaod sa Domingo sa Estados Unidos.</w:t>
      </w:r>
    </w:p>
    <w:p>
      <w:pPr>
        <w:pStyle w:val="ArticleScripture"/>
        <w:jc w:val="left"/>
      </w:pPr>
      <w:r>
        <w:rPr>
          <w:rFonts w:ascii="Times New Roman" w:hAnsi="Times New Roman" w:eastAsia="Times New Roman" w:cs="Times New Roman"/>
        </w:rPr>
        <w:t>Busa ang hari sa amihanan moanhi, ug magpatindog ug bungdo, ug makakuha sa labing malig-ong mga ciudad; ug ang mga bukton sa habagatan dili makasukol, ni ang iyang piniling katawohan, ni aduna pay kusog sa pagsukol. Daniel 11:15.</w:t>
      </w:r>
    </w:p>
    <w:p>
      <w:pPr>
        <w:pStyle w:val="ArticleBody"/>
        <w:jc w:val="left"/>
      </w:pPr>
      <w:r>
        <w:rPr>
          <w:rFonts w:ascii="Times New Roman" w:hAnsi="Times New Roman" w:eastAsia="Times New Roman" w:cs="Times New Roman"/>
        </w:rPr>
        <w:t>Niining bersikuloha napildi sa Tinipong Bansa sa Amerika ang Rusya, uban sa piniling katawohan sa Rusya. Apan sa sunod nga bersikulo, walay bisan kinsa nga makasukol batok sa pagsaka sa Roma, nga nagtimaan sa Juda ug Jerusalem ingon nga unang lakang sa iyang pagdaug sa kalibotan; maingon nga mitindog ang Roma ingon nga ikaupat nga gingharian sa tagna sa Biblia. Pinaagi sa pagtindog diha sa literal nga mahimayaong yuta sa bersikulo sais, ang simbolo sa awtoridad sa literal nga Roma didto sa sulod sa literal nga mahimayaong yuta; busa, naglandong sa bersikulo kap-atan ug usa, sa dihang ang timaan sa awtoridad sa espirituhanong Roma ipatuman ibabaw sa espirituhanong mahimayaong yuta sa Tinipong Bansa sa Amerika.</w:t>
      </w:r>
    </w:p>
    <w:p>
      <w:pPr>
        <w:pStyle w:val="ArticleBody"/>
        <w:jc w:val="left"/>
      </w:pPr>
      <w:r>
        <w:rPr>
          <w:rFonts w:ascii="Times New Roman" w:hAnsi="Times New Roman" w:eastAsia="Times New Roman" w:cs="Times New Roman"/>
        </w:rPr>
        <w:t>Ang duha ka sungay sa mananap sa yuta sa Pinadayag trese nagrepresentar sa Republikano ug Protestantismo. Sa bersikulo kinse sa Daniel onse si Antiochus Magnus, nga nailhan ingon si Antiochus III ug si Antiochus the Great, mopildi sa habagatang gingharian, nga girepresentahan sa dinastiyang Ptolemaic. Si Antiochus nagrepresentar kang Donald Trump ug ang hari sa habagatan nagrepresentar sa Russia. Ang gubat sa Panium mao ang gubat tali sa Tinipong Bansa sa Amerika ug sa Russia ug sa piniling katawhan sa Russia, usa ka gubat diin si Antiochus midaog, apan pagkahuman nakita niya ang iyang gingharian nga gisakop sa literal nga Roma—ang gahum sa bersikulo katorse, nga nagatukod sa gawasnong panan-awon sa Republikano nga sungay sa mananap sa yuta. Ang sulodnong panan-awon girepresentahan sa Protestante nga sungay sa mananap sa yuta. Ang duha ka sungay anaa sa gubat sa Panium, kay si Pedro atua didto ingon nga usa ka Protestante uban sa iyang mensahe gikan sa basahon ni Joel.</w:t>
      </w:r>
    </w:p>
    <w:p>
      <w:pPr>
        <w:pStyle w:val="ArticleHeading"/>
        <w:jc w:val="left"/>
      </w:pPr>
      <w:r>
        <w:rPr>
          <w:rFonts w:ascii="Arial" w:hAnsi="Arial" w:eastAsia="Arial" w:cs="Arial"/>
        </w:rPr>
        <w:t>250 ka Tuig</w:t>
      </w:r>
    </w:p>
    <w:p>
      <w:pPr>
        <w:pStyle w:val="ArticleBody"/>
        <w:jc w:val="left"/>
      </w:pPr>
      <w:r>
        <w:rPr>
          <w:rFonts w:ascii="Times New Roman" w:hAnsi="Times New Roman" w:eastAsia="Times New Roman" w:cs="Times New Roman"/>
        </w:rPr>
        <w:t>Sa diha nga atong pagahunahunaon ang duha ka linya sa mapintas nga mananap sa yuta, atong makita nga sa 1776 ang mapintas nga mananap sa yuta nagsugod sa iyang pagsaka, ug pag-abot sa 1798, (kaluhaan ug duha ka tuig sa ulahi) ang mapintas nga mananap sa dagat sa Pinadayag trese nakadawat sa iyang samad nga makamatay, ug ang mapintas nga mananap sa yuta nagsugod sa iyang paghari ingon nga ikaunom nga gingharian sa tagna sa Biblia. Duha ka gatus ug kalim-an ka tuig sa ulahi, sa 2026, nakamata kita ngadto sa pagsulay sa sulod nga templo nga nagsugod niadtong Mayo 8, 2025.</w:t>
      </w:r>
    </w:p>
    <w:p>
      <w:pPr>
        <w:pStyle w:val="ArticleBody"/>
        <w:jc w:val="left"/>
      </w:pPr>
      <w:r>
        <w:rPr>
          <w:rFonts w:ascii="Times New Roman" w:hAnsi="Times New Roman" w:eastAsia="Times New Roman" w:cs="Times New Roman"/>
        </w:rPr>
        <w:t>Kadtong “250” ka tuig adunay usab kalabutan kang Antiochus Magnus. Sugod sa mando niadtong 457 BC ug ihatag gikan nianang mandoha ang duha ka gatus ug kalim-an ka tuig, moabot kita sa 207, pito ka tuig sa wala pa ang gubat sa Panium, ug napulo ka tuig human mapildi ni Ptolemy si Antiochus sa gubat sa Raphia, nga gilarawan sa bersikulo onse sa Daniel onse. Ang Daniel 11:11, siyempre, mao ang eksternal nga linya sa Republikano nga sungay nga nagtugma sa Pinadayag 11:11, nga mao ang internal nga linya sa Protestante nga sungay. Ang Daniel ug ang Pinadayag mao ang mao rang basahon, ug ang Pinadayag naggamit sa mga timri ingon nga mga simbolo sa eksternal nga tagna ug sa mga iglesia ingon nga mga simbolo sa paralelong internal nga tagna.</w:t>
      </w:r>
    </w:p>
    <w:p>
      <w:pPr>
        <w:pStyle w:val="ArticleBody"/>
        <w:jc w:val="left"/>
      </w:pPr>
      <w:r>
        <w:rPr>
          <w:rFonts w:ascii="Times New Roman" w:hAnsi="Times New Roman" w:eastAsia="Times New Roman" w:cs="Times New Roman"/>
        </w:rPr>
        <w:t>Si Ciro nagrepresentar sa tanang tulo ka mga mando, kay dili mahimo nga adunay ikatulo nga walay nahaunang una ug ikaduha.</w:t>
      </w:r>
    </w:p>
    <w:p>
      <w:pPr>
        <w:pStyle w:val="ArticleScripture"/>
        <w:jc w:val="left"/>
      </w:pPr>
      <w:r>
        <w:rPr>
          <w:rFonts w:ascii="Times New Roman" w:hAnsi="Times New Roman" w:eastAsia="Times New Roman" w:cs="Times New Roman"/>
        </w:rPr>
        <w:t>“Diha sa ikapitong kapitulo sa Ezra makita ang sugo. Mga bersikulo 12–26. Sa iyang labing hingpit nga porma kini giisyu ni Artaxerxes, hari sa Persia, 457 BC. Apan sa Ezra 6:14 giingon nga ang balay sa Ginoo sa Jerusalem gitukod ‘sumala sa sugo [“decree,” margin] ni Ciro, ug Dario, ug ni Artaxerxes nga hari sa Persia.’ Kining tulo ka mga hari, pinaagi sa pagsugod, pagpamatuod pag-usab, ug pagkompleto sa sugo, maoy nagdala niini ngadto sa kahingpitan nga gikinahanglan sa tagna aron markahan ang sinugdanan sa 2300 ka tuig. Sa pagdawat sa 457 BC, ang panahon sa dihang nakompleto ang sugo, ingon nga petsa sa mando, nakita nga ang matag usa ka detalye sa tagna mahitungod sa kapitoan ka semana natuman.” The Great Controversy, 326.</w:t>
      </w:r>
    </w:p>
    <w:p>
      <w:pPr>
        <w:pStyle w:val="ArticleBody"/>
        <w:jc w:val="left"/>
      </w:pPr>
      <w:r>
        <w:rPr>
          <w:rFonts w:ascii="Times New Roman" w:hAnsi="Times New Roman" w:eastAsia="Times New Roman" w:cs="Times New Roman"/>
        </w:rPr>
        <w:t>Gikan sa tulo ka mga kasugoan nga girepresentahan ni Ciro niadtong 457 BC, ang “250” ka tuig matapos sa kasaysayan tali sa gubat sa Raphia niadtong 217 BC, sa dihang gilupig ni Ptolemy IV si Antiochus the Great, ug sa 200 BC sa dihang si Antiochus maoy milupig kang Ptolemy sa gubat sa Panium diha sa bersikulo kinse. Ang linya naghan-ay kang Antiochus Magnus uban kang Donald Trump. Sa sinugdanan sa ikaunom nga gingharian sa tagna sa Biblia gikan sa 1776 hangtod sa 1798 adunay usa ka yugto nga “22” ka tuig nga nagrepresentar sa pagsaka sa ikaunom nga gingharian. Kadtong “22” ka tuig naghulagway usab sa kasaysayan nga girepresentahan sa numero nga “22” sa katapusan sa kasaysayan sa ikaunom nga gingharian gikan sa 2001 hangtod sa 2023. Ang “22” mao ang simbolo sa panaghiusa sa Pagka-Dios uban sa pagka-tawo nga matuman sulod sa kasaysayan sa ikaunom nga gingharian sa tagna sa Biblia, nga mao ang mananap sa yuta nga may gawasnong sungay sa Republikano ug sulodnong sungay sa Protestante.</w:t>
      </w:r>
    </w:p>
    <w:p>
      <w:pPr>
        <w:pStyle w:val="ArticleBody"/>
        <w:jc w:val="left"/>
      </w:pPr>
      <w:r>
        <w:rPr>
          <w:rFonts w:ascii="Times New Roman" w:hAnsi="Times New Roman" w:eastAsia="Times New Roman" w:cs="Times New Roman"/>
        </w:rPr>
        <w:t>Ang buluhaton nga ginatuman ni Cristo pinaagi sa panaghiusa nga gisimbolohan sa “22” mao ang katapusang buluhaton ni Cristo sa Labing Balaang Dapit, nga girepresentahan sa pagpapas sa sala, nga sumala kang Joel inubanan sa giinspiradong komentaryo ni Pedro mahitabo sa panahon sa pagbubo sa ulahing ulan.</w:t>
      </w:r>
    </w:p>
    <w:p>
      <w:pPr>
        <w:pStyle w:val="ArticleScripture"/>
        <w:jc w:val="left"/>
      </w:pPr>
      <w:r>
        <w:rPr>
          <w:rFonts w:ascii="Times New Roman" w:hAnsi="Times New Roman" w:eastAsia="Times New Roman" w:cs="Times New Roman"/>
        </w:rPr>
        <w:t>Busa paghinulsol kamo, ug magbalik, aron ang inyong mga sala mapala, sa diha nga ang mga panahon sa pagpahayahay moabut gikan sa presensya sa Ginoo. Mga Buhat 3:19.</w:t>
      </w:r>
    </w:p>
    <w:p>
      <w:pPr>
        <w:pStyle w:val="ArticleBody"/>
        <w:jc w:val="left"/>
      </w:pPr>
      <w:r>
        <w:rPr>
          <w:rFonts w:ascii="Times New Roman" w:hAnsi="Times New Roman" w:eastAsia="Times New Roman" w:cs="Times New Roman"/>
        </w:rPr>
        <w:t>Ang pagpapala sa sala mao ang katapusang buluhaton sa langitnong Labing Halangdong Saserdote.</w:t>
      </w:r>
    </w:p>
    <w:p>
      <w:pPr>
        <w:pStyle w:val="ArticleScripture"/>
        <w:jc w:val="left"/>
      </w:pPr>
      <w:r>
        <w:rPr>
          <w:rFonts w:ascii="Times New Roman" w:hAnsi="Times New Roman" w:eastAsia="Times New Roman" w:cs="Times New Roman"/>
        </w:rPr>
        <w:t>“Maingon sa karaang panahon ang mga sala sa katawohan pinaagi sa pagtoo gibutang ibabaw sa halad-tungod-sa-sala ug pinaagi sa dugo niini gibalhin, sa hulagway, ngadto sa yutan-ong santuwaryo, mao man usab sa bag-ong tugon ang mga sala sa mga mahinulsulon pinaagi sa pagtoo gibutang ibabaw kang Cristo ug gibalhin, sa tinuod, ngadto sa langitnong santuwaryo. Ug maingon nga ang hulagwayong paghinlo sa yutan-on natuman pinaagi sa pagtangtang sa mga sala nga maoy nakahugaw niini, mao man usab ang tinuod nga paghinlo sa langitnon pagatumanon pinaagi sa pagtangtang, o pagpahid, sa mga sala nga natala didto. Apan sa dili pa kini matuman, kinahanglan nga adunay pagsusi sa mga basahon sa talaan aron pagtino kon kinsa, pinaagi sa paghinulsol sa sala ug pagtoo kang Cristo, ang may katungod sa mga kaayohan sa Iyang pagpasig-uli. Busa ang paghinlo sa santuwaryo naglakip ug usa ka buluhaton sa pagsusi—usa ka buluhaton sa paghukom. Kini nga buluhaton kinahanglan pagabuhaton sa dili pa ang pag-anhi ni Cristo aron lukaton ang Iyang katawohan; kay sa diha nga Siya moanhi, ang Iyang balos anaa uban Kaniya aron ihatag sa matag tawo sumala sa iyang mga binuhatan. Pinadayag 22:12.” The Great Controversy, 421.</w:t>
      </w:r>
    </w:p>
    <w:p>
      <w:pPr>
        <w:pStyle w:val="ArticleBody"/>
        <w:jc w:val="left"/>
      </w:pPr>
      <w:r>
        <w:rPr>
          <w:rFonts w:ascii="Times New Roman" w:hAnsi="Times New Roman" w:eastAsia="Times New Roman" w:cs="Times New Roman"/>
        </w:rPr>
        <w:t>Ang buluhaton nga nagsugod niadtong Oktubre 22, 1844, nagsugod sa kinatumyan sa Tinguha sa Tunga-sa-Gabii, ug ang buluhaton pagatapuson sa kinatumyan sa Tinguha sa Tunga-sa-Gabii, nga giila ni Pedro ingon nga panahon sa pagpahid sa sala, nga nagtimaan sa panahon sa paghukom sa mga buhi, sa dihang moabot ang “mga panahon sa pagpabag-o.”</w:t>
      </w:r>
    </w:p>
    <w:p>
      <w:pPr>
        <w:pStyle w:val="ArticleScripture"/>
        <w:jc w:val="left"/>
      </w:pPr>
      <w:r>
        <w:rPr>
          <w:rFonts w:ascii="Times New Roman" w:hAnsi="Times New Roman" w:eastAsia="Times New Roman" w:cs="Times New Roman"/>
        </w:rPr>
        <w:t>“Ang buluhaton sa nagsusi nga paghukom ug sa pagpapas sa mga sala pagahimoon sa dili pa ang ikaduhang pag-anhi sa Ginoo. Sanglit ang mga patay pagahukman pinasikad sa mga butang nga nahisulat diha sa mga basahon, dili mahimo nga ang mga sala sa mga tawo mapapas hangtod human sa paghukom diin ang ilang mga kahimtang pagasusihon. Apan ang apostol nga si Pedro sa tin-aw nagpahayag nga ang mga sala sa mga magtutuo pagapason ‘sa diha nga moabot na ang mga panahon sa pagpahayahay gikan sa presensya sa Ginoo; ug Iyang ipadala si Jesu-Cristo.’ Mga Buhat 3:19, 20. Sa diha nga matapos ang nagsusi nga paghukom, moanhi si Cristo, ug ang Iyang balos anaa uban Kaniya aron ihatag sa matag tawo sumala sa iyang binuhatan.” The Great Controversy, 485.</w:t>
      </w:r>
    </w:p>
    <w:p>
      <w:pPr>
        <w:pStyle w:val="ArticleBody"/>
        <w:jc w:val="left"/>
      </w:pPr>
      <w:r>
        <w:rPr>
          <w:rFonts w:ascii="Times New Roman" w:hAnsi="Times New Roman" w:eastAsia="Times New Roman" w:cs="Times New Roman"/>
        </w:rPr>
        <w:t>Ang “mga panahon sa pagpahayahay” mao usab ang “mga panahon sa pagpahiuli sa tanang butang.”</w:t>
      </w:r>
    </w:p>
    <w:p>
      <w:pPr>
        <w:pStyle w:val="ArticleScripture"/>
        <w:jc w:val="left"/>
      </w:pPr>
      <w:r>
        <w:rPr>
          <w:rFonts w:ascii="Times New Roman" w:hAnsi="Times New Roman" w:eastAsia="Times New Roman" w:cs="Times New Roman"/>
        </w:rPr>
        <w:t>Busa paghinulsol kamo, ug managbalik kamo, aron ang inyong mga sala mapapas, sa diha nga moabot ang mga panahon sa pagpahayahay gikan sa presensya sa Ginoo; Ug iyang ipadala si Jesu-Cristo, nga sa una gikawali na kaninyo: Nga kinahanglan pagadawaton sa langit hangtod sa mga panahon sa pagpahiuli sa tanang mga butang, nga gisulti sa Dios pinaagi sa baba sa tanan niyang balaang mga manalagna sukad pa sa sinugdan sa kalibotan. Mga Buhat 3:19–21.</w:t>
      </w:r>
    </w:p>
    <w:p>
      <w:pPr>
        <w:pStyle w:val="ArticleBody"/>
        <w:jc w:val="left"/>
      </w:pPr>
      <w:r>
        <w:rPr>
          <w:rFonts w:ascii="Times New Roman" w:hAnsi="Times New Roman" w:eastAsia="Times New Roman" w:cs="Times New Roman"/>
        </w:rPr>
        <w:t>Ang “mga panahon sa pagpahayahay” moabot “gikan sa presensya sa Ginoo” nga mahitabo sa dihang ipadala na si “Jesucristo.” Sa dihang mikunsad ang manulonda sa Pinadayag diez niadtong Agosto 11, 1840, giila ni Sister White nga ang maong manulonda “dili ubos sa pagkausa kay si Jesucristo.” Ang buluhaton nga gisugdan ni Cristo niadtong Oktubre 22, 1844, gisugdan pinaagi sa kasaysayan sa 1840 ngadto sa 1844; usa ka kasaysayan nga giingon ni Sister White nga “usa ka mahimayaong pagpadayag sa gahum sa Dios,” samtang gihan-ay niya ang maong kasaysayan ngadto sa kapanahonan sa Pentecostes sa panahon ni Pedro, ug dayon gigamit kadtong duha ka mga linya sa matagnaong kasaysayan aron motudlo ngadto sa unahan sa pagkunsad sa manulonda sa Pinadayag dieciocho nga nagdan-ag sa yuta pinaagi sa Iyang himaya.</w:t>
      </w:r>
    </w:p>
    <w:p>
      <w:pPr>
        <w:pStyle w:val="ArticleScripture"/>
        <w:jc w:val="left"/>
      </w:pPr>
      <w:r>
        <w:rPr>
          <w:rFonts w:ascii="Times New Roman" w:hAnsi="Times New Roman" w:eastAsia="Times New Roman" w:cs="Times New Roman"/>
        </w:rPr>
        <w:t>“Ang manulonda nga naghiusa sa pagmantala sa mensahe sa ikatulong manulonda magadan-ag sa tibuok yuta pinaagi sa iyang himaya. Dinhi gitagna ang usa ka buluhaton nga mokaylap sa tibuok kalibotan ug adunay talagsaong gahum. Ang kalihokan sa pag-abot ni Cristo niadtong 1840–44 maoy usa ka mahimayaong pagpadayag sa gahum sa Dios; ang mensahe sa unang manulonda gidala ngadto sa matag estasyon sa misyon sa kalibotan, ug sa pipila ka mga nasod dihay labing dakong relihiyosong pagpakabana nga nasaksihan sa bisan unsang yuta sukad pa sa Repormasyon sa ikanapulog-unom nga siglo; apan kini pagalabwan sa gamhanang kalihokan ilalom sa katapusang pasidaan sa ikatulong manulonda.</w:t>
      </w:r>
    </w:p>
    <w:p>
      <w:pPr>
        <w:pStyle w:val="ArticleScripture"/>
        <w:jc w:val="left"/>
      </w:pPr>
      <w:r>
        <w:rPr>
          <w:rFonts w:ascii="Times New Roman" w:hAnsi="Times New Roman" w:eastAsia="Times New Roman" w:cs="Times New Roman"/>
        </w:rPr>
        <w:t>“Ang buluhaton mahisama sa nahitabo sa Adlaw sa Pentecostes. Maingon nga ang ‘unang ulan’ gihatag, diha sa pagbubo sa Espiritu Santo sa pagsugod sa ebanghelyo, aron moturok ang bililhong liso, mao man usab nga ang ‘ulahing ulan’ igahatag sa pagtapos niini alang sa pagkahinog sa ting-ani. ‘Unya makaila kita, kon magpadayon kita sa pag-ila kang Jehova: ang Iyang paggula natagana ingon sa kabuntagon; ug Siya moanhi kanato ingon sa ulan, ingon sa ulahing ulan ug sa unang ulan sa yuta.’ Hosea 6:3. ‘Busa pagmaya kamo, kamong mga anak sa Sion, ug paglipay kamo diha kang Jehova nga inyong Dios: kay Siya naghatag kaninyo sa unang ulan sa tukmang gidaghanon, ug Siya magapahinugot sa ulan nga manaug alang kaninyo, ang unang ulan, ug ang ulahing ulan.’ Joel 2:23. ‘Sa ulahing mga adlaw, nagaingon ang Dios, igabubo Ko ang Akong Espiritu sa tanang unod.’ ‘Ug mahitabo nga ang tanan nga motawag sa ngalan sa Ginoo maluwas.’ Acts 2:17, 21.”</w:t>
      </w:r>
    </w:p>
    <w:p>
      <w:pPr>
        <w:pStyle w:val="ArticleScripture"/>
        <w:jc w:val="left"/>
      </w:pPr>
      <w:r>
        <w:rPr>
          <w:rFonts w:ascii="Times New Roman" w:hAnsi="Times New Roman" w:eastAsia="Times New Roman" w:cs="Times New Roman"/>
        </w:rPr>
        <w:t>“Ang dakong buluhaton sa ebanghelyo dili matapos uban sa maminusong pagpadayag sa gahum sa Dios kay sa nagtimaan sa pagsugod niini. Ang mga tagna nga natuman diha sa pagbubo sa nahaunang ulan sa pagsugod sa ebanghelyo, pagatumanon pag-usab diha sa ulahing ulan sa pagtapos niini. Ania ang ‘mga panahon sa pagpabag-o’ nga gipaabot sa apostol Pedro sa dihang siya miingon: ‘Busa paghinulsol kamo, ug magpakabig, aron mapapas ang inyong mga sala, sa diha nga moabot ang mga panahon sa pagpabag-o gikan sa presensya sa Ginoo; ug Iyang ipadala si Jesus.’ Mga Buhat 3:19, 20.” The Great Controversy, 611.</w:t>
      </w:r>
    </w:p>
    <w:p>
      <w:pPr>
        <w:pStyle w:val="ArticleBody"/>
        <w:jc w:val="left"/>
      </w:pPr>
      <w:r>
        <w:rPr>
          <w:rFonts w:ascii="Times New Roman" w:hAnsi="Times New Roman" w:eastAsia="Times New Roman" w:cs="Times New Roman"/>
        </w:rPr>
        <w:t>Ang kalihokan Adventista gikan sa 1840 ngadto sa 1844 maoy mahimayaong pagpadayag sa gahum sa Dios nga maoy nagpasugod sa pag-abli sa buluhaton ni Cristo sa paghinlo sa Iyang santuwaryo. Kana nga kasaysayan nagsugod sa dihang si Jesus, nga gihulagway ingon nga unang manulunda sa Pinadayag 14, mikunsad niadtong Agosto 11, 1840 sumala sa girepresentahan diha sa kapitulo 10 sa Pinadayag. Ang pagpadayag sa gahum sa Dios nga misugod niadto mikusog ngadto sa pag-abli sa hukom nga mapangusisaon, ug busa nahimong hulagway sa usa ka pagpadayag sa gahum sa Dios nga mokusog ngadto sa pagtapos sa hukom nga mapangusisaon. Ang yugto sa katapusan nagsugod sa 9/11, sa dihang si Jesus miusab sa pagkunsad ingon nga manulunda sa Pinadayag 18 sa dihang ang dagkong mga bilding sa New York gipukan pinaagi sa paghikap sa Dios, ug ang buluhaton sa hukom nga mapangusisaon nabalhin gikan sa mga patay ngadto sa mga buhi. Ang mga ulan moabot sa dihang si Jesus ipadala.</w:t>
      </w:r>
    </w:p>
    <w:p>
      <w:pPr>
        <w:pStyle w:val="ArticleBody"/>
        <w:jc w:val="left"/>
      </w:pPr>
      <w:r>
        <w:rPr>
          <w:rFonts w:ascii="Times New Roman" w:hAnsi="Times New Roman" w:eastAsia="Times New Roman" w:cs="Times New Roman"/>
        </w:rPr>
        <w:t>Si Jesus nagtudlo nga kita kinahanglan mangayo aron makadawat, ug si Zacarias nagaingon nga kita kinahanglan mangayo alang sa ulahing ulan, sa panahon sa ulahing ulan. Busa, dayag nga kinahanglan mong mahibaloan nga anaa ka sa panahon sa ulahing ulan, aron matuman ang sugo ni Zacarias.</w:t>
      </w:r>
    </w:p>
    <w:p>
      <w:pPr>
        <w:pStyle w:val="ArticleScripture"/>
        <w:jc w:val="left"/>
      </w:pPr>
      <w:r>
        <w:rPr>
          <w:rFonts w:ascii="Times New Roman" w:hAnsi="Times New Roman" w:eastAsia="Times New Roman" w:cs="Times New Roman"/>
        </w:rPr>
        <w:t>Pangayo kamo sa Ginoo ug ulan sa panahon sa ulahing ulan; sa ingon ang Ginoo maghimo ug masanag nga mga panganod, ug mohatag kanila ug mga ulan nga taligsik, sa tagsatagsa ka usa ug balili sa kapatagan. Zacarias 10:1.</w:t>
      </w:r>
    </w:p>
    <w:p>
      <w:pPr>
        <w:pStyle w:val="ArticleBody"/>
        <w:jc w:val="left"/>
      </w:pPr>
      <w:r>
        <w:rPr>
          <w:rFonts w:ascii="Times New Roman" w:hAnsi="Times New Roman" w:eastAsia="Times New Roman" w:cs="Times New Roman"/>
        </w:rPr>
        <w:t>Niadtong 9/11 si Jesus mikunsad ingon nga manulonda sa Pinadayag dieciocho ug ang ulahing ulan misugod sa pagwisik, apan kini motulo lamang ibabaw niadtong nagtuman sa sugo ni Zacarias nga “mangayo sa ulahing ulan,” sa dihang anaa kanimo ang tinuod nga pagsabot nga ang “mga panahon sa pagpahayahay” ug ang pagpahiuli sa tanang butang miabot na. Ang kalag kinahanglan “makaila” nga ang profetikanhong yugto sa ulahing ulan miabot na.</w:t>
      </w:r>
    </w:p>
    <w:p>
      <w:pPr>
        <w:pStyle w:val="ArticleScripture"/>
        <w:jc w:val="left"/>
      </w:pPr>
      <w:r>
        <w:rPr>
          <w:rFonts w:ascii="Times New Roman" w:hAnsi="Times New Roman" w:eastAsia="Times New Roman" w:cs="Times New Roman"/>
        </w:rPr>
        <w:t>“Dili kita angay nga maghulat alang sa ulahing ulan. Kini moabut ibabaw sa tanan nga moila ug modawat sa yamog ug sa mga ulan sa grasya nga nangahulog ibabaw kanato. Sa diha nga tigumon nato ang mga tipik sa kahayag, sa diha nga atong pabilhon ang malig-on nga mga kalooy sa Dios, nga nahigugma nga kita mosalig Kaniya, nan ang matag saad matuman. [Isaiah 61:11 quoted.] Ang tibuok yuta pagapun-on sa himaya sa Dios.” The Seventh-day Adventist Bible Commentary, volume 7, 984.</w:t>
      </w:r>
    </w:p>
    <w:p>
      <w:pPr>
        <w:pStyle w:val="ArticleBody"/>
        <w:jc w:val="left"/>
      </w:pPr>
      <w:r>
        <w:rPr>
          <w:rFonts w:ascii="Times New Roman" w:hAnsi="Times New Roman" w:eastAsia="Times New Roman" w:cs="Times New Roman"/>
        </w:rPr>
        <w:t>Sa 9/11 nagsugod ang mga panahon sa pagpabag-o, ug nagsugod ang pagpala sa mga sala sa mga buhi. Kining paghukom nahiuyon sa labing unang prinsipyo sa tulo-ka-bahin nga pakigsaad ni Abraham. Kana nga unang prinsipyo mao nga sa dihang gipagula sa Ginoo ang Israel gikan sa pagkaulipon sa Ehipto, pagahukman Niya ang Iyang katawhan sa pakigsaad ug ang nasod diin sila nagpuyo ingon nga mga dumuloong ug mga langyaw. Ang unang katawhan sa pakigsaad maoy hulagway sa ulahing katawhan sa pakigsaad nga mao ang usa ka gatus ug kap-atan ug upat ka libo. Kadtong mga katawhang manalagna pagahukman ingon nga Protestante nga sungay sa mananap sa yuta, samtang ang Republikano nga sungay sa mananap sa yuta pagahukman usab sa samang higayon.</w:t>
      </w:r>
    </w:p>
    <w:p>
      <w:pPr>
        <w:pStyle w:val="ArticleBody"/>
        <w:jc w:val="left"/>
      </w:pPr>
      <w:r>
        <w:rPr>
          <w:rFonts w:ascii="Times New Roman" w:hAnsi="Times New Roman" w:eastAsia="Times New Roman" w:cs="Times New Roman"/>
        </w:rPr>
        <w:t>Ang paghukom sa Republikano nga sungay moabot sa kataposan sa iyang kasaysayan, nga mao ang balaod sa Domingo. Ang balaod sa Domingo gilarawan sa katumanan sa bersikulo sais nga nagpakita sa pagkuha sa Roma sa pagdumala sa Juda sa 63 BC—sa Adlaw sa Pagtabon-sa-Sala sumala sa pipila ka mga historyador.</w:t>
      </w:r>
    </w:p>
    <w:p>
      <w:pPr>
        <w:pStyle w:val="ArticleBody"/>
        <w:jc w:val="left"/>
      </w:pPr>
      <w:r>
        <w:rPr>
          <w:rFonts w:ascii="Times New Roman" w:hAnsi="Times New Roman" w:eastAsia="Times New Roman" w:cs="Times New Roman"/>
        </w:rPr>
        <w:t>Si Antiochus Magnus nagrepresentar sa Tinipong Bansa sa Amerika diha sa bersikulo napulo hangtod kinse. Si Ronald Reagan midaog sa gubat sa bersikulo napulo, nga naghulagway sa pagkahugno sa Unyong Sobyet sa bersikulo kwarenta. Ang Isaias 8:8 nag-ila sa mao rang gubat nga girepresentahan diha sa bersikulo napulo ug kwarenta sa Daniel onse, ug kining tulo ka managsama nga mga bersikulo nagtugot nga maila ang Rusya ingon nga mananaog sa gubat sa Raphia sa bersikulo onse.</w:t>
      </w:r>
    </w:p>
    <w:p>
      <w:pPr>
        <w:pStyle w:val="ArticleBody"/>
        <w:jc w:val="left"/>
      </w:pPr>
      <w:r>
        <w:rPr>
          <w:rFonts w:ascii="Times New Roman" w:hAnsi="Times New Roman" w:eastAsia="Times New Roman" w:cs="Times New Roman"/>
        </w:rPr>
        <w:t>Ang gubat sa Raphia diha sa bersikulo onse nag-una sa paghulagway sa gubat sa Ukraine tali sa hari sa habagatan (Russia) ug sa gahom nga puli sa kapapahan (ang Ukraine). Ang gubat gisugdan sa Administrasyong Obama sa panahon sa unang papa gikan sa habagatang bahin sa kalibotan, nga mao usab ang unang papa gikan sa mga America, bisan pa man ug gikan siya sa South America. Ang “Habagatan” usa ka simbolo sa globalismo, espiritismo, ug komunismo, ug ang unang habagatang papa gikan sa mga America nakighiusa sa globalistang presidente nga si Obama sa dihang miabot ang gubat sa bersikulo onse. Si Reagan ingon nga Estados Unidos diha sa bersikulo dyes misulod ngadto sa usa ka tagong pakig-alyansa uban sa usa ka konserbatibong papa; unya ang mga Nazi sa Ukraine gigamit sa usa ka globalistang presidente sulod sa panahon sa usa ka globalistang papa. Ang Estados Unidos ubos kang Trump, karon anaa na sa usa ka dayag nga relasyon uban sa unang North American, ug gitawag nga konserbatibong papa.</w:t>
      </w:r>
    </w:p>
    <w:p>
      <w:pPr>
        <w:pStyle w:val="ArticleBody"/>
        <w:jc w:val="left"/>
      </w:pPr>
      <w:r>
        <w:rPr>
          <w:rFonts w:ascii="Times New Roman" w:hAnsi="Times New Roman" w:eastAsia="Times New Roman" w:cs="Times New Roman"/>
        </w:rPr>
        <w:t>Si Reagan adunay tinagong pakig-alyansa sa anticristo sa tagna sa Biblia diha sa gubat sa bersikulo napulo, ug si Obama maoy nagsugod sa gubat sa bersikulo onse, sa usa ka yugto nga ang papa usab usa ka globalista, sama kang Obama. Si Trump karon anaa sa dayag nga pakig-uban sa usa ka kaparis nga papa kang Reagan, gawas sa kamatuoran nga ang sinugdanang tinagong pakig-alyansa, karon nahimo nang dayag nga alyansa. Ang tulo ka mga papa, ug ang tulo ka mga presidente, nagtugma sa tulo ka mga gubat sa mga bersikulo napulo, onse, ug kinse.</w:t>
      </w:r>
    </w:p>
    <w:p>
      <w:pPr>
        <w:pStyle w:val="ArticleScripture"/>
        <w:jc w:val="left"/>
      </w:pPr>
      <w:r>
        <w:rPr>
          <w:rFonts w:ascii="Times New Roman" w:hAnsi="Times New Roman" w:eastAsia="Times New Roman" w:cs="Times New Roman"/>
        </w:rPr>
        <w:t>“Katingalahan sa iyang pagkamaalamon ug pagkamalimbungon ang Simbahang Romano. Siya makahimo sa pagbasa sa umalabot. Siya mapailubon sa paghulat sa hustong panahon, sa nakita niya nga ang mga simbahang Protestante naghatag kaniya ug pagtahod pinaagi sa ilang pagdawat sa bakak nga igpapahulay nga adlaw ug nga sila nangandam sa pagpatuman niini pinaagi sa mismong mga paagi nga gigamit usab niya sa nangaging mga adlaw. Kadtong mosalikway sa kahayag sa kamatuoran mangita ra gihapon sa tabang niining gahum nga nag-angkon sa iyang kaugalingon nga dili masayop, aron ipasidungog ang usa ka tulumanon nga gikan kaniya. Dili lisod panag-anon kon unsa ka andam siya sa pagtabang sa mga Protestante niining buluhatona. Kinsa bay mas nakasabut kay sa mga pangulong papal kon giunsa pagpakig-atubang sa mga masinupakon ngadto sa simbahan?”</w:t>
      </w:r>
    </w:p>
    <w:p>
      <w:pPr>
        <w:pStyle w:val="ArticleScripture"/>
        <w:jc w:val="left"/>
      </w:pPr>
      <w:r>
        <w:rPr>
          <w:rFonts w:ascii="Times New Roman" w:hAnsi="Times New Roman" w:eastAsia="Times New Roman" w:cs="Times New Roman"/>
        </w:rPr>
        <w:t>“Ang Simbahang Romano Katoliko, uban sa tanan niyang mga sanga sa tibuok kalibotan, naglangkob ug usa ka halapad nga organisasyon nga anaa ilalom sa pagkontrolar sa lingkoranan sa papa ug gituyo aron mag-alagad sa mga interes niini. Ang iyang minilyon ka mga sakop, sa matag nasod sa ibabaw sa yuta, ginatudloan sa pag-isip sa ilang kaugalingon nga gigapos sa pagkamaunongon ngadto sa papa. Bisan unsa pa ang ilang nasyonalidad o ang ilang kagamhanan, kinahanglan nilang ilhon ang awtoridad sa simbahan nga labaw sa tanang uban pa. Bisan pa man kon sila manumpa sa panumpa nga nagasaad sa ilang pagkamaunongon ngadto sa estado, apan luyo niini anaa ang panaad sa pagtuman ngadto sa Roma, nga nagpagawas kanila gikan sa matag saad nga supak sa iyang mga interes.”</w:t>
      </w:r>
    </w:p>
    <w:p>
      <w:pPr>
        <w:pStyle w:val="ArticleScripture"/>
        <w:jc w:val="left"/>
      </w:pPr>
      <w:r>
        <w:rPr>
          <w:rFonts w:ascii="Times New Roman" w:hAnsi="Times New Roman" w:eastAsia="Times New Roman" w:cs="Times New Roman"/>
        </w:rPr>
        <w:t>“Ang kasaysayan nagapamatuod sa iyang malalangon ug mapadayonong mga paningkamot sa pagpasulod sa iyang kaugalingon ngadto sa mga kalihokan sa mga nasod; ug sa nakab-ot na niya ang usa ka lig-ong dapit, sa pagpadayon sa iyang kaugalingong mga tumong, bisan pa sa kapukan sa mga prinsipe ug sa katawhan. Sa tuig 1204, gikuha ni Papa Innocent III gikan kang Pedro II, hari sa Arragon, ang mosunod nga talagsaong panumpa: ‘Ako, si Pedro, hari sa mga Arragonianhon, nagapahayag ug nagsaad nga magapabilin sa kanunay nga matinumanon ug masinugtanon sa akong ginoo, si Papa Innocent, sa iyang mga Katolikong manununod, ug sa Simbahang Romano, ug sa matinumanong pagtipig sa akong gingharian diha sa iyang pagkamasinugtanon, sa pagpanalipod sa Katolikong pagtoo, ug sa paglutos sa heretikong kadautan.’—John Dowling, The History of Romanism, b. 5, ch. 6, sec. 55. Kini nagakauyon sa mga pag-angkon mahitungod sa gahum sa Romanong pontipise ‘nga kini uyon sa balaod alang kaniya ang pagpahawa sa mga emperador’ ug ‘nga siya makahimo sa pagpagawas sa mga sakop gikan sa ilang pagkamatinumanon ngadto sa dili matarong nga mga magmamando.’—Mosheim, b. 3, cent. 11, pt. 2, ch. 2, sec. 9, note 17.”</w:t>
      </w:r>
    </w:p>
    <w:p>
      <w:pPr>
        <w:pStyle w:val="ArticleScripture"/>
        <w:jc w:val="left"/>
      </w:pPr>
      <w:r>
        <w:rPr>
          <w:rFonts w:ascii="Times New Roman" w:hAnsi="Times New Roman" w:eastAsia="Times New Roman" w:cs="Times New Roman"/>
        </w:rPr>
        <w:t>“Ug ipahinumdom nga kini mahinumduman: ang ipinagarbo sa Roma mao nga siya dili gayud mausab. Ang mga prinsipyo ni Gregory VII ug Innocent III mao gihapon ang mga prinsipyo sa Simbahang Romano Katoliko. Ug kon aduna lamang siya sa gahum, iyang ipatuman kini karon uban sa sama ka mabaskog nga kusog sama sa nangaging mga siglo. Ang mga Protestante diyutay ra kaayo ang nasayran sa ilang ginabuhat sa dihang ilang gisugyot nga dawaton ang tabang sa Roma sa buluhaton sa pagpataas sa Domingo. Samtang sila nagapursigi sa paghingpit sa ilang tuyo, ang Roma nagatinguha sa pagtukod pag-usab sa iyang kagamhanan, sa pagbawi sa iyang nawala nga pagkalabaw. Kon ang maong prinsipyo mapahimutang lamang sa makausa sa Estados Unidos nga ang simbahan mahimong mogamit o mokontrol sa gahum sa estado; nga ang relihiyosong mga pagsaulog mahimong ipatuman pinaagi sa sekular nga mga balaod; sa mubo, nga ang awtoridad sa simbahan ug estado mao ang maghari sa tanlag, nan ang kadaugan sa Roma niining nasora masiguro.”</w:t>
      </w:r>
    </w:p>
    <w:p>
      <w:pPr>
        <w:pStyle w:val="ArticleScripture"/>
        <w:jc w:val="left"/>
      </w:pPr>
      <w:r>
        <w:rPr>
          <w:rFonts w:ascii="Times New Roman" w:hAnsi="Times New Roman" w:eastAsia="Times New Roman" w:cs="Times New Roman"/>
        </w:rPr>
        <w:t>“Ang pulong sa Dios naghatag ug pasidaan mahitungod sa nagakahidangat nga katalagman; kon kini pasagdan lamang, ang kalibutang Protestante makakat-on unsa gayud ang mga katuyoan sa Roma, sa diha na lamang nga ulahi na kaayo ang pag-ikyas gikan sa lit-ag. Siya sa hilom nagatubo ngadto sa gahum. Ang iyang mga doktrina nagapadapat sa ilang impluwensiya sa mga hawanan sa lehislatura, sa mga iglesia, ug sa mga kasingkasing sa mga tawo. Nagapundok siya sa iyang hataas ug dagkung mga estruktura, diha sa tinagong mga dapit niini pag-usabon ang iyang nangaging mga paglutos. Sa tago ug sa dili pagdudahan, siya nagapalig-on sa iyang mga pwersa aron mapadayon ang iyang kaugalingong mga tumong sa panahon nga moabot ang takna sa iyang pag-atake. Ang tanan nga iyang gitinguha mao ang mapahimuslang baruganan, ug kini gihatag na kaniya. Sa dili madugay makita ug mabati nato unsa ang katuyoan sa Romanhong elemento. Bisan kinsa nga motuo ug motuman sa pulong sa Dios tungod niini makaangkon ug kaulawan ug paglutos.” The Great Controversy, 580, 581.</w:t>
      </w:r>
    </w:p>
    <w:p>
      <w:pPr>
        <w:pStyle w:val="ArticleBody"/>
        <w:jc w:val="left"/>
      </w:pPr>
      <w:r>
        <w:rPr>
          <w:rFonts w:ascii="Times New Roman" w:hAnsi="Times New Roman" w:eastAsia="Times New Roman" w:cs="Times New Roman"/>
        </w:rPr>
        <w:t>Niadtong 2016 napili si Trump, unya ang mga globalista nga girepresentahan ni Biden nangawat sa eleksiyon sa 2020, apan kana giila lamang niadtong adunay 20/20 nga panan-aw. Sa bersikulo trese si Donald Trump “mobalik” sa 2024, uban ang labi pang dakong gahum kaysa kaniadto, ug magsugod sa iyang pag-andam alang sa bulawanong kapanahonan ingon man sa gubat sa Panium sa bersikulo kinse. Unya miabot si Leo nga papa aron sa pagpatukod sa panan-aw sa 2025, ang ikatulong papa nga nalangkit sa tulo ka gubat sa mga bersikulo napulo hangtod kinse, ug usab sa tulo ka mga presidente niadtong mga gubata. Ang una ug ikatulong mga papa ug mga presidente giisip nga konserbatibo, ug ang tunga nga papa ug presidente mga globalista. Ang unang alyansa tinago, ang ulahi dayag, kay kini girepresentahan diha sa bersikulo katorse ingon nga simbolo nga nagpatukod sa gawasnon nga panan-aw sa mga propesiya sa ulahing mga adlaw.</w:t>
      </w:r>
    </w:p>
    <w:p>
      <w:pPr>
        <w:pStyle w:val="ArticleBody"/>
        <w:jc w:val="left"/>
      </w:pPr>
      <w:r>
        <w:rPr>
          <w:rFonts w:ascii="Times New Roman" w:hAnsi="Times New Roman" w:eastAsia="Times New Roman" w:cs="Times New Roman"/>
        </w:rPr>
        <w:t>Sa Disyembre 31, 2023 ang buluhaton sa nahaunang manulonda, ingon nga gipaila pinaagi sa buluhaton sa nahaunang sugo, nagsugod sa pagpahimutang sa patukoranan. Ang sukaranang pagsulay mahitungod kon si William Miller ba husto o sayop sa iyang pag-ila nga ang Roma mao ang nagapahimutang sa panan-awon diha sa bersikulo katorse. Ang pag-ila ni Miller sa Roma ingon nga simbolo nga nagapahimutang sa matagnaong panan-awon sa ulahing mga adlaw, sa pipila ka mga bahin, mao ang labing mahinungdanon sa tanang sukaranang kamatuoran ni Miller. Kon giunsa ni Miller pagkab-ot ang pipila ka mga pagsabot mahimo lamang makuha pinaagi sa paggamit sa gibalaan nga lohika ngadto sa iyang panahon ug mga kahimtang, apan sa pipila sa iyang matagnaong mga kaplag adunay tin-aw kaayo nga pagpamatuod kon ngano nga siya miabot sa iyang mga pagsabot. Ang labing sukaranan sa iyang mga pagsabot mao ang iyang pag-ila nga ang Roma mao ang nagapahimutang sa panan-awon.</w:t>
      </w:r>
    </w:p>
    <w:p>
      <w:pPr>
        <w:pStyle w:val="ArticleBody"/>
        <w:jc w:val="left"/>
      </w:pPr>
      <w:r>
        <w:rPr>
          <w:rFonts w:ascii="Times New Roman" w:hAnsi="Times New Roman" w:eastAsia="Times New Roman" w:cs="Times New Roman"/>
        </w:rPr>
        <w:t>Si Miller direkta nga nagpamatuod kon giunsa niya pagpangita aron masabtan kon unsa kadto ang “gikuha” diha sa basahon ni Daniel. Dili lamang niya giila kon diin niya nakaplagan ang iyang tubag, kondili nagsulti usab siya sa iyang kahinam sa dihang iyang nadiskobrehan ang mutya nga dugay na niyang gipangita. Si Apollos Hale nagtala ug usa ka komentaryo ibabaw sa kaugalingong mga sinulat ni Miller, ug sa mosunod nga teksto si Hale nag-ila kon giunsa ni Miller pagkahimong usa ka estudyante sa tagna. Si Miller, ingon nga mensahero sa kahayag nga giablihan sa 1798, usa ka balaan nga ehemplo niadtong gitawag ni Daniel nga mga “maalamon” nga “makasabut” sa dihang ang basahon “maablihan.” Ang pagpamatuod ni Miller kon giunsa siya pagdala ngadto sa pagtuon sa Biblia usa ka tinuyo nga ehemplo pinaagi sa Usa nga nagakontrolar sa tanang butang. Hatagi ug pagtagad ang pag-uswag ni Miller, kay siya mao ang ehemplo sa mga maalamon nga makasabut sa pagdugang sa kahibalo, bisan pa kon sila, sama kang Miller, mogula gikan sa kangitngit sa kasaypanan.</w:t>
      </w:r>
    </w:p>
    <w:p>
      <w:pPr>
        <w:pStyle w:val="ArticleScripture"/>
        <w:jc w:val="left"/>
      </w:pPr>
      <w:r>
        <w:rPr>
          <w:rFonts w:ascii="Times New Roman" w:hAnsi="Times New Roman" w:eastAsia="Times New Roman" w:cs="Times New Roman"/>
        </w:rPr>
        <w:t>“‘Sa bulan sa Mayo, 1816, ako gidala ilalom sa pagdani sa sala, ug O, unsa nga kalisang ang mipuno sa akong kalag! Nakalimot ako sa pagkaon. Ang kalangitan mipakita nga daw tumbaga, ug ang yuta daw puthaw. Sa ingon niini ako nagpadayon hangtod sa Oktubre, sa dihang giablihan sa Dios ang akong mga mata; ug O, akong kalag, unsa nga Manluluwas si Jesus nga akong nadiskobrehan! Ang akong mga sala nangahulog sama sa usa ka palas-anon gikan sa akong kalag; ug unya unsa ka matin-aw ang Biblia alang kanako! Ang tanan niini naghisgot mahitungod kang Jesus; atua siya sa matag panid ug matag linya. O, kadto usa ka malipayong adlaw! Gusto ko nang moadto dayon sa puloy-anan sa langit; si Jesus mao ang tanan alang kanako, ug naghunahuna ako nga mapakita ko usab siya sa tanan nga mga tawo sumala sa akong pagkakita kaniya, apan nasayop ako.</w:t>
      </w:r>
    </w:p>
    <w:p>
      <w:pPr>
        <w:pStyle w:val="ArticleScripture"/>
        <w:jc w:val="left"/>
      </w:pPr>
      <w:r>
        <w:rPr>
          <w:rFonts w:ascii="Times New Roman" w:hAnsi="Times New Roman" w:eastAsia="Times New Roman" w:cs="Times New Roman"/>
        </w:rPr>
        <w:t>“‘Sa sulod sa napulog-duha ka tuig nga ako usa ka deista, gibasa ko ang tanang kasaysayan nga akong makita; apan karon nahigugma na ako sa Biblia. Kini nagtudlo mahitungod kang Jesus! Apan bisan pa niana, dako pa kaayo nga bahin sa Biblia ang mangitngit alang kanako. Niadtong 1818 o 19, samtang nakig-estorya ako sa usa ka higala, nga akong gibisita, ug kinsa nakaila ug nakadungog kanako sa akong pagsulti sa dihang ako deista pa, nangutana siya, sa usa ka paagi nga may dakong pagpasabot, “Unsa man ang imong hunahuna mahitungod niining teksto, ug nianang usa?” nga nagtumong sa mga karaang teksto nga akong gisupak sa dihang ako deista pa. Nasabtan ko ang iyang tuyo, ug mitubag ako—Kon hatagan mo ako ug panahon, isulti ko kanimo ang ilang kahulogan. “Pila ka panahon ang imong gikinahanglan?” Wala ako mahibalo, apan isulti ko kanimo, mitubag ako, kay dili ako makatuo nga ang Dios mihatag ug usa ka pagpadayag nga dili masabtan. Unya nakahukom ako sa pagtuon sa akong Biblia, nga nagatoo nga mahibaloan ko kon unsay gipasabot sa Balaang Espiritu. Apan sa diha-diha nga nakaporma ako niining maong paningkamot, miabot kanako ang hunahuna—“Pananglit makakaplag ka ug usa ka pahayag nga dili nimo masabtan, unsa man ang imong buhaton?”’</w:t>
      </w:r>
    </w:p>
    <w:p>
      <w:pPr>
        <w:pStyle w:val="ArticleScripture"/>
        <w:jc w:val="left"/>
      </w:pPr>
      <w:r>
        <w:rPr>
          <w:rFonts w:ascii="Times New Roman" w:hAnsi="Times New Roman" w:eastAsia="Times New Roman" w:cs="Times New Roman"/>
        </w:rPr>
        <w:t>“Unya kining paagiha sa pagtuon sa Biblia miabut sa akong hunahuna:—Pagakuhaon ko ang mga pulong sa maong mga teksto, ug subayon ko kini sa tibuok Biblia, ug niining paagiha mahibaloan ko ang ilang kahulogan. Aduna koy Cruden’s Concordance, [gipalit niadtong 1798] nga sa akong pagtuo mao ang labing maayo sa kalibotan; busa gikuha ko kana ug ang akong Biblia, ug milingkod ako sa akong lamesa, ug wala nay lain nga gibasa, gawas sa gamayng mga mantalaan, kay determinado gayud ako nga masayran ang kahulogan sa akong Biblia. Nagsugod ako sa Genesis, ug mipadayon sa pagbasa nga hinayhinay; ug sa dihang nahiabut ako sa usa ka teksto nga dili ko masabtan, gisusi ko ang tibuok Biblia aron mahibaloan ko ang kahulogan niini. Sa dihang nahuman ko ang tibuok Biblia niining paagiha, Oh, pagkanahayag ug pagkamahimayaon sa kamatuoran! Akong nakita ang akong giwali kaninyo. Nakombinsir ako nga ang pito ka panahon matapos sa 1843. Unya nahiabut ako sa 2300 ka mga adlaw; gidala usab nila ako ngadto sa mao rang konklusyon; apan wala gayud sa akong hunahuna ang pagpangita kon kanus-a moanhi ang Manluluwas, ug dili ko kini matuohan; apan ang kahayag miigo kanako sa hilabihan ka makusog nga wala ako mahibalo kon unsay akong buhaton. Karon, naghunahuna ako, kinahanglan ako magbutang ug mga tarhog ug sinturon sa pangabayo; dili ako moabante labaw pa sa Biblia, ug dili usab ako magpabilin sa luyo niini. Bisan unsa ang ginatudlo sa Biblia, mupadayon ako sa paggunit niana. Apan sa gihapon aduna pay pipila ka mga teksto nga dili ko masabtan.”</w:t>
      </w:r>
    </w:p>
    <w:p>
      <w:pPr>
        <w:pStyle w:val="ArticleScripture"/>
        <w:jc w:val="left"/>
      </w:pPr>
      <w:r>
        <w:rPr>
          <w:rFonts w:ascii="Times New Roman" w:hAnsi="Times New Roman" w:eastAsia="Times New Roman" w:cs="Times New Roman"/>
        </w:rPr>
        <w:t>“Mao kana ang iyang kinatibuk-ang paagi sa pagtuon sa Biblia. Sa laing higayon iyang gipahayag ang iyang paagi sa paghusay sa kahulogan sa teksto nga ania sa atong atubangan—ang kahulogan sa ‘ang adlaw-adlaw.’ ‘Mipadayon ako sa pagbasa,’ miingon siya, ‘ug wala ako makakaplag ug laing kahimtang diin kini makita gawas lamang sa Daniel. Unya gikuha ko kadtong mga pulong nga nagbarog nga may kalabutan niini, “pagakuhaon.” “Iyang pagakuhaon ang adlaw-adlaw,” “gikan sa panahon nga ang adlaw-adlaw pagakuhaon,” ug uban pa. Mipadayon ako sa pagbasa, ug naghunahuna ako nga wala akoy makaplagang kahayag sa teksto; sa katapusan miabot ako sa 2 Thessalonians 2:7, 8. “Kay ang tinago sa kasal-anan nagabuhat na daan, apan ang nagapugong karon magapadayon sa pagpugong hangtod nga siya pagakuhaon gikan sa dalan, ug unya igapadayag na kadtong dautan,” ug uban pa. Ug sa pag-abot ko nianang tekstoha, O, pagkahayag ug pagkahimayaon gayud sa kamatuoran! Anaa kini! mao kana “ang adlaw-adlaw!” Bueno, karon, unsa man ang gipasabot ni Pablo sa “ang nagapugong karon,” o nagababag? Pinaagi sa “ang tawo sa sala,” ug “ang dautan,” gipasabot ang Pagkapapa. Bueno, unsa man ang nagababag sa Pagkapapa aron dili mapadayag? Ngano, mao kini ang Paganismo; busa, “ang adlaw-adlaw” kinahanglan magpasabot ug Paganismo.’” Apollos Hale, The Second Advent Manual, 66.</w:t>
      </w:r>
    </w:p>
    <w:p>
      <w:pPr>
        <w:pStyle w:val="ArticleBody"/>
        <w:jc w:val="left"/>
      </w:pPr>
      <w:r>
        <w:rPr>
          <w:rFonts w:ascii="Times New Roman" w:hAnsi="Times New Roman" w:eastAsia="Times New Roman" w:cs="Times New Roman"/>
        </w:rPr>
        <w:t>Ang mapagmalandong giya sa pagtuon ni Miller pinaagi sa tawhanon ug sa Balaan makita diha sa talaan. Ang iyang daang higala maoy miduso kaniya, ug ang mga hunahuna nga miabut kaniya mao ang tingog sa manulonda nga si Gabriel, nga giila ni Sister White “linya ibabaw sa linya” ingon nga manulonda nga sa makadaghan mibisita kang Miller. Iyang giila ang pito ka mga panahon ingon nga iyang nahaunang pagkadiskobre, ug unya iyang giila ang 2,300 ingon nga ikaduhang saksi sa pito ka mga panahon, kay silang duha natapos sa 1843, (sumala sa iyang unang pagtoo). Kining duha ka mga tagna mao ang iyang mga nadiskobrehang alpha ug omega, ug sulod sa mahimatikodong relasyon sa tagna ngadto kang Miller ilang gipaila ang sayop nga pagatadlungon ni Samuel Snow pinaagi sa mensahe sa Tunga-tungang Pagtu-aw nga maoy nagsugod sa “ikalimang-bulan nga kalihukan.” Ang kalihukan sa Tunga-tungang Pagtu-aw mao ang “ikalimang-bulan nga kalihukan” sa dihang kini migikan sa camp meeting sa Exeter, kay kini nag-ila sa pag-anhi sa Ginoo sa ikanapulo nga adlaw sa ikapitong bulan, nga sa 1844 nahulog sa Oktubre 22.</w:t>
      </w:r>
    </w:p>
    <w:p>
      <w:pPr>
        <w:pStyle w:val="ArticleBody"/>
        <w:jc w:val="left"/>
      </w:pPr>
      <w:r>
        <w:rPr>
          <w:rFonts w:ascii="Times New Roman" w:hAnsi="Times New Roman" w:eastAsia="Times New Roman" w:cs="Times New Roman"/>
        </w:rPr>
        <w:t>Ang sayop nga nagpatungha sa pagpalig-on sa ikaduhang manulonda gisimbolo pinaagi sa unang pagsabot ni Miller nga ang pito ka panahon ug ang 2,300 ka tuig magtapos nga dungan sa 1843. Sa maong pahayag, ang sunod nga doktrina nga gihisgutan mao kon giunsa ni Miller pag-ila sa Roma ingon nga simbolo nga nagapahimutang sa panan-awon. Ang mga magtutudlo sa kasaysayan sa Adventista nagaila nga ang tanang mga propetikong pagsabot ni William Miller gibase sa iyang pag-ila sa duha ka naglaglag nga mga gahum. Gisabtan niya nga kadtong duha ka naglaglag nga mga gahum mao ang pagano ug papal nga Roma, ug iyang nakita kadtong duha ka mga gahum diha sa 2 Thessalonians sa dihang nasabtan niya nga ang “adlaw-adlaw” sa basahon ni Daniel mao ang pagano nga Roma. Ang matag propetikong modelo nga gipahimutang ni Miller, nga sumala sa gipahibalo kanato ni Sister White kanunay nga gibisitahan sa mga manulonda, gibase sa iyang pagsabot nga ang Roma nagapahimutang sa panan-awon. Ang matag usa!</w:t>
      </w:r>
    </w:p>
    <w:p>
      <w:pPr>
        <w:pStyle w:val="ArticleBody"/>
        <w:jc w:val="left"/>
      </w:pPr>
      <w:r>
        <w:rPr>
          <w:rFonts w:ascii="Times New Roman" w:hAnsi="Times New Roman" w:eastAsia="Times New Roman" w:cs="Times New Roman"/>
        </w:rPr>
        <w:t>Sukad niadtong Disyembre 31, 2023, ang Leon sa banay ni Juda maoy nag-abli sa mga selyo sa Pinadayag ni Jesucristo. Sukad niadtong tungora, ang patukorananong pagsulay nagsugod na, ug kini miabot sa iyang kataposan sa dihang ang unang papa gikan sa Tinipong Bansa nagsugod sa iyang paghari niadtong Mayo 8, 2025. Niadtong tungora, nagsugod ang pagsulay sa templo.</w:t>
      </w:r>
    </w:p>
    <w:p>
      <w:pPr>
        <w:pStyle w:val="ArticleBody"/>
        <w:jc w:val="left"/>
      </w:pPr>
      <w:r>
        <w:rPr>
          <w:rFonts w:ascii="Times New Roman" w:hAnsi="Times New Roman" w:eastAsia="Times New Roman" w:cs="Times New Roman"/>
        </w:rPr>
        <w:t>Padayonon nato kining mga butanga sa sunod nga artikulo ug gamiton ang “250” ka tuig isip usa ka saksi aron pamatud-an ang atong pag-ila nga ang sukaranang pagsulay natapos uban sa kasamtangang papa.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Katorse</dc:title>
  <dc:subject>Ang Kasagmuyo ingon nga Yawe sa Pagsulay sa Templo</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