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Numero Kinse</w:t>
      </w:r>
    </w:p>
    <w:p>
      <w:pPr>
        <w:pStyle w:val="ArticleSubtitle"/>
        <w:jc w:val="left"/>
      </w:pPr>
      <w:r>
        <w:rPr>
          <w:rFonts w:ascii="Arial" w:hAnsi="Arial" w:eastAsia="Arial" w:cs="Arial"/>
        </w:rPr>
        <w:t>“250” Tulo ka Higayon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2026-02-19</w:t>
      </w:r>
    </w:p>
    <w:p>
      <w:pPr>
        <w:pStyle w:val="ArticleBody"/>
        <w:jc w:val="left"/>
      </w:pPr>
      <w:r>
        <w:rPr>
          <w:rFonts w:ascii="Times New Roman" w:hAnsi="Times New Roman" w:eastAsia="Times New Roman" w:cs="Times New Roman"/>
        </w:rPr>
        <w:t>Sa 2026, si Trump magasaulog sa “250” ka tuig sa Amerika, sa ingon nagapahiuyon sa “250” ka tuig sukad sa 457 BC hangtod kang Antiochus Magnus sa kasaysayan tali sa gubat sa Raphia ug sa gubat sa Panium. Sa katapusan sa “250” ka tuig, si Antiochus Magnus motindog sa 207 BC, napulo ka tuig human sa Raphia ug pito ka tuig sa wala pa ang Panium. Ang pagpanghimatuod sa “250” ka tuig nagapahiuyon usab sa “250” ka tuig nga yugto sa paganong Roma, kay sa tuig 64 si Nero nagsugod sa paglutos sa mga Kristohanon ug “250” ka tuig sa ulahi, pinaagi sa Edict of Milan niadtong 313, si Constantine the Great nagpalegal sa Kristiyanismo ug ang mga paglutos natapos.</w:t>
      </w:r>
    </w:p>
    <w:p>
      <w:pPr>
        <w:pStyle w:val="ArticleBody"/>
        <w:jc w:val="left"/>
      </w:pPr>
      <w:r>
        <w:rPr>
          <w:rFonts w:ascii="Times New Roman" w:hAnsi="Times New Roman" w:eastAsia="Times New Roman" w:cs="Times New Roman"/>
        </w:rPr>
        <w:t>Si Donald Trump nailhan tungod sa iyang mga paningkamot sa paghimo sa Amerika nga bantugan pag-usab; kini mao ang ilhanan sa iyang mga sumusunod—MAGA. Si Trump gipaila sa tagna pinaagi ni Constantine the Great, Antiochus the Great, ug siyempre sa unang pipila ka mga bersikulo sa Daniel onse, siya mao si Cyrus the Great, Xerxes the Great ug pagkahuman si Alexander the Great. Gikan sa sugo ni Cyrus, Darius ug Artaxerxes niadtong 457 BC hangtod sa kasaysayan sa Panium may duha ka gatus ug kalim-an ka tuig. Ang katapusan sa “250” ka tuig anaa sa tunga-tungang punto tali sa Raphia ug Panium, ug mao usab ang 2026. Ang 2026 mao ang tunga sa ikaduhang termino ni Trump. Ang “250” ka tuig sa paglutos ni Nero nagdala ngadto sa usa ka sugo nga nagapahunong sa paglutos sa mga Kristohanon. Ang linya ni Nero mao ang tunga nga linya sa tulo ka mga linya sa “250” ka tuig nga girepresentahan ni Cyrus, Nero ug Trump.</w:t>
      </w:r>
    </w:p>
    <w:p>
      <w:pPr>
        <w:pStyle w:val="ArticleBody"/>
        <w:jc w:val="left"/>
      </w:pPr>
      <w:r>
        <w:rPr>
          <w:rFonts w:ascii="Times New Roman" w:hAnsi="Times New Roman" w:eastAsia="Times New Roman" w:cs="Times New Roman"/>
        </w:rPr>
        <w:t>Si Ciro maoy naghimo sa unang sugo ug si Artajerjes maoy naghimo sa ikatulong sugo. Si Ciro mao ang unang manulonda ug si Artajerjes ang ikatulo. Tuyo ko nga gamiton si Ciro ingon nga simbolo sa tanan nga tulo ka mga sugo nga sa paghiusa nagaila sa 457 BC.</w:t>
      </w:r>
    </w:p>
    <w:p>
      <w:pPr>
        <w:pStyle w:val="ArticleBody"/>
        <w:jc w:val="left"/>
      </w:pPr>
      <w:r>
        <w:rPr>
          <w:rFonts w:ascii="Times New Roman" w:hAnsi="Times New Roman" w:eastAsia="Times New Roman" w:cs="Times New Roman"/>
        </w:rPr>
        <w:t>Si Ciro nagsugod sa usa ka “250” ka tuig nga linya niadtong 457 BC nga natapos sa kasaysayan sa Panium, nga mao ang kasaysayan ni Antiochus the Great, nga mao si Donald Trump. Ang Panium mao ang bersikulo sa wala pa ang balaod sa Domingo. Si Ciro nagtimaan sa sinugdanan sa “250” ka tuig nga linya sa kasaysayan nga nagrepresentar sa Republikano nga sungay sa mananap sa yuta, ug si Ciro usab nagtimaan sa sinugdanan sa 2,300 ka tuig nga linya sa kasaysayan nga nagrepresentar sa Protestante nga sungay sa mananap sa yuta.</w:t>
      </w:r>
    </w:p>
    <w:p>
      <w:pPr>
        <w:pStyle w:val="ArticleBody"/>
        <w:jc w:val="left"/>
      </w:pPr>
      <w:r>
        <w:rPr>
          <w:rFonts w:ascii="Times New Roman" w:hAnsi="Times New Roman" w:eastAsia="Times New Roman" w:cs="Times New Roman"/>
        </w:rPr>
        <w:t>Si Nero nagsugod ug usa ka linya sa kasaysayan nga nagrepresentar sa paglutos paingon sa pagkompromiso. Dili sama kang Ciro ug sa Estados Unidos nga nagrepresentar sa usa ka linya nga matapos sa tunga-tungang punto sa usa ka propetikong yugto sa panahon, ang linya ni Nero matapos uban sa usa ka ilustrasyon sa usa ka nagpadayon nga yugto sa pagkompromiso nga nagsugod sa Edicto de Milán niadtong 313, dayon sa unang balaod sa Dominggo niadtong 321, nga gisundan unya niadtong 330 sa pagkabahin sa Roma ngadto sa sidlakan ug kasadpan. Si Constantino girepresentar sa tanan niadtong tulo ka mga petsa. Sa linya ni Nero, gikan sa 313 hangtod sa 330 mao ang napulog pito ka tuig. Sa linya ni Ciro, gikan sa gubat sa Raphia niadtong 217 BC hangtod sa gubat sa Panium niadtong 200 BC napulog pito usab ka tuig.</w:t>
      </w:r>
    </w:p>
    <w:p>
      <w:pPr>
        <w:pStyle w:val="ArticleBody"/>
        <w:jc w:val="left"/>
      </w:pPr>
      <w:r>
        <w:rPr>
          <w:rFonts w:ascii="Times New Roman" w:hAnsi="Times New Roman" w:eastAsia="Times New Roman" w:cs="Times New Roman"/>
        </w:rPr>
        <w:t>Sa kapitulo onse sa Daniel, si Artaxerxes mao ang ikatulong sugo. Ang ikatulong sugo nagrepresentar sa ikatulong manulonda ug sa balaod sa Domingo. Ang “250” ka tuig gikan sa 457 BC ug ang “250” ka tuig gikan sa 1776, ang duha nagatapos sa taliwala sa kasaysayan nga mahitabo sa wala pa ang balaod sa Domingo sa bersikulo disisais. Ang kapitulo onse naglatid sa mga bersikulo nga sa kaulahian nagrepresentar sa kasaysayan sa 1989 diha sa bersikulo napulo, ug sa kasaysayan sa Gubat sa Ukraine nga nagsugod niadtong 2014 nga girepresentahan sa bersikulo onse, ug unya sa pagbalik ni Trump alang sa iyang ikaduhang termino sa 2024, sumala sa girepresentahan sa bersikulo trese, ug unya ang bersikulo katorse nagtimaan sa 2025, uban sa unang papa gikan sa mahimayaong yuta nga nagatukod sa gawasnong panan-awon.</w:t>
      </w:r>
    </w:p>
    <w:p>
      <w:pPr>
        <w:pStyle w:val="ArticleBody"/>
        <w:jc w:val="left"/>
      </w:pPr>
      <w:r>
        <w:rPr>
          <w:rFonts w:ascii="Times New Roman" w:hAnsi="Times New Roman" w:eastAsia="Times New Roman" w:cs="Times New Roman"/>
        </w:rPr>
        <w:t>Natuman ang Daniel 11:40 niadtong 1989 sa dihang ang Unyong Sobyet gipukan pinaagi sa usa ka tinagong alyansa tali ni Juan Pablo II ug Ronald Reagan. Kadtong tinagong alyansa sa panahon sa katapusan niadtong 1989 nagpatipo sa usa ka dayag nga alyansa sa katapusan sa pinanagnaong yugto nga nagsugod niadtong 1989. Kana nga dayag nga alyansa mao ang nagapalig-on sa panan-awon.</w:t>
      </w:r>
    </w:p>
    <w:p>
      <w:pPr>
        <w:pStyle w:val="ArticleBody"/>
        <w:jc w:val="left"/>
      </w:pPr>
      <w:r>
        <w:rPr>
          <w:rFonts w:ascii="Times New Roman" w:hAnsi="Times New Roman" w:eastAsia="Times New Roman" w:cs="Times New Roman"/>
        </w:rPr>
        <w:t>Ang 2026 mao ang katapusan sa “250” ka tuig sa propetikong kasaysayan, usa ka yugto nga nagsugod sa kaluhaan ug duha ka tuig gikan sa 1776 hangtod sa panahon sa katapusan sa 1798. Ang kaluhaan ug duha ka tuig nianang sinugdanang kasaysayan makita sa kaluhaan ug duha ka tuig nga kasaysayan gikan sa 9/11 hangtod sa 2023. Sa katapusan sa kaluhaan ug duha ka tuig sa 1798, ang basahon ni Daniel giablihan; unya sa katapusan sa kaluhaan ug duha ka tuig nga nagsugod sa 9/11 ug natapos niadtong Disyembre 31, 2023, ang Leon sa banay ni Juda misugod sa pag-abli sa Pinadayag ni Jesu-Cristo.</w:t>
      </w:r>
    </w:p>
    <w:p>
      <w:pPr>
        <w:pStyle w:val="ArticleBody"/>
        <w:jc w:val="left"/>
      </w:pPr>
      <w:r>
        <w:rPr>
          <w:rFonts w:ascii="Times New Roman" w:hAnsi="Times New Roman" w:eastAsia="Times New Roman" w:cs="Times New Roman"/>
        </w:rPr>
        <w:t>Ang mensahe nga gibukhad sa katapusan sa kaluhaan ug duha ka tuig niadtong 1798 gipaila sa publiko niadtong 1831, duha ka gatus ug kaluhaan ka tuig human mapatik ang King James Bible niadtong 1611. Gikan sa 1798 hangtod sa 1831, ang matagnaong Pulong sa Dios hinayhinayng gibuksan. Pag-abot sa 1831 anaa na kini sa hayag nga atubangan sa publiko, ug ang mga lalaki ug mga babaye mahimo nang panubagon ngadto sa mensahe nga gibukhad niadtong 1798. Unya niadtong 1840 “laing talagsaong hitabo,” sumala sa pagtawag niini ni Sister White, ang nahitabo sa dihang natuman ang usa ka tagna mahitungod sa Islam.</w:t>
      </w:r>
    </w:p>
    <w:p>
      <w:pPr>
        <w:pStyle w:val="ArticleBody"/>
        <w:jc w:val="left"/>
      </w:pPr>
      <w:r>
        <w:rPr>
          <w:rFonts w:ascii="Times New Roman" w:hAnsi="Times New Roman" w:eastAsia="Times New Roman" w:cs="Times New Roman"/>
        </w:rPr>
        <w:t>Gikan sa pagtapos sa usa ka yugto nga kaluhaan ug duha ka tuig (1798), hangtod sa pagtapos sa usa ka yugto nga duha ka gatus ug kaluhaan ka tuig (1831); usa ka yugto sa pag-abli sa usa ka mensahe ang girepresentar. Ang ilustrasyon naglakip sa usa ka timaan sa dalan diin ang mensahe gipormalisar, gisundan sa usa ka timaan sa dalan nga nag-ila sa usa ka tagna, nga sa ulahi gikalkula pag-usab, nga sa dihang matuman na sa ulahi mopatungha ug usa ka timaan sa dalan nga nag-ila sa pagsugod sa usa ka “kahibulongang pagpadayag sa gahum sa Dios.”</w:t>
      </w:r>
    </w:p>
    <w:p>
      <w:pPr>
        <w:pStyle w:val="ArticleBody"/>
        <w:jc w:val="left"/>
      </w:pPr>
      <w:r>
        <w:rPr>
          <w:rFonts w:ascii="Times New Roman" w:hAnsi="Times New Roman" w:eastAsia="Times New Roman" w:cs="Times New Roman"/>
        </w:rPr>
        <w:t>Ang kaluhaan ug duha ka tuig nga yugto sa katapusan sa kalihokan sa 1989 gikan sa 9/11 hangtod sa 2023, sa dihang may usa na usab ka tagna nga gibukhad. Kana nga tagna sa kinahanglang paagi magsugod ug usa ka yugto sa nagkadaghang kahibalo, usa ka kahibalo nga mosulay ug mobulag, kay daghan ang gitawag apan diyutay ang pinili. Adunay usa ka punto nga ang mensahe igapahimutang sa atubangan sa publiko. Ang mensahe magdala sa mga kinaiya sa pagkausa ka mensahe nga sa matagnaong paagi gikalkula pag-usab, ug kini maglangkob na usab ug usa ka tagna. Sa dihang matuman ang publikong tagna, ang mensahe pagahatagan ug gahum sumala sa girepresentahan sa kasaysayan sa 1840 ug sa Pentecostes.</w:t>
      </w:r>
    </w:p>
    <w:p>
      <w:pPr>
        <w:pStyle w:val="ArticleBody"/>
        <w:jc w:val="left"/>
      </w:pPr>
      <w:r>
        <w:rPr>
          <w:rFonts w:ascii="Times New Roman" w:hAnsi="Times New Roman" w:eastAsia="Times New Roman" w:cs="Times New Roman"/>
        </w:rPr>
        <w:t>Sa pagkahugno sa Soviet Union niadtong 1989, ang Daniel 11:40 giablihan; ug niadtong 1996 ang mensahe sa Daniel 11 gipahimutang ngadto sa publikong natad. Ang 1996 maoy duha ka gatos ug baynte ka tuig human sa 1776, nga dili lamang maoy sinugdanan sa baynte ug duha ka tuig nga natapos sa 1798, kondili maoy sinugdanan usab sa duha ka gatos ug kalim-an ka tuig nga matapos sa 2026. Ang Republikano nga sungay moabot sa tungaang bahin sa politikal nga midterms sa 2026 ug ang Protestante nga sungay moabot ngadto sa 2026, nga mao ang katapusan sa usa ka traynta ka tuig nga yugto nga nagsugod sa pormalisasyon sa mensahe niadtong 1996, nga giablihan sa panahon sa katapusan niadtong 1989. Si Jesus sa kanunay naghulagway sa katapusan pinaagi sa sinugdanan, busa ang 2026 mao ang tuig nga ang tinul-id nga mensahe sa Midnight Cry pagapormalisahon, traynta ka tuig human ang giablihang mensahe niadtong 1989 gipormalisar niadtong 1996.</w:t>
      </w:r>
    </w:p>
    <w:p>
      <w:pPr>
        <w:pStyle w:val="ArticleBody"/>
        <w:jc w:val="left"/>
      </w:pPr>
      <w:r>
        <w:rPr>
          <w:rFonts w:ascii="Times New Roman" w:hAnsi="Times New Roman" w:eastAsia="Times New Roman" w:cs="Times New Roman"/>
        </w:rPr>
        <w:t>Ang linya sa “250” ka tuig nga nagsugod sa 1776 modala kanimo ngadto sa 2026, ang tunga-tunga sa termino ni Donald Trump, sa wala pa ang gubat sa Tinipong Bansa sa Amerika ug Russia, nga magsugod sa dihang pagabadbaron ang asno ug ang Islam mohampak pag-usab sa Tinipong Bansa sa Amerika maingon sa gibuhat niini niadtong 9/11.</w:t>
      </w:r>
    </w:p>
    <w:p>
      <w:pPr>
        <w:pStyle w:val="ArticleBody"/>
        <w:jc w:val="left"/>
      </w:pPr>
      <w:r>
        <w:rPr>
          <w:rFonts w:ascii="Times New Roman" w:hAnsi="Times New Roman" w:eastAsia="Times New Roman" w:cs="Times New Roman"/>
        </w:rPr>
        <w:t>Ang “250” ka-tuigan nga linya ni Nero mao ang tunga-tungang linya sa tulo ka mga linya sa kasaysayan ug sa profesiya. Kini nag-ila sa linya ni Nero ingon nga ikaduhang manulonda, nga mao ang ikaduhang pagsulay nga nag-una sa ikatulong pagsulay. Kadtong ikaduhang pagsulay mao ang pagsulay sa larawan sa mananap, nga nagrepresentar sa progresibong pagpatindog sa kombinasyon sa iglesia ug estado nga gisimbolohan sa Edikto sa Milan niadtong 313, nga sa baylo miresulta ngadto sa unang balaod sa Domingo, niadtong 321, ug unya ngadto sa nasodnong kapukan nga sa kanunay mosunod sa usa ka balaod sa Domingo, sumala sa gipakita sa kasaysayan sa 330.</w:t>
      </w:r>
    </w:p>
    <w:p>
      <w:pPr>
        <w:pStyle w:val="ArticleBody"/>
        <w:jc w:val="left"/>
      </w:pPr>
      <w:r>
        <w:rPr>
          <w:rFonts w:ascii="Times New Roman" w:hAnsi="Times New Roman" w:eastAsia="Times New Roman" w:cs="Times New Roman"/>
        </w:rPr>
        <w:t>Ang Edict of Milan niadtong 313 nagtimaan sa sinugdanan sa pagkatukod sa relasyon tali sa iglesia ug sa estado sa Tinipong Bansa nga sa hinay-hinay nagdala ngadto sa balaod sa Domingo sa bersikulo sais. Kana nga buhat nagsugod niadtong 9/11 pinaagi sa Patriot Act, apan diha sa fractal sa katapusan sa panahon sa pagpatik, ang Patriot Act ug ang Edict of Milan parehong mga tipo sa usa ka lihok nga nagsugod sa usa ka progresibong yugto sa pagkompromiso nga nagdala ngadto sa haduol nang moabot nga balaod sa Domingo. Kini mao ang nahauna sa usa ka sunod-sunod nga mga propetikong lihok nga sa direkta naghiusa sa iglesia ug sa estado sa Tinipong Bansa, ug sa katapusan nagdala ngadto sa balaod sa Domingo.</w:t>
      </w:r>
    </w:p>
    <w:p>
      <w:pPr>
        <w:pStyle w:val="ArticleBody"/>
        <w:jc w:val="left"/>
      </w:pPr>
      <w:r>
        <w:rPr>
          <w:rFonts w:ascii="Times New Roman" w:hAnsi="Times New Roman" w:eastAsia="Times New Roman" w:cs="Times New Roman"/>
        </w:rPr>
        <w:t>Ang Edikto sa Milan niadtong 313 adunay niining mismong mga elemento sulod sa iyang talaang pangkasaysayan, kay kini dili usa lamang ka edikto; kini maoy sunod-sunod nga mga sulat gikan kang Licinius, ang magmamando sa sidlakang Roma. Ang sidlakang Roma niadtong panahona nagpabilin pa nga kusganong pagano, samtang si Constantine nag-abli sa iyang kasadpang gingharian ngadto sa Kristiyanismo. Ang kasabutan mismo nahitabo niadtong Pebrero, 313, panahon sa usa ka panagtigom diin si Licinius naminyo usab sa igsoong babaye sa amahan ni Constantine aron pagpalig-on sa ilang pakigsaad. Ang mga sulat ni Licinius nga gipaskil sa sidlakang bahin sa imperyo mipatuman sa kagawasan sa pagsimba alang sa mga Kristohanon ug sa tanang uban pa, ingon man sa pagpahiuli sa mga kabtangang Kristohanon nga gikompiska.</w:t>
      </w:r>
    </w:p>
    <w:p>
      <w:pPr>
        <w:pStyle w:val="ArticleBody"/>
        <w:jc w:val="left"/>
      </w:pPr>
      <w:r>
        <w:rPr>
          <w:rFonts w:ascii="Times New Roman" w:hAnsi="Times New Roman" w:eastAsia="Times New Roman" w:cs="Times New Roman"/>
        </w:rPr>
        <w:t>Ang Edikto sa Milan nagtapos sa “250” ka mga tuig sa paglutos ug nagrepresentar sa usa ka yugto sa panahon diin ang tanang mga kagawasan nga gilarawan sa maong edikto pagakuhaon sa hinay-hinay gikan sa mga Kristohanon samtang ang kalibotan nagalakaw uban kang Trump paingon sa haduol nang moabot nga balaod sa Domingo.</w:t>
      </w:r>
    </w:p>
    <w:p>
      <w:pPr>
        <w:pStyle w:val="ArticleScripture"/>
        <w:jc w:val="left"/>
      </w:pPr>
      <w:r>
        <w:rPr>
          <w:rFonts w:ascii="Times New Roman" w:hAnsi="Times New Roman" w:eastAsia="Times New Roman" w:cs="Times New Roman"/>
        </w:rPr>
        <w:t>“Kon ang magbabasa gusto nga makasabut sa mga galamiton nga pagagamiton sa umaabot nga pakigbisog nga haduol na, kinahanglan lamang niyang subayon ang kasaysayan sa mga paagi nga gigamit sa Roma alang sa maong tumong sa nangaging mga kapanahonan. Kon gusto niyang mahibaloan kon sa unsang paagi ang mga papista ug mga Protestante nga nagkahiusa motagad niadtong mosalikway sa ilang mga dogma, tan-awa niya ang espiritu nga gipadayag sa Roma ngadto sa Igpapahulay ug sa mga manlalaban niini.”</w:t>
      </w:r>
    </w:p>
    <w:p>
      <w:pPr>
        <w:pStyle w:val="ArticleScripture"/>
        <w:jc w:val="left"/>
      </w:pPr>
      <w:r>
        <w:rPr>
          <w:rFonts w:ascii="Times New Roman" w:hAnsi="Times New Roman" w:eastAsia="Times New Roman" w:cs="Times New Roman"/>
        </w:rPr>
        <w:t>“Ang mga harianong sugo, mga kinatibuk-ang konseho, ug mga tulomanon sa simbahan nga gipalig-on sa sekular nga gahum mao ang mga lakang diin ang pagano nga pista nakaangkon sa iyang dungganong kahimtang sa Kristohanong kalibotan. Ang unang publikong lakang nga nagpugos sa pagbantay sa Domingo mao ang balaod nga gipakanaog ni Constantine. (A.D. 321) Kining sugoha nagkinahanglan nga ang mga lumolupyo sa kabayanan mopahulay sa ‘talahuron nga adlaw sa adlaw,’ apan nagtugot sa mga taga-kabaryohan sa pagpadayon sa ilang mga pagpanguma. Bisan tuod sa pagkatinuod usa kini ka pagano nga balaod, gipatuman kini sa emperador human sa iyang pormal lamang nga pagdawat sa Kristohanidad.” The Great Controversy, 573, 574.</w:t>
      </w:r>
    </w:p>
    <w:p>
      <w:pPr>
        <w:pStyle w:val="ArticleBody"/>
        <w:jc w:val="left"/>
      </w:pPr>
      <w:r>
        <w:rPr>
          <w:rFonts w:ascii="Times New Roman" w:hAnsi="Times New Roman" w:eastAsia="Times New Roman" w:cs="Times New Roman"/>
        </w:rPr>
        <w:t>Ang numero nga “25,” nga maoy ikapulo sa “250,” nagrepresentar sa pagsukol ug pagkabahin. Ang “25” ka mga pangulo sa Laodiceanong Adventismo nga moyukbo sa adlaw diha sa ikawalong kapitulo sa Ezekiel gibulag gikan niadtong mga pinatikan sa sunod gayud nga kapitulo, ug si Sister White sa tin-aw gayud nag-ila sa pagpatik sa ikasiyam nga kapitulo sa Ezekiel ingon nga mao ang pagpatik sa usa ka gatus kap-atan ug upat ka libo sa Pinadayag. Kadtong “25” ka mga lalaki usa lamang ka ikapulo sa “250” ka mga tawong inila nga miapil sa pagsukol ni Korah, Dathan, ug Abiram. Si Sister White gidid-an sa pagbiya sa tigom sa General Conference sa 1888, kay si Gabriel miingon kaniya nga kinahanglan siyang magpabilin ug itala ang pagsukol sa Minneapolis, kay kini usa ka pagsubli sa pagsukol ni Korah. Ang “250” simbolo sa pagsukol ug pagkabulag. Sa Mateo “25” adunay tulo ka mga sambingay nga nagatudlo mahitungod sa pagkabahin sa mga dautan ug sa mga manggialamon. Ang Republikano ug Protestante nga mga sungay parehong ilalom sa usa ka panahon sa pagsulay nga girepresentahan ingon nga upat ka mga kaliwatan, ug ang mga katawhan sa tugon maingon man ang nasod diin ang mga katawhan sa tugon natukod pagahukman sa maong samang yugto sa panahon.</w:t>
      </w:r>
    </w:p>
    <w:p>
      <w:pPr>
        <w:pStyle w:val="ArticleBody"/>
        <w:jc w:val="left"/>
      </w:pPr>
      <w:r>
        <w:rPr>
          <w:rFonts w:ascii="Times New Roman" w:hAnsi="Times New Roman" w:eastAsia="Times New Roman" w:cs="Times New Roman"/>
        </w:rPr>
        <w:t>Sa sulod sa “250” ka tuig sa mananap sa yuta, nga mao ang ikaunom nga gingharian sa tagna sa Biblia ug mao ang Estados Unidos, ang linya ni Nero nag-ila sa usa ka mando, ingon nga girepresentahan sa Edikto sa Milan nga nagtimaan sa sinugdanan sa usa ka nagpadayon nga pagtaas sa pagpakiggubat pinaagi sa balaod nga matapos sa mando sa balaod sa Domingo sa tuig 321, nga nagpasulod sa usa ka yugto nga matapos sa 330 sa dihang ang tibuok kalibotan mabahin ngadto sa duha ka mga hut-ong, nga girepresentahan ingon nga sidlakan ug kasadpan. Kana nga siyam ka tuig nga yugto gikan sa 321 ngadto sa 330 mao usab ang pito ka adlaw sa Tabernakulo nga nagsugod sa balaod sa Domingo sa 321, ug natapos sa dihang si Michael motindog ug ang takna sa grasya matapos sa 330.</w:t>
      </w:r>
    </w:p>
    <w:p>
      <w:pPr>
        <w:pStyle w:val="ArticleBody"/>
        <w:jc w:val="left"/>
      </w:pPr>
      <w:r>
        <w:rPr>
          <w:rFonts w:ascii="Times New Roman" w:hAnsi="Times New Roman" w:eastAsia="Times New Roman" w:cs="Times New Roman"/>
        </w:rPr>
        <w:t>Ang pagsalikway sa pundasyonal nga pagsabot sa mga Millerita nga ang Roma mao ang nagpatindog sa panan-awon, mao ang kapakyasan sa pundasyonal nga pagsulay nga miabot niadtong Disyembre 31, 2023 ug natapos sa dihang ang unang papa gikan sa mahimayaong yuta napili niadtong Mayo 8, 2025. Ang pundasyonal nga kamatuoran nga nagtugot kang William Miller sa pag-ila sa Roma ingon nga simbolo nga nagpatindog sa panan-awon mao ang kamatuoran nga, kon isalikway, nagadala ug kusog nga limbong. Ang kapakyasan nianang unang pagsulay nagadala sa kusog nga limbong sa Thessalonians ug nagpamatuod nga ang mga buang nga dili makasabut—wala mahigugma sa “Kamatuoran.” Ang pagsalikway sa simbolo nga nagpatindog sa gawasnong panan-awon mao ang pagsalikway sa pundasyonal nga pagsulay, nga mao ang una sa tulo ka mga pagsulay. Gipaangay ni Sister White ang unang pagsulay sa panahon ni Cristo ngadto sa mensahe ni Juan Bautista. Iyang gipaila nga kadtong misalikway sa mensahe ni Juan dili makabenepisyo sa mga pagtulon-an ni Jesus, ni dili usab sila makahimo sa pagtan-aw sa dispensasyonal nga kausaban sa dihang si Cristo mibalhin gikan sa hawanan ngadto sa Balaang Dapit.</w:t>
      </w:r>
    </w:p>
    <w:p>
      <w:pPr>
        <w:pStyle w:val="ArticleBody"/>
        <w:jc w:val="left"/>
      </w:pPr>
      <w:r>
        <w:rPr>
          <w:rFonts w:ascii="Times New Roman" w:hAnsi="Times New Roman" w:eastAsia="Times New Roman" w:cs="Times New Roman"/>
        </w:rPr>
        <w:t>Iyang gipahaom niya kadtong progresibong proseso sa pagsulay sa panahon sa mga Millerite ug nagtudlo nga kadtong misalikway sa mensahe sa unang manulonda maoy kaagig sa mga Judio nga misalikway sa mensahe ni Juan. Sa matag makasaysayanong linya, kadtong napakyas sa unang pagsulay wala makabenepisyo sa sunod nga lakang, ug nabuta sa dispensasyonal nga kausaban ni Cristo. Kadtong misalikway sa mensahe sa 9/11 dili makakita nga si Cristo nagsugod na sa paghukom sa mga buhi. Kadtong mapakyas sa pundasyonal nga pagsulay sa 2023 dili makakita sa transisyonal nga kausaban sa iglesya nga nakig-away ngadto sa iglesya nga madaugon. Ang mga misalikway sa bisan hain niini nga mga pundasyonal nga pagsulay miabut ngadto sa “hingpit nga kangitngit.” Diin walay panan-awon, ang katawhan moabut sa hingpit nga kangitngit, ug ang Roma mao ang nagatukod sa kahayag sa gawasnong panan-awon. Kining kamatuoran maila sa tulo ka mga papa ug sa ilang relasyon sa tulo ka mga presidente nga nagatindog sa tulo ka mga gubat sa bersikulo 10, 11, ug 15 sa Daniel 11.</w:t>
      </w:r>
    </w:p>
    <w:p>
      <w:pPr>
        <w:pStyle w:val="ArticleBody"/>
        <w:jc w:val="left"/>
      </w:pPr>
      <w:r>
        <w:rPr>
          <w:rFonts w:ascii="Times New Roman" w:hAnsi="Times New Roman" w:eastAsia="Times New Roman" w:cs="Times New Roman"/>
        </w:rPr>
        <w:t>Ang gawasnong linya sa 250 ka tuig ni Ciro nga natapos niadtong 207 BC sa taliwala sa usa ka napulog-pito ka tuig nga yugto nga gimarkahan pinaagi sa gubat sa Raphia hangtod sa gubat sa Panium, nahiuyon sa linya sa 250 ka tuig nga nagsugod kang Nero ug natapos sa Edikto sa Milan niadtong 313, sa ingon nagtimaan sa napulog-pito ka tuig nga yugto ni Constantino nga Bantugan. Si Donald Trump nagatindog ingon kang Antiochus nga Bantugan niadtong 207 BC nga mao ang 2026, ug siya usab nagatindog ingon kang Constantino nga Bantugan niadtong 313, sa sinugdanan sa panahon sa pagsulay sa larawan sa mapintas nga mananap. Sa Hulyo 4, 2026 si Trump ingon kang Antiochus ug Constantino nagahimo sa Amerika nga “bantugan.” Si Trump mao ang ikatulo sa tulo ka mga presidente nga nahiuyon sa tulo ka mga gubat sa bersikulo napulo, napulog-usa, ug napulog-lima. Si Reagan mao ang nahauna niadtong tulo ug si Obama mao ang taliwala. Kining tulo ka mga presidente nagadala sa timailhan sa “kamatuoran” ug si Reagan ug si Trump nagarepresentar dili lamang sa nahauna ug ikatulo, kondili usab sa alpha ug omega.</w:t>
      </w:r>
    </w:p>
    <w:p>
      <w:pPr>
        <w:pStyle w:val="ArticleBody"/>
        <w:jc w:val="left"/>
      </w:pPr>
      <w:r>
        <w:rPr>
          <w:rFonts w:ascii="Times New Roman" w:hAnsi="Times New Roman" w:eastAsia="Times New Roman" w:cs="Times New Roman"/>
        </w:rPr>
        <w:t>Ang mahimatikong mga kinaiya sa matag usa sa mga presidente mao nga sa diha nga sila maghari, sila adunay pakig-alyansa uban sa papa sa maong kapanahonan. Si Reagan ug si John Paul II tinagong naghiusa samtang ilang gipukan ang Soviet Union niadtong 1989 isip katumanan sa bersikulo napulo ug kap-atan sa Daniel onse. Si Obama, ang woke nga globalistang presidente tali sa panahon ni Reagan ug Trump, nahiuyon sa pilosopiya uban sa woke nga papa nga si Francis. Ang pakig-alyansa ni Trump kang papa Leo hayag nga makita sa tanan, ug niadtong 2025 si Trump gipasiugdahan isip presidente ug si Leo gipasiugdahan isip antikristo. Ang espirituwal nga relasyon sa usa ka presidente ug usa ka papa gilarawan pinaagi kang Jezebel ug sa mga propeta ni Baal. Ang politikanhong relasyon sa usa ka presidente ug usa ka papa gilarawan pinaagi kang Jezebel ug kang Ahab. Sa bisan hain nga paglarawan, si Jezebel mao ang ulo.</w:t>
      </w:r>
    </w:p>
    <w:p>
      <w:pPr>
        <w:pStyle w:val="ArticleScripture"/>
        <w:jc w:val="left"/>
      </w:pPr>
      <w:r>
        <w:rPr>
          <w:rFonts w:ascii="Times New Roman" w:hAnsi="Times New Roman" w:eastAsia="Times New Roman" w:cs="Times New Roman"/>
        </w:rPr>
        <w:t>“Samtang nagkaduol kita sa katapusang krisis, mahinungdanon kaayo nga anaa ang panag-uyon ug panaghiusa taliwala sa mga galamiton sa Ginoo. Ang kalibutan napuno sa unos ug gubat ug panagbingkil. Apan ilalom sa usa ka pangulo—ang gahum sa pagkapapa—ang mga tawo maghiusa sa pagsupak sa Dios diha sa persona sa Iyang mga saksi. Kining panaghiusa ginapalig-on sa dakong apostata. Samtang nagatinguha siya sa paghiusa sa iyang mga ahente sa pagpakiggubat batok sa kamatuoran, molihok siya aron mabahin ug mapatagak ang mga tigpatigayon niini. Ang pagpangabugho, daotang pagduda, ug daotang pagsulti, gipukaw niya aron makamugna og panagsumpaki ug panagbangi.” Testimonies, tomo 7, 182.</w:t>
      </w:r>
    </w:p>
    <w:p>
      <w:pPr>
        <w:pStyle w:val="ArticleScripture"/>
        <w:jc w:val="left"/>
      </w:pPr>
      <w:r>
        <w:rPr>
          <w:rFonts w:ascii="Times New Roman" w:hAnsi="Times New Roman" w:eastAsia="Times New Roman" w:cs="Times New Roman"/>
        </w:rPr>
        <w:t>“Niining panahona sa nagahari nga kasal-anan, ang mga simbahan nga Protestante nga nagsalikway sa usa ka ‘Mao kini ang giingon sa Ginoo,’ moabut sa usa ka katingalahang kahimtang. Mahimo silang makig-uyon sa kalibutan. Sa ilang pagkabulag gikan sa Dios, paninguhaon nila nga himuong balaod sa nasud ang kabakakan ug ang pagtalikod sa Dios. Magpalihok sila sa mga magmamando sa yuta aron maghimo ug mga balaod sa pagpasig-uli sa nawala nga pagkagamhanan sa tawo sa sala, nga nagalingkod sa templo sa Dios, nga nagapakita sa iyang kaugalingon nga siya mao ang Dios. Ang mga prinsipyo sa Romano Katoliko pagakuhaon ilalom sa panalipod sa estado. Ang pagsupak sa kamatuoran sa Biblia dili na pagatugotan niadtong wala naghimo sa balaod sa Dios nga ilang lagda sa kinabuhi.” Review and Herald, Disyembre 21, 1897.</w:t>
      </w:r>
    </w:p>
    <w:p>
      <w:pPr>
        <w:pStyle w:val="ArticleBody"/>
        <w:jc w:val="left"/>
      </w:pPr>
      <w:r>
        <w:rPr>
          <w:rFonts w:ascii="Times New Roman" w:hAnsi="Times New Roman" w:eastAsia="Times New Roman" w:cs="Times New Roman"/>
        </w:rPr>
        <w:t>Ang mga mini nga manalagna ni Baal nangaon sa lamesa ni Jezebel. Si Jezebel mao ang rayna ug ang mga manalagna iyang mga manalagna. Sa bersikulo kwarenta sa Daniel onse si Reagan girepresentahan ingong “mga karo” ug “mga magkakabayo,” mga simbolo sa kusog militar, ug usab pinaagi sa “mga sakayan,” usa ka simbolo sa gahom pang-ekonomiya. Bisan pa niana, sa maong bersikulo, ang pagkapapa mao ang “hari” sa amihanan. Si Reagan sa propesiya nailalom ni Jezebel. Nianang panahona ang kalibotan nahibulong sa mananap samtang si Papa John Paul II milibot sa kalibotan labaw pa kay sa bisan kinsang laing papa. Si Malachi Martin, usa ka inilang Heswita nga magsusulat, misulat mahitungod kang Papa John Paul II sa iyang libro, Keys of This Blood. Ang gipahayag nga pasikaran sa maong libro mao nga sa panahon nila ni John Paul II ug Reagan ang kalibotan niadto anaa sa tulo-ka-paaging pakigbisog alang sa pagmando sa kalibotan tali sa pagkapapa, sa Tinipong Bansa sa Amerika, ug sa Unyong Sobyet. Gitagna ni Martin nga ang pagkapapa mopatigbabaw nianang pakigbisoga. Ang tinagong alyansa tali ni Reagan ug sa anticristo nagpahibalo nga ang mga lihok sa pag-ayo sa makamatay nga samad sa pagkapapa nagsugod na, sumala sa gipakita sa bersikulo kwarenta ug sa misunod pa niini sa Daniel onse. Ang libro ni Martin mipahayag pag-usab sa dugay nang gihuptang tumong sa pagkapapa sa pag-ilog sa Protestante nga Amerika. Ang kaandam ni Reagan sa pagtak-op sa iyang mga mata sa kamatuoran nga ang papa mao ang anticristo sa propesiya sa Biblia, sumala sa iyang kaugalingong pagpamatuod, gibase sa iyang sayop nga pag-aplikar sa Unyong Sobyet ingon nga anticristo sa propesiya sa Biblia.</w:t>
      </w:r>
    </w:p>
    <w:p>
      <w:pPr>
        <w:pStyle w:val="ArticleScripture"/>
        <w:jc w:val="left"/>
      </w:pPr>
      <w:r>
        <w:rPr>
          <w:rFonts w:ascii="Times New Roman" w:hAnsi="Times New Roman" w:eastAsia="Times New Roman" w:cs="Times New Roman"/>
        </w:rPr>
        <w:t>“Ang mga nangalibog sa ilang pagsabot sa pulong, nga napakyas sa pagtan-aw sa kahulogan sa anticristo, sa pagkatinuod ibutang nila ang ilang kaugalingon sa dapig sa anticristo.” Kress Collection, 105.</w:t>
      </w:r>
    </w:p>
    <w:p>
      <w:pPr>
        <w:pStyle w:val="ArticleBody"/>
        <w:jc w:val="left"/>
      </w:pPr>
      <w:r>
        <w:rPr>
          <w:rFonts w:ascii="Times New Roman" w:hAnsi="Times New Roman" w:eastAsia="Times New Roman" w:cs="Times New Roman"/>
        </w:rPr>
        <w:t>Si Reagan mao ang nahauna sa walo ka mga presidente nga gipaila sa unang mga bersikulo sa Daniel onse, ug siya usab mao ang nahauna sa tulo nianang walo ka mga presidente nga adunay usa ka profetikong relasyon sa anticristo. Diha sa simbolismo sa tulo ka mga alyansa nila Reagan, Obama ug Trump, ang timaan sa kamatuoran mahimong maila. Si Reagan, ingon nga nahauna, nagatipolohiya sa ulahi, ug ang nagkalainlaing mga pagkapareho nila Reagan ug Trump katingalahan ug daghan. Ang tunga nga waymark sa tulo ka mga lakang nga nagapahimutang sa Hebreohanong pulong nga “kamatuoran” mao ang pagsukol, nga ang pagkapresidente ni Obama maoy usa ka klasiko kaayong ehemplo niini. Niadtong Mayo 8, 2025, sa unang higayon, usa ka papa ang gipahaluna nga gikan sa Tinipong Bansa sa Amerika, ug ang tinagong alyansa ni Reagan nakaabot na sa dayag nga alyansa ni Trump. Sa 2025, ang kapapahan dayag nga nagpasiugdang usa ka papa gikan sa mahimayaong yuta sa Tinipong Bansa sa Amerika, ang mismong puntirya sa iyang mga paningkamot sukad sa 1798. Ang nahibilin na lamang aron matuman ang prediksyon ni Malachi Martin mao ang balaod sa Domingo diin ipatuman ang tulo ka pilo nga panaghiusa sa dragon, sa mapintas nga mananap, ug sa mini nga propeta.</w:t>
      </w:r>
    </w:p>
    <w:p>
      <w:pPr>
        <w:pStyle w:val="ArticleScripture"/>
        <w:jc w:val="left"/>
      </w:pPr>
      <w:r>
        <w:rPr>
          <w:rFonts w:ascii="Times New Roman" w:hAnsi="Times New Roman" w:eastAsia="Times New Roman" w:cs="Times New Roman"/>
        </w:rPr>
        <w:t>“Pinaagi sa sugo nga nagpatuman sa pagpatukod sa Pagkapapa nga naglapas sa balaod sa Dios, ang atong nasud moputol sa iyang kaugalingon sa hingpit gikan sa pagkamatarong. Sa diha nga ang Protestantismo moatol sa iyang kamot tabok sa bung-aw aron kuptan ang kamot sa gahum sa Roma, sa diha nga kini molahutay tabok sa kahiladman aron makigkamot sa Espiritismo, sa diha nga, ubos sa impluwensya niining tulo ka pilo nga panaghiusa, ang atong nasud mosalikway sa matag prinsipyo sa iyang Konstitusyon ingon nga usa ka Protestante ug republikano nga kagamhanan, ug maghimo ug kahikayan alang sa pagpakaylap sa mga kabakakan ug mga limbong sa pagkapapa, nan atong mahibaloan nga miabot na ang panahon alang sa katingalahang pagbuhat ni Satanas ug nga haduol na ang katapusan.” Testimonies, volume 5, 451.</w:t>
      </w:r>
    </w:p>
    <w:p>
      <w:pPr>
        <w:pStyle w:val="ArticleBody"/>
        <w:jc w:val="left"/>
      </w:pPr>
      <w:r>
        <w:rPr>
          <w:rFonts w:ascii="Times New Roman" w:hAnsi="Times New Roman" w:eastAsia="Times New Roman" w:cs="Times New Roman"/>
        </w:rPr>
        <w:t>Sa Hulyo 4, 2026, tuyo ni Trump nga saulogon kadtong “250” ka tuig, samtang nagatindog siya sa tunga-tunga sa iyang pagkapresidente. Kana nga tunga-tunga mao ang 207 BC, taliwala sa gubat sa Raphia ug sa gubat sa Panium. Ang tunga-tunga nianang napulog-pito ka tuig nag-ila usab sa sinugdanan sa napulog-pito ka tuig ni Nero nga nagrepresentar sa tuig 313, ug sa padayon nga pagpahimutang sa larawan sa mapintas nga mananap nga simbahan ug estado nga moresulta sa balaod sa Domingo sa 321, ug sa bersikulo napulog-unom. Kana nga yugto nagsugod sa 313 pinaagi sa kaminyoon sa sidlakan ug kasadpan, nga girepresentahan sa anak sa tiil nga babaye ni Constantine sa kasadpan ug ni Licinius sa sidlakan. Ang yugto nga nagsugod pinaagi sa usa ka alyansa sa kaminyoon tali sa sidlakan ug kasadpan matapos sa pagkabahin o diborsyo sa sidlakan ug kasadpan. Ang tunga-tungang waymark mao ang unang balaod sa Domingo.</w:t>
      </w:r>
    </w:p>
    <w:p>
      <w:pPr>
        <w:pStyle w:val="ArticleBody"/>
        <w:jc w:val="left"/>
      </w:pPr>
      <w:r>
        <w:rPr>
          <w:rFonts w:ascii="Times New Roman" w:hAnsi="Times New Roman" w:eastAsia="Times New Roman" w:cs="Times New Roman"/>
        </w:rPr>
        <w:t>Si Reagan, Obama, ug Trump gidumalahan sa propesiya pinaagi sa tulo ka lakang sa walay-katapusang ebanghelyo, nga gihulagway isip tulo ka manulonda diha sa Pinadayag 14. Sa pagkapresidente ni Obama, nga mao ang ikaduhang lakang, may duha ka papa. Si Francis, ang “woke” nga papa, misunod kang Joseph Ratzinger (sa ulahi si Papa Benedict XVI) nga nag-alagad isip pangulo sa Congregation for the Doctrine of the Faith (CDF) sukad sa Nobyembre 25, 1981, hangtod sa iyang pagkapili isip papa niadtong Abril 19, 2005. Si Ratzinger mipahawa sa katungdanan ug si Francis nagsugod sa iyang paghari, sa ingon naghatag ug pagdoble sa mga papa sulod sa paghari ni Obama.</w:t>
      </w:r>
    </w:p>
    <w:p>
      <w:pPr>
        <w:pStyle w:val="ArticleBody"/>
        <w:jc w:val="left"/>
      </w:pPr>
      <w:r>
        <w:rPr>
          <w:rFonts w:ascii="Times New Roman" w:hAnsi="Times New Roman" w:eastAsia="Times New Roman" w:cs="Times New Roman"/>
        </w:rPr>
        <w:t>Si Obama giakusahan nga nagpakaaron-ingnon nga ingon sa usa ka heterosexual ug ingon man usa ka homosexual, ug siya usa ka simbolo sa mini nga manalagna sa apostatang Protestante nga Amerika, samtang usa usab ka Muslim, nga mao usab ang relihiyon sa mini nga manalagna nga si Mohammed. Si Obama mao ang representante sa politikal nga sistema sa mahimayaong yuta—ang mini nga manalagna sa Pinadayag 16, apan ang iyang tinuod nga politikal nga mga simpatiya nahiuyon sa mga globalista—ang dragon. Sa pagpanagna, si Obama eskisopreniko, nga nagrepresentar sa duha ka mini nga relihiyon, duha ka seksuwal nga kalagmitan, ug duha ka politikal nga sistema, ug sa iyang paghari, dihay duha ka anticristo. Bisan pa man kon seksuwal nga kalagmitan, politikal nga pagpasubay, o relihiyosong kombiksyon, si Obama sa matag bahin mipasalig sa pagpabilin sulod sa tagoanan. Nailhan sa uban nga, “Obama ang Magbabahin,” tungod sa iyang mga paningkamot sa pagbahinbahin sa mga lungsoranong Amerikano batok sa ilang kaugalingon, makita usab kini sa iyang gitabunang personal, politikal, ug relihiyosong mga kombiksyon.</w:t>
      </w:r>
    </w:p>
    <w:p>
      <w:pPr>
        <w:pStyle w:val="ArticleBody"/>
        <w:jc w:val="left"/>
      </w:pPr>
      <w:r>
        <w:rPr>
          <w:rFonts w:ascii="Times New Roman" w:hAnsi="Times New Roman" w:eastAsia="Times New Roman" w:cs="Times New Roman"/>
        </w:rPr>
        <w:t>Ang unang anticristo sa paghari ni Obama maoy nagdumala sa Congregation for the Doctrine of the Faith sulod sa kawhaan ug upat ka tuig sa wala pa siya nahimong papa. Ang Congregation for the Doctrine of the Faith mao ang modernong ngalan sa gitawag kaniadto nga Office of the Inquisition. Ang pagsukol sa panahon ni Obama motakdo sa numero nga “13,” sa Hebreohanong pulong nga kamatuoran nga gilangkuban sa unang letra sa Hebreohanong alpabeto (Reagan), sa ikanapulog-tulo nga letra (Obama), ug kang Trump ang ika-kawhaan ug duha nga letra. Ang inkwisisyon sa pagkatinuod usa ka simbolo sa pagsukol. Si Papa Benedicto mitalikod sa iyang trono ngadto kang Francisco niadtong 2013, sa panahon sa eskisoprenikong paghari sa simbolo sa mini nga mga propeta sa Islam ug sa murtadong Protestantismo.</w:t>
      </w:r>
    </w:p>
    <w:p>
      <w:pPr>
        <w:pStyle w:val="ArticleBody"/>
        <w:jc w:val="left"/>
      </w:pPr>
      <w:r>
        <w:rPr>
          <w:rFonts w:ascii="Times New Roman" w:hAnsi="Times New Roman" w:eastAsia="Times New Roman" w:cs="Times New Roman"/>
        </w:rPr>
        <w:t>Ang ikaduhang lakang sa walay-kataposang maayong balita usa ka biswal nga pagsulay, ug ang makita diha sa relasyon ni Obama ug sa duha ka papa mao ang kalambigitan tali sa paglutos nga girepresentahan sa Tanggapan sa Inkwisisyon, ug sa pagkapirmi sa mga globalista sa pagsimba sa inahan nga yuta ingon nga girepresentahan sa woke nga papa. Ang pagtoo ni Obama nga Muslim nagarepresentar sa pagpasuko sa mga nasod nga gidala sa Islam ug sa kapakyasan sa apostatang Protestante sa pagtuman sa tulubagon nga girepresentahan sa ngalan nga Protestante. Ang usa ka Protestante kinahanglan mosupak sa Roma, apan dili gayud moyukbo sa Roma.</w:t>
      </w:r>
    </w:p>
    <w:p>
      <w:pPr>
        <w:pStyle w:val="ArticleBody"/>
        <w:jc w:val="left"/>
      </w:pPr>
      <w:r>
        <w:rPr>
          <w:rFonts w:ascii="Times New Roman" w:hAnsi="Times New Roman" w:eastAsia="Times New Roman" w:cs="Times New Roman"/>
        </w:rPr>
        <w:t>Ang nahauna sa tulo ka mga papa nagpahibalo sa kalibotan nga siya nagtuo nga siya mao ang “maayong papa” sa Katolikong naggiya nga tagna sa Fatima. Si John Paul II mituo sa iyang kaugalingon nga siya mao ang “maayong papa” sa Fatima, nga sa iyang pagtuo sa kaulahian magagahom sa tibuok kalibotan pinaagi sa sungkod nga puthaw sa dihang matapos na ang tulo-ka-bahing pakigbisog tali sa kapapahan, sa Tinipong Bansa sa Amerika, ug sa mga globalista.</w:t>
      </w:r>
    </w:p>
    <w:p>
      <w:pPr>
        <w:pStyle w:val="ArticleBody"/>
        <w:jc w:val="left"/>
      </w:pPr>
      <w:r>
        <w:rPr>
          <w:rFonts w:ascii="Times New Roman" w:hAnsi="Times New Roman" w:eastAsia="Times New Roman" w:cs="Times New Roman"/>
        </w:rPr>
        <w:t>Ang mosunod nga pagkapresidente nagpahibalo sa papel sa mga globalista sa dragon, sa pagpasuko sa Islam sa mga nasod, ug sa kapakyasan sa apostatang Protestante nga mahimong mga Protestante. Ang pagkapresidente ni Trump nga gipasinayaan niadtong 2025 dayag nga nahiuyon sa antikristo sa 2025. Ang kahayag niining tulo ka mga alyansa sa Roma ug sa Tinipong Bansa sa Amerika ginabuksan diha sa kasaysayan sa pagtapos sa gubat sa Raphia ug sa pagsugod sa gubat sa Panium. Ang panaghiusa sa mga gingharian ni Licinius ug ni Constantine sa sinugdanan sa napulog pito ka tuig nagrepresentar sa alyansa sa 2025.</w:t>
      </w:r>
    </w:p>
    <w:p>
      <w:pPr>
        <w:pStyle w:val="ArticleBody"/>
        <w:jc w:val="left"/>
      </w:pPr>
      <w:r>
        <w:rPr>
          <w:rFonts w:ascii="Times New Roman" w:hAnsi="Times New Roman" w:eastAsia="Times New Roman" w:cs="Times New Roman"/>
        </w:rPr>
        <w:t>Ang alyansa sa 2025 mao ang peke nga sambingay sa napulo ka mga ulay. Una, ang kaminyoon matuman, ug unya adunay usa ka panahon sa pag-usisa nga sa katapusan modala ngadto sa ikaduhang hugna sa kaminyoon diin mahitabo ang pagtuman niini, ug ang pultahan pagasirhan. Ang peke nga sambingay sa napulo ka mga ulay nagsugod sa 2025, ug kini matuman sa haduol nang umabot nga balaod sa Domingo sa bersikulo napulo ug unom ug kap-atan ug usa sa Daniel onse. Sa peke nga kaminyoon ang amahan mao si Satanas, ang pamanhonon mao ang kapapahan, ug ang pangasaw-onon mao ang apostatang Protestante nga Amerika. Sa bersikulo napulo ug upat sa Daniel onse, ang mga tulisan sa katawhan ni Daniel mao ang Roma, nga nagapalig-on sa panan-awon. Ang pagsalikway sa pag-ila ni William Miller sa Roma ingon nga simbolo nga nagapalig-on sa panan-awon susama sa pagsalikway sa mensahe sa unang manolunda ug sa mensahe ni Juan Bautista. Sa dihang ang kasamtangang anticristo milingkod sa katungdanan sa 2025, iyang gipalig-on ang panan-awon sa walo ka mga presidente, ug gituman ang bersikulo napulo ug upat.</w:t>
      </w:r>
    </w:p>
    <w:p>
      <w:pPr>
        <w:pStyle w:val="ArticleBody"/>
        <w:jc w:val="left"/>
      </w:pPr>
      <w:r>
        <w:rPr>
          <w:rFonts w:ascii="Times New Roman" w:hAnsi="Times New Roman" w:eastAsia="Times New Roman" w:cs="Times New Roman"/>
        </w:rPr>
        <w:t>Karon atua na kita sa pagsulay sa templo; ang ikaduhang pagsulay nga nag-una sa litmus ug sa ikatulong pagsulay.</w:t>
      </w:r>
    </w:p>
    <w:p>
      <w:pPr>
        <w:pStyle w:val="ArticleBody"/>
        <w:jc w:val="left"/>
      </w:pPr>
      <w:r>
        <w:rPr>
          <w:rFonts w:ascii="Times New Roman" w:hAnsi="Times New Roman" w:eastAsia="Times New Roman" w:cs="Times New Roman"/>
        </w:rPr>
        <w:t>Padayonon nato kining mga butanga sa sunod nga artikulo.</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Numero Kinse</dc:title>
  <dc:subject>“250” Tulo ka Higayon</dc:subject>
  <dc:creator>Jeff Pippenger</dc:creator>
  <cp:keywords/>
  <dc:description>Generated by ArticleDigger from panium\15_panium.json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