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Numero Dieciséis</w:t>
      </w:r>
    </w:p>
    <w:p>
      <w:pPr>
        <w:pStyle w:val="ArticleSubtitle"/>
        <w:jc w:val="left"/>
      </w:pPr>
      <w:r>
        <w:rPr>
          <w:rFonts w:ascii="Arial" w:hAnsi="Arial" w:eastAsia="Arial" w:cs="Arial"/>
        </w:rPr>
        <w:t>Ang Panahon sa Katapusan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2026-02-19</w:t>
      </w:r>
    </w:p>
    <w:p>
      <w:pPr>
        <w:pStyle w:val="ArticleBody"/>
        <w:jc w:val="left"/>
      </w:pPr>
      <w:r>
        <w:rPr>
          <w:rFonts w:ascii="Times New Roman" w:hAnsi="Times New Roman" w:eastAsia="Times New Roman" w:cs="Times New Roman"/>
        </w:rPr>
        <w:t>Ang Daniel onse nagsugod pinaagi sa pagpaila kang Donald Trump ingon nga katapusang presidente sa ikaunom nga gingharian sa tagna sa Biblia. Sa ikatulong tuig ni Ciro, nga mao ang diin nagsugod ang panan-awon sa kapitulo napulo, gidugangan kini sa unang bersikulo sa kapitulo onse pinaagi sa pulong nga, “usab.”</w:t>
      </w:r>
    </w:p>
    <w:p>
      <w:pPr>
        <w:pStyle w:val="ArticleScripture"/>
        <w:jc w:val="left"/>
      </w:pPr>
      <w:r>
        <w:rPr>
          <w:rFonts w:ascii="Times New Roman" w:hAnsi="Times New Roman" w:eastAsia="Times New Roman" w:cs="Times New Roman"/>
        </w:rPr>
        <w:t>Ug ako usab, sa unang tuig ni Dario nga Medo, ako gayud mitindog aron sa pagpamatuod ug sa pagpalig-on kaniya. Daniel 11:1.</w:t>
      </w:r>
    </w:p>
    <w:p>
      <w:pPr>
        <w:pStyle w:val="ArticleBody"/>
        <w:jc w:val="left"/>
      </w:pPr>
      <w:r>
        <w:rPr>
          <w:rFonts w:ascii="Times New Roman" w:hAnsi="Times New Roman" w:eastAsia="Times New Roman" w:cs="Times New Roman"/>
        </w:rPr>
        <w:t>Si Gabriel nagmatngon pag-ayo sa pagbalik ngadto kang Dario ug sa pagdugtong kaniya kang Ciro samtang gisugdan niya ang iyang pagsaysay sa ikanapulog-usa nga kapitulo. Ang ikanapulo nga kapitulo nagapadayon isip usa ka panan-awon hangtod sa kataposang bersikulo sa ikanapulog-duha nga kapitulo, ug kini nagsugod sa ikatulong tuig ni Ciro.</w:t>
      </w:r>
    </w:p>
    <w:p>
      <w:pPr>
        <w:pStyle w:val="ArticleScripture"/>
        <w:jc w:val="left"/>
      </w:pPr>
      <w:r>
        <w:rPr>
          <w:rFonts w:ascii="Times New Roman" w:hAnsi="Times New Roman" w:eastAsia="Times New Roman" w:cs="Times New Roman"/>
        </w:rPr>
        <w:t>Sa ikatulong tuig ni Ciro nga hari sa Persia, usa ka butang gipadayag kang Daniel, nga ginganlan og Belteshazzar; ug ang maong butang tinuod, apan ang gitagal nga panahon taas: ug iyang nasabtan ang maong butang, ug may pagsabot siya sa panan-awon. Daniel 10:1.</w:t>
      </w:r>
    </w:p>
    <w:p>
      <w:pPr>
        <w:pStyle w:val="ArticleBody"/>
        <w:jc w:val="left"/>
      </w:pPr>
      <w:r>
        <w:rPr>
          <w:rFonts w:ascii="Times New Roman" w:hAnsi="Times New Roman" w:eastAsia="Times New Roman" w:cs="Times New Roman"/>
        </w:rPr>
        <w:t>Si Dario uban kang Ciro naghimo sa simbolo sa duruha ka nasod sa mga Medo ug mga Persiano, nga nagrepresentar sa duruha ka gahum sa Republikanoismo ug Protestanismo sa Tinipong Bansa; busa, nagrepresentar sa duruha ka simbolo sa panahon sa katapusan. Ang pagkahimugso ni Aaron ug ni Moises maoy nagtimaan sa panahon sa katapusan sa upat ka gatos ka tuig nga tagna ni Abraham sa sinugdanan sa karaang Israel; sa ingon usab, ang pagkahimugso ni Juan Bautista ug ni Cristo nagrepresentar sa duruha ka timaan sa dalan sa panahon sa katapusan sa katapusan sa karaang Israel. Si Jesus sa kanunay naghulagway sa katapusan pinaagi sa sinugdanan.</w:t>
      </w:r>
    </w:p>
    <w:p>
      <w:pPr>
        <w:pStyle w:val="ArticleBody"/>
        <w:jc w:val="left"/>
      </w:pPr>
      <w:r>
        <w:rPr>
          <w:rFonts w:ascii="Times New Roman" w:hAnsi="Times New Roman" w:eastAsia="Times New Roman" w:cs="Times New Roman"/>
        </w:rPr>
        <w:t>Si Dario ug si Ciro dungan nagrepresentar sa waymark nga gihulagway ingon nga panahon sa katapusan, sa dihang natapos ang kapitoan ka tuig nga pagkabihag sa Babilonia.</w:t>
      </w:r>
    </w:p>
    <w:p>
      <w:pPr>
        <w:pStyle w:val="ArticleScripture"/>
        <w:jc w:val="left"/>
      </w:pPr>
      <w:r>
        <w:rPr>
          <w:rFonts w:ascii="Times New Roman" w:hAnsi="Times New Roman" w:eastAsia="Times New Roman" w:cs="Times New Roman"/>
        </w:rPr>
        <w:t>“Ang iglesia sa Dios dinhi sa yuta tinuod gayod nga nailalom sa pagkabinihag niadtong hataas nga yugto sa walay hunong nga paglutos, maingon nga ang mga anak sa Israel gibihag sa Babilonia sulod sa panahon sa pagkatapok.”—Prophets and Kings, 714.</w:t>
      </w:r>
    </w:p>
    <w:p>
      <w:pPr>
        <w:pStyle w:val="ArticleBody"/>
        <w:jc w:val="left"/>
      </w:pPr>
      <w:r>
        <w:rPr>
          <w:rFonts w:ascii="Times New Roman" w:hAnsi="Times New Roman" w:eastAsia="Times New Roman" w:cs="Times New Roman"/>
        </w:rPr>
        <w:t>Si Darius ug si Cyrus nagahulagway sa mga tuig 1798 ug 1799, nga nagrepresentar sa panahon sa katapusan, sa dihang natapos ang kaamgid nga pagkabinihag sa espirituwal nga Israel diha sa espirituwal nga Babilonia. Ang 1798 nagtimaan sa katapusan sa politikal nga sistema sa kapapahan nga gihulagway ingon nga usa ka mananap, nga gisakyan sa bigaon nga babaye sa Roma.</w:t>
      </w:r>
    </w:p>
    <w:p>
      <w:pPr>
        <w:pStyle w:val="ArticleScripture"/>
        <w:jc w:val="left"/>
      </w:pPr>
      <w:r>
        <w:rPr>
          <w:rFonts w:ascii="Times New Roman" w:hAnsi="Times New Roman" w:eastAsia="Times New Roman" w:cs="Times New Roman"/>
        </w:rPr>
        <w:t>Busa gidala niya ako diha sa espiritu ngadto sa kamingawan: ug nakita ko ang usa ka babaye nga naglingkod ibabaw sa usa ka mapula nga mapulang mapintas nga mananap, nga napuno sa mga ngalan sa pagpasipala, nga may pito ka ulo ug napulo ka sungay. Pinadayag 17:3.</w:t>
      </w:r>
    </w:p>
    <w:p>
      <w:pPr>
        <w:pStyle w:val="ArticleBody"/>
        <w:jc w:val="left"/>
      </w:pPr>
      <w:r>
        <w:rPr>
          <w:rFonts w:ascii="Times New Roman" w:hAnsi="Times New Roman" w:eastAsia="Times New Roman" w:cs="Times New Roman"/>
        </w:rPr>
        <w:t>Gitapos ni Napoleon ang kinabuhi sa mapintas nga mananap niadtong 1798, ug niadtong 1799, ang babaye nga nagsakay ibabaw sa mapintas nga mananap namatay sa pagkabihag. Niadtong 1989, silang Ronald Reagan ug George Bush ang nakatatanda parehong mga presidente, nga nagtimaan sa panahon sa katapusan niadtong 1989. Si Dario ug si Ciro nagrepresentar kang Reagan ug kang Bush ang nakatatanda. Ang bersikulo dos nagaingon:</w:t>
      </w:r>
    </w:p>
    <w:p>
      <w:pPr>
        <w:pStyle w:val="ArticleScripture"/>
        <w:jc w:val="left"/>
      </w:pPr>
      <w:r>
        <w:rPr>
          <w:rFonts w:ascii="Times New Roman" w:hAnsi="Times New Roman" w:eastAsia="Times New Roman" w:cs="Times New Roman"/>
        </w:rPr>
        <w:t>Ug karon ipakita ko kanimo ang kamatuoran. Ania karon, motindog pa ang tulo ka mga hari sa Persia; ug ang ikaupat mahimong labi pang adunahan kay kanilang tanan: ug pinaagi sa iyang kusog nga gikan sa iyang mga bahandi iyang pagalihokon ang tanan batok sa gingharian sa Grecia. Daniel 11:2.</w:t>
      </w:r>
    </w:p>
    <w:p>
      <w:pPr>
        <w:pStyle w:val="ArticleHeading"/>
        <w:jc w:val="left"/>
      </w:pPr>
      <w:r>
        <w:rPr>
          <w:rFonts w:ascii="Arial" w:hAnsi="Arial" w:eastAsia="Arial" w:cs="Arial"/>
        </w:rPr>
        <w:t>Pagmata</w:t>
      </w:r>
    </w:p>
    <w:p>
      <w:pPr>
        <w:pStyle w:val="ArticleBody"/>
        <w:jc w:val="left"/>
      </w:pPr>
      <w:r>
        <w:rPr>
          <w:rFonts w:ascii="Times New Roman" w:hAnsi="Times New Roman" w:eastAsia="Times New Roman" w:cs="Times New Roman"/>
        </w:rPr>
        <w:t>Si Dario mao si Reagan, si Ciro mao si Bush nga nakatatag, ug ang tulo nga misunod kang Ciro mao sila si Clinton, si Bush nga ubos, si Obama nga Tigbabahin, ug ang ikaupat ug “labing dato” nga pangulo, nga nagpukaw sa mga globalista sa Grecia, mao si Trump. Ang pulong nga “pukaw” nagpasabot sa pagmata. Sa dihang gipahibalo ni Trump ang iyang pagdagan isip kandidato niadtong 2015, ang mga globalista, nga giila ni Joel ingon nga mga “pagano,” napukaw.</w:t>
      </w:r>
    </w:p>
    <w:p>
      <w:pPr>
        <w:pStyle w:val="ArticleScripture"/>
        <w:jc w:val="left"/>
      </w:pPr>
      <w:r>
        <w:rPr>
          <w:rFonts w:ascii="Times New Roman" w:hAnsi="Times New Roman" w:eastAsia="Times New Roman" w:cs="Times New Roman"/>
        </w:rPr>
        <w:t>Pukawa ang mga pagano, ug pasakaa sila ngadto sa walog ni Jehoshaphat; kay didto molingkod Ako sa paghukom sa tanang mga pagano sa libut. Isulod ninyo ang galab, kay hinog na ang ani; umari kamo, manaog kamo; kay napuno na ang pug-anan sa ubas, nagaawas ang mga batya; kay daku ang ilang pagkadautan. Mga panon, mga panon sa walog sa paghukom; kay haduol na ang adlaw sa Ginoo sa walog sa paghukom. Joel 3:12–14.</w:t>
      </w:r>
    </w:p>
    <w:p>
      <w:pPr>
        <w:pStyle w:val="ArticleBody"/>
        <w:jc w:val="left"/>
      </w:pPr>
      <w:r>
        <w:rPr>
          <w:rFonts w:ascii="Times New Roman" w:hAnsi="Times New Roman" w:eastAsia="Times New Roman" w:cs="Times New Roman"/>
        </w:rPr>
        <w:t>Sa dihang ang “mga pagano” mapukaw, “ang adlaw sa Ginoo haduol na” sa walog ni Jehoshaphat. Ang “Jehoshaphat” nagpasabot og paghukom ni Jehova; ug ang walog gitawag usab nga walog sa paghukom. Sukad sa 2015 padayon, ang “mga panon” sa planetang yuta magsugod sa paglihok ngadto sa nagkalainlaing mga bugkos nga giandam alang sa matag pasangil nga gihatag sa mga tawo tungod sa ilang pagdumili sa pagdesisyon sa pag-alagad sa Dios. Niadtong 9/11 nagsugod ang paghukom sa mga buhi, ug niadtong 2015, gipahibalo ni Trump nga siya mangita sa pagkapresidente. Niadtong 9/11 ang unang hugna sa ulahing ulan nagsugod sa pagpangatagak, ug ang ulahing ulan mao ang nagapahinog sa ani; ug niadtong 2015, napulog-upat ka tuig na sulod sa ulan nga nagapamunga sa hinog nga ting-ani, ang basahon ni Joel nagpatingog sa pasidaan nga sa dihang si Donald Trump “magpukaw sa gingharian sa Grecia,” o sumala sa giingon ni Joel, sa dihang si Trump “mopukaw sa mga pagano sa 2015,” ang ting-ani sa planetang yuta nagsugod na sa pagkahinog.</w:t>
      </w:r>
    </w:p>
    <w:p>
      <w:pPr>
        <w:pStyle w:val="ArticleBody"/>
        <w:jc w:val="left"/>
      </w:pPr>
      <w:r>
        <w:rPr>
          <w:rFonts w:ascii="Times New Roman" w:hAnsi="Times New Roman" w:eastAsia="Times New Roman" w:cs="Times New Roman"/>
        </w:rPr>
        <w:t>Importante nga ila nga ang unang kamatuoran nga gihisgutan sa Daniel onse mao ang mapanagnaong papel ni Donald Trump. Ang unang gingharian sa panagna sa Biblia nga girepresentahan diha sa basahon ni Daniel mao ang Babilonia. Hunahunaa ang sugilanon sa Babilonia diha sa basahon ni Daniel kon si Nabucodonosor wala gamita sa Inspirasyon aron pagtukod ug mapanagnaong sumbanan. Ang ikaunom nga gingharian sa panagna sa Biblia dili hingpit kon wala ang pagpamatuod sa kataposang magmamando nianang ginghariana. Ang lagda sa unang paghisgot nagapahimutang sa kahulogan ni Trump ingon nga usa ka simbolo nga may pangunang kahinungdanon sa panan-awon nga nadawat ni Daniel sa ikakaluha ug ikaduhang adlaw human siya nagpuasa sulod sa tulo ka semana.</w:t>
      </w:r>
    </w:p>
    <w:p>
      <w:pPr>
        <w:pStyle w:val="ArticleScripture"/>
        <w:jc w:val="left"/>
      </w:pPr>
      <w:r>
        <w:rPr>
          <w:rFonts w:ascii="Times New Roman" w:hAnsi="Times New Roman" w:eastAsia="Times New Roman" w:cs="Times New Roman"/>
        </w:rPr>
        <w:t>Apan ang prinsipe sa gingharian sa Persia misukol kanako sulod sa kaluhaan ug usa ka adlaw; apan, tan-awa, si Miguel, usa sa mga pangulong prinsipe, mianhi sa pagtabang kanako; ug nagpabilin ako didto uban sa mga hari sa Persia. Karon mianhi ako aron pasabton ikaw sa mahitabo sa imong katawhan sa ulahing mga adlaw; kay ang panan-awon alang pa sa daghang mga adlaw. Daniel 10:13, 14.</w:t>
      </w:r>
    </w:p>
    <w:p>
      <w:pPr>
        <w:pStyle w:val="ArticleBody"/>
        <w:jc w:val="left"/>
      </w:pPr>
      <w:r>
        <w:rPr>
          <w:rFonts w:ascii="Times New Roman" w:hAnsi="Times New Roman" w:eastAsia="Times New Roman" w:cs="Times New Roman"/>
        </w:rPr>
        <w:t>Ang panan-awon sa kapitulo onse naghulagway sa mahitabo sa katawhan sa Dios sa katapusang mga adlaw, ug nga si Trump ingon nga pangulo sa Tinipong Bansa sa Amerika, ug pagkahuman niana sa Tinipong Nasod, usa ka kamatuoran nga adunay walay katapusang mga sangpotanan nga nalambigit sa pagsabot o dili pagsabot niana nga kamatuoran. Kana nga kamatuoran maoy hilabihan ka importante alang kang Gabriel sa pagpahibalo kang Daniel nga sa bersikulo katorse, si Daniel nagtala, gikan sa kahayag nga gihatag sa manulonda nga si Gabriel, nga mao ang “mga tulisan sa imong katawhan” ang nagapahimutang sa panan-awon. Imposible ang husto nga pagsubay sa mga lihok ni Donald Trump diha sa tagna kon dili gamiton ang Roma ingon nga sumbanan aron maila ang mga tunob ni Trump pinaagi sa tagnaong kasaysayan sa Daniel onse.</w:t>
      </w:r>
    </w:p>
    <w:p>
      <w:pPr>
        <w:pStyle w:val="ArticleBody"/>
        <w:jc w:val="left"/>
      </w:pPr>
      <w:r>
        <w:rPr>
          <w:rFonts w:ascii="Times New Roman" w:hAnsi="Times New Roman" w:eastAsia="Times New Roman" w:cs="Times New Roman"/>
        </w:rPr>
        <w:t>Si Trump, ingon nga simbolo sa Tinipong Bansa sa panahon sa balaod sa Domingo, nagaporma ug larawan sa mananap, ug sa pagbuhat niana siya nagapasidungog sa mananap, busa kini usa ka larawan sa mananap, ug usab usa ka larawan agig pasidungog sa mananap. Diha sa Pinadayag 17 ang pagka-papa mao ang ikawalo, nga gikan sa pito, ug si Donald Trump mao ang ikawalong presidente sukad kang Reagan sa panahon sa katapusan niadtong 1989, apan siya usab mao ang ikaunom, nga nagkahulogan nga siya mao ang ikawalo nga gikan sa pito.</w:t>
      </w:r>
    </w:p>
    <w:p>
      <w:pPr>
        <w:pStyle w:val="ArticleBody"/>
        <w:jc w:val="left"/>
      </w:pPr>
      <w:r>
        <w:rPr>
          <w:rFonts w:ascii="Times New Roman" w:hAnsi="Times New Roman" w:eastAsia="Times New Roman" w:cs="Times New Roman"/>
        </w:rPr>
        <w:t>Sa Pinadayag 17, si Juan diha sa bersikulo 3 gidala ngadto sa kamingawan diin nakita niya ang bigaon nga nagkabayo ibabaw sa usa ka mananap. Ang bigaon giila sa tanang dagkong Protestante nga denominasyon ingon nga ang Iglesiang Katolika, bisan pa nga silang tanan nanaglimod sa ilang mga patukoranan nga pagtoo sa ulahing mga adlaw. Ang iglesiang Romano nahubog sa dugo sa mga martir sa dihang nakita siya ni Juan, ug siya nagdala sa titulo nga inahan sa mga bigaon. Kini nagaila nga si Juan gidala ngadto sa 1798, diin ang kapapahan may dugo sa pagkamartir ug ang pipila ka nangaging mga iglesiang Protestante nanagpamalik na ngadto sa pakig-ambit sa Romano Katolikong simbahan. Gikan nianang baruganan nakita ni Juan ang “pito ka mga hari,” nga ang lima niini nangapukan na sa 1798, ug usa ka gingharian diha na sa 1798, ug kadtong gingharian mao ang Tinipong Bansa sa Amerika, apan adunay laing gingharian, nga ginabuhat sa napulo ka mga hari, nga moabot sa ulahi; kay sa 1798 diin si Juan nagtindog ang ikapitong gingharian wala pa moabot. Ang napulo ka mga hari maghari sulod sa takna sa krisis sa balaod sa Domingo, ug nagkauyon sila sa paghatag sa ilang ikapitong gingharian ngadto sa mananap sa ikalimang gingharian, nga nakadawat ug usa ka makamatay nga samad niadtong 1798.</w:t>
      </w:r>
    </w:p>
    <w:p>
      <w:pPr>
        <w:pStyle w:val="ArticleBody"/>
        <w:jc w:val="left"/>
      </w:pPr>
      <w:r>
        <w:rPr>
          <w:rFonts w:ascii="Times New Roman" w:hAnsi="Times New Roman" w:eastAsia="Times New Roman" w:cs="Times New Roman"/>
        </w:rPr>
        <w:t>Ang numero nga “8” nagarepresentar sa pagkabanhaw, ug ang pagkapapa mao ang ikawalo nga gikan sa pito sa dihang ang makamatay niyang samad mamaayo sa tulo-ka-bahin nga panaghiusa sa dragon, sa mananap, ug sa mini nga manalagna nga mahitabo sa haduol nang umalabot nga balaod sa Domingo. Sa 2020, gikawat sa mga globalista ang eleksiyon gikan kang Trump ug siya gipatay sa kadalanan sa Pinadayag onse. Ang duha ka mga saksi sa Pinadayag onse nagarepresentar sa duha ka sungay sa mananap sa yuta nga silang duha gipatay sa 2020. Si Trump mao ang ikaunom nga presidente sukad kang Reagan sa panahon sa katapusan niadtong 1989; apan sa 2024, siya usab mao ang ikawalo nga gikan sa pito ka nangaging mga hari. Sa 2024, ang iyang makamatay nga samad naayo ug sa maong higayon nahimo siyang ikawalo nga gikan sa pito sa hingpit nga pagkatakdo sa simbolo nga propetiko nga nagapahimutang sa panan-awon. Kon wala kay Roma, wala kay abilidad sa pagsunod sa mga lihok sa hulagway sa Roma.</w:t>
      </w:r>
    </w:p>
    <w:p>
      <w:pPr>
        <w:pStyle w:val="ArticleHeading"/>
        <w:jc w:val="left"/>
      </w:pPr>
      <w:r>
        <w:rPr>
          <w:rFonts w:ascii="Arial" w:hAnsi="Arial" w:eastAsia="Arial" w:cs="Arial"/>
        </w:rPr>
        <w:t>MAGA</w:t>
      </w:r>
    </w:p>
    <w:p>
      <w:pPr>
        <w:pStyle w:val="ArticleBody"/>
        <w:jc w:val="left"/>
      </w:pPr>
      <w:r>
        <w:rPr>
          <w:rFonts w:ascii="Times New Roman" w:hAnsi="Times New Roman" w:eastAsia="Times New Roman" w:cs="Times New Roman"/>
        </w:rPr>
        <w:t>Aron masabtan kon sa unsang paagi si Trump mao si Constantine the Great sa dihang matapos ang “250” ka tuig ni Nero, o kon sa unsang paagi siya mao si Antiochus the Great niadtong 207 BC, o kon sa unsang paagi siya mao ang katapusang presidente kansang tibuok kalihokan sa bulawanong kapanahonan gibase sa paghimo sa Amerika nga “great,” gikinahanglan ang pag-ila nga ang kapitulo una nga naghisgot kang Trump ug sa iyang propetikong papel.</w:t>
      </w:r>
    </w:p>
    <w:p>
      <w:pPr>
        <w:pStyle w:val="ArticleBody"/>
        <w:jc w:val="left"/>
      </w:pPr>
      <w:r>
        <w:rPr>
          <w:rFonts w:ascii="Times New Roman" w:hAnsi="Times New Roman" w:eastAsia="Times New Roman" w:cs="Times New Roman"/>
        </w:rPr>
        <w:t>Ang pirma sa “kamatuoran” nga girepresentahan sa Hebreohanon nga pulong nga “kamatuoran,” nga gilangkuban sa nahaunang, ikanapulog-tulo, ug ikanapulog-duha ka letra sa Hebreohanon nga alpabeto, nag-ila kang Reagan ingon nga nahaunang letra, ug kang Obama ingon nga ikanapulog-tulo nga letra sa pagsukol, sumala sa girepresentahan sa 2013 sa dihang ang kanhing pangulo sa Tanggapan sa Inkwisisyon gisundan sa nahaunang Heswita nga papa. Tungod kay ang pangulo sa inkwisisyon miundang, ang iyang tinapusang punto miuyon sa sinugdanang punto sa Heswita nga papa. Kadtong koneksiyon tali sa duha ka papa ni Obama mao ang Marso 13, 2013. Si Obama miuyon sa ikanapulog-tulo nga letra sa pagsukol, ug ang ikanapulog-duha ka letra mao si Trump.</w:t>
      </w:r>
    </w:p>
    <w:p>
      <w:pPr>
        <w:pStyle w:val="ArticleBody"/>
        <w:jc w:val="left"/>
      </w:pPr>
      <w:r>
        <w:rPr>
          <w:rFonts w:ascii="Times New Roman" w:hAnsi="Times New Roman" w:eastAsia="Times New Roman" w:cs="Times New Roman"/>
        </w:rPr>
        <w:t>Ang ikakaluhaan ug ikaduhang amendment nagtakda sa usa ka presidente ngadto sa duha lamang ka termino, ug sa paghisgot sa mga presidente nga duha ka termino, kansang mga termino DILI sunod-sunod, duha lamang sila. Si Grover Cleveland mao ang alpha sa mga presidente nga adunay duha ka termino nga dili magkasunod, ug si Trump mao ang omega. Si Grover Cleveland mao ang ikakaluhaan ug ikaduhang presidente, ug si Trump, ingon nga omega ngadto kang Cleveland, nagbaton sa alpha nga ilhanan nga “22.” Si Cleveland ug si Trump nagrepresentar sa usa ka alpha ug omega nga naglangkob sa simbolismo sa ikakaluhaan ug ikaduhang letra sa Hebreohanong alpabeto. Duha lamang ka presidente ang adunay duha ka termino nga dili magkasunod, ug si Trump mao ang ikaduha niadtong duha. Ang duha sa omega nga giminusan sa baynte dos sa alpha naghatag ug kwarenta’y kwatro, usa ka simbolo sa 1844, nga usa ka simbolo sa siradong pultahan sa balaod sa Dominggo, sumala sa gipakita sa tipo sa siradong pultahan sa 1844. Si Trump mao ang ika-44 nga lahi nga tawo nga nahimong presidente, ug siya mao ang presidente sa dihang ang pultahan mosira sa balaod sa Dominggo.</w:t>
      </w:r>
    </w:p>
    <w:p>
      <w:pPr>
        <w:pStyle w:val="ArticleBody"/>
        <w:jc w:val="left"/>
      </w:pPr>
      <w:r>
        <w:rPr>
          <w:rFonts w:ascii="Times New Roman" w:hAnsi="Times New Roman" w:eastAsia="Times New Roman" w:cs="Times New Roman"/>
        </w:rPr>
        <w:t>Si Trump gihulagway na pinaagi ni Ciro nga Bantugan. Si Ciro nga Bantugan mipagula sa unang sugo ug si Artajerjes nga Bantugan mipagula sa ikatulong sugo. Ang una ug ang ikatulo nagtugbang sa usag usa, kay si Jesus sa kanunay naghulagway sa katapusan pinaagi sa sinugdanan. Atua si Trump sa dihang ang “250” ka tuig ni Nero matapos, nga girepresentahan ni Constantino nga Bantugan. Sa katapusan sa “250” ka tuig sukad sa 457 BC, si Trump girepresentahan ni Antioco nga Bantugan, nga mibalik nga mas kusgan pa kay sa kaniadto sa 2024, ingon sa katumanan sa bersikulo trese.</w:t>
      </w:r>
    </w:p>
    <w:p>
      <w:pPr>
        <w:pStyle w:val="ArticleScripture"/>
        <w:jc w:val="left"/>
      </w:pPr>
      <w:r>
        <w:rPr>
          <w:rFonts w:ascii="Times New Roman" w:hAnsi="Times New Roman" w:eastAsia="Times New Roman" w:cs="Times New Roman"/>
        </w:rPr>
        <w:t>Kay ang hari sa amihanan mobalik, ug magapakatigom ug panon nga labi pang daghan kay sa nahauna; ug sa pagkatinuod moanhi siya human sa pipila ka tuig uban ang usa ka dakung kasundalohan ug uban sa daghang mga bahandi. Daniel 11:13.</w:t>
      </w:r>
    </w:p>
    <w:p>
      <w:pPr>
        <w:pStyle w:val="ArticleBody"/>
        <w:jc w:val="left"/>
      </w:pPr>
      <w:r>
        <w:rPr>
          <w:rFonts w:ascii="Times New Roman" w:hAnsi="Times New Roman" w:eastAsia="Times New Roman" w:cs="Times New Roman"/>
        </w:rPr>
        <w:t>Sa dihang ang Estados Unidos mapildi sa Roma pinaagi sa balaod sa Domingo, ang matag nasod sa tibuok kalibotan unya pugson sa pagyukbo sa Roma.</w:t>
      </w:r>
    </w:p>
    <w:p>
      <w:pPr>
        <w:pStyle w:val="ArticleScripture"/>
        <w:jc w:val="left"/>
      </w:pPr>
      <w:r>
        <w:rPr>
          <w:rFonts w:ascii="Times New Roman" w:hAnsi="Times New Roman" w:eastAsia="Times New Roman" w:cs="Times New Roman"/>
        </w:rPr>
        <w:t>“Ang mga langyawng mga nasod mosunod sa ehemplo sa Estados Unidos. Bisan siya mao ang mangulo, apan ang samang krisis moabot sa atong katawhan sa tanang bahin sa kalibotan.” Testimonies, tomo 6, 395.</w:t>
      </w:r>
    </w:p>
    <w:p>
      <w:pPr>
        <w:pStyle w:val="ArticleBody"/>
        <w:jc w:val="left"/>
      </w:pPr>
      <w:r>
        <w:rPr>
          <w:rFonts w:ascii="Times New Roman" w:hAnsi="Times New Roman" w:eastAsia="Times New Roman" w:cs="Times New Roman"/>
        </w:rPr>
        <w:t>Ang “langyawng mga nasod” napugos sa pagbuhat niana pinaagi sa Estados Unidos, nga nag-angkon sa pagpanguna sa United Nations sa haduol nang umabot nga balaod sa Domingo. Ang United Nations mao ang napulo ka mga hari sa Pinadayag 17 nga ginaharian ni Ahab, hari sa napulo ka amihanang mga banay, nga naminyo kang Jezebel. Ang kaminyoon ni Jezebel kang Ahab mao ang kaminyoon nga mapuno sa haduol nang umabot nga balaod sa Domingo. Sa balaod sa Domingo, ang Estados Unidos, ang mahimayaong yuta sa Daniel onse, ug ang mananap nga gikan sa yuta sa Pinadayag trese, mohuman sa iyang kasaysayan ingon nga ikaunom nga gingharian sa tagna sa Biblia. Sa Bukid Carmel ang 850 ka mga propeta ni Baal ug ang mga saserdote sa kakahoyan nga nangaon sa lamesa ni Jezebel gipamatay ni Elias. Ang Estados Unidos pagapatyon sa haduol nang umabot nga balaod sa Domingo, maingon sa mga mini nga propeta didto sa Bukid Carmel. Ang sugilanon sukad niana anaa na tali kang Elias, batok kang Ahab ug Jezebel, ug si Ahab nagrepresentar sa napulo ka pilo nga gingharian, nga gidumalahan niyaong usa nga unang nakighilawas kang Jezebel. Si Jezebel nagtinguha sa pagpakighilawas sa matag gingharian, apan si Ahab nagrepresentar sa nahauna nga mibuhat niana, ug ang Estados Unidos mao ang mamatay didto sa Bukid Carmel ug dihadiha mahimong unang hinigugma ni Jezebel. Sumala sa Daniel onse, didto sa balaod sa Domingo nga si Trump motindog ingon nga gamhanang hari sa Gresya, nga girepresentahan ni Alejandro nga Bantogan.</w:t>
      </w:r>
    </w:p>
    <w:p>
      <w:pPr>
        <w:pStyle w:val="ArticleScripture"/>
        <w:jc w:val="left"/>
      </w:pPr>
      <w:r>
        <w:rPr>
          <w:rFonts w:ascii="Times New Roman" w:hAnsi="Times New Roman" w:eastAsia="Times New Roman" w:cs="Times New Roman"/>
        </w:rPr>
        <w:t>Ug adunay motindog nga usa ka gamhanang hari, nga magahari uban sa dakung kagahum, ug magabuhat sumala sa iyang kabubut-on. Ug sa diha nga siya makatindog na, ang iyang gingharian pagadugmokon, ug pagabahinbahinon paingon ngadto sa upat ka hangin sa langit; ug dili ngadto sa iyang kaliwat, ni sumala sa iyang paggahum nga iyang giharian: kay ang iyang gingharian pagalukahon, bisan alang sa uban gawas kanila. Daniel 11:3, 4.</w:t>
      </w:r>
    </w:p>
    <w:p>
      <w:pPr>
        <w:pStyle w:val="ArticleBody"/>
        <w:jc w:val="left"/>
      </w:pPr>
      <w:r>
        <w:rPr>
          <w:rFonts w:ascii="Times New Roman" w:hAnsi="Times New Roman" w:eastAsia="Times New Roman" w:cs="Times New Roman"/>
        </w:rPr>
        <w:t>Si Donald Trump motindog ingon nga ang “gamhanang hari” sa United Nations, nga girepresentahan sulod sa bersikulo ug sa ulahi gipaila pinaagi sa kasaysayan ni Alexander the Great. Sa iyang pagbarog, ang Estados Unidos, ang ikaunom nga gingharian sa tagna sa Biblia, matapos, ug ang ikapitong gingharian sa napulo ka mga hari diha sa Pinadayag 17 magsugod. Ang napulo ka mga hari magsugod sa ilang ikapitong gingharian pinaagi sa pag-uyon didto ug dayon sa pagtugyan sa ilang ikapitong gingharian ngadto sa gahum sa kapapahan, nga mao ang ikawalong gingharian, nga gikan sa pito ka nangaging mga gingharian. Ang ilang pag-uyon maoy pagtuman sa kabubut-on sa Dios, ug ang Iyang kabubut-on girepresentahan linya ibabaw sa linya sa tibuok nga Kasulatan sa kamatuoran.</w:t>
      </w:r>
    </w:p>
    <w:p>
      <w:pPr>
        <w:pStyle w:val="ArticleHeading"/>
        <w:jc w:val="left"/>
      </w:pPr>
      <w:r>
        <w:rPr>
          <w:rFonts w:ascii="Arial" w:hAnsi="Arial" w:eastAsia="Arial" w:cs="Arial"/>
        </w:rPr>
        <w:t>Nagahulagway sa Roma</w:t>
      </w:r>
    </w:p>
    <w:p>
      <w:pPr>
        <w:pStyle w:val="ArticleBody"/>
        <w:jc w:val="left"/>
      </w:pPr>
      <w:r>
        <w:rPr>
          <w:rFonts w:ascii="Times New Roman" w:hAnsi="Times New Roman" w:eastAsia="Times New Roman" w:cs="Times New Roman"/>
        </w:rPr>
        <w:t>Ang mga bersikulo singko hangtod nuebe sa Daniel onse natuman pinaagi sa usa ka propetikong kasaysayan nga hingpit nga naglarawan sa kasaysayan sa gahom sa pagkapapa ingon sa gipadayag sa mga bersikulo traynta’y uno hangtod kuwarenta sa maong kapitulo. Ang linya sa kasaysayan diha sa mga bersikulo singko hangtod nuebe nagkaparalelo sa linya sa kasaysayan diha sa mga bersikulo traynta’y uno hangtod kuwarenta. Ang duha ka linya nagtimaan sa usa ka yugto diin ang gahom nga nagrepresentar sa papal nga Roma una nga mibuntog sa tulo ka mga babag, nagmando sulod sa usa ka panahon hangtod may nabungkag nga kasabotan nga nagdala sa usa ka hari sa habagatan batok kanila nga mipahatag ug makamatay nga samad. Samtang mas matinud-anon nga tun-an ug itandi sa kasaysayan kining duha ka mga linya, mas lawom nga mailhan ang ilang hingpit nga katukma. Ang ilang katukma may kalabutan sa pagkasuod sa ilang pagrepresentar sa estruktura sulod sa mga bersikulo ug usab sa kasaysayan nga nagtuman sa mga bersikulo.</w:t>
      </w:r>
    </w:p>
    <w:p>
      <w:pPr>
        <w:pStyle w:val="ArticleBody"/>
        <w:jc w:val="left"/>
      </w:pPr>
      <w:r>
        <w:rPr>
          <w:rFonts w:ascii="Times New Roman" w:hAnsi="Times New Roman" w:eastAsia="Times New Roman" w:cs="Times New Roman"/>
        </w:rPr>
        <w:t>Ang kasaysayan nga nagtuman sa lima ka bersikulo nagkapareho ug nahiuyon sa kasaysayan sa papadong Roma nga gipadayag diha sa mga bersikulo trentay-uno hangtod kwarenta, ug naghatag sa kahimtang alang sa pagpaila kang Antiochus the Great diha sa mga bersikulo napulo hangtod kinse.</w:t>
      </w:r>
    </w:p>
    <w:p>
      <w:pPr>
        <w:pStyle w:val="ArticleScripture"/>
        <w:jc w:val="left"/>
      </w:pPr>
      <w:r>
        <w:rPr>
          <w:rFonts w:ascii="Times New Roman" w:hAnsi="Times New Roman" w:eastAsia="Times New Roman" w:cs="Times New Roman"/>
        </w:rPr>
        <w:t>Apan ang iyang mga anak mapukaw, ug magtigum sa usa ka panon sa dagkung mga pwersa; ug ang usa gayud moanha, ug moawas nga sama sa baha, ug moagi sa yuta; unya siya mobalik, ug mapukaw pag-usab, hangtod sa iyang kuta. Daniel 11:10.</w:t>
      </w:r>
    </w:p>
    <w:p>
      <w:pPr>
        <w:pStyle w:val="ArticleBody"/>
        <w:jc w:val="left"/>
      </w:pPr>
      <w:r>
        <w:rPr>
          <w:rFonts w:ascii="Times New Roman" w:hAnsi="Times New Roman" w:eastAsia="Times New Roman" w:cs="Times New Roman"/>
        </w:rPr>
        <w:t>Sa pagtuman sa bersikulo napulo, si Antiochus the Great nagmadaugon hangtod sa kuta sa Egipto, diin iyang gitapos ang kampanya aron sa pagtipon pag-usab sa iyang kusog. Kana nga kasaysayan nagtimaan sa pagkapukan sa Unyong Sobyet niadtong 1989, sumala sa gihulagway diha sa bersikulo kuwarenta sa mao gihapong kapitulo.</w:t>
      </w:r>
    </w:p>
    <w:p>
      <w:pPr>
        <w:pStyle w:val="ArticleScripture"/>
        <w:jc w:val="left"/>
      </w:pPr>
      <w:r>
        <w:rPr>
          <w:rFonts w:ascii="Times New Roman" w:hAnsi="Times New Roman" w:eastAsia="Times New Roman" w:cs="Times New Roman"/>
        </w:rPr>
        <w:t>Ug sa panahon sa katapusan ang hari sa habagatan moduol sa pagdasmag kaniya; ug ang hari sa amihanan moabut batok kaniya sama sa usa ka alimpulos, uban ang mga carro, ug uban ang mga magkakabayo, ug uban ang daghang mga sakayan; ug siya mosulod sa mga kayutaan, ug molapaw ug moagi. Daniel 11:40.</w:t>
      </w:r>
    </w:p>
    <w:p>
      <w:pPr>
        <w:pStyle w:val="ArticleBody"/>
        <w:jc w:val="left"/>
      </w:pPr>
      <w:r>
        <w:rPr>
          <w:rFonts w:ascii="Times New Roman" w:hAnsi="Times New Roman" w:eastAsia="Times New Roman" w:cs="Times New Roman"/>
        </w:rPr>
        <w:t>Ang “moanhi gayud, ug molapaw, ug molatas” sa bersikulo 10 mao ra gayud ang Hebreohanon nga ginamit sa “mosulod siya ngadto sa mga kayutaan, ug molapaw ug molatas” sa bersikulo 40. Ang duha ka bersikulo nagtimaan sa panahon nga ang hari sa amihanan (si Antiochus sa bersikulo 10 ug si Reagan sa bersikulo 40) mopildi sa hari sa habagatan (si Ptolemy sa bersikulo 10 ug ang Soviet Union sa bersikulo 40). Ang duha ka pag-atake maoy mga panimalos batok sa nahaunang kadaugan sa hari sa habagatan (si Ptolemy sa mga bersikulo 5 hangtod 9 ug si Napoleon sa bersikulo 40). Ang kadasig sa habagatang hari sa pag-atake mao ang usa ka gilapas nga kasabotan (ang kaminyoon ni Bernice sa mga bersikulo 5 hangtod 9 ug ang gilapas nga Tratado sa Tolentino sa 1797 uban kang Napoleon). Ang propetikong estruktura nga girepresentar sulod sa mga bersikulo ug ang misunod nga katumanan sa mga bersikulo diha sa kasaysayan nahiuyon usab sa Isaias 8:8.</w:t>
      </w:r>
    </w:p>
    <w:p>
      <w:pPr>
        <w:pStyle w:val="ArticleScripture"/>
        <w:jc w:val="left"/>
      </w:pPr>
      <w:r>
        <w:rPr>
          <w:rFonts w:ascii="Times New Roman" w:hAnsi="Times New Roman" w:eastAsia="Times New Roman" w:cs="Times New Roman"/>
        </w:rPr>
        <w:t>Ug moagi siya latas sa Juda; mag-awas siya ug molapaw, siya makaabot bisan hangtod sa liog; ug ang pag-abli sa iyang mga pako mopuno sa kalapad sa imong yuta, O Immanuel. Isaias 8:8.</w:t>
      </w:r>
    </w:p>
    <w:p>
      <w:pPr>
        <w:pStyle w:val="ArticleBody"/>
        <w:jc w:val="left"/>
      </w:pPr>
      <w:r>
        <w:rPr>
          <w:rFonts w:ascii="Times New Roman" w:hAnsi="Times New Roman" w:eastAsia="Times New Roman" w:cs="Times New Roman"/>
        </w:rPr>
        <w:t>Sa dihang gitagna ni Isaias nga ang kasundalohan ni Sennacherib “mohapaw ug molabaw,” mao na usab kini ang mao rang Hebreohanon nga pulong sama sa bersikulo napulo ug kap-atan. Gipaila ni Isaias ang panahon sa dihang si Sennacherib, ang amihanang gingharian, mibuntog sa habagatang gingharian sa Juda, apan gibiyaan niya nga nagbarug ang Jerusalem, kay miabot lamang siya “ngadto sa liog,” maingon nga si Antiochus miabot ngadto sa utlanan diha sa bersikulo napulo. Ang kadasig ni Sennacherib mao nga gilapas ni Hezekias ang kasabotan uban sa Asiria, ingon sa gihulagway sa paghunong ni Hezekias sa gikasabutang buhis. Ang gilapas nga kasabotan mao ang kahimtang nga lahi taliwala sa tulo ka managsama nga bersikulo. Ang matag usa niini naglakip ug gilapas nga kasabotan, apan kang Ptolemy ug kang Napoleon ang amihanang hari mao ang gipasanginlang naglapas sa kasabotan. Si Sennacherib, ang amihanang hari, mipasangil kang Hezekias nga nagdumili sa gitakdang buhis.</w:t>
      </w:r>
    </w:p>
    <w:p>
      <w:pPr>
        <w:pStyle w:val="ArticleScripture"/>
        <w:jc w:val="left"/>
      </w:pPr>
      <w:r>
        <w:rPr>
          <w:rFonts w:ascii="Times New Roman" w:hAnsi="Times New Roman" w:eastAsia="Times New Roman" w:cs="Times New Roman"/>
        </w:rPr>
        <w:t>Karon sa ikanapulog-upat ka tuig ni Haring Hezekias, si Sennacherib nga hari sa Asiria mitungas batok sa tanang kinutaang mga siyudad sa Juda, ug gikuha kini. Ug si Hezekias nga hari sa Juda nagpadala ngadto sa hari sa Asiria didto sa Lakis, nga nagaingon: Nakasala ako; bumalik ka gikan kanako: ang bisan unsa nga ipahamtang mo kanako pagadad-on ko. Ug ang hari sa Asiria nagbuot kang Hezekias nga hari sa Juda ug tulo ka gatus ka talento nga salapi ug katloan ka talento nga bulawan. Ug gihatag ni Hezekias kaniya ang tanang salapi nga hingkaplagan sa balay ni Jehova, ug sa mga bahandi sa balay sa hari. 2 Mga Hari 18:13–15.</w:t>
      </w:r>
    </w:p>
    <w:p>
      <w:pPr>
        <w:pStyle w:val="ArticleBody"/>
        <w:jc w:val="left"/>
      </w:pPr>
      <w:r>
        <w:rPr>
          <w:rFonts w:ascii="Times New Roman" w:hAnsi="Times New Roman" w:eastAsia="Times New Roman" w:cs="Times New Roman"/>
        </w:rPr>
        <w:t>Ang amihanang kasundalohan ni Sennacherib nakabihag ug kap-atan ug unom ka mga ciudad sa Juda sa iyang pagmartsa paingon sa Jerusalem. Daku kaayo ug matagnaong kahulogan nga ang Isaias 8:8 nadugtong sa bersikulo napulo ug kap-atan, ug sa ingon naghatag ug ikatulong saksi sa pagkapukan sa habagatang gingharian sa Unyong Sobyet niadtong 1989. Kana nga pagkapukan nagtimaan sa sinugdanan sa usa ka yugto sa bersikulo kap-atan nga walay sulod. Gikan sa katumanan sa bersikulo kap-atan niadtong 1989 ngadto sa bersikulo kap-atan ug usa, nga naghulagway sa umaabot sa dili madugay nga balaod sa Domingo, adunay usa ka walay sulod nga yugto sulod sa bersikulo kap-atan. Kana nga yugto nagsugod sa 1989 ug matapos sa balaod sa Domingo. Ang bersikulo kap-atan walay gisulti mahitungod niana nga yugto sa panahon, apan ang bersikulo kap-atan masabtan pinaagi sa metodolohiya sa linya ibabaw sa linya.</w:t>
      </w:r>
    </w:p>
    <w:p>
      <w:pPr>
        <w:pStyle w:val="ArticleBody"/>
        <w:jc w:val="left"/>
      </w:pPr>
      <w:r>
        <w:rPr>
          <w:rFonts w:ascii="Times New Roman" w:hAnsi="Times New Roman" w:eastAsia="Times New Roman" w:cs="Times New Roman"/>
        </w:rPr>
        <w:t>Usa ka nag-unang “yawi” sa pagpalig-on sa tinagong kasaysayan sa bersikulo kwarenta mao ang pagpamatuod ni Isaias bahin sa madaugong gubat sa pagpanimalos sa amihanang gingharian batok sa habagatang gingharian. Bisan pa kon kini mao ang pagrebelde ni Hezekiah pinaagi sa paghunong sa pagtahod sa naunang kasabotan sa paghatag ug “tributo” ngadto sa Asiria, o ang pagsalikway kang Bernice ni Antiochus, o ang Kasabotan sa Tolentino ni Napoleon, kining tulo ka mga bersikulo natuman pinaagi sa mga kasaysayan nga naghatag ug paghatagdiin sa usa ka gilapas nga kasabotan ingon nga nagpahiping panukmod sa pag-atake. Sa panahon sa pagkapresidente ni Obama, ilalom sa State Department ni John Kerry, ang assistant secretary nga si Victoria Nuland maoy nakaingon sa pagpahinabo sa usa ka color revolution aron mapukan ang kagamhanan sa Ukraine. Sukad niadtong higayona, adunay duha ka bahin sa usa ka panaglalis mahitungod sa Gubat sa Ukraine; si Putin nagaingon nga kini tungod sa usa ka gilapas nga kasabotan, ug ang iyang mga supak nagaingon nga ang kasabotan nga gitumbok ni Putin wala gayud maglungtad sa konteksto nga giangkon ni Putin. Bisan pa kon ang usa ka kasabotan sa pagkatinuod gihimo ug unya gilapas, o sa kabaliktaran, wala kana maghinungdan, kay ang matagnaong rekord yanong nagatala lamang sa usa ka gilapas nga kasabotan ingon nga panukmod sa gubat.</w:t>
      </w:r>
    </w:p>
    <w:p>
      <w:pPr>
        <w:pStyle w:val="ArticleBody"/>
        <w:jc w:val="left"/>
      </w:pPr>
      <w:r>
        <w:rPr>
          <w:rFonts w:ascii="Times New Roman" w:hAnsi="Times New Roman" w:eastAsia="Times New Roman" w:cs="Times New Roman"/>
        </w:rPr>
        <w:t>Ang Isaias 8:8 naghatag sa “yawi” aron makita nga ang hari sa amihanan nagapildi lamang hangtod sa liog, o hangtod sa ulo. Kining “yawi” nag-ila sa Rusya ingon nga ulo nga nagpabiling nagatindog human sa pagkapukan sa lawas niadtong 1989. Ang kapropetikanhong kamahinungdanon sa bersikulo otso dili lamang makita diha sa “yawi” sa pag-ila sa ulo, kondili sa iyang pag-ila usab sa “liog” nga nagrepresentar sa ulo, o sa ulohang siyudad, nga matukod lamang diha sa kalambigitan sa usa ka miaging pahayag sa mao rang panan-awon sa Isaias 8. Kadtong panan-awon nagsugod sa kapitulo siyete, ug sa mga bersikulo siyete ug otso, ang usa ka ulo gihubit ingon nga usa ka hari, o ang iyang gingharian, o ang ulohang siyudad sa usa ka gingharian. Ang Jerusalem mao ang ulohang siyudad sa Juda, kansang 46 ka mga siyudad gilupig sa kasundalohan ni Sennacherib, apan gibilin ni Sennacherib nga nagatindog ang ulohang siyudad sa Jerusalem.</w:t>
      </w:r>
    </w:p>
    <w:p>
      <w:pPr>
        <w:pStyle w:val="ArticleScripture"/>
        <w:jc w:val="left"/>
      </w:pPr>
      <w:r>
        <w:rPr>
          <w:rFonts w:ascii="Times New Roman" w:hAnsi="Times New Roman" w:eastAsia="Times New Roman" w:cs="Times New Roman"/>
        </w:rPr>
        <w:t>Kay ang ulo sa Siria mao ang Damasco, ug ang ulo sa Damasco mao si Rezin; ug sulod sa kan-uman ug lima ka tuig ang Ephraim pagadugmokon, aron dili na kini mahimong usa ka katawhan. Ug ang ulo sa Ephraim mao ang Samaria, ug ang ulo sa Samaria mao ang anak ni Remalia. Kon kamo dili motoo, sa pagkatinuod dili kamo mapalig-on. Isaias 7:8, 9.</w:t>
      </w:r>
    </w:p>
    <w:p>
      <w:pPr>
        <w:pStyle w:val="ArticleBody"/>
        <w:jc w:val="left"/>
      </w:pPr>
      <w:r>
        <w:rPr>
          <w:rFonts w:ascii="Times New Roman" w:hAnsi="Times New Roman" w:eastAsia="Times New Roman" w:cs="Times New Roman"/>
        </w:rPr>
        <w:t>Sa dihang miabut ang kasundalohan ni Sennacherib sa mga kuta sa Jerusalem niadtong 701 BC, miabut siya hangtod sa liog, ug sa pagbuhat niana; iyang gibiyaan ang usa ka makasaysayanong pagpamatuod sa pagpabilin sa Russia human sa pagkapukan niadtong 1989. Maingon nga si Antiochus the Great nagsugod sa iyang panimalos batok sa habagatang gingharian, miabut siya sa bersikulo 10 ngadto sa utlanan sa Ehipto, apan wala mosulod. Ang mahinungdanon sa pagdaug ni Antiochus sa bersikulo 10 mao nga kini nagtimaan sa pagtapos sa usa ka kampanyang militar ni Antiochus nga walay tin-aw nga gubat, apan nagrepresentar sa iyang buluhaton sa pagtukod pag-usab sa heograpiyang nawala kaniadto. Ang iyang pagpanakop sa bersikulo 10 nagrepresentar sa pagtapos sa daghang mga pagdaug. Gitapos niya ang kampanya sa ikaupat nga gubat sa Syria sa Raphia, nga nagkahulogan og “utlanan nga yuta,” ug ang Raphia mao ang utlanan, o “liog” sa Ehipto. Ang kampanya ni Antiochus gikan sa 219 BC hangtod sa 217 BC nagrepresentar sa pagbaha ug paglabay sa pagkapukan sa Soviet Union niadtong 1989 hangtod sa 1991, sa dihang ang hari milatas sa mga nasud.</w:t>
      </w:r>
    </w:p>
    <w:p>
      <w:pPr>
        <w:pStyle w:val="ArticleBody"/>
        <w:jc w:val="left"/>
      </w:pPr>
      <w:r>
        <w:rPr>
          <w:rFonts w:ascii="Times New Roman" w:hAnsi="Times New Roman" w:eastAsia="Times New Roman" w:cs="Times New Roman"/>
        </w:rPr>
        <w:t>Sa paagi sa tagna, gitugotan sa Isaias 8:8 nga ang Russia, ingon nga liog sa gubat ni Sennacherib, o ang kuta sa kang Antiochus, mailhan ingon nga hari sa habagatan sa gubat sa Raphia, sumala sa girepresentar sa katumanan sa bersikulo onse. Sa pagbuhat niini, direkta niini nga gidugtong ang panggawas nga kasaysayan nga girepresentar sa dragon (ang hari sa habagatan), ang mananap (ang hari sa amihanan), ug ang mini nga manalagna (ang puli nga gahum sa hari sa amihanan) ngadto sa sulod nga linya sa tagna sumala sa girepresentar sa tagna sa kan-uman ug lima ka tuig sa bersikulo siyete sa kapitulo siyete.</w:t>
      </w:r>
    </w:p>
    <w:p>
      <w:pPr>
        <w:pStyle w:val="ArticleBody"/>
        <w:jc w:val="left"/>
      </w:pPr>
      <w:r>
        <w:rPr>
          <w:rFonts w:ascii="Times New Roman" w:hAnsi="Times New Roman" w:eastAsia="Times New Roman" w:cs="Times New Roman"/>
        </w:rPr>
        <w:t>Sa paagig sa pagtagna, ang kahulogan sa pagsulong ni Sennacherib batok sa Jerusalem naghatag ug usa sa labing gamhanang mga pagpamatuod nga mapropetikon mahitungod sa gahum sa Dios diha sa Kasulatan, sanglit didto gilaglag sa Dios ang kasundalohan ni Sennacherib nga 185,000 ka tawo sulod sa usa ka gabii. Sa adlaw sa wala pa kana, didto sa kuta sa Jerusalem anaa si Eliakim ug si Shebna, ang mga simbolo sa Laodicean ug Philadelphian nga Adventismo nga gimarkahan sa siradong pultahan sa 1844 ug sa siradong pultahan sa balaod sa Domingo.</w:t>
      </w:r>
    </w:p>
    <w:p>
      <w:pPr>
        <w:pStyle w:val="ArticleScripture"/>
        <w:jc w:val="left"/>
      </w:pPr>
      <w:r>
        <w:rPr>
          <w:rFonts w:ascii="Times New Roman" w:hAnsi="Times New Roman" w:eastAsia="Times New Roman" w:cs="Times New Roman"/>
        </w:rPr>
        <w:t>Karon nahitabo sa ikanapulog-upat ka tuig ni hari Ezequias, nga si Sennacherib nga hari sa Asiria miadto batok sa tanang kinutaan nga mga siyudad sa Juda, ug iyang nakuha kini. Ug ang hari sa Asiria nagpadala kang Rabsaces gikan sa Lachis ngadto sa Jerusalem ngadto kang hari Ezequias uban ang usa ka dakung kasundalohan. Ug siya mitindog tupad sa agianan sa tubig sa ibabawng linaw diha sa dalan sa uma sa maglalaba. Unya migula ngadto kaniya si Eliakim, anak ni Hilkias, nga maoy pangulo sa balay, ug si Sebna nga kalihim, ug si Joa, anak ni Asaph, ang tigsulat sa mga hitabo. Isaias 36:1–3.</w:t>
      </w:r>
    </w:p>
    <w:p>
      <w:pPr>
        <w:pStyle w:val="ArticleBody"/>
        <w:jc w:val="left"/>
      </w:pPr>
      <w:r>
        <w:rPr>
          <w:rFonts w:ascii="Times New Roman" w:hAnsi="Times New Roman" w:eastAsia="Times New Roman" w:cs="Times New Roman"/>
        </w:rPr>
        <w:t>Sa Isaias kapitulo pito, si Isaias gipadala uban ang usa ka mensahe ngadto sa daotang si Ahaz, ang hari sa Juda, ang habagatang gingharian. Kana mao ang gingharian nga giatake ni Sennacherib sa kapitulo walo, bersikulo otso. Sa dihang nahimamat ni Isaias ang daotang haring si Ahaz, nahimamat niya siya “sa daplin sa agianan sa tubig sa ibabaw nga linaw, diha sa dalan paingon sa uma sa maglalaba,” nga mao gayod ang dapit diin gipasipalahan ni Rabshakeh ang ngalan sa Ginoo. Gitudlo ni Isaias nga siya ug ang iyang mga anak mga timailhan.</w:t>
      </w:r>
    </w:p>
    <w:p>
      <w:pPr>
        <w:pStyle w:val="ArticleScripture"/>
        <w:jc w:val="left"/>
      </w:pPr>
      <w:r>
        <w:rPr>
          <w:rFonts w:ascii="Times New Roman" w:hAnsi="Times New Roman" w:eastAsia="Times New Roman" w:cs="Times New Roman"/>
        </w:rPr>
        <w:t>Ania karon, ako ug ang mga anak nga gihatag kanako sa Ginoo maoy mga ilhanan ug mga katingalahan sa Israel gikan sa Ginoo sa mga panon, nga nagapuyo sa bukid sa Sion. Isaias 8:18.</w:t>
      </w:r>
    </w:p>
    <w:p>
      <w:pPr>
        <w:pStyle w:val="ArticleBody"/>
        <w:jc w:val="left"/>
      </w:pPr>
      <w:r>
        <w:rPr>
          <w:rFonts w:ascii="Times New Roman" w:hAnsi="Times New Roman" w:eastAsia="Times New Roman" w:cs="Times New Roman"/>
        </w:rPr>
        <w:t>Sa dihang gikahimamat ni Isaias ang daotang hari nga si Ahaz “sa kanal sa ibabawng linaw, sa dalan paingon sa uma sa maglalaba,” gidala ni Isaias ang iyang anak nga si Shear-jashub, nga nagkahulogan, “ang salin mobalik.”</w:t>
      </w:r>
    </w:p>
    <w:p>
      <w:pPr>
        <w:pStyle w:val="ArticleScripture"/>
        <w:jc w:val="left"/>
      </w:pPr>
      <w:r>
        <w:rPr>
          <w:rFonts w:ascii="Times New Roman" w:hAnsi="Times New Roman" w:eastAsia="Times New Roman" w:cs="Times New Roman"/>
        </w:rPr>
        <w:t>Unya miingon si Jehova kang Isaias, Lakaw karon sa pagsugat kang Ahaz, ikaw ug si Shearjashub nga imong anak, didto sa tumoy sa kanal sa taas nga lim-aw, sa dalan paingon sa uma sa maglalaba. Isaias 7:3.</w:t>
      </w:r>
    </w:p>
    <w:p>
      <w:pPr>
        <w:pStyle w:val="ArticleBody"/>
        <w:jc w:val="left"/>
      </w:pPr>
      <w:r>
        <w:rPr>
          <w:rFonts w:ascii="Times New Roman" w:hAnsi="Times New Roman" w:eastAsia="Times New Roman" w:cs="Times New Roman"/>
        </w:rPr>
        <w:t>Ang Shearjashub nagtimaan nga ang mensahe nga gimantala ni Isaias didto sa “tumoy sa alagianan sa ibabaw nga lim-aw, sa dalan paingon sa uma sa maglalaba” mao ang usa ka mensahe nga nagtimaan sa salin nga mobalik. Kana nga salin mao kadtong diha sa basahon ni Malakias nga gitawag sa pagsulay sa Ginoo pinaagi sa pagbalik ngadto kaniya, ug pinaagi sa pagbalik sa mga ikapulo ngadto sa tipiganan. Kadtong mobalik gihulagway usab ni Jeremias ingon nga kadtong mobalik human sa unang kapakyasan. Sa kapitulo siyete, ang “tumoy sa alagianan sa ibabaw nga lim-aw, sa dalan paingon sa uma sa maglalaba” naghulagway kang Isaias nga naghatag ug mensahe ngadto sa usa ka dautang hari sa habagatan, ug sa Isaias 36 si Eliakim, si Sebna, ug si Joa nga tigdumala sa mga kasulatan maoy nakig-atubang alang kang Ezequias, samtang si Rabsaques nagrepresentar kang Senaquerib.</w:t>
      </w:r>
    </w:p>
    <w:p>
      <w:pPr>
        <w:pStyle w:val="ArticleBody"/>
        <w:jc w:val="left"/>
      </w:pPr>
      <w:r>
        <w:rPr>
          <w:rFonts w:ascii="Times New Roman" w:hAnsi="Times New Roman" w:eastAsia="Times New Roman" w:cs="Times New Roman"/>
        </w:rPr>
        <w:t>Ang unang mensahe sa “kinatumyan sa agianan sa ibabawng linaw diha sa dalan sa uma sa maglalaba” gimantala ni Isaias ug sa iyang anak; ang ulahing mensahe sa “kinatumyan sa agianan sa ibabawng linaw diha sa dalan sa uma sa maglalaba” gimantala sa tulo ka mga tawo. Ang unang mensahe alang sa usa ka hari sa sulod, ug ang ikaduhang mensahe alang sa usa ka hari sa gawas. Ang linya sa pagbahin mao ang kuta, nga usa ka simbolo sa balaod sa Dios, ug sa balaod sa Domingo nga nagrepresentar sa pagtangtang sa kuta sa pagkabahin tali sa iglesia ug estado. Sa balaod sa Domingo, o sa kuta, adunay tulo ka mga simbolo; si Eliakim mao ang Filadelfia, si Sebna mao ang Laodicea, ug si Joab nga tigrekord mao ang Sardis.</w:t>
      </w:r>
    </w:p>
    <w:p>
      <w:pPr>
        <w:pStyle w:val="ArticleBody"/>
        <w:jc w:val="left"/>
      </w:pPr>
      <w:r>
        <w:rPr>
          <w:rFonts w:ascii="Times New Roman" w:hAnsi="Times New Roman" w:eastAsia="Times New Roman" w:cs="Times New Roman"/>
        </w:rPr>
        <w:t>Sa balaod sa Dominggo, daghan ang mapukan sumala sa Daniel onse kuwenta’y-usa, ug kadtong mga tawhana mao ang mga gipanubag sa kahayag mahitungod sa Igpapahulay sa ikapitong adlaw. Kadtong mga mapukan sa bersikulo kuwenta’y-usa mao ang mga Laodicean nga mga Seventh-day Adventist, ug si Eliakim nagrepresentar sa Philadelphia.</w:t>
      </w:r>
    </w:p>
    <w:p>
      <w:pPr>
        <w:pStyle w:val="ArticleScripture"/>
        <w:jc w:val="left"/>
      </w:pPr>
      <w:r>
        <w:rPr>
          <w:rFonts w:ascii="Times New Roman" w:hAnsi="Times New Roman" w:eastAsia="Times New Roman" w:cs="Times New Roman"/>
        </w:rPr>
        <w:t>Ug mahitabo niadtong adlawa, nga pagatawgon ko ang akong alagad nga si Eliakim, ang anak ni Hilkias: Ug isul-ob ko kaniya ang imong kupo, ug lig-onon ko siya pinaagi sa imong bakus, ug itugyan ko ang imong kagamhanan ngadto sa iyang kamot: ug siya mahimong amahan sa mga pumoluyo sa Jerusalem, ug sa balay ni Juda. Ug ang yawi sa balay ni David ibutang ko sa iyang abaga; busa siya moabli, ug walay makasira; ug siya mosira, ug walay makaabli. Isaias 22:20–22.</w:t>
      </w:r>
    </w:p>
    <w:p>
      <w:pPr>
        <w:pStyle w:val="ArticleScripture"/>
        <w:jc w:val="left"/>
      </w:pPr>
      <w:r>
        <w:rPr>
          <w:rFonts w:ascii="Times New Roman" w:hAnsi="Times New Roman" w:eastAsia="Times New Roman" w:cs="Times New Roman"/>
        </w:rPr>
        <w:t>Ug ngadto sa manulonda sa iglesia sa Filadelfia isulat; Kini nga mga butang nagaingon siya nga balaan, siya nga matuod, siya nga nagabaton sa yawi ni David, siya nga nagabukas, ug walay tawo nga makataktak; ug nagataktak, ug walay tawo nga makaabli; Nahibalo ako sa imong mga buhat: ania karon, gibutang ko sa imong atubangan ang usa ka pultahan nga inablihan, ug walay tawo nga makatak-op niini: kay ikaw may diyutayng kusog, ug nagtuman ka sa akong pulong, ug wala maglimod sa akong ngalan. Ania karon, himoon ko sila nga gikan sa sinagoga ni Satanas, nga nagaingon nga sila mga Judio, ug dili man, kondili nagabakak; ania karon, himoon ko sila nga moanhi ug mosimba sa atubangan sa imong mga tiil, ug mahibalo nga gihigugma ko ikaw. Pinadayag 3:7–9.</w:t>
      </w:r>
    </w:p>
    <w:p>
      <w:pPr>
        <w:pStyle w:val="ArticleBody"/>
        <w:jc w:val="left"/>
      </w:pPr>
      <w:r>
        <w:rPr>
          <w:rFonts w:ascii="Times New Roman" w:hAnsi="Times New Roman" w:eastAsia="Times New Roman" w:cs="Times New Roman"/>
        </w:rPr>
        <w:t>Si Shebna gipulihan ni Eliakim, ug si Shebna didto sa kuta nagrepresentar sa mga Laodicean Seventh-day Adventists nga nagdumili nga makabenepisyo gikan sa mensahe sa nahaunang ulan o sa ulahing ulan. Ang nahaunang ulan uban sa iglesia girepresentahan ni Isaias ug sa salin nga namalik, ug ang mensahe gitumong ngadto sa usa ka apostatang iglesia, nga girepresentahan sa dautang hari nga si Ahaz. Ang mensahe gikan sa kuta gihatag ngadto sa usa ka dautang hari sa amihanan nga nangita sa pagpildi sa Jerusalem, ug kini nagrepresentar sa ulahing ulan diha sa kalabutan sa nahaunang ulan. Samtang ang iglesia sa Dios ginahukman, ang nahauna o unang mga ulan nagwisik, apan sa balaod sa Domingo ang ulan igaula nga walay sukod. Ang mensahe ngadto kang Ahaz mao ang sulodnong mensahe; ang mensahe ngadto kang Sennacherib mao ang gawasnong mensahe. Ang unang tingog sa Pinadayag 18:1–3 usa ka pagsubli sa mensahe sa ikaduhang manulonda ug kini sulodnon. Ang ikaduhang tingog sa Pinadayag napulog-walo bersikulo upat mao ang gawasnon ug mao ang ikatulong mensahe. Si Isaias ug ang iyang anak nagdala sa sulodnong mensahe sa ikaduhang mga manulonda, ug didto sa kuta uban sa usa ka gawasnong mensahe adunay tulo ka mga kalag.</w:t>
      </w:r>
    </w:p>
    <w:p>
      <w:pPr>
        <w:pStyle w:val="ArticleBody"/>
        <w:jc w:val="left"/>
      </w:pPr>
      <w:r>
        <w:rPr>
          <w:rFonts w:ascii="Times New Roman" w:hAnsi="Times New Roman" w:eastAsia="Times New Roman" w:cs="Times New Roman"/>
        </w:rPr>
        <w:t>Si Eliakim mao ang usa ka gatos ug kap-atan ug upat ka libo; si Shebna mao ang Laodiceanong Seventh-day Adventismo nga isuka gikan sa baba sa Ginoo nianang panahona. Si Joab nga tigtala nagrepresentar sa laing panon sa Dios nga nagtala sa kasaysayan nga nag-una ngadto sa kuta, aron ilaon ang bandila ni Eliakim sa dihang kini igapataas.</w:t>
      </w:r>
    </w:p>
    <w:p>
      <w:pPr>
        <w:pStyle w:val="ArticleBody"/>
        <w:jc w:val="left"/>
      </w:pPr>
      <w:r>
        <w:rPr>
          <w:rFonts w:ascii="Times New Roman" w:hAnsi="Times New Roman" w:eastAsia="Times New Roman" w:cs="Times New Roman"/>
        </w:rPr>
        <w:t>Ang Isaias 8:8 nagdala sa mga mensahe sa Isaias 6 hangtod 12 ngadto sa Daniel 11:10. Sa pagbuhat niini, naghatag kini ug ikaduhang saksi nga ang ulo sa gingharian nagpabiling nagtindog human sa pag-atake. Gipaila niini ang usa ka pangatarungan mahitungod sa usa ka gilapas nga pakigsaad nga gigamit aron mapahinabo ang usa ka gubat.</w:t>
      </w:r>
    </w:p>
    <w:p>
      <w:pPr>
        <w:pStyle w:val="ArticleBody"/>
        <w:jc w:val="left"/>
      </w:pPr>
      <w:r>
        <w:rPr>
          <w:rFonts w:ascii="Times New Roman" w:hAnsi="Times New Roman" w:eastAsia="Times New Roman" w:cs="Times New Roman"/>
        </w:rPr>
        <w:t>Gikan sa pagkahugno sa Soviet Union niadtong 1989, diha sa bersikulo kwarenta, hangtod sa hapit na moabot nga balaod sa Domingo nga gilarawan sa sunod nga bersikulo, may katloan ug pito ka tuig sa propetikong kasaysayan nga walay gisulti ang bersikulo kwarenta. Ang mga bersikulo napulo hangtod kinse sa Daniel onse nagrepresentar sa propetikong kasaysayan nga wala hisgoti sa bersikulo kwarenta. Kini makita lamang kon gamiton ang pamaagi sa linya ibabaw sa linya. “Kon kamo dili motoo, sa pagkamatuod kamo dili mapalig-on,” mao ang propetikong pasidaan nga nadugtong sa tulo ka mga bersikulo nga naghulagway sa 1989, ug ang kasaysayanong katumanan sa bersikulo otso sa Isaias otso naglarawan sa usa ka pagsulay alang kang Eliakim ug kang Shebna. Makakita ba kamo, o buta ba kamo?</w:t>
      </w:r>
    </w:p>
    <w:p>
      <w:pPr>
        <w:pStyle w:val="ArticleBody"/>
        <w:jc w:val="left"/>
      </w:pPr>
      <w:r>
        <w:rPr>
          <w:rFonts w:ascii="Times New Roman" w:hAnsi="Times New Roman" w:eastAsia="Times New Roman" w:cs="Times New Roman"/>
        </w:rPr>
        <w:t>Ang bersikulo kwarenta ug usa sa Daniel onse mao ang haduol nang umabot nga balaod sa Domingo sa Tinipong Bansa nga gitipohan sa kasaysayan nga nagtuman sa bersikulo disisais.</w:t>
      </w:r>
    </w:p>
    <w:p>
      <w:pPr>
        <w:pStyle w:val="ArticleScripture"/>
        <w:jc w:val="left"/>
      </w:pPr>
      <w:r>
        <w:rPr>
          <w:rFonts w:ascii="Times New Roman" w:hAnsi="Times New Roman" w:eastAsia="Times New Roman" w:cs="Times New Roman"/>
        </w:rPr>
        <w:t>Apan siya nga moanhi batok kaniya magabuhat sumala sa iyang kaugalingong kabubut-on, ug walay makasukol sa iyang atubangan; ug siya magatindog sa mahimayaong yuta, nga pinaagi sa iyang kamot pagaut-uton. Daniel 11:16.</w:t>
      </w:r>
    </w:p>
    <w:p>
      <w:pPr>
        <w:pStyle w:val="ArticleScripture"/>
        <w:jc w:val="left"/>
      </w:pPr>
      <w:r>
        <w:rPr>
          <w:rFonts w:ascii="Times New Roman" w:hAnsi="Times New Roman" w:eastAsia="Times New Roman" w:cs="Times New Roman"/>
        </w:rPr>
        <w:t>Mosulod usab siya sa mahimayaong yuta, ug daghang mga nasod ang mapukan; apan kini makagawas gikan sa iyang kamot, mao ang Edom, ug ang Moab, ug ang mga pangulo sa mga anak sa Ammon. Daniel 11:41.</w:t>
      </w:r>
    </w:p>
    <w:p>
      <w:pPr>
        <w:pStyle w:val="ArticleBody"/>
        <w:jc w:val="left"/>
      </w:pPr>
      <w:r>
        <w:rPr>
          <w:rFonts w:ascii="Times New Roman" w:hAnsi="Times New Roman" w:eastAsia="Times New Roman" w:cs="Times New Roman"/>
        </w:rPr>
        <w:t>Ang historikal nga katumanan sa bersikulo diyesisais padayon hangtod sa bersikulo traynta sa Daniel onse mao ang kasaysayan sa paganong Roma. Ang matag profetikanhong linya sa Daniel kapitulo onse mahimo’g tipo sa kasaysayan sa paganong Roma, sa papadong Roma, o sa modernong Roma. Ang matag linya direkta nga nag-ila sa usa ka kasaysayan sa Roma, o nagahulagway ingon nga tipo sa usa ka umaabot nga kasaysayan sa Roma. Ang matag linya. Ang mga bersikulo nga direkta nga nagtumong sa kasaysayan nga natuman pinaagi sa paganong Roma, nagatipo sa papadong Roma. Sa tingub, ang paganong Roma ug ang papadong Roma nagpanghimatuod mahitungod sa modernong Roma. Gitukod sa Roma ang panan-awon, kay sukad sa sinugdan sa kapitulo hangtod sa katapusan ang panan-awon mahitungod sa Roma.</w:t>
      </w:r>
    </w:p>
    <w:p>
      <w:pPr>
        <w:pStyle w:val="ArticleBody"/>
        <w:jc w:val="left"/>
      </w:pPr>
      <w:r>
        <w:rPr>
          <w:rFonts w:ascii="Times New Roman" w:hAnsi="Times New Roman" w:eastAsia="Times New Roman" w:cs="Times New Roman"/>
        </w:rPr>
        <w:t>Gipaila ni Jesus nga adunay usa ka mabudhion aron matabangan ang Iyang mga tinun-an sa pagtuo sa dihang ang pagbudhi ni Judas napadayag na.</w:t>
      </w:r>
    </w:p>
    <w:p>
      <w:pPr>
        <w:pStyle w:val="ArticleScripture"/>
        <w:jc w:val="left"/>
      </w:pPr>
      <w:r>
        <w:rPr>
          <w:rFonts w:ascii="Times New Roman" w:hAnsi="Times New Roman" w:eastAsia="Times New Roman" w:cs="Times New Roman"/>
        </w:rPr>
        <w:t>“Sa pagmantala sa alaut kang Judas, si Cristo may tuyo usab nga kaluoy ngadto sa Iyang mga tinun-an. Sa ingon niana gihatag Niya kanila ang kinatumyang pamatuod sa Iyang pagka-Mesiyas. ‘Isugilon Ko kini kaninyo sa dili pa kini mahitabo,’ miingon Siya, ‘aron sa dihang matuman na kini, makatuo kamo nga AKO MAO.’ Kon si Jesus nagpabiling hilom, nga daw walay kahibalo sa moabot Kaniya, ang mga tinun-an tingali makahunahuna nga ang ilang Agalon walay balaang pagtan-aw daan, ug nga nasorpresa Siya ug gitugyan ngadto sa mga kamot sa mamumuno nga panon. Usa ka tuig sa wala pa kini, gisultihan ni Jesus ang mga tinun-an nga nakapili Siya ug napulo ug duha, ug nga ang usa kanila yawa. Karon ang Iyang mga pulong ngadto kang Judas, nga nagpakita nga ang iyang pagbudhi hingpit nga nahibaloan sa iyang Agalon, magpalig-on sa pagtuo sa matuod nga mga sumunod ni Cristo sa panahon sa Iyang pagkaubos. Ug sa dihang si Judas moabut na sa iyang makalilisang nga katapusan, ilang mahinumduman ang alaut nga gipahayag ni Jesus batok sa mabudhion.” The Desire of Ages, 655.</w:t>
      </w:r>
    </w:p>
    <w:p>
      <w:pPr>
        <w:pStyle w:val="ArticleBody"/>
        <w:jc w:val="left"/>
      </w:pPr>
      <w:r>
        <w:rPr>
          <w:rFonts w:ascii="Times New Roman" w:hAnsi="Times New Roman" w:eastAsia="Times New Roman" w:cs="Times New Roman"/>
        </w:rPr>
        <w:t>Niadtong Disyembre 31, 2023, ang Leon sa banay ni Juda nagsugod sa pag-abli sa pinatik nga pagpadayag sa Iyang Kaugalingon, ug nagsugod ang sukaranang pagsulay. Ang pagsulay mahitungod sa pangutana kon ang Roma mao pa ba gihapon ang simbolo nga nagtukod sa panan-awon sa bersikulo katorse, o kon nabag-o na ba ang mga butang. Sa dihang ang unang anticristo gikan sa Tinipong Bansa nagsugod sa paghari niadtong Mayo 8, 2025, natuman na ang bersikulo katorse. Unya makita na nga ang relasyon tali kang Trump ug kang papa Leo gipaatol na daan pinaagi kang Reagan ug kang John Paul II. Ang Gubat sa Ukraine nga nagsugod niadtong 2014, sa dihang ang State Department sa Tinipong Bansa maoy nakapahimo sa usa ka color revolution sa Ukraine, nahitabo sa pagkapresidente ni Obama, nga naghari sa panahon sa duha ka mga papa. Si Reagan ug si John Paul II diha sa bersikulo napulo, ug unya sa 2014, nagsugod ang Gubat sa Ukraine ingon sa girepresentahan sa gubat sa utlanan sa bersikulo onse, o ang gubat sa Raphia. Ang Raphia nagkahulogan ug “utlanan,” ug mao usab kana ang kahulogan sa pulong nga “Ukraine.” Nianang kasaysayana, si Obama ug ang duha ka mga papa maoy nagtiman sa ikaduhang gubat sa tulo ka mga gubat sa mga bersikulo napulo hangtod kinse. Unya sa 2024, mibalik si Trump sa katumanan sa bersikulo trese. Dayon sa bersikulo katorse, ang panan-awon natukod pinaagi sa pag-abot sa kaparis ni Trump nga popish.</w:t>
      </w:r>
    </w:p>
    <w:p>
      <w:pPr>
        <w:pStyle w:val="ArticleBody"/>
        <w:jc w:val="left"/>
      </w:pPr>
      <w:r>
        <w:rPr>
          <w:rFonts w:ascii="Times New Roman" w:hAnsi="Times New Roman" w:eastAsia="Times New Roman" w:cs="Times New Roman"/>
        </w:rPr>
        <w:t>Ang natukod mao nga ang tulo ka mga gubat sa mga bersikulo napulo hangtod kinse nagrepresentar sa tulo ka mga waymark nga ang matag usa nagtimaan sa relasyon tali kang Jezebel ug kang Ahab nga nagdala ngadto sa Bukid Carmel sa balaod sa Dominggo. Uban kang Reagan, si Jezebel atua sa Samaria, tinago pinaagi sa usa ka tinagong pakigsaad. Unya ang mga saserdote ni Baal ug ang mga propeta sa kakahoyan mipataas sa espirituwalismo sa woke nga liberal nga Katolisismo, inubanan sa eskisoprenikong simbolismo ni Obama sa bakak nga propeta sa apostatang Protestanismo ug sa bakak nga propeta sa Islam, ang pagsimba sa inahan nga yuta, ang pagkahilayan ug ang anarkiya sa Rebolusyong Pranses. Unya mibalik si Trump sa 2024, ug ang dayag nga relasyon tali sa mananap ug sa iyang larawan gipadayag sa 2025. Karon 2026 na, ug ang pagsulay sa panggawas nga panan-awon sa patukoranan milampos na, ug kita anaa karon sa panan-awon sa pagsulay sa templo.</w:t>
      </w:r>
    </w:p>
    <w:p>
      <w:pPr>
        <w:pStyle w:val="ArticleBody"/>
        <w:jc w:val="left"/>
      </w:pPr>
      <w:r>
        <w:rPr>
          <w:rFonts w:ascii="Times New Roman" w:hAnsi="Times New Roman" w:eastAsia="Times New Roman" w:cs="Times New Roman"/>
        </w:rPr>
        <w:t>Ang bersikulo onse natuman sa gubat sa Raphia niadtong 217 BC, ug nagatipolohiya sa Gubat sa Ukraine nga nagsugod niadtong 2014, nga miusbong niadtong 2022, ug karon hapit na matapos. Modaog si Putin, apan ang maong kadaugan magpaila lamang sa sinugdanan sa iyang kapukan. Ang propetikong estruktura sa bersikulo onse ug ang makasaysayanong katumanan niini sa kadaugan ni Ptolemy sa gubat sa Raphia niadtong 217 BC, sa katumanan sa bersikulo onse sa kapitulo onse, nahiuyon sa propetikong kasaysayan ni hari Uzziah. Si Ptolemy ug si Uzziah kapuwa mga hari sa habagatan, kansang mga kasingkasing gipatuboy tungod sa mga kalampusan sa panggubat, apan ang ilang mapatuboyong mga kasingkasing mao ang hinungdan sa kapukan nilang duha, ug ang pagkapukan nilang duha nalangkit sa managsamang mga pagsulay sa paghimo ug halad sulod sa santuwaryo sa Jerusalem.</w:t>
      </w:r>
    </w:p>
    <w:p>
      <w:pPr>
        <w:pStyle w:val="ArticleBody"/>
        <w:jc w:val="left"/>
      </w:pPr>
      <w:r>
        <w:rPr>
          <w:rFonts w:ascii="Times New Roman" w:hAnsi="Times New Roman" w:eastAsia="Times New Roman" w:cs="Times New Roman"/>
        </w:rPr>
        <w:t>Padayon natong hisgotan ang pagkapukan ni Putin nga mosangpot ngadto sa gubat sa Panium diha sa bersikulo kinse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Numero Dieciséis</dc:title>
  <dc:subject>Ang Panahon sa Katapusan</dc:subject>
  <dc:creator>Jeff Pippenger</dc:creator>
  <cp:keywords/>
  <dc:description>Generated by ArticleDigger from panium\16_panium.json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