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Diecinuebe</w:t>
      </w:r>
    </w:p>
    <w:p>
      <w:pPr>
        <w:pStyle w:val="ArticleSubtitle"/>
        <w:jc w:val="left"/>
      </w:pPr>
      <w:r>
        <w:rPr>
          <w:rFonts w:ascii="Arial" w:hAnsi="Arial" w:eastAsia="Arial" w:cs="Arial"/>
        </w:rPr>
        <w:t>Ang mga Dagkung Tawo: si Antiochus, si Constantine, ug ang Kataposang Presidente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Ang yawe sa hustong pagbahin sa mga bersikulo napulo hangtod napulog-unom sa Daniel onse makita diha sa sukaranang mga propetikong aplikasyon nga gigamit kapin sa katloan ka tuig ang milabay, niadtong 1996, sa dihang gipatik ang magasin nga The Time of the End. Katloan ka tuig sa ulahi, gipadayag sa Ginoo nga laing propetikong mensahe pagapormalohon maingon nga ang mensahe sa mga Millerite gipormalisar niadtong 1831. Sa omega nga kasaysayan niining katloan ka tuig, ang mensahe nga pagapormalohon ginarepresentar ingon nga usa ka pagtul-id sa nahaunang mensahe mahitungod sa Islam, ingon sa girepresentar ni Josiah Litch, ug usab usa ka tinul-id nga mensahe sa siradong pultahan, ingon sa girepresentar ni Samuel Snow, nga mao ang simbolo sa sambingay sa napulo ka ulay. Usa ka mensahe mahitungod sa Islam, inubanan sa usa ka pasidaan bahin sa anam-anam nga pagsira sa mga pultahan sa panahon sa grasya samtang si Cristo nagatapus sa Iyang buluhaton sa paghukom, igamantala. Ang mensahe duruha ka bahin, nga adunay sulodnon ug gawasnong linya, nga sa baylo nagarepresentar sa unang duha ka mga lakang sa tulo-ka-lakang nga proseso sa pagsulay nga kanunay nga mahitabo sa dihang ang usa ka tagna pagaablihan, maingon sa pagpadayag ni Jesu-Cristo niadtong Disyembre 31, 2023.</w:t>
      </w:r>
    </w:p>
    <w:p>
      <w:pPr>
        <w:pStyle w:val="ArticleBody"/>
        <w:jc w:val="left"/>
      </w:pPr>
      <w:r>
        <w:rPr>
          <w:rFonts w:ascii="Times New Roman" w:hAnsi="Times New Roman" w:eastAsia="Times New Roman" w:cs="Times New Roman"/>
        </w:rPr>
        <w:t>Ang magasin nga The Time of the End naglangkob sa batakang kinatibuk-ang paghulagway sa kaugmaon alang sa Amerika ingon nga girepresentahan sa katapusang unom ka bersikulo sa Daniel onse, nga giablihan sa panahon sa katapusan niadtong 1989. Ang magasin nahimong kabahin sa publikong rekord sulod sa katloan ka tuig, ug walay nakakita nga ang usa sa mga nag-unang tema sa magasin mao ang relihiyosong pakigbisog tali sa komunismo ug sa mga iglesia ilalom sa impluwensiya sa Katolisismo, ilabina sa Ukraine. Kadtong relihiyosong gubat gikan sa yugto sa 1989 nagpatin-aw sa konteksto sa relihiyosong pagkapukan ni Putin ingon nga girepresentahan ni Ptolemy ug ni Uzziah sa pagrebelde nga ilang duha ka gipadayag didto sa templo sa Jerusalem. Ang templo sa Jerusalem mao ang templo ni Uzziah, dili ang templo ni Ptolemy. Si Putin ug si Zelenskyy parehong nagpasipala sa mao rang templo sa duha ka nagkalainlaing paagi; ang usa ingon nga usa ka Ehipcio ug ang usa ingon nga usa ka Judio.</w:t>
      </w:r>
    </w:p>
    <w:p>
      <w:pPr>
        <w:pStyle w:val="ArticleBody"/>
        <w:jc w:val="left"/>
      </w:pPr>
      <w:r>
        <w:rPr>
          <w:rFonts w:ascii="Times New Roman" w:hAnsi="Times New Roman" w:eastAsia="Times New Roman" w:cs="Times New Roman"/>
        </w:rPr>
        <w:t>Ang iglesia nga nanlimbasug batok sa hari sa habagatan niadtong 1989 mao ang Iglesiang Katolika. Ug ngano man dili? Ang ateyismo sa Pransiya maoy naghatag sa makamatay nga samad ngadto sa hari sa amihanan niadtong 1798, busa ngano man nga dili manimalos ang kapapahan batok sa malugwayong paglutos sa ateyismo sa Iglesiang Katolika, ilabina sa Ukraine? Labaw pang mahinungdanon nga kining dayag nga pagpamatuod mahitungod sa Ukraine naggikan sa usa ka publikasyon niadtong 1996, nga nagkutlo sa mga sekular nga historyador mahitungod sa kasaysayan sa 1989. Karon nga ang Ginoo nag-abli sa linilong nga kasaysayan sa bersikulo kwarenta, Iyang gitumong ang pakigbisog tali sa duha ka orthodox nga mga iglesia aron ihatag ang propetikanhon ug kasaysayanhong konteksto sa gubat sa Raphia ug sa mga sangpotanan niini, ug Iya nang gilakip kaniadto ang gikinahanglang mga pagpanabot sa The Time of the End magazine nga gipatik katloan ka tuig na ang milabay.</w:t>
      </w:r>
    </w:p>
    <w:p>
      <w:pPr>
        <w:pStyle w:val="ArticleBody"/>
        <w:jc w:val="left"/>
      </w:pPr>
      <w:r>
        <w:rPr>
          <w:rFonts w:ascii="Times New Roman" w:hAnsi="Times New Roman" w:eastAsia="Times New Roman" w:cs="Times New Roman"/>
        </w:rPr>
        <w:t>Ang pagkapukan ni Napoleon nahiuyon sa nagpadayon nga pagkapukan ni Lenin, Stalin, ug sa sistema sa Unyong Sobyet. Sa dihang ang propetikong habagatang gingharian mibalhin sa iyang kapital ngadto sa Rusya, may duha ka dagkong rebolusyon niadtong 1917. Ang una mao ang gitawag nga Rebolusyong Ruso sa dihang napukan ang Tsar, ug unya sa mao gihapong tuig misunod ang Rebolusyong Bolshevik, nga mitultol ngadto sa gubat sibil gikan sa 1917 hangtod sa 1922. Niadtong 1922 naporma ang Unyong Sobyet.</w:t>
      </w:r>
    </w:p>
    <w:p>
      <w:pPr>
        <w:pStyle w:val="ArticleBody"/>
        <w:jc w:val="left"/>
      </w:pPr>
      <w:r>
        <w:rPr>
          <w:rFonts w:ascii="Times New Roman" w:hAnsi="Times New Roman" w:eastAsia="Times New Roman" w:cs="Times New Roman"/>
        </w:rPr>
        <w:t>Ang pagsugod sa Russia ingon nga espirituwal nga hari sa habagatan nagrepresentar sa usa ka rebolusyon nga may duha ka hugna nga mitultol ngadto sa gubat sibil, ug dayon sa pagkaporma sa usa ka konpederasyon sa mga nasod. Ang pagkahugno sa Soviet Union may duha usab ka hugna, nga nagsugod sa pagguba sa Berlin Wall niadtong Nobyembre 9, 1989, nga unya mitultol sa pagbungkag sa Soviet Union niadtong Disyembre 31, 1991. Ingon nga kataposang magmamando sa Russia, ang hari sa habagatan, si Vladimir Putin, gitipohan pinaagi sa unang magmamando sa Russia—si Vladimir Lenin.</w:t>
      </w:r>
    </w:p>
    <w:p>
      <w:pPr>
        <w:pStyle w:val="ArticleBody"/>
        <w:jc w:val="left"/>
      </w:pPr>
      <w:r>
        <w:rPr>
          <w:rFonts w:ascii="Times New Roman" w:hAnsi="Times New Roman" w:eastAsia="Times New Roman" w:cs="Times New Roman"/>
        </w:rPr>
        <w:t>Ang Vladimir nagkahulogan ug “usa ka bantugang lider” ug ang Putin nagkahulogan ug “ang dalan.” Ang Lenin nagkahulogan ug “usa ka dakong suba,” apan gipili ni Vladimir Lenin ang ngalan nga Lenin aron itago ang iyang tinuod nga ngalan, nga mao si Vladimir Ilyich Ulyanov. Ang Ilyich nagkahulogan ug “anak ni Elias,” ug ang Ulyanov nagkahulogan ug “batan-ong anak ni Elias.”</w:t>
      </w:r>
    </w:p>
    <w:p>
      <w:pPr>
        <w:pStyle w:val="ArticleBody"/>
        <w:jc w:val="left"/>
      </w:pPr>
      <w:r>
        <w:rPr>
          <w:rFonts w:ascii="Times New Roman" w:hAnsi="Times New Roman" w:eastAsia="Times New Roman" w:cs="Times New Roman"/>
        </w:rPr>
        <w:t>Ang dakong pangulo sa Rusya diha sa agianan, sa kasaysayan nga gilarawan pinaagi sa gubat sa Raphia niadtong 217 BC, gihulagway pinaagi sa unang pangulo sa Rusya, nga isip si Vladimir Lenin mao ang dakong pangulo sa gamhanang suba, apan nagtago sa iyang ngalan. Ang ngalan usa ka simbolo sa kinaiya, ug ang pagtago ni Vladimir sa iyang duha ka mga ngalan nagrepresentar sa usa ka kinaiya nga mipili sa usa ka dakong suba sa politikanhong panghunahuna, labaw sa usa ka kinaiya nga gilarawan ni Elias, nga nagkahulogan og “Ang Dios mao si Jehova.” Ang gamut sa ateyismo mao ang paglimod sa Dios, ug ang ateyismo maoy nag-unang kinaiya sa hari sa habagatan. Ang ikaduha ug ikatulong ngalan nga gihatag kang Lenin nagpasiugda kang Elias ug sa iyang anak, ug ang katapusan sa Rusya ingon nga hari sa habagatan gilarawan ni Ptolemy IV, nga nagmadaugon sa gubat sa Raphia, apan sa dihang mibalik si Antiochus niadtong 200 BC sa gubat sa Panium, ang lima ka tuig nga anak nga lalaki ni Ptolemy mao na ang naghari niadto. Ang duha ka orihinal nga mga ngalan ni Lenin nagpaila kang Elias ug sa iyang anak, ug nagtukma kang Ptolemy ug sa iyang anak. Si Elias ug ang mensahe ngadto sa iyang mga anak nahitabo sa ulahing mga adlaw, sa dili pa ang “dakong ug makahahadlok nga adlaw sa Ginoo;” diin didto usab nahimutang ang mga gubat sa Raphia ug Panium.</w:t>
      </w:r>
    </w:p>
    <w:p>
      <w:pPr>
        <w:pStyle w:val="ArticleScripture"/>
        <w:jc w:val="left"/>
      </w:pPr>
      <w:r>
        <w:rPr>
          <w:rFonts w:ascii="Times New Roman" w:hAnsi="Times New Roman" w:eastAsia="Times New Roman" w:cs="Times New Roman"/>
        </w:rPr>
        <w:t>Ania karon, ipadala ko kaninyo si Elias nga propeta sa dili pa moabot ang daku ug makalilisang nga adlaw sa Ginoo: Ug iyang ipabalik ang kasingkasing sa mga amahan ngadto sa mga anak, ug ang kasingkasing sa mga anak ngadto sa ilang mga amahan, aron dili ako moanhi ug hampakon ang yuta pinaagi sa usa ka tunglo. Malakias 4:5, 6.</w:t>
      </w:r>
    </w:p>
    <w:p>
      <w:pPr>
        <w:pStyle w:val="ArticleBody"/>
        <w:jc w:val="left"/>
      </w:pPr>
      <w:r>
        <w:rPr>
          <w:rFonts w:ascii="Times New Roman" w:hAnsi="Times New Roman" w:eastAsia="Times New Roman" w:cs="Times New Roman"/>
        </w:rPr>
        <w:t>Ang pagpamatuod ni Uzziah ug ni Ptolemy nagkatakdo sa bersikulo onse sa Daniel onse, ug si Uzziah nabuhi pa sulod sa onse ka tuig human sa iyang pagrebelde ug sa iyang sanla; samtang si Ptolemy naghari sa kinatibuk-an sulod sa disi-siyete ka tuig, nga mao usab ang gidaghanon sa mga tuig tali sa mga gubat sa bersikulo onse ug sa bersikulo kinse. Ang 250-ka-tuig nga tagna nga nagsugod sa 457 BC, natapos sa 207 BC sa taliwala niadtong duha ka mga gubat; napulo ka tuig human sa Raphia ug pito ka tuig sa wala pa ang Panium. Ang paghari ni Ptolemy IV nagsugod sa 221 BC, ug namatay siya sa 204 BC, busa ang disi-siyete ka tuig ni Ptolemy dili mao ang samang linya sa disi-siyete ka tuig gikan sa Raphia ngadto sa Panium. Ni dili usab kini mao ang samang disi-siyete ka tuig nga girepresentahan sa pagtapos sa 250-ka-tuig nga tagna nga nagsugod kang Nero sa 64 ug natapos sa 313. Gikan sa 313 ngadto sa unang balaod sa Domingo sa 321 kay walo ka tuig, ug siyam ka tuig sa ulahi sa 330 gibahin ni Constantine ang gingharian ngadto sa sidlakan ug kasadpan.</w:t>
      </w:r>
    </w:p>
    <w:p>
      <w:pPr>
        <w:pStyle w:val="ArticleBody"/>
        <w:jc w:val="left"/>
      </w:pPr>
      <w:r>
        <w:rPr>
          <w:rFonts w:ascii="Times New Roman" w:hAnsi="Times New Roman" w:eastAsia="Times New Roman" w:cs="Times New Roman"/>
        </w:rPr>
        <w:t>Sa dili na kaayong madugay nga umaabot, pildihon ni Putin ug sa Russia ang Ukraine, ug ang mga lakang ni Ptolemy ug Uzziah magsugod pag-usab sa kasaysayan nga gihulagway sa bersikulo dose. Ang duha ka biblikanhong mga saksi nagbutang sa katapusang krisis alang kang Putin sulod sa usa ka krisis sa simbahan ug estado. Ang ilang pagsukol gipakita didto sa templo sa Jerusalem, sa ingon nagpaila sa templo ug relihiyon ni Uzziah ingon nga maoy tinudlong punto sa profetikong reperensiya.</w:t>
      </w:r>
    </w:p>
    <w:p>
      <w:pPr>
        <w:pStyle w:val="ArticleBody"/>
        <w:jc w:val="left"/>
      </w:pPr>
      <w:r>
        <w:rPr>
          <w:rFonts w:ascii="Times New Roman" w:hAnsi="Times New Roman" w:eastAsia="Times New Roman" w:cs="Times New Roman"/>
        </w:rPr>
        <w:t>Si Zelenskyy, nga ang kahulogan mao ang “berde,” mao ang papet sa mga burukratang globalista sa European Union ug sa United Nations, kansang globalistang adyenda tukma nga girepresentahan sa berde nga kalihokang politikal nga nagsimba sa inahan nga yuta. Angay gayod nga si Zelenskyy usa kaniadto ka artista, kay tin-aw nga siya maoy puli o galamhanan sa ubang mga gahum, ug ang kahulogan sa iyang ngalan nga “berde” nag-ila sa pilosopiyang politikal nga nagmando sa iyang mga lihok sa dulaanang ahedres sa kasaysayan sa katawhan. Ang checkmate haduol na kaayo kang Zelenskyy.</w:t>
      </w:r>
    </w:p>
    <w:p>
      <w:pPr>
        <w:pStyle w:val="ArticleBody"/>
        <w:jc w:val="left"/>
      </w:pPr>
      <w:r>
        <w:rPr>
          <w:rFonts w:ascii="Times New Roman" w:hAnsi="Times New Roman" w:eastAsia="Times New Roman" w:cs="Times New Roman"/>
        </w:rPr>
        <w:t>Niining kataposang kasaysayan, ang pagrebelde ni Uzziah ug ni Ptolemy pagadulaan pag-usab; apan si Ptolemy (Putin) namatay upat ka tuig sa wala pa ang gubat sa Panium, ug ang kataposang magmamando sa hari sa habagatan gilarawan pinaagi sa usa ka lima ka tuig nga bata nga gidumalahan sa usa ka sunod-sunod nga mga kurakot ug walay katakus nga mga rehente.</w:t>
      </w:r>
    </w:p>
    <w:p>
      <w:pPr>
        <w:pStyle w:val="ArticleBody"/>
        <w:jc w:val="left"/>
      </w:pPr>
      <w:r>
        <w:rPr>
          <w:rFonts w:ascii="Times New Roman" w:hAnsi="Times New Roman" w:eastAsia="Times New Roman" w:cs="Times New Roman"/>
        </w:rPr>
        <w:t>Si Ptolemy V mga 5–6 ka tuig pa lamang ang panuigon sa dihang mikab-ot siya sa trono niadtong 204 BC (human sa misteryosong kamatayon sa iyang amahan), ug ang gingharian sa Ptolemaic naparalisar tungod sa sunod-sunod nga mga rehensiya nga walay katakos o dunot sa panahon sa iyang paghari. Ang unang rehensiya naglungtad gikan sa 204–202 BC, human itago ang kamatayon ni Ptolemy IV ug gipatay ang iyang inahan nga si Arsinoe III. Ang mga pinalabi sa korte nga sila Sosibius, usa ka dugay nang ministro ilalom ni Ptolemy IV, ug si Agathocles nga igsoon sa kabit ni Ptolemy IV nga si Agathoclea, mipahibalo sa ilang kaugalingon nga mga rehente. Ilang gipalsipikar o gipakita ang usa ka testamento nga naghimo kanila nga mga magbalantay, ilang gibutang ang batan-ong hari ilalom sa pag-atiman ni Agathoclea ug sa iyang pamilya, ug ilang gipanghinloan ang mga mahimong kaatbang. Si Sosibius maoy nagdumala sa dakong bahin sa unang administrasyon.</w:t>
      </w:r>
    </w:p>
    <w:p>
      <w:pPr>
        <w:pStyle w:val="ArticleBody"/>
        <w:jc w:val="left"/>
      </w:pPr>
      <w:r>
        <w:rPr>
          <w:rFonts w:ascii="Times New Roman" w:hAnsi="Times New Roman" w:eastAsia="Times New Roman" w:cs="Times New Roman"/>
        </w:rPr>
        <w:t>Usa ka pagbalhin ang nahitabo mga 202 BC, sa dihang si Agathocles nahimong nagapangibabaw nga rehente, apan siya kaylap nga gidumtan tungod sa kahilayan ug sayop nga pagdumala. Usa ka popular nga pag-alsa sa Alexandria mitultol sa iyang mapintas nga paglinch sa usa ka panon sa katawhan, uban sa batang hari nga sa ngalan lamang miuyon. Ang misunod nga mga rehente mao si Tlepolemus, ang gobernador sa Pelusium, ug unya si Aristomenes. Sa panahon sa gubat sa Panium niadtong 200 BC, ang gingharian nailalom niining nag-ilis-ilis nga laray sa mga rehente ug mga magtatambag sa korte.</w:t>
      </w:r>
    </w:p>
    <w:p>
      <w:pPr>
        <w:pStyle w:val="ArticleBody"/>
        <w:jc w:val="left"/>
      </w:pPr>
      <w:r>
        <w:rPr>
          <w:rFonts w:ascii="Times New Roman" w:hAnsi="Times New Roman" w:eastAsia="Times New Roman" w:cs="Times New Roman"/>
        </w:rPr>
        <w:t>Sa gubat sa Panium ang mga pwersang Ptolemaiko gidumala sa natad sa heneral nga si Scopas sa Aetolia, usa ka komandanteng mersenaryo nga gitudlo ilalom sa rehinsiya, dili ni Ptolemy V mismo. Ang batan-ong hari walay tinuod nga kagamhanan—ang mga paghukom, estratehiyang militar, ug ang kinatibuk-ang kaluyahon sa gingharian nagagikan sa pagkaparalisado sa mga rehente, sa mga pagsukol sa sulod (sama sa lumad nga mga pag-alsa sa Ehipto), ug sa mga intryga sa korte. Kining pagkawalay-kalig-on nagtugot kang Antiochus III nga Bantogan sa pagpildi kang Scopas sa mahukmanon nga paagi didto sa Panium, ug sa pag-agaw sa Coele-Syria, lakip ang Judea, sa walay kataposang pagkuha niini gikan sa ilalom sa Ptolemaikong pagpugong.</w:t>
      </w:r>
    </w:p>
    <w:p>
      <w:pPr>
        <w:pStyle w:val="ArticleBody"/>
        <w:jc w:val="left"/>
      </w:pPr>
      <w:r>
        <w:rPr>
          <w:rFonts w:ascii="Times New Roman" w:hAnsi="Times New Roman" w:eastAsia="Times New Roman" w:cs="Times New Roman"/>
        </w:rPr>
        <w:t>Gihisgutan sa mga historyador ang posibilidad nga ang kamatayon ni Ptolemy IV tungod sa paghilo, nga kabahin usab sa mga makasaysayanong pagpanaghap maylabot kang Vladimir Lenin, Joseph Stalin, ingon man sa rayna sa habagatan, si Cleopatra. Nagmadaugon si Putin sa Gubat sa Ukraine, apan unya ang iyang pagkapukan nagsugod uban sa iyang tinguha sa pagpatuman pag-usab sa mapugnganong relasyon nga kaniadto nabatonan sa Soviet Union uban sa simbahan sa Ukraine, nga sa dihang kini gikuha niadtong 1989, mao ang simbolo sa kadaugan sa hari sa amihanan batok sa hari sa habagatan.</w:t>
      </w:r>
    </w:p>
    <w:p>
      <w:pPr>
        <w:pStyle w:val="ArticleBody"/>
        <w:jc w:val="left"/>
      </w:pPr>
      <w:r>
        <w:rPr>
          <w:rFonts w:ascii="Times New Roman" w:hAnsi="Times New Roman" w:eastAsia="Times New Roman" w:cs="Times New Roman"/>
        </w:rPr>
        <w:t>Ang Ukraine mao ang duyan sa Sidlakang Slavic nga Ortodoksiya. Ang pagbunyag kang Vladimir the Great nahitabo niadtong 988 sa Kyiv. Sa ulahi, giangkon sa Moscow ang titulo nga “Third Rome” human mapukan ang Constantinople, ug sa ingon gipahiluna ang iyang kaugalingon isip matarong nga manununod ug espirituhanong magbalantay sa tanang yutang Ruso, lakip ang Ukraine ingon nga iyang “canonical territory”.</w:t>
      </w:r>
    </w:p>
    <w:p>
      <w:pPr>
        <w:pStyle w:val="ArticleBody"/>
        <w:jc w:val="left"/>
      </w:pPr>
      <w:r>
        <w:rPr>
          <w:rFonts w:ascii="Times New Roman" w:hAnsi="Times New Roman" w:eastAsia="Times New Roman" w:cs="Times New Roman"/>
        </w:rPr>
        <w:t>Ang Patriarkado sa Moscow kanunayng nagtan-aw sa Ukraine ingon nga espirituwal nga dili mabulag gikan sa Russia, uban sa panultihon nga “Usa ka katawhan, usa ka pagtoo,” nga maoy hugpong sa mga pulong nga si Putin mismo balik-balik nga gigamit. Ang Ukraine, ilabina sukad sa 2014/2022, nagkadaghan ang pagtan-aw sa pagdumala sa Moscow ingon nga kolonyal ug imperyal nga pagdominar imbis nga tinuod nga espirituwal nga pagka-inahan. Sa kahimtang hangtod sa Pebrero 2026, aduna’y duha ka nag-indigay nga mga estruktura sa Orthodox. Ang usa mao ang Orthodox Church of Ukraine, nga sukad sa 2019 nahimong independente ubos sa Ecumenical Patriarch Bartholomew sa Constantinople. Sa Kyiv, ang Orthodox Church of Ukraine giila ingon nga tinuod nga nasodnong simbahan.</w:t>
      </w:r>
    </w:p>
    <w:p>
      <w:pPr>
        <w:pStyle w:val="ArticleBody"/>
        <w:jc w:val="left"/>
      </w:pPr>
      <w:r>
        <w:rPr>
          <w:rFonts w:ascii="Times New Roman" w:hAnsi="Times New Roman" w:eastAsia="Times New Roman" w:cs="Times New Roman"/>
        </w:rPr>
        <w:t>Magbantay ang magbabasa: ang Ortodoksong Simbahan sa Ukraine lahi nga simbahan kaysa Simbahang Ortodokso sa Ukraine. Ang Simbahang Ortodokso sa Ukraine may kalambigitan sa Ortodoksong Simbahan sa Russia, ug tungod niini gisulong kini ni Zelenskyy. Gisupak sa Vatican ang mga pagsulong ni Zelenskyy nga nagpadayon na, apan ang pagrebelde ni Putin sa bersikulo dose mosunod sa iyang kadaugan sa Raphia, ug umaabot pa.</w:t>
      </w:r>
    </w:p>
    <w:p>
      <w:pPr>
        <w:pStyle w:val="ArticleBody"/>
        <w:jc w:val="left"/>
      </w:pPr>
      <w:r>
        <w:rPr>
          <w:rFonts w:ascii="Times New Roman" w:hAnsi="Times New Roman" w:eastAsia="Times New Roman" w:cs="Times New Roman"/>
        </w:rPr>
        <w:t>Ang Ukrainian Orthodox Church sa kasaysayan nalambigit sa lawas sa Moscow. Human sa pagsulong niadtong 2022, ang Ukrainian Orthodox Church mipahayag ug bug-os nga awtonomiya niadtong Mayo 2022, apan ang mga imbestigasyon sa estado sa Ukraine (DESS) sa makadaghan nang higayon nangatarongan nga kini nagpabiling kanonikal ug legal nga kaalyado sa Moscow. Gipasar sa Ukraine ang usa ka balaod niadtong Agosto 2024 (gipirmahan ni Zelenskyy) nga nagdili sa bisan unsang relihiyosong lawas nga nalambigit sa Russian Orthodox Church (ang “agresor nga estado”). Gisugo ang Ukrainian Orthodox Church nga bug-os nga putlon ang mga relasyon niini o moatubang sa pagbungkag sa iyang Kyiv Metropolis pinaagi sa mando sa hukmanan. Hangtod sa ulahing bahin sa 2025 ug sinugdanan sa 2026, nagpadayon ang mga paglusob, mga pagbalhin sa mga parokya ngadto sa Ukrainian Orthodox Church (kapin sa 1,300 sukad 2022), mga kaso sa hukmanan, ug mga eksperto sa UN nga nagpasidaan bahin sa mga kabalak-an sa kagawasan sa relihiyon maylabot sa Ukrainian Orthodox Church.</w:t>
      </w:r>
    </w:p>
    <w:p>
      <w:pPr>
        <w:pStyle w:val="ArticleBody"/>
        <w:jc w:val="left"/>
      </w:pPr>
      <w:r>
        <w:rPr>
          <w:rFonts w:ascii="Times New Roman" w:hAnsi="Times New Roman" w:eastAsia="Times New Roman" w:cs="Times New Roman"/>
        </w:rPr>
        <w:t>Ang Vatican sa dayag misupak sa bisan unsang pinugsanay nga pagpawagtang sa Ukrainian Orthodox Church. Gihulagway kini sa Russia ug ni Putin ingon nga dayag nga paglutos sa kanonikal nga Ortodoksiya, ug gihimo nila nga hayag nga pangayo sa bisan unsang negosasyon sa kalinaw ang pagpanalipod sa mga “Russian Orthodox churches.” Ang propaganda sa Russia sa kanunay nagdugtong sa Ukrainian Orthodox Church ug sa mga pag-atake batok niini sa estado sa Ukraine ingon nga “Nazismo” ug ingon nga kabahin sa ilang pangatarungan sa “denazification.”</w:t>
      </w:r>
    </w:p>
    <w:p>
      <w:pPr>
        <w:pStyle w:val="ArticleBody"/>
        <w:jc w:val="left"/>
      </w:pPr>
      <w:r>
        <w:rPr>
          <w:rFonts w:ascii="Times New Roman" w:hAnsi="Times New Roman" w:eastAsia="Times New Roman" w:cs="Times New Roman"/>
        </w:rPr>
        <w:t>Si Putin sa mapangahason mosulod sa “templo” ug moangkon sa bug-os nga espirituwal nga paghari ibabaw sa Ortodoksiya sa Ukraine sa paningkamot nga ipasakop pag-usab ang tibuok estruktura sa simbahan sa Ukraine ilalom sa Moscow, nga nagmando sa pag-ila kaniya ingon nga matarong nga espirituwal nga pangulo sa Ruso nga Ortodoksong kalibotan.</w:t>
      </w:r>
    </w:p>
    <w:p>
      <w:pPr>
        <w:pStyle w:val="ArticleBody"/>
        <w:jc w:val="left"/>
      </w:pPr>
      <w:r>
        <w:rPr>
          <w:rFonts w:ascii="Times New Roman" w:hAnsi="Times New Roman" w:eastAsia="Times New Roman" w:cs="Times New Roman"/>
        </w:rPr>
        <w:t>Kini mao ang tukmang kaparalelo sa pagsulod ni Ptolemy sa Labing Balaan nga Dapit, samtang si Uzziah mao si Zelenskyy nga nagtinguha sa pagsunog og incienso. Ang pagrebelde ni Ptolemy didto sa Labing Balaan nga Dapit, ug ang kang Uzziah didto sa balaan nga dapit. Usa ka hari sa habagatan, nga napuno sa kadasig tungod sa kadaugan sa “borderline,” nga nagtapos sa gahom nga puli-puli sa Nazismo, ug unya milapas ngadto sa dapit nga iya lamang sa gingharian sa relihiyon. Unya moabot ang usa ka kalit nga mapangamdanong pagpaubos, ug si Putin mawala sa entablado (maingon sa pagkamatay ni Ptolemy IV niadtong 204 BC). Human sa bakante sa gahom sa usa ka ‘mahuyang nga hugna sa mga manununod,’ ang hari sa amihanan mobalik uban sa labawng kusog ug modaug sa modernong gubat sa Panium diha sa bersikulo 15.</w:t>
      </w:r>
    </w:p>
    <w:p>
      <w:pPr>
        <w:pStyle w:val="ArticleHeading"/>
        <w:jc w:val="left"/>
      </w:pPr>
      <w:r>
        <w:rPr>
          <w:rFonts w:ascii="Arial" w:hAnsi="Arial" w:eastAsia="Arial" w:cs="Arial"/>
        </w:rPr>
        <w:t>Napulog-pito</w:t>
      </w:r>
    </w:p>
    <w:p>
      <w:pPr>
        <w:pStyle w:val="ArticleBody"/>
        <w:jc w:val="left"/>
      </w:pPr>
      <w:r>
        <w:rPr>
          <w:rFonts w:ascii="Times New Roman" w:hAnsi="Times New Roman" w:eastAsia="Times New Roman" w:cs="Times New Roman"/>
        </w:rPr>
        <w:t>Ang napulog-pito ka tuig makita sa makatuló ka higayon sa kasaysayan diin ang mga gubat sa Raphia ug Panium naghiusa, linya ibabaw sa linya. Ang napulog-pito ka tuig gikan sa Edikto sa Milan diin ang sidlakang ug kasadpang mga trono sa emperyo gidugtong pinaagi sa kaminyoon, hangtod nga ang gingharian gibahin ug gibulagan niadtong 330. Ang napulog-pito ka tuig, sa pagsugod ug sa katapusan, mao ang mga timaan sa duha pa ka may kalabutan nga mga propetikong yugto sa panahon. Nagsugod kang Nero sa tuig 64, usa ka yugto sa paglutos ang gimarkahan nga natapos sa kasaysayan ni Constantino nga Bantugan. Ang pagbalhin gikan sa yugto sa paglutos ni Nero ngadto sa pakigkompromiso nga girepresentahan ni Constantino nagailhan sa pagbalhin gikan sa iglesia sa Smyrna ngadto sa iglesia sa Pergamos. Ang 313 ug ang Edikto sa Milan nagailhan sa katapusan sa iglesia sa Smyrna, ug ang katapusan sa napulog-pito ka tuig mao ang tuig 330, nga mao ang katumanan sa tulo ka gatus ug kan-uman ka tuig nga profesiya sa Daniel 11:24.</w:t>
      </w:r>
    </w:p>
    <w:p>
      <w:pPr>
        <w:pStyle w:val="ArticleScripture"/>
        <w:jc w:val="left"/>
      </w:pPr>
      <w:r>
        <w:rPr>
          <w:rFonts w:ascii="Times New Roman" w:hAnsi="Times New Roman" w:eastAsia="Times New Roman" w:cs="Times New Roman"/>
        </w:rPr>
        <w:t>Mosulod siya nga malinawon bisan pa ngadto sa labing matambok nga mga dapit sa lalawigan; ug buhaton niya ang wala buhata sa iyang mga amahan, ni sa mga amahan sa iyang mga amahan; iyang patibulaagon sa taliwala nila ang inagaw, ug ang tinulis, ug ang mga bahandi: oo, maglaraw siya sa iyang mga lalang batok sa mga malig-ong salipdanan, bisan alang lamang sa usa ka panahon. Daniel 11:24.</w:t>
      </w:r>
    </w:p>
    <w:p>
      <w:pPr>
        <w:pStyle w:val="ArticleBody"/>
        <w:jc w:val="left"/>
      </w:pPr>
      <w:r>
        <w:rPr>
          <w:rFonts w:ascii="Times New Roman" w:hAnsi="Times New Roman" w:eastAsia="Times New Roman" w:cs="Times New Roman"/>
        </w:rPr>
        <w:t>Ang napulog-pito ka tuig sukad sa 313 ug sa Edikto sa Milan, nagsugod sa katumanan sa usa ka tagna ug natapos sa katumanan sa laing tagna. Ang unang tagna nga natuman, nga nagtimaan sa sinugdanan, nag-ila sa pagbalhin gikan sa iglesia sa Smyrna ngadto sa iglesia sa Pergamos, ug ang tagna nga nagtimaan sa katapusan niadtong napulog-pito ka tuig, nag-ila sa pagkabahin sa Roma ngadto sa sidlakang Roma ug kasadpang Roma. Ang napulog-pito ka tuig maila pinaagi sa propetikong kasaysayan, dili pinaagi sa bisan unsang piho nga pagpahibalo sa napulog-pito ka tuig. Ang alpha sa pagkabahin sa ikaduhang iglesia gikan sa ikatulong iglesia nahiuyon sa pagkabahin sa imperyo ngadto sa sidlakan ug kasadpan sa katumanan sa tagna sa panahon nga 360 ka tuig. Kining duha ka mga tagna nagtatag ug usa ka yugto sa napulog-pito ka tuig, ug kinahanglan silang mapalig-on ingon nga usa ka lehitimong propetikong yugto pinasikad sa pagpamatuod sa duha o tulo; kon ang napulog-pito maoy usa ka balido nga propetikong simbolo.</w:t>
      </w:r>
    </w:p>
    <w:p>
      <w:pPr>
        <w:pStyle w:val="ArticleBody"/>
        <w:jc w:val="left"/>
      </w:pPr>
      <w:r>
        <w:rPr>
          <w:rFonts w:ascii="Times New Roman" w:hAnsi="Times New Roman" w:eastAsia="Times New Roman" w:cs="Times New Roman"/>
        </w:rPr>
        <w:t>Kadtong mga saksi anaa sa laing 250 ka tuig nga yugto nga nagsugod niadtong 457 BC. Niana nga petsa nagsugod ang 2,300-ka-tuig nga tagna sa Daniel 8:14. Ang 457 BC maoy usa ka profetikanhong sinugdanan, ug usa ka napahimutang nga profetikanhong timailhan. Ang pagpadayon sa 250 ka tuig ngadto sa umaabot magdala kanimo ngadto sa 207 BC, nga mao ang kasaysayan tali sa mga gubat sa Raphia ug Panium. Ang gubat sa Raphia ug Panium dili mahimong bulagon, kay silang duha gihimo ni Antiochus the Great. Gikan sa gubat sa Raphia niadtong 217 BC hangtod sa gubat sa Panium niadtong 200 BC adunay napulog pito ka tuig. Ang 2,300-ka-tuig nga tagna nagpaila sa usa ka kausaban sa dispensasyon sa sinugdanan, sa dihang ang ikatulong dekreto mipahiuli sa nasodnong soberaniya sa Juda, ug unya sa katapusan may usa ka kausaban sa dispensasyon sa dihang si Cristo mibalhin gikan sa balaang dapit ngadto sa Labing Balaan nga Dapit. Ang 207 BC nagrepresentar sa kausaban sa dispensasyon sa pagmando sa Ehipto ibabaw sa Judea, ngadto sa Seleucid nga dispensasyon sa pagmando ibabaw sa mahimayaong yuta. Ang dispensasyon sa pagkontrolar sa mga Seleucid ibabaw sa mahimayaong yuta maoy nakapamunga sa pag-alsa sa mga Macabeo niadtong 167 BC.</w:t>
      </w:r>
    </w:p>
    <w:p>
      <w:pPr>
        <w:pStyle w:val="ArticleBody"/>
        <w:jc w:val="left"/>
      </w:pPr>
      <w:r>
        <w:rPr>
          <w:rFonts w:ascii="Times New Roman" w:hAnsi="Times New Roman" w:eastAsia="Times New Roman" w:cs="Times New Roman"/>
        </w:rPr>
        <w:t>Ang 250 ka tuig nga yugto ni Nero matapos sa kasaysayan ni Constantine the GREAT, ug ang 250 ka tuig nga natapos tali sa duha ka mga gubat mao ang kasaysayan ni Antiochus the GREAT. Sa gubat sa Raphia, gipildi ni Ptolemy IV si Antiochus the Great, ug si Ptolemy naghari sulod sa napulog-pito ka tuig. Ang duha ka 250-ka-tuig nga mga yugto naglangkob ug usa ka lahi nga yugto nga napulog-pito ka tuig. Ang duha matapos sa kasaysayan sa usa ka magmamando nga nailhan nga the GREAT. Ang duha ka 250-ka-tuig nga mga yugto nagsugod sa usa ka natukod nga propetikong timaan sa dalan, ug silang duha matapos usab sa usa ka natukod nga propetikong timaan sa dalan.</w:t>
      </w:r>
    </w:p>
    <w:p>
      <w:pPr>
        <w:pStyle w:val="ArticleBody"/>
        <w:jc w:val="left"/>
      </w:pPr>
      <w:r>
        <w:rPr>
          <w:rFonts w:ascii="Times New Roman" w:hAnsi="Times New Roman" w:eastAsia="Times New Roman" w:cs="Times New Roman"/>
        </w:rPr>
        <w:t>Ang Tinipong Bansa sa Amerika nagsugod niadtong Hulyo 4, 1776 ug 250 ka tuig sa ulahi magdala kanimo ngadto sa Hulyo 4, 2026, sa dihang si Donald Trump, nga nailhan ingon nga mao ang nagtinguha sa paghimo sa Amerika nga “great,” magsaulog niadtong 250 ka tuig. Ang 2026, sama sa 250 ka tuig sukad sa 457 BC, matapos sa taliwala sa kasaysayan sa modernong mga gubat sa Raphia ug Panium, nga nailhan ingon nga Gubat sa Ukraine ug Ikatulong Gubat sa Kalibotan. Ang paghari sa usa ka hari sa habagatan, ang yugto sa unang balaod sa Domingo, ug ang yugto gikan sa gubat sa Raphia ngadto sa Panium naghatag ug tulo ka mga yugto nga napulog pito ka tuig, nga ang tanan nalambigit sa mao rang kasaysayang manalagnaon. Ang tulo ka mga yugto sa 250 ka tuig tanan manag-abot sa samang mga kasaysayang manalagnaon. Ang tulo ka mga yugto sa 250 ka tuig nagtukod ug tulo ka mga linya sa kamatuoran nga manalagnaon uban sa kasaysayan nga nalangkit kang Donald Trump, nga gihulagway nga si Constantine the Great o si Antiochus the Great.</w:t>
      </w:r>
    </w:p>
    <w:p>
      <w:pPr>
        <w:pStyle w:val="ArticleBody"/>
        <w:jc w:val="left"/>
      </w:pPr>
      <w:r>
        <w:rPr>
          <w:rFonts w:ascii="Times New Roman" w:hAnsi="Times New Roman" w:eastAsia="Times New Roman" w:cs="Times New Roman"/>
        </w:rPr>
        <w:t>Ang tulo ka mga linya sa 250 ka tuig naghatag ug tulo ka managlahi, apan magkatakdo nga mga ilustrasyon sa ulahing mga adlaw. Ang linya ni Nero nag-ila sa disi-siyete ka tuig nga kasaysayan sa pagkompromiso nga hingpit nga nagapahayag sa mga propetikanhong kinaiya sa pagporma sa larawan sa mananap.</w:t>
      </w:r>
    </w:p>
    <w:p>
      <w:pPr>
        <w:pStyle w:val="ArticleScripture"/>
        <w:jc w:val="left"/>
      </w:pPr>
      <w:r>
        <w:rPr>
          <w:rFonts w:ascii="Times New Roman" w:hAnsi="Times New Roman" w:eastAsia="Times New Roman" w:cs="Times New Roman"/>
        </w:rPr>
        <w:t>“Ang Ginoo sa tin-aw gayud nagpakita kanako nga ang larawan sa mananap maporma sa dili pa matapos ang panahon sa grasya; kay kini mao ang dakong pagsulay alang sa katawhan sa Dios, nga pinaagi niini pagahukman ang ilang walay katapusang kapalaran. Ang imong baruganan maoy ingon niana ka nagsagol nga kalibog sa mga dili pagkauyonay nga diyutay lamang ang malimbongan.</w:t>
      </w:r>
    </w:p>
    <w:p>
      <w:pPr>
        <w:pStyle w:val="ArticleScripture"/>
        <w:jc w:val="left"/>
      </w:pPr>
      <w:r>
        <w:rPr>
          <w:rFonts w:ascii="Times New Roman" w:hAnsi="Times New Roman" w:eastAsia="Times New Roman" w:cs="Times New Roman"/>
        </w:rPr>
        <w:t>“Diha sa Pinadayag 13 kini nga hilisgutan tin-aw nga gipakita; [Pinadayag 13:11–17, gikutlo].”</w:t>
      </w:r>
    </w:p>
    <w:p>
      <w:pPr>
        <w:pStyle w:val="ArticleScripture"/>
        <w:jc w:val="left"/>
      </w:pPr>
      <w:r>
        <w:rPr>
          <w:rFonts w:ascii="Times New Roman" w:hAnsi="Times New Roman" w:eastAsia="Times New Roman" w:cs="Times New Roman"/>
        </w:rPr>
        <w:t>“Kini mao ang pagsulay nga kinahanglan atubangon sa katawhan sa Dios sa dili pa sila timrihan. Ang tanan nga nagpamatuod sa ilang pagkamatinud-anon ngadto sa Dios pinaagi sa pagtuman sa Iyang balaod, ug sa pagdumili sa pagdawat sa mini nga igpapahulay nga adlaw, mapahimutang ilalom sa bandila sa Ginoong Dios nga si Jehova, ug makadawat sa timri sa buhing Dios. Apan kadtong mosalikway sa kamatuoran nga gikan sa langitnon nga gigikanan ug modawat sa Domingo nga igpapahulay nga adlaw, makadawat sa marka sa mapintas nga mananap.” Manuscript Releases, volume 15, 15.</w:t>
      </w:r>
    </w:p>
    <w:p>
      <w:pPr>
        <w:pStyle w:val="ArticleBody"/>
        <w:jc w:val="left"/>
      </w:pPr>
      <w:r>
        <w:rPr>
          <w:rFonts w:ascii="Times New Roman" w:hAnsi="Times New Roman" w:eastAsia="Times New Roman" w:cs="Times New Roman"/>
        </w:rPr>
        <w:t>Ang larawan sa mananap mao ang panaghiusa sa iglesia ug sa estado, diin ang iglesia maoy nagkontrol sa maong relasyon. Ang pagkompromiso ni Constantino sa iyang pagsulay sa paghiusa sa paganoismo uban sa Kristiyanismo mao ang klasikal nga panig-ingnan sa pagkompromiso sa kaulahiang mga adlaw.</w:t>
      </w:r>
    </w:p>
    <w:p>
      <w:pPr>
        <w:pStyle w:val="ArticleScripture"/>
        <w:jc w:val="left"/>
      </w:pPr>
      <w:r>
        <w:rPr>
          <w:rFonts w:ascii="Times New Roman" w:hAnsi="Times New Roman" w:eastAsia="Times New Roman" w:cs="Times New Roman"/>
        </w:rPr>
        <w:t>“Diha sa mga kalihokan nga karon nagpadayon sa Estados Unidos aron maseguro alang sa mga institusyon ug mga paggamit sa iglesia ang suporta sa estado, ang mga Protestante nagsunod sa mga tunob sa mga papista. Labaw pa niana, ilang giabrihan ang pultahan aron ang kapapahan makabawi sa Protestante nga Amerika sa pagkasupremo nga nawala kaniya sa Daang Kalibotan. Ug ang naghatag ug labi pang dakong kahulogan niini nga kalihokan mao ang kamatuoran nga ang pangunang tumong nga gihandom mao ang pagpugos sa pagbantay sa Dominggo—usa ka batasan nga misugod gikan sa Roma, ug nga iyang giangkon ingon nga timaan sa iyang kagahum. Kini mao ang espiritu sa kapapahan—ang espiritu sa pagpahiuyon sa kalibotanon nga mga batasan, ang pagpasidungog sa tawhanong mga tradisyon labaw sa mga sugo sa Dios—nga misulod sa tibuok sa mga iglesiang Protestante ug nagmando kanila sa pagbuhat sa mao rang buluhaton sa pagbayaw sa Dominggo nga gibuhat na sa kapapahan una pa kanila.”</w:t>
      </w:r>
    </w:p>
    <w:p>
      <w:pPr>
        <w:pStyle w:val="ArticleScripture"/>
        <w:jc w:val="left"/>
      </w:pPr>
      <w:r>
        <w:rPr>
          <w:rFonts w:ascii="Times New Roman" w:hAnsi="Times New Roman" w:eastAsia="Times New Roman" w:cs="Times New Roman"/>
        </w:rPr>
        <w:t>“Kon ang magbabasa buot makasabot sa mga ahensiya nga pagagamiton sa umalabot na nga pakigbisog, kinahanglan lamang niyang subayon ang kasaysayan sa mga paagi nga gigamit sa Roma alang sa maong tumong sa nangaging mga kapanahonan. Kon buot niyang masayran kon sa unsang paagi ang mga Papista ug ang mga Protestante nga nagkahiusa molihok batok niadtong mosalikway sa ilang mga dogma, tan-awon niya ang espiritu nga gipadayag sa Roma ngadto sa Igpapahulay ug sa mga manlalaban niini.</w:t>
      </w:r>
    </w:p>
    <w:p>
      <w:pPr>
        <w:pStyle w:val="ArticleScripture"/>
        <w:jc w:val="left"/>
      </w:pPr>
      <w:r>
        <w:rPr>
          <w:rFonts w:ascii="Times New Roman" w:hAnsi="Times New Roman" w:eastAsia="Times New Roman" w:cs="Times New Roman"/>
        </w:rPr>
        <w:t>“Ang mga harianong kasugoan, mga kinatibuk-ang konsilyo, ug mga ordinansa sa iglesia nga gipalig-on sa sekular nga gahum mao ang mga lakang diin ang pagano nga pista nakaangkon sa iyang dungganong kahimtang sa Kristohanong kalibotan. Ang unang publikong lakang sa pagpugos sa pagsaulog sa Dominggo mao ang kasugoan nga gipatuman ni Constantine. (A.D. 321) Kini nga kasugoan nagkinahanglan nga ang mga lumolupyo sa mga lungsod mopahulay sa ‘tinahud nga adlaw sa adlaw,’ apan nagtugot sa mga lumolupyo sa kabanikanhan sa pagpadayon sa ilang mga panguma. Bisan tuod, sa pagkatinuod, usa kini ka balaod nga pagano, kini gipatuman sa emperador human sa iyang pormal lamang nga pagdawat sa Kristiyanismo.” The Great Controversy, 574.</w:t>
      </w:r>
    </w:p>
    <w:p>
      <w:pPr>
        <w:pStyle w:val="ArticleBody"/>
        <w:jc w:val="left"/>
      </w:pPr>
      <w:r>
        <w:rPr>
          <w:rFonts w:ascii="Times New Roman" w:hAnsi="Times New Roman" w:eastAsia="Times New Roman" w:cs="Times New Roman"/>
        </w:rPr>
        <w:t>Ang pag-uswag sa pakigkompromiso nga miresulta, ug moresulta pag-usab, ngadto sa balaod sa Domingo girepresentahan sa napulog-pito ka tuig nga yugto gikan sa 313 ngadto sa 330, diin ang unang balaod sa Domingo niadtong 321 mao ang tunga-tungang punto sa maong kasaysayan. Sa sinugdan adunay usa ka kaminyoon sa sidlakan ug kasadpan, ug sa katapusan adunay panagbulag sa sidlakan ug kasadpan. Ang unang balaod sa Domingo mao ang tunga-tungang ilhanan nga nagrepresentar sa pagsukol, maingon nga ang ikanapulog-tulo nga letra sa Hebreohanong alpabeto, kon unhan sa unang letra ug sundan sa ikanapulog-duha ug katapusang letra sa alpabeto, naglangkob sa Hebreohanong pulong nga kamatuoran. Ang kaminyoon sa sinugdanan ug ang panagbulag sa katapusan nag-ila sa letrang alpha nga nagkauyon sa letrang omega. Ang yugto sa 250 ka tuig nga nagsugod kang Nero adunay timaan ni Cristo, ug kini naghisgot sa usa ka hilisgutan sa kamatuoran alang sa karon sa ulahing mga adlaw.</w:t>
      </w:r>
    </w:p>
    <w:p>
      <w:pPr>
        <w:pStyle w:val="ArticleBody"/>
        <w:jc w:val="left"/>
      </w:pPr>
      <w:r>
        <w:rPr>
          <w:rFonts w:ascii="Times New Roman" w:hAnsi="Times New Roman" w:eastAsia="Times New Roman" w:cs="Times New Roman"/>
        </w:rPr>
        <w:t>Ang 250 ka-tuig nga yugto nga nagsugod sa 457 BC naghatag og paghatag-diin sa statecraft nga girepresentahan ni Antiochus the Great samtang siya nagabarog sulod sa napulog-pito ka tuig nga yugto gikan sa Raphia hangtod sa Panium. Atong masabtan kini ingon nga statecraft, kay sa 457 BC nagsugod usab ang usa ka tagna nga 2,300 ka tuig. Ang 2,300 ka tuig mao ang internal nga linya sa tagna nga naghisgot sa buluhaton sa Dios sa pagtubos, nga nahiuyon sa usa ka simbolo sa churchcraft. Dili sama sa 250 ka-tuig nga yugto nga nagsugod kang Nero, ang yugto nga nagsugod sa 457 BC naghisgot sa politikanhong papel sa katapusang Amerikanhong presidente nga nagtinguha sa paghimo sa Amerika ug dayon sa kalibutan nga dako pag-usab, samtang iyang gipasiugda ang sayop nga Katolikong konsepto sa usa ka bulawanong kapanahonan nga usa ka libo ka tuig sa kalinaw.</w:t>
      </w:r>
    </w:p>
    <w:p>
      <w:pPr>
        <w:pStyle w:val="ArticleBody"/>
        <w:jc w:val="left"/>
      </w:pPr>
      <w:r>
        <w:rPr>
          <w:rFonts w:ascii="Times New Roman" w:hAnsi="Times New Roman" w:eastAsia="Times New Roman" w:cs="Times New Roman"/>
        </w:rPr>
        <w:t>Ang 250 ka tuig sa Estados Unidos, nga mao ang mananap sa yuta sa Pinadayag trese, nagpaila sa pagtapos sa ikaunom nga gingharian sa tagna sa Biblia, nga matapos diin kini nagsugod, sa taliwala sa gubat. Ang mga mananaog sa kasaysayan mao ang naglatid sa talaan sa kasaysayan nga mapreserbar. Ang mga Demokratang ginapahimuslan sa gahum sa globalistang dragon nagtan-aw sa karon nga anarkiya ingon nga usa ka rebolusyon, ug ang mga Republikano nga puro sulti ug walay buhat nagtan-aw niining karon nga kasaysayan ingon nga usa ka gubat sibil. Ang mga Demokrata mga representante sa dragon sa tagna sa Biblia, ug ang mga Republikano girepresentahan ingon nga apostatang mga Protestante, o sa mga pulong ni Juan diha sa Pinadayag diecisais, sila mao ang mini nga propeta. Ang Estados Unidos nagsugod diha sa usa ka gubat sa rebolusyon ug kini matapos uban sa usa ka gubat sa rebolusyon. Ang partidong Republikano nagsugod diha sa usa ka gubat sibil ug sila matapos sa usa ka gubat sibil. Ang mga Republikano nakakita sa gubat sibil nga gitawag sa mga Demokrata nga usa ka rebolusyon.</w:t>
      </w:r>
    </w:p>
    <w:p>
      <w:pPr>
        <w:pStyle w:val="ArticleBody"/>
        <w:jc w:val="left"/>
      </w:pPr>
      <w:r>
        <w:rPr>
          <w:rFonts w:ascii="Times New Roman" w:hAnsi="Times New Roman" w:eastAsia="Times New Roman" w:cs="Times New Roman"/>
        </w:rPr>
        <w:t>Si Trump, ingon nga kataposang Republikano nga presidente, nagbaton sa mga propetikong kinaiya sa unang Republikano nga presidente, kinsa miabot sa panggawas nga kasaysayan sa Gubat Sibil. Ang panggawas nga Gubat Sibil ni Lincoln mao usab ang sulodnong kasaysayan sa tagna ni Isaias sa kapitulo pito, bersikulo otso, nga natapos niadtong 1863, ang maong tuig mismo sa Emancipation Proclamation. Ang kalainan tali sa duha ka mga partido maoy usa ka panguna ug patukoranan nga propetikong prinsipyo. Nagsugod kini kang Cain ug Abel, nga sa panahon ni Cristo gilarawan pinaagi sa mga Saduceo ug mga Pariseo, duha ka hut-ong ni Cain nga maoy mopatay sa usa ka Abel.</w:t>
      </w:r>
    </w:p>
    <w:p>
      <w:pPr>
        <w:pStyle w:val="ArticleBody"/>
        <w:jc w:val="left"/>
      </w:pPr>
      <w:r>
        <w:rPr>
          <w:rFonts w:ascii="Times New Roman" w:hAnsi="Times New Roman" w:eastAsia="Times New Roman" w:cs="Times New Roman"/>
        </w:rPr>
        <w:t>Ang mga Pariseo ug mga Saduseo nagrepresentar niadtong mga miuyon sa paglansang sa ilang Mesiyas sa krus, tungod sa nagkalainlaing mga hinungdan, apan adunay panag-uyon—mao ra gihapon. Ang mga Pariseo nag-angkon nga ilang ginabantayan ang balaod, apan wala nila kini tumana, sama sa mga Republikano. Ang mga Pariseo nag-angkon nga ilang ginabantayan ang orihinal nga balaod sa Dios, apan ilang gihubad ang balaod pinaagi sa ilang kaugalingong mapihigon nga pangatarungan. Ang orihinal nga Balaod alang sa mga Pariseo mao ang Konstitusyon alang sa mga Republikano, ang maong Konstitusyon nga ilang giangkon nga ilang gisuportahan, apan dili man diay. Ang mga Saduseo misalikway sa gahum sa Dios, ug bisan pa man nga mas gamay silang pundok kay sa mga Pariseo, ang mga Saduseo maoy nagkontrolar sa relihiyoso ug politikanhong kahimtang sa Judea sa panahon ni Cristo. Ang mga Demokrata mas gamay nga pundok kay sa mga Republikano, hilabihan kagamay nga kinahanglan silang manglimbong aron magpabilin sa gahum, apan nagpabilin sila sa gahum, kay ang ilang mga kaatbang nga nag-angkon nga nagabantay sa patas nga hustisya alang sa tanan, walay gibuhat aron ipatuman ang mga prinsipyo sa balaod nga ilang giangkon nga ilang ginabantayan.</w:t>
      </w:r>
    </w:p>
    <w:p>
      <w:pPr>
        <w:pStyle w:val="ArticleBody"/>
        <w:jc w:val="left"/>
      </w:pPr>
      <w:r>
        <w:rPr>
          <w:rFonts w:ascii="Times New Roman" w:hAnsi="Times New Roman" w:eastAsia="Times New Roman" w:cs="Times New Roman"/>
        </w:rPr>
        <w:t>Walay bag-o ilalom sa adlaw, ug ang duha ka partidong politikal sa Tinipong Bansa sa Amerika maingon usab ka bahin sa talan-awong tagna sama sa mga Pariseo ug mga Saduseo. Aduna, siyempre, ug daghan pang ubang mga panagsama niining linyá sa tagna, apan sa dihang makita mo na lamang ang matagnong relasyon sa duha ka dili balaang gahum, nga bisan magkaaway sila, mahiusa batok sa pagkabalaan, mao lamang unya nga makita mo si Ptolemy ug si Uzziah sa hustong kahayag. Ang duha ka hari sa habagatan misulay sa paghalad diha sa mao rang templo, apan si Ptolemy, nga gikan sa Ehipto, nagrepresentar sa usa ka gahum nga dragon—ang mga Demokratiko. Si Uzziah, ingon nga hari sa Judea, mao ang pangulo sa mahimayaong yuta, nga mao ang apostatang Protestantismo, o ang mini nga propeta—ang mga Republikano.</w:t>
      </w:r>
    </w:p>
    <w:p>
      <w:pPr>
        <w:pStyle w:val="ArticleBody"/>
        <w:jc w:val="left"/>
      </w:pPr>
      <w:r>
        <w:rPr>
          <w:rFonts w:ascii="Times New Roman" w:hAnsi="Times New Roman" w:eastAsia="Times New Roman" w:cs="Times New Roman"/>
        </w:rPr>
        <w:t>Ang relasyon sa dragon ug sa mini nga propeta sa klasikal nga paagi girepresentar didto sa Bukid Carmel. Sa maong bukid, si Ahab nagrepresentar sa dragon ug ang mga propeta ni Jezebel ni Baal ug Astaroth nagrepresentar sa mini nga mga propeta nga mitindog batok kang Elias. Ang mapintas nga mananap nga mao si Jezebel didto gihapon sa luyo sa mga talan-awon sa Samaria. Ang dragon nga nahiusa sa mini nga propeta girepresentar usab pinaagi sa panaghiusa sa paganong Roma ug sa mga Judio didto sa krus, maingon usab sa panaghiusa sa mga Demokrata ug sa mga Republikano diha sa balaod sa Domingo. Ang mga sangkap sa usa ka nagkahiusang gahum girepresentar sa mga Demokrata ug mga Republikano sulod sa Republikano nga sungay sa mapintas nga mananap sa yuta. Kining duha ka dili balaan nga mga gahum sa politika girepresentar ni Cain, ug ang kaliwatan ni Abel adunay duha usab ka bahin.</w:t>
      </w:r>
    </w:p>
    <w:p>
      <w:pPr>
        <w:pStyle w:val="ArticleBody"/>
        <w:jc w:val="left"/>
      </w:pPr>
      <w:r>
        <w:rPr>
          <w:rFonts w:ascii="Times New Roman" w:hAnsi="Times New Roman" w:eastAsia="Times New Roman" w:cs="Times New Roman"/>
        </w:rPr>
        <w:t>Ang kaliwatan ni Abel, nga may kalabotan sa panggawas nga linya ni Cain mao ang sulodnong linya, ug kini girepresentahan sa duha ka hut-ong sa mga ulay. Ang pag-uswag sa Protestante nga sungay sa mananap sa yuta nga mao ang Estados Unidos girepresentahan sa sunod-sunod nga mga paghinlo sa relihiyon, nga nagsugod sa iglesia sa Sardis niadtong 1798, sa dihang ang Estados Unidos nahimong ikaunom nga gingharian sa tagna sa Biblia. Ang Sardis maoy usa ka iglesia nga may ngalan nga nag-angkon nga buhi kini, apan kini patay. Pag-abot sa 1798 ang mga sektang Protestante nga mibulag gikan sa iglesiang papal nagbalik na ngadto sa Roma. Ang mga Cristohanon unang ginganlan nga mga Cristohanon didto sa Antioquia.</w:t>
      </w:r>
    </w:p>
    <w:p>
      <w:pPr>
        <w:pStyle w:val="ArticleScripture"/>
        <w:jc w:val="left"/>
      </w:pPr>
      <w:r>
        <w:rPr>
          <w:rFonts w:ascii="Times New Roman" w:hAnsi="Times New Roman" w:eastAsia="Times New Roman" w:cs="Times New Roman"/>
        </w:rPr>
        <w:t>“Didto sa Antioquia nga ang mga tinun-an unang gitawag nga mga Cristiano. Ang ngalan gihatag kanila tungod kay si Cristo mao ang nag-unang tema sa ilang pagwali, sa ilang pagtudlo, ug sa ilang panag-istoryahanay. Sa kanunay ilang gisubli ang mga hitabo nga nahitabo sulod sa mga adlaw sa Iyang ministeryo dinhi sa yuta, sa dihang ang Iyang mga tinun-an gipanalanginan pinaagi sa Iyang personal nga presensya. Nga walay kapul-an ilang gipunting ang Iyang mga pagtulon-an ug ang Iyang mga milagro sa pagpang-ayo. Uban sa mga ngabil nga nagkurog ug mga matang puno sa luha, ilang gisulti ang Iyang kasakit didto sa tanaman, ang Iyang pagbudhi, paghusay, ug pagpatay, ang pagpailub ug pagpaubos nga pinaagi niana Iyang giantus ang mga pagbiaybiay ug mga pagsakit nga gipahamtang Kaniya sa Iyang mga kaaway, ug ang diosnon nga kalooy nga pinaagi niana Siya nag-ampo alang niadtong naglutos Kaniya. Ang Iyang pagkabanhaw ug pagkayab, ug ang Iyang buluhaton didto sa langit ingon nga Tigpataliwala alang sa nahulog nga tawo, maoy mga hilisgutan nga ilang gikalipayan sa pagpamalandong. Maayo gayod nga ang mga gentil mitawag kanila nga mga Cristiano, sanglit ilang giwali si Cristo ug pinaagi Kaniya ilang giampo ngadto sa Dios ang ilang mga pag-ampo.”</w:t>
      </w:r>
    </w:p>
    <w:p>
      <w:pPr>
        <w:pStyle w:val="ArticleScripture"/>
        <w:jc w:val="left"/>
      </w:pPr>
      <w:r>
        <w:rPr>
          <w:rFonts w:ascii="Times New Roman" w:hAnsi="Times New Roman" w:eastAsia="Times New Roman" w:cs="Times New Roman"/>
        </w:rPr>
        <w:t>“Ang Dios mao ang mihatag kanila sa ngalan nga Kristohanon. Kini maoy harianong ngalan, nga gihatag sa tanan nga nagdugtong sa ilang kaugalingon kang Cristo. Mahitungod niini nga ngalan si Santiago misulat sa ulahi, ‘Dili ba ang mga dato mao man ang nagdaugdaug kaninyo, ug nagguyod kaninyo ngadto sa mga lingkoranan sa paghukom? Dili ba sila mao ang nagapasipala nianang takus nga ngalan nga diin kamo ginganlan?’ Santiago 2:6, 7. Ug si Pedro mipahayag, ‘Kon adunay tawo nga magaantus ingon nga usa ka Kristohanon, ayaw siya kaulaw; kondili pasidunggi niya ang Dios tungod niini.’ ‘Kon pagatamayon kamo tungod sa ngalan ni Cristo, bulahan kamo; kay ang Espiritu sa himaya ug sa Dios nagapabilin sa ibabaw ninyo.’ 1 Pedro 4:16, 14.” Mga Buhat sa mga Apostoles, 157.</w:t>
      </w:r>
    </w:p>
    <w:p>
      <w:pPr>
        <w:pStyle w:val="ArticleBody"/>
        <w:jc w:val="left"/>
      </w:pPr>
      <w:r>
        <w:rPr>
          <w:rFonts w:ascii="Times New Roman" w:hAnsi="Times New Roman" w:eastAsia="Times New Roman" w:cs="Times New Roman"/>
        </w:rPr>
        <w:t>Ang iglesia sa Efeso gihatagan sa ngalan nga Kristohanon, nga miresulta ngadto sa gilutos nga iglesia sa Smirna, ug kini gisundan sa iglesia sa pagkompromiso diha sa kasaysayan sa Pergamo. Sa dihang ang kapapahan mipuli sa trono, usa ka pagbulag ang nagpaila sa matuod nga iglesia sa Dios ingon nga mao ang iglesia didto sa kamingawan. Ang iglesia sa Roma mao ang Tiatira. Sa pagtapos sa kamingawan nga usa ka libo duha ka gatus ug kan-uman ka tuig, mitungha ang iglesia sa Protestantismo, ug sukad niadtong panahona ngadto sa unahan ang sungay nga Protestante girepresentahan pinaagi sa usa ka balaan nga sunod-sunod nga mga pagsulay ug mga paghinlo.</w:t>
      </w:r>
    </w:p>
    <w:p>
      <w:pPr>
        <w:pStyle w:val="ArticleBody"/>
        <w:jc w:val="left"/>
      </w:pPr>
      <w:r>
        <w:rPr>
          <w:rFonts w:ascii="Times New Roman" w:hAnsi="Times New Roman" w:eastAsia="Times New Roman" w:cs="Times New Roman"/>
        </w:rPr>
        <w:t>Nagsugod ang Protestantehon sa dihang gipapilit ni Martin Luther ang iyang 95 ka tesis sa pultahan niadtong 1517, ug “23” ka tuig ang milabay sa 1540 nagsugod ang ordeng Heswita. Niadtong 2013, ang ika-95 ug katapusang presentasyon sa mga Lamesa ni Habakkuk gipapilit sa pultahan, ug niadtong Marso 13, 2013, ang unang papang Heswita gipasinugdan. Si Martin Luther gi-ekskomulgar niadtong maong kasaysayan ni Papa Leo. Tan-awa na lang…</w:t>
      </w:r>
    </w:p>
    <w:p>
      <w:pPr>
        <w:pStyle w:val="ArticleBody"/>
        <w:jc w:val="left"/>
      </w:pPr>
      <w:r>
        <w:rPr>
          <w:rFonts w:ascii="Times New Roman" w:hAnsi="Times New Roman" w:eastAsia="Times New Roman" w:cs="Times New Roman"/>
        </w:rPr>
        <w:t>Sa 1798 ang iglesia sa Sardis miangkon nga nagkupot sa ngalan nga “Protestante,” apan pinaagi sa pagbalik ngadto sa Roma, sila daan nang napakyas sa pagbarug sumala sa ilang ngalan. Sa dihang ang Millerite nga Adventismo maoy midala sa sulo sa Protestantismo niadtong 1844, sila nagrepresentar ug usa ka pagbadlong batok kang Jeroboam, ang unang hari sa Israel, usa ka nasod kansang mga lumalabay sa dugo mga paryente sa banay sa Juda, diin gibutang sa Dios ang Iyang templo. Gitukod ni Jeroboam ang usa ka peke, pinasikad sa relihiyon nga nagrepresentar sa kanhing pagkaulipon sa iyang nasod. Gisubli niya ang pundasyonal nga pagsukol ni Aaron sa pagtukod ug usa ka larawan sa usa ka mananap, uban sa tanang kahulogan nga propetiko nga nalangkit sa maong sugilanon. Apan sa iyang serbisyo sa paghalad, ang Millerite nga Adventismo nagbadlong sa iyang pagdumili sa pagpadayon sa pagtultol sa tinuod nga pagsimba ngadto sa santuwaryo diin nagapuyo ang Dios. Gusto ni Jeroboam nga ang sentro sa pagsimba atua sa Bethel ug Dan, nga nagrepresentar niadtong mga gikan sa Sardis niadtong 1844 nga midumili sa pagsunod kang Cristo ngadto sa Labing Balaang Dapit.</w:t>
      </w:r>
    </w:p>
    <w:p>
      <w:pPr>
        <w:pStyle w:val="ArticleBody"/>
        <w:jc w:val="left"/>
      </w:pPr>
      <w:r>
        <w:rPr>
          <w:rFonts w:ascii="Times New Roman" w:hAnsi="Times New Roman" w:eastAsia="Times New Roman" w:cs="Times New Roman"/>
        </w:rPr>
        <w:t>Ang Millerite Adventism mipili sa pagbalik sa relihiyon sa Roma, ug gisagop ang mao gayong doktrinal nga mga pangatarungan niadtong bag-o pa lamang gibutyag ingon nga mini nga mga manalagna pinaagi sa ilang pagsalikway sa mensahe ni Miller; ingon nga ilang teolohikal nga mga agalon aron pamatud-an ang ilang pagsalikway sa mapanagnaong mensahe sa pito ka mga panahon. Ang Millerite Adventism, sama sa masinupakon nga manalagna, mipili sa ilang kaugalingong dalan, inay sa pagsunod sa giya sa Dios. Ang dalan nga ginapili sa buangbuang sa tanang mga pagsulay ug pagpanghinlo sa manggialamon ug buangbuang nga mga ulay sukad sa Protestanteng Repormasyon paingon dinhi sa mapanagnaong kasaysayan mao ang dalan nga mobalik sa pagsimba sa yuta nga gikan niana ikaw giluwas, ug sumala sa ilang giingon, “ang tanang mga dalan padulong sa Roma.” Ang tanang mga dalan gawas sa karaang mga agianan ni Jeremias.</w:t>
      </w:r>
    </w:p>
    <w:p>
      <w:pPr>
        <w:pStyle w:val="ArticleBody"/>
        <w:jc w:val="left"/>
      </w:pPr>
      <w:r>
        <w:rPr>
          <w:rFonts w:ascii="Times New Roman" w:hAnsi="Times New Roman" w:eastAsia="Times New Roman" w:cs="Times New Roman"/>
        </w:rPr>
        <w:t>Ang Protestante nga Repormasyon gitipohan sa pagbalik ni Moises ngadto sa Ehipto aron pagamhan ang katawohan sa Dios ngadto sa Yutang Saad. Sa dihang nakagula na sila sa yuta sa pagkaulipon, gituyo sa Dios nga ihatag sa Iyang pinili nga katawohan ang Iyang balaod. Sa linya ni Moises ug sa Protestante nga Repormasyon, ang pagrebelde dayon napadayag human sa kaluwasan. Gisulayan sa Dios ang Sardis, usa ka katawohan nga nag-angkon nga sila adunay ngalan nga buhi, apan patay diay sa panahon sa mensahe ni William Miller. Duha ka mga pagpanghinlo ang nahitabo sa 1844; ang nahauna mao ang pagpanghinlo sa iglesia sa Sardis, nga nag-angkon nga sila mga Protestante, apan napamatud-an nga patay; ug unya ang mga Millerite gihinloan usab sa maong tuig, sa katumanan sa sambingay sa napulo ka mga ulay.</w:t>
      </w:r>
    </w:p>
    <w:p>
      <w:pPr>
        <w:pStyle w:val="ArticleBody"/>
        <w:jc w:val="left"/>
      </w:pPr>
      <w:r>
        <w:rPr>
          <w:rFonts w:ascii="Times New Roman" w:hAnsi="Times New Roman" w:eastAsia="Times New Roman" w:cs="Times New Roman"/>
        </w:rPr>
        <w:t>Ang mga Demokratiko ug mga Republikano nagrepresentar sa duha ka politikal nga mga hut-ong nga sa tingub naglangkob sa Republikano nga sungay sa mananap sa yuta sa Pinadayag trese. Ang mga manggialamong ulay ug mga buang nga ulay mao ang duha ka relihiyosong mga hut-ong nga sa tingub naglangkob sa Protestante nga sungay sa mananap sa yuta. Ang mga manggialamong ulay nanag-iya sa unang ngalan nga gihatag didto sa Antioquia. Ang mga manggialamong ulay mga Kristohanon, apan sila usab mga taga-Filadelfia nga adunay saad sa pagdawat ug usa ka ngalan.</w:t>
      </w:r>
    </w:p>
    <w:p>
      <w:pPr>
        <w:pStyle w:val="ArticleScripture"/>
        <w:jc w:val="left"/>
      </w:pPr>
      <w:r>
        <w:rPr>
          <w:rFonts w:ascii="Times New Roman" w:hAnsi="Times New Roman" w:eastAsia="Times New Roman" w:cs="Times New Roman"/>
        </w:rPr>
        <w:t>Ang magmadaogon himoon ko nga haligi sa templo sa akong Dios, ug dili na gayud siya mogula pa; ug isulat ko kaniya ang ngalan sa akong Dios, ug ang ngalan sa siyudad sa akong Dios, nga mao ang bag-ong Jerusalem, nga manaog gikan sa langit gikan sa akong Dios: ug isulat ko kaniya ang akong bag-ong ngalan. Pinadayag 3:12.</w:t>
      </w:r>
    </w:p>
    <w:p>
      <w:pPr>
        <w:pStyle w:val="ArticleBody"/>
        <w:jc w:val="left"/>
      </w:pPr>
      <w:r>
        <w:rPr>
          <w:rFonts w:ascii="Times New Roman" w:hAnsi="Times New Roman" w:eastAsia="Times New Roman" w:cs="Times New Roman"/>
        </w:rPr>
        <w:t>Ang unang higayon nga gihinganlan sa Dios ang Iyang katawhan nga Kristohanon mao didto sa Antioquia, ug ang kasaysayan diin ang kalihokan sa Laodicea sa usa ka gatus ug kap-atan ug upat ka libo mausab ngadto sa kalihokan sa Filadelfia sa usa ka gatus ug kap-atan ug upat ka libo mao usab ang kasaysayan ni Antiochus the Great, nga maoy ginganlan sa siyudad sa Antioquia, ug nga girepresentahan sa katapusan sa usa ka 250-ka-tuig nga yugto tali sa mga gubat sa Raphia ug Panium.</w:t>
      </w:r>
    </w:p>
    <w:p>
      <w:pPr>
        <w:pStyle w:val="ArticleBody"/>
        <w:jc w:val="left"/>
      </w:pPr>
      <w:r>
        <w:rPr>
          <w:rFonts w:ascii="Times New Roman" w:hAnsi="Times New Roman" w:eastAsia="Times New Roman" w:cs="Times New Roman"/>
        </w:rPr>
        <w:t>Padayonon nato kining mga butanga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Diecinuebe</dc:title>
  <dc:subject>Ang mga Dagkung Tawo: si Antiochus, si Constantine, ug ang Kataposang Presidente</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