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Baynte-uno</w:t>
      </w:r>
    </w:p>
    <w:p>
      <w:pPr>
        <w:pStyle w:val="ArticleSubtitle"/>
        <w:jc w:val="left"/>
      </w:pPr>
      <w:r>
        <w:rPr>
          <w:rFonts w:ascii="Arial" w:hAnsi="Arial" w:eastAsia="Arial" w:cs="Arial"/>
        </w:rPr>
        <w:t>Ang paglihok paingon sa balaod sa Domingo diha sa mahimayaong yuta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Ang kasaysayan gikan sa bersikulo disisais hangtod baynte-dos sa Daniel onse nagsugod ug natapos uban sa usa ka paghulagway nga tipo sa balaod sa Domingo. Ang pagsugod ug pagtapos sa linya nga managsama nagaila sa pirma ni Cristo, ingon nga ang Alpha ug Omega. Sa pagpanagna nagkinahanglan kini nga ang bersikulo disisais ipahiuyon sa bersikulo baynte-dos. Sa dihang kini pagabuhaton, ibalhin niini ang kasaysayan sa himayaong yuta, sumala sa gihulagway sa linya sa mga Maccabees, ngadto sa kasaysayan sa mga bersikulo napulo hangtod kinse.</w:t>
      </w:r>
    </w:p>
    <w:p>
      <w:pPr>
        <w:pStyle w:val="ArticleHeading"/>
        <w:jc w:val="left"/>
      </w:pPr>
      <w:r>
        <w:rPr>
          <w:rFonts w:ascii="Arial" w:hAnsi="Arial" w:eastAsia="Arial" w:cs="Arial"/>
        </w:rPr>
        <w:t>Ang mga Maccabees</w:t>
      </w:r>
    </w:p>
    <w:p>
      <w:pPr>
        <w:pStyle w:val="ArticleBody"/>
        <w:jc w:val="left"/>
      </w:pPr>
      <w:r>
        <w:rPr>
          <w:rFonts w:ascii="Times New Roman" w:hAnsi="Times New Roman" w:eastAsia="Times New Roman" w:cs="Times New Roman"/>
        </w:rPr>
        <w:t>Ang pag-alsa sa mga Maccabees nagrepresentar sa baynte dos ka tuig nga nagsugod niadtong 1776 ug natapos sa dihang ang Estados Unidos nahimong ikaunom nga gingharian sa tagna sa Biblia niadtong 1798. Kini nag-ila sa numero nga baynte dos ingon nga usa ka kasaysayan nga direktang nahugpong sa panahon sa katapusan niadtong 1798, nga mao ang diin nagsugod ang bersikulo kwarenta sa Daniel onse.</w:t>
      </w:r>
    </w:p>
    <w:p>
      <w:pPr>
        <w:pStyle w:val="ArticleBody"/>
        <w:jc w:val="left"/>
      </w:pPr>
      <w:r>
        <w:rPr>
          <w:rFonts w:ascii="Times New Roman" w:hAnsi="Times New Roman" w:eastAsia="Times New Roman" w:cs="Times New Roman"/>
        </w:rPr>
        <w:t>Importante ang pag-ila sa kalabutan sa numero nga baynte-dos ngadto sa 1798. Ang pag-alsa sa mga Maccabeo, diha sa paghulagway sa rebolusyong Amerikano, nagapaangay sa duruha ka mga rebolusyon sa mahimayaong yuta (literal ug espirituwal) ingon nga mga rebolusyon nga misalikway sa pagdumala sa estado sa mga Seleucid ug sa mga hari sa Europa, ingon man sa pagdumala sa iglesia sa Gresya ug Roma. Sa duruha ka makasaysayanong pagpamatuod, ang Gresya ug Roma nagrepresentar sa hari sa amihanan.</w:t>
      </w:r>
    </w:p>
    <w:p>
      <w:pPr>
        <w:pStyle w:val="ArticleBody"/>
        <w:jc w:val="left"/>
      </w:pPr>
      <w:r>
        <w:rPr>
          <w:rFonts w:ascii="Times New Roman" w:hAnsi="Times New Roman" w:eastAsia="Times New Roman" w:cs="Times New Roman"/>
        </w:rPr>
        <w:t>Ang linya sa mga Macabeo girepresentar sa bersikulo baynte-tres, apan kini nagarepresentar sa usa ka kasaysayan nga nagsugod 33 ka tuig human sa Panium sa bersikulo kinse, ug kapin sa usa ka gatus ka tuig sa wala pa si Pompey sa bersikulo sais. Ang maong linya matapos sa paghukom sa krus, usa ka paghukom nga milungtad hangtod sa 70 AD, bisan tuod kana nga yugto sa paghukom giila sa yano lamang nga paagi ingon nga ang krus sa bersikulo baynte-dos. Sa pagpanagna, ang linya sa Macabeo, nga nagarepresentar sa mahimayaong yuta gikan sa 1776, unya 1798 uban sa dinastiyang Hasmonean ug dayon sa dinastiyang Herodian hangtod sa krus ug sa 70 AD, matapos sa bersikulo baynte-dos ug nagsugod kini sa baynte-dos ka tuig gikan sa 1776 ngadto sa 1798. Ang baynte-dos ka tuig gikan sa 1776 ngadto sa 1798 nagatipolohiya usab sa baynte-dos ka tuig gikan sa 9/11 ngadto sa 2023, nga gitipolohiya ingon nga baynte-dos ka adlaw diha sa Daniel 10. Ang linya sa Macabeo nagsugod ug natapos pinaagi sa “baynte-dos.”</w:t>
      </w:r>
    </w:p>
    <w:p>
      <w:pPr>
        <w:pStyle w:val="ArticleHeading"/>
        <w:jc w:val="left"/>
      </w:pPr>
      <w:r>
        <w:rPr>
          <w:rFonts w:ascii="Arial" w:hAnsi="Arial" w:eastAsia="Arial" w:cs="Arial"/>
        </w:rPr>
        <w:t>Upat ka Romano nga mga Magmamando</w:t>
      </w:r>
    </w:p>
    <w:p>
      <w:pPr>
        <w:pStyle w:val="ArticleBody"/>
        <w:jc w:val="left"/>
      </w:pPr>
      <w:r>
        <w:rPr>
          <w:rFonts w:ascii="Times New Roman" w:hAnsi="Times New Roman" w:eastAsia="Times New Roman" w:cs="Times New Roman"/>
        </w:rPr>
        <w:t>Ang mga bersikulo sais ngadto sa baynte-dos nag-ila sa tin-aw sa upat ka Romanhong mga magmamando ug nagrepresentar sa laing linya sulod sa mga bersikulo. Ang Maccabean nga linya gitakdo subay sa prinsipyo sa “usbon ug padak-an,” ug ang Romanhong linya direktang girepresentar diha sa mga bersikulo. Si Pompey mibuntog sa unang duha sa tulo ka mga babag, samtang ang Roma misaka ngadto sa trono ingon nga ikaupat nga gingharian sa tagna sa Biblia sa gubat sa Actium niadtong 31 BC. Gisundan siya ni Julius Caesar, Augustus Caesar, ug Tiberias Caesar. Si Pompey usa ka heneral, ug ang kataposang tulo ka mga simbolo gihugpong ingon nga mga emperador.</w:t>
      </w:r>
    </w:p>
    <w:p>
      <w:pPr>
        <w:pStyle w:val="ArticleBody"/>
        <w:jc w:val="left"/>
      </w:pPr>
      <w:r>
        <w:rPr>
          <w:rFonts w:ascii="Times New Roman" w:hAnsi="Times New Roman" w:eastAsia="Times New Roman" w:cs="Times New Roman"/>
        </w:rPr>
        <w:t>Ang ulahi sa upat ka mga magmamando namatay diha sa bersikulo baynte-dos, diin gilansang si Cristo sa krus, busa kinahanglan natong ibalik ang ulahi sa upat ka mga magmamando sa Roma ngadto sa balaod sa Domingo sa bersikulo disesais. Sa diha nga buhaton nato kini, si Pompey magarepresentar sa nahaunang sa upat ka mga timailhan, diin ang ikaupat ug kataposang timailhan motakdo sa balaod sa Domingo sa bersikulo disesais. Ang bersikulo disesais irepresentar ni Tiberias Caesar, ug ang gubat sa Panium sa bersikulo kinse irepresentar ni Augustus Caesar, ang gubat sa Raphia sa bersikulo onse si Julius Caesar, sa ingon nagtimaan kang Heneral Pompey ingon nga bersikulo dyes ug 1989.</w:t>
      </w:r>
    </w:p>
    <w:p>
      <w:pPr>
        <w:pStyle w:val="ArticleBody"/>
        <w:jc w:val="left"/>
      </w:pPr>
      <w:r>
        <w:rPr>
          <w:rFonts w:ascii="Times New Roman" w:hAnsi="Times New Roman" w:eastAsia="Times New Roman" w:cs="Times New Roman"/>
        </w:rPr>
        <w:t>Nagpaila kini nga ang “tinagong kasaysayan” sa bersikulo kwarenta sa Daniel onse, ang kasaysayan gikan sa pagkapukan sa Soviet Union niadtong 1989 hangtod sa balaod sa Domingo sa bersikulo kwarenta ug usa, girepresentahan sa tulo ka mga linya sa tagna nga makita sa kasaysayan nga girepresentahan sa mga bersikulo diyes hangtod baynte-trés. Ang mga Maccabees, ang mga Romanhong magmamando, ug ang tulo ka mga gubat sa mga pwersang proxy sa Roma.</w:t>
      </w:r>
    </w:p>
    <w:p>
      <w:pPr>
        <w:pStyle w:val="ArticleScripture"/>
        <w:jc w:val="left"/>
      </w:pPr>
      <w:r>
        <w:rPr>
          <w:rFonts w:ascii="Times New Roman" w:hAnsi="Times New Roman" w:eastAsia="Times New Roman" w:cs="Times New Roman"/>
        </w:rPr>
        <w:t>Kini ang ikatulong higayon nga moanhi ako kaninyo. Sa baba sa duha o tulo ka mga saksi mapalig-on ang matag pulong. 2 Corinto 13:1.</w:t>
      </w:r>
    </w:p>
    <w:p>
      <w:pPr>
        <w:pStyle w:val="ArticleHeading"/>
        <w:jc w:val="left"/>
      </w:pPr>
      <w:r>
        <w:rPr>
          <w:rFonts w:ascii="Arial" w:hAnsi="Arial" w:eastAsia="Arial" w:cs="Arial"/>
        </w:rPr>
        <w:t>Tulo ka mga Gubat nga Pinaagi sa mga Surugoon</w:t>
      </w:r>
    </w:p>
    <w:p>
      <w:pPr>
        <w:pStyle w:val="ArticleBody"/>
        <w:jc w:val="left"/>
      </w:pPr>
      <w:r>
        <w:rPr>
          <w:rFonts w:ascii="Times New Roman" w:hAnsi="Times New Roman" w:eastAsia="Times New Roman" w:cs="Times New Roman"/>
        </w:rPr>
        <w:t>Ang bersikulo napulo nagtimaan sa katapusan sa ikaupat nga Gubat sa Siria nga nahitabo gikan sa 219 hangtod sa 217 BC, sa dihang si Antiochus III Magnus (ang Bantogan) nag-organisar pag-usab sa iyang kaugalingon sa wala pa ang gubat sa bersikulo onse, nga mao ang gubat sa Raphia nga irepresentar ni Julius Caesar. Ang bersikulo napulo nagpaila sa pagkapukan sa Unyong Sobyet niadtong 1989 ingon nga girepresentahan sa bersikulo kwarenta, ug si Pompey nahiuyon niana nga kasaysayan. Ang bersikulo disi-sais nagrepresentar sa pagpanaugdaug sa mahimayaong yuta sa Juda, nga naghulagway sa balaod sa Domingo sa Estados Unidos, apan si Pompey nahiuyon usab sa 1989, ug niadtong 1989 ang modernong Roma nagpanaugdaug sa iyang unang babag, apan sa pagbuhat niini, sa samang higayon espirituhanon niyang gipanaugdaug ang Protestante nga Amerika sa dihang iyang gilimbongan si Ronald Reagan sa pagporma ug tinagong pakigsaad uban sa mahimayaong yuta. Ang usa ka pakigsaad sa bigaon sa Roma pinaagi sa usa ka hari nagrepresentar sa espirituhanong pakighilawas.</w:t>
      </w:r>
    </w:p>
    <w:p>
      <w:pPr>
        <w:pStyle w:val="ArticleBody"/>
        <w:jc w:val="left"/>
      </w:pPr>
      <w:r>
        <w:rPr>
          <w:rFonts w:ascii="Times New Roman" w:hAnsi="Times New Roman" w:eastAsia="Times New Roman" w:cs="Times New Roman"/>
        </w:rPr>
        <w:t>Ang 1989 mao ang panahon diin ang bigaon sa Roma nagsugod sa paggawas gikan sa iyang kapitoan ka tuig aron makighilawas uban sa tanang mga hari sa yuta. Ang unang hari mao ang Tinipong Bansa sa Amerika sa 1989, kay ang Tinipong Bansa sa Amerika ginarepresentahan usab ni Ahab, nga naminyo kang Jezebel, nga mao ang bigaon sa Tiro diha sa Isaias 23.</w:t>
      </w:r>
    </w:p>
    <w:p>
      <w:pPr>
        <w:pStyle w:val="ArticleScripture"/>
        <w:jc w:val="left"/>
      </w:pPr>
      <w:r>
        <w:rPr>
          <w:rFonts w:ascii="Times New Roman" w:hAnsi="Times New Roman" w:eastAsia="Times New Roman" w:cs="Times New Roman"/>
        </w:rPr>
        <w:t>Ug mahitabo niadtong adlawa, nga ang Tiro pagahikalimtan sulod sa kapitoan ka tuig, sumala sa mga adlaw sa usa ka hari: sa tapus sa kapitoan ka tuig ang Tiro magaawit ingon sa usa ka bigaon. Kuhaa ang alpa, libota ang siyudad, ikaw nga bigaon nga hingkalimtan; pagpatungha ug matam-is nga melodiya, pag-awit ug daghang mga awit, aron ikaw mahinumduman. Ug mahitabo sa tapus sa kapitoan ka tuig, nga ang Ginoo moduaw sa Tiro, ug siya mobalik sa iyang suhol, ug makighilawas siya sa tanang mga gingharian sa kalibotan sa ibabaw sa nawong sa yuta. Isaias 23:15–17.</w:t>
      </w:r>
    </w:p>
    <w:p>
      <w:pPr>
        <w:pStyle w:val="ArticleBody"/>
        <w:jc w:val="left"/>
      </w:pPr>
      <w:r>
        <w:rPr>
          <w:rFonts w:ascii="Times New Roman" w:hAnsi="Times New Roman" w:eastAsia="Times New Roman" w:cs="Times New Roman"/>
        </w:rPr>
        <w:t>Ang bigaon nalimtan sa “panahon sa katapusan” niadtong 1798 sa dihang nadawat niya ang iyang samad nga makamatay, sumala sa girepresentahan diha sa bersikulo kwarenta sa Daniel onse. Sa “panahon sa katapusan” niadtong 1989 nagsugod siya sa yugto sa pagkaayo sa iyang samad nga makamatay pinaagi sa pagpakighilawas sa gingharian nga mao ang una nga mopatuman sa timaan sa iyang awtoridad. Kadtong gingharian girepresentahan ni Ahab, ug sa Pransiya, nga maoy nagpalingkod sa kapapahan sa trono sa yuta niadtong 538 ug maoy nag-unang gingharian sa pagsuporta sa pagtungha sa gahum sa kapapahan. Tungod niini, sila ginganlan nga “ang panganay sa Iglesya Katolika,” ingon man “ang kamagulangan nga anak nga babaye sa Iglesya Katolika.” Ang Pransiya ug si Ahab kapwa nagpanghimatuod sa papel sa Tinipong Bansa gikan sa 1989 hangtod sa balaod sa Dominggo.</w:t>
      </w:r>
    </w:p>
    <w:p>
      <w:pPr>
        <w:pStyle w:val="ArticleBody"/>
        <w:jc w:val="left"/>
      </w:pPr>
      <w:r>
        <w:rPr>
          <w:rFonts w:ascii="Times New Roman" w:hAnsi="Times New Roman" w:eastAsia="Times New Roman" w:cs="Times New Roman"/>
        </w:rPr>
        <w:t>Sa Isaias bente-tres, ang bigaon sa Tiro, nga mao usab ang bigaon sa Pinadayag disi-siyete, kinsang agtang gisulatan sa Babilonia nga Bantogan. Kini “nahikalimtan” alang sa kasaysayan sa Tinipong Bansa sa Amerika, sugod niadtong 1798, sa dihang ang pagka-papa mihunong sa pagkahimong ikalimang gingharian sa panagna sa Biblia, ang mananap sa dagat sa Pinadayag trese. Unya ang Tinipong Bansa sa Amerika nagsugod sa iyang katungdanan ingon nga ikaunom nga gingharian sa panagna sa Biblia ingon nga mananap sa yuta sa Pinadayag trese. Sa katapusan ang Tinipong Bansa sa Amerika mahimong nag-unang hari sa napulo ka mga hari sa Pinadayag disi-siyete. Ang simbolikong kasaysayan sa usa ka yugto sa “kapitoan ka tuig,” ang “mga adlaw sa usa ka hari” nagrepresentar sa kapitoan ka tuig nga ang Babilonia naghari ingon nga unang gingharian sa panagna sa Biblia. Kini nagtimaan sa kasaysayan sa Tinipong Bansa sa Amerika gikan sa 1798 ngadto sa balaod sa Domingo diin ang gawasnong linya sa kasaysayan sa Amerika girepresentahan sa sungay nga Republikano ug ang sulodnong linya girepresentahan sa sungay nga Protestante. Kining duha ka mga sungay nga nagrepresentar sa kasingkasing sa Konstitusyon nga naghatag alang sa pagkabahin sa pagdumala sa estado ug sa pagdumala sa simbahan, ug mao ang hilisgutan ang kaugmaon sa Amerika.</w:t>
      </w:r>
    </w:p>
    <w:p>
      <w:pPr>
        <w:pStyle w:val="ArticleBody"/>
        <w:jc w:val="left"/>
      </w:pPr>
      <w:r>
        <w:rPr>
          <w:rFonts w:ascii="Times New Roman" w:hAnsi="Times New Roman" w:eastAsia="Times New Roman" w:cs="Times New Roman"/>
        </w:rPr>
        <w:t>Ang kapitoan ka tuig gimarkahan alang sa bigaon nga Tiro nga hikalimtan; unya gikan sa panahon sa katapusan niadtong 1989 hangtod sa balaod sa Dominggo siya misugod sa pag-awit. Nagsugod siya pinaagi sa usa ka tinago nga alyansa samtang iyang nabihag ang relihiyon sa Protestante nga Amerika ug gipukan ang politikal nga gambalay sa hari sa habagatan pinaagi sa pagkahugno sa Unyon Sobyet. Usa ka yugto sa kapitoan ka tuig nga matapos sa usa ka kasaysayan diin si Antiochus the Great nagtindog sa taliwala sa usa ka napulog-pito ka tuig nga yugto nga nabahin ngadto sa napulo ug pito, nga sa dihang padaghanon, moresulta sa “kapitoan.” Sa sinugdanan sa gawasnong duha ka gatus ug kalim-an ka tuig nga natapos tali sa Raphia ug Panium, ang sulodnong panagna sa panahon nga duha ka libo ug tulo ka gatus ka tuig nagsugod uban sa “kapitoan” ka semana nga gitino ibabaw sa katawohan ni Daniel. Sa katapusan niadtong kapitoan ka semana, sa 34 AD ang karaang Israel gibulag sa walay katapusan gikan sa Dios ingon nga Iyang piniling katawohang tugon, ug ang Dios niadto misulod na sa kaminyoon uban sa Iyang Kristohanong pangasaw-onon ug niadto nagpadangat na ngadto sa mga Hentil.</w:t>
      </w:r>
    </w:p>
    <w:p>
      <w:pPr>
        <w:pStyle w:val="ArticleBody"/>
        <w:jc w:val="left"/>
      </w:pPr>
      <w:r>
        <w:rPr>
          <w:rFonts w:ascii="Times New Roman" w:hAnsi="Times New Roman" w:eastAsia="Times New Roman" w:cs="Times New Roman"/>
        </w:rPr>
        <w:t>207 BC si Antiochus nagatindog sa taliwala sa “kapitoan,” nga nag-ila sa pagtapos sa pinasahi nga kahimtang sa iyang gingharian isip pinalabi nga nasod sa “mahimayaong yuta” diin Iyang gipili ang pagpatindog sa modernong Israel. Ang katapusan sa Tinipong Bansa sa Amerika isip ikaunom nga gingharian sa balaod sa Dominggo mao ang katapusan sa “kapitoan ka tuig” ni Isaias. Ang duha ka gatus ug kalim-an ka tuig nga linya ni Antiochus nag-ila sa pagtapos sa panahon sa pagsulay alang sa Republikano nga sungay sa Tinipong Bansa sa Amerika, sa dili pa ang balaod sa Dominggo sa bersikulo disesais. Ang duha ka libo ug tulo ka gatus ka tuig nga natapos sa dihang nagsugod ang paghukom niadtong Oktubre 22, 1844, naghulagway sa dihang ang paghukom motapos sa balaod sa Dominggo. Ang duha ka libo ug tulo ka gatus ka tuig nagsugod sa kapitoan ka semana nga nag-ila sa katapusan sa literal nga Israel isip pinili nga katawhan sa Dios. Ang katapusan sa kinatibuk-ang yugto sa duha ka libo ug tulo ka gatus ka tuig mahuman uban sa pagtapos sa Protestante nga kalihukan samtang ang advent nga kalihukan nagpadayon hangtod sa balaod sa Dominggo. Sa dihang ang siradong pultahan sa 1844 masubli, ang mga pultahan pagasirhan ibabaw sa Republikano nga sungay, sa Protestante nga sungay, ug sa mananap nga pangagamhanan.</w:t>
      </w:r>
    </w:p>
    <w:p>
      <w:pPr>
        <w:pStyle w:val="ArticleBody"/>
        <w:jc w:val="left"/>
      </w:pPr>
      <w:r>
        <w:rPr>
          <w:rFonts w:ascii="Times New Roman" w:hAnsi="Times New Roman" w:eastAsia="Times New Roman" w:cs="Times New Roman"/>
        </w:rPr>
        <w:t>Alang kang Antiochus motindog tali sa yugto sa napulo ug pito mao ang motindog sa katapusan sa iyang panahon sa pagsulay; ang panahon sa pagsulay mosira alang sa kagamhanan sa Estados Unidos, nga mao ang mananap sa yuta, sa balaod sa Dominggo, apan ang panahon sa pagsulay sa sungay nga Republikano mosira sa wala pa ang balaod sa Dominggo.</w:t>
      </w:r>
    </w:p>
    <w:p>
      <w:pPr>
        <w:pStyle w:val="ArticleScripture"/>
        <w:jc w:val="left"/>
      </w:pPr>
      <w:r>
        <w:rPr>
          <w:rFonts w:ascii="Times New Roman" w:hAnsi="Times New Roman" w:eastAsia="Times New Roman" w:cs="Times New Roman"/>
        </w:rPr>
        <w:t>Si Jesus miingon kaniya, Ako nagaingon kanimo, Dili hangtod sa pito ka higayon: kondili, hangtod sa kapitoan ka pito. Mateo 18:22.</w:t>
      </w:r>
    </w:p>
    <w:p>
      <w:pPr>
        <w:pStyle w:val="ArticleBody"/>
        <w:jc w:val="left"/>
      </w:pPr>
      <w:r>
        <w:rPr>
          <w:rFonts w:ascii="Times New Roman" w:hAnsi="Times New Roman" w:eastAsia="Times New Roman" w:cs="Times New Roman"/>
        </w:rPr>
        <w:t>Ang pagpamulong nga “kapitoan ka pilo sa pito” mao lamang ang dapit sa Biblia diin ang mga numero gipadayag pinaagi sa usa ka pilo sa ingon niini nga paagi. Ang “kapitoan ka pilo sa pito” mao ang upat ka gatus ug kasiyaman ka tuig nga “gitino” alang sa katawhan ni Daniel. Kini mao ang kapitoan ka semana nga nagsugod sa duha ka libo ug tulo ka gatus, ug sa katapusan sa duha ka gatus ug kalim-an ka tuig gikan sa maong sinugdanan, si Antiochus miabot sa taliwala sa napulo ug pito. Si Antiochus nga Bantogan didto mitindog sa kataposang mga lihok sa iyang sugilanon sulod sa balaang drama sa dakong away.</w:t>
      </w:r>
    </w:p>
    <w:p>
      <w:pPr>
        <w:pStyle w:val="ArticleBody"/>
        <w:jc w:val="left"/>
      </w:pPr>
      <w:r>
        <w:rPr>
          <w:rFonts w:ascii="Times New Roman" w:hAnsi="Times New Roman" w:eastAsia="Times New Roman" w:cs="Times New Roman"/>
        </w:rPr>
        <w:t>Ang siradong pultahan sa 1844 nagrepresentar sa siradong pultahan sa balaod sa Domingo, ug sa wala pa ang balaod sa Domingo sa bersikulo disisais usa ka yugto nga pito ka tuig nagsugod uban kang Antiochus nga nagtimaan sa katapusan sa iyang gingharian, ug unya ang iyang gingharian matapos sa panapos sa pito ka tuig. Ang yugto nga pito ka tuig nagrepresentar sa panahon sa pagsulay sa larawan sa mapintas nga mananap, ug ang maong yugto nagsugod sa unang balaod sa Domingo niadtong 321. Sa wala pa ang unang balaod sa Domingo, nga naghulagway sa kataposang balaod sa Domingo, adunay usa ka yugto nga napulo ka tuig nga nagsugod pinaagi sa usa ka mando. Sa “mando” sa 313 ang pagsulay nga girepresentahan sa napulo ka tuig nagsugod, unya gipasar ni Antiochus ang unang balaod sa Domingo ug ang panahon sa pagsulay sa Republikano nga sungay natapos. Sa katapusan sa pito ka tuig, miabot ang Panium ug ang balaod sa Domingo, nga nagpatungha sa pagbahin sa sidlakan ug kasadpan sa tuig 330.</w:t>
      </w:r>
    </w:p>
    <w:p>
      <w:pPr>
        <w:pStyle w:val="ArticleHeading"/>
        <w:jc w:val="left"/>
      </w:pPr>
      <w:r>
        <w:rPr>
          <w:rFonts w:ascii="Arial" w:hAnsi="Arial" w:eastAsia="Arial" w:cs="Arial"/>
        </w:rPr>
        <w:t>Pompeyo</w:t>
      </w:r>
    </w:p>
    <w:p>
      <w:pPr>
        <w:pStyle w:val="ArticleBody"/>
        <w:jc w:val="left"/>
      </w:pPr>
      <w:r>
        <w:rPr>
          <w:rFonts w:ascii="Times New Roman" w:hAnsi="Times New Roman" w:eastAsia="Times New Roman" w:cs="Times New Roman"/>
        </w:rPr>
        <w:t>Gidakop ni Pompeyo ang mahimayaong yuta diha sa bersikulo sais, apan sulod sa duha ka tuig nga yugto gikan sa 65 hangtod sa 63 BC, si Pompeyo, sa katumanan sa Daniel otso ug bersikulo nuwebe, sa pagkatinuod gidaug ang “sidlakan” ug ang “[mahimayaong] yuta,” nga naghulagway sa duruha ka pagdaug diha sa bersikulo kuwarenta ug 1989.</w:t>
      </w:r>
    </w:p>
    <w:p>
      <w:pPr>
        <w:pStyle w:val="ArticleBody"/>
        <w:jc w:val="left"/>
      </w:pPr>
      <w:r>
        <w:rPr>
          <w:rFonts w:ascii="Times New Roman" w:hAnsi="Times New Roman" w:eastAsia="Times New Roman" w:cs="Times New Roman"/>
        </w:rPr>
        <w:t>Ang ikatulong babag alang sa paganong Roma pagatumanon ni Augustus Caesar, nga nailhan sa pagporma sa unang opisyal nga Romanong Triumvirate, nga nagrepresentar sa unang opisyal nga tulo-ka-bahin nga panaghiusa sa Roma. Diha sa ikatulong timaan sa dalan sa mga pangulong Romanhon nga ang tulo-ka-bahin nga panaghiusa opisyal nga gimarkahan sa kasaysayan sa Roma. Diha sa balaod sa Domingo sa bersikulo disesais nga ang tulo-ka-bahin nga panaghiusa sa dragon, sa mananap, ug sa mini nga propeta natukod, ug dayon ang langgam sa pagkadaotan ibalik ngadto sa iyang dapit sa Shinar, sumala sa gipadayag ni Zacarias.</w:t>
      </w:r>
    </w:p>
    <w:p>
      <w:pPr>
        <w:pStyle w:val="ArticleBody"/>
        <w:jc w:val="left"/>
      </w:pPr>
      <w:r>
        <w:rPr>
          <w:rFonts w:ascii="Times New Roman" w:hAnsi="Times New Roman" w:eastAsia="Times New Roman" w:cs="Times New Roman"/>
        </w:rPr>
        <w:t>Si Augustus Caesar maoy nagtukod sa unang opisyal nga Romanong Triumvirate, apan gitawag kini sa mga historyador nga Ikaduhang Triumvirate, kay si Julius Caesar usab nagtukod ug usa ka Triumvirate, apan kadto dili mao ang usa ka opisyal nga Triumvirate sa Romanong kagamhanan. Ang relasyon ni Julius ug Augustus Caesar ingon nga mga simbolo sa tulo-ka-bahin nga panaghiusa sa dragon, sa mananap, ug sa mini nga manalagna sa haduol nang umabot nga balaod sa Domingo, gihulagway pinaagi kang Julius sa sinugdanan sa kalihokan sa pagpatuman sa lehislasyon sa Domingo ug kang Augustus sa katapusan. Ang profetikanhong relasyon girepresentahan usab sa paglibot ni Cestius niadtong 67, nga gisundan dayon sa paglibot ni Titus. Si Julius mao si Cestius ug si Augustus mao si Titus. Si Julius ug Augustus nagrepresentar sa tulo-ka-bahin nga panaghiusa ug si Cestius ug Titus nagrepresentar sa usa ka paglibot.</w:t>
      </w:r>
    </w:p>
    <w:p>
      <w:pPr>
        <w:pStyle w:val="ArticleBody"/>
        <w:jc w:val="left"/>
      </w:pPr>
      <w:r>
        <w:rPr>
          <w:rFonts w:ascii="Times New Roman" w:hAnsi="Times New Roman" w:eastAsia="Times New Roman" w:cs="Times New Roman"/>
        </w:rPr>
        <w:t>Ang yugto diin ang kalihokan alang sa usa ka balaod sa Domingo sa profetikanhong paagi nagsugod sa 313, mao ang sa Edikto sa Milan. Unya sa 321, sa tunga-tunga sa napulog-pito ka tuig nga yugto, miabot ang unang balaod sa Domingo. Ang ikatulong lakang sa pagkabahin sa gingharian ngadto sa sidlakan ug kasadpan, nga nagrepresentar sa pagkabahin sa Estados Unidos ngadto niadtong modawat ug niadtong dili modawat sa marka sa mananap o sa selyo sa Dios, mao ang 330. Adunay usa ka sunod-sunod nga mga balaod sa Domingo nga modala ngadto sa usa ka balaod sa Domingo, ug ang 321 nagrepresentar sa unang balaod sa Domingo, nga modala ngadto sa katapusang balaod sa Domingo sa 330.</w:t>
      </w:r>
    </w:p>
    <w:p>
      <w:pPr>
        <w:pStyle w:val="ArticleBody"/>
        <w:jc w:val="left"/>
      </w:pPr>
      <w:r>
        <w:rPr>
          <w:rFonts w:ascii="Times New Roman" w:hAnsi="Times New Roman" w:eastAsia="Times New Roman" w:cs="Times New Roman"/>
        </w:rPr>
        <w:t>Dili sama sa duha ka gatus ug kalim-an ka tuig ni Antiochus, ang duha ka gatus ug kalim-an ka tuig ni Nero nagtimaan sa usa ka yugto nga walo ka tuig, ang tunga-tunga sa unang balaod sa Domingo ug unya siyam ka tuig. Linya ibabaw sa linya, si Antiochus ug si Nero nagtimaan sa duha ka mga yugto nga girepresentahan sa tulo ka mga timaanan. Sa duha ka linya, ang nahauna ug ang katapusang mga timaanan managsama, usa ka mando sa sinugdanan nga gimarkahan sa usa ka kaminyoon nga natapos sa diborsiyo, ug gubat tali sa hari sa amihanan ug sa hari sa habagatan sa sinugdanan ug sa katapusan. Ang unang balaod sa Domingo sa 321 nga anaa sa taliwala mao ang dapit diin si Antiochus nagatindog. Nagatindog siya sa panapos sa usa ka proseso sa pagsulay nga girepresentahan sa napulo ka tuig, ug ang proseso sa pagsulay nagapakita kang Antiochus ingon nga ikawalo nga gikan sa pito samtang siya nagaporma sa usa ka larawan sa mananap nga mao ang ikawalo nga gikan sa pito. Sa maong higayon, ang usa ka gatus kap-atan ug upat ka libo moagi sa usa ka proseso sa pagsulay ug mabalhin gikan sa ikapito nga iglesia sa Laodicea ngadto sa ikawalo ug sa iglesia sa Filadelfia.</w:t>
      </w:r>
    </w:p>
    <w:p>
      <w:pPr>
        <w:pStyle w:val="ArticleBody"/>
        <w:jc w:val="left"/>
      </w:pPr>
      <w:r>
        <w:rPr>
          <w:rFonts w:ascii="Times New Roman" w:hAnsi="Times New Roman" w:eastAsia="Times New Roman" w:cs="Times New Roman"/>
        </w:rPr>
        <w:t>Sa nahaunang balaod sa Domingo ang pagpatindog sa larawan nagsugod, ug natapos kini sa balaod sa Domingo sa Pinadayag 13:11, usa ka bersikulo nga nagapakita sa kalainan tali sa sinugdanan sa Tinipong Bansa sa Amerika ingon nga usa ka nating karnero, ug sa iyang katapusan ingon nga usa ka dragon. Ang trese mao ang simbolo sa pagsukol, ug ang simbolo sa pagsukol sulod sa konteksto sa bersikulo 11, ug sa Tinipong Bansa sa Amerika nga nagsulti ingon nga usa ka dragon, mao ang marka sa mapintas nga mananap; samtang, ang simbolo niadtong adunay timri sa Dios mao ang numero onse. Ang Pinadayag 13:11 nagaila sa pagbulag niadtong modawat sa marka sa mapintas nga mananap o sa timri sa Dios didto sa balaod sa Domingo sa dihang ang Tinipong Bansa sa Amerika mosulti ingon nga usa ka dragon.</w:t>
      </w:r>
    </w:p>
    <w:p>
      <w:pPr>
        <w:pStyle w:val="ArticleBody"/>
        <w:jc w:val="left"/>
      </w:pPr>
      <w:r>
        <w:rPr>
          <w:rFonts w:ascii="Times New Roman" w:hAnsi="Times New Roman" w:eastAsia="Times New Roman" w:cs="Times New Roman"/>
        </w:rPr>
        <w:t>Ang panahon sa pagsulay sa larawan sa mananap adunay piho nga mga timailhan nga nagtimaan sa pag-abot niini, samtang sa samang higayon nagailhan usab sa iyang katapusan. Gikan kang Noe hangtod sa fiesta sa mga trompeta, ang Dios wala gayud mausab; sa kanunay Iyang ginapahibalo daan ang usa ka panahon sa pagsulay sa dili pa kini moabot. Ang Iyang mga pahibalo makita diha sa Iyang pulong nga tagnaanon. Kadaghanan sa mga Adventista (ako nagtuo) wala mahibalo nga dihay duha ka paglibot sa paglaglag sa Jerusalem, o nga ang adlaw sa katapusang paglaglag mao gayud ang mao rang adlaw sa tuig diin gilaglag ni Nabucodonosor ang Jerusalem ug ang templo sa nahaunang—alpha—panahon. Mahimo usab nga wala sila mahibalo nga ang mga paglibot nagsugod sa mga balaang fiesta ug natapos sa usa ka balaang fiesta, o nga ang yugto sa paglibot maoy tulo ug tunga ka tuig. Kon wala sila mahibalo nianang mga kamatuoran, nan daw dili lagmit nga ilang makita nga si Julio Cesar maoy nagtimaan sa sinugdanan sa panahon sa pagsulay sa larawan sa mananap diha sa labing hingpit nga representasyon niini. Pinaagi sa “hingpit nga representasyon,” buot kong ipasabut ang katapusang katumanan niini.</w:t>
      </w:r>
    </w:p>
    <w:p>
      <w:pPr>
        <w:pStyle w:val="ArticleBody"/>
        <w:jc w:val="left"/>
      </w:pPr>
      <w:r>
        <w:rPr>
          <w:rFonts w:ascii="Times New Roman" w:hAnsi="Times New Roman" w:eastAsia="Times New Roman" w:cs="Times New Roman"/>
        </w:rPr>
        <w:t>Ang mao rang yugto girepresentar gikan sa 1888 hangtod sa balaod sa Domingo, ug unya pag-usab gikan sa 9/11 hangtod sa balaod sa Domingo; apan ang hingpit nga katumanan sa propetikong yugto sa pagpahimutang sa larawan sa mananap nga girepresentar ni Constantine the Great sa yugto gikan sa 313 hangtod sa 330, nagsugod sa pagkapresidente sa ikawalong presidente sukad sa panahon sa katapusan niadtong 1989.</w:t>
      </w:r>
    </w:p>
    <w:p>
      <w:pPr>
        <w:pStyle w:val="ArticleBody"/>
        <w:jc w:val="left"/>
      </w:pPr>
      <w:r>
        <w:rPr>
          <w:rFonts w:ascii="Times New Roman" w:hAnsi="Times New Roman" w:eastAsia="Times New Roman" w:cs="Times New Roman"/>
        </w:rPr>
        <w:t>Gikan sa unang balaod sa Domingo, ang panahon sa pagsulay bahin sa Igpapahulay ug Domingo mopadayag sulod sa usa ka yugto nga gilarawan sa pito ka tuig ni Antiochus. Ang pito ka tuig sa linya ni Antiochus nga gipadaghan sa siyam ka tuig sa linya ni Nero maoy kan-uman ug tulo, ug sa 63 BC si Pompey midaog sa mahimayaong yuta sa katumanan sa bersikulo disisais sa Daniel onse. Sa balaod sa Domingo, siyam ka mga hari moila sa Estados Unidos ingon nga labing pangulo nga hari sa napulo ka mga hari nga nagkauyon sa paghatag sa ilang gingharian ngadto sa bigaon nga babaye sa Tiro, nga unya magapakighilawas uban sa tanang mga hari sa yuta.</w:t>
      </w:r>
    </w:p>
    <w:p>
      <w:pPr>
        <w:pStyle w:val="ArticleBody"/>
        <w:jc w:val="left"/>
      </w:pPr>
      <w:r>
        <w:rPr>
          <w:rFonts w:ascii="Times New Roman" w:hAnsi="Times New Roman" w:eastAsia="Times New Roman" w:cs="Times New Roman"/>
        </w:rPr>
        <w:t>Uyon sa matagnaong gambalay sa sambingay sa napulo ka ulay, ang kaminyoon sa mananap ug sa mini nga manalagna natuman niadtong 1989, apan sa balaod sa Domingo ang maong kaminyoon mahugot gayod. Ang usa ka fractal niana nga kasaysayan mao ang yugto sa paghukom sa mga buhi nga nagsugod niadtong 2001, sa 9/11. Gikan nianang puntoha hangtod sa balaod sa Domingo, ang panahon sa pagsulay sa larawan sa mananap, nga mao usab ang panahon sa pagtimri sa usa ka gatus ug kap-atan ug upat ka libo, ang paghukom ginatuman ibabaw sa katawhan sa tugon sa Dios, ug sa yuta diin sila nagpuyo isip katumanan sa matagnaong tugon ni Abraham. Nianang panahona ang Laodicean nga Iglesya Adventista sa Ikapitong Adlaw pagahukman, ug unya pagahukman ang mga nag-angkon nga sila mga ulay. Busa, ang Protestante nga sungay pagahukman, ug kini pagahukman sulod sa panahon nga una ang Democratic nga partido sa Republican nga sungay gihukman hangtod sa 2024, sa diha nga ang paghukom sa mga Republican sa republican nga sungay nagakahitabo karon. Ang konstitusyonal nga kagamhanan mao ang mananap nga nagadala sa duha ka mga sungay ug pagahukman sa balaod sa Domingo.</w:t>
      </w:r>
    </w:p>
    <w:p>
      <w:pPr>
        <w:pStyle w:val="ArticleBody"/>
        <w:jc w:val="left"/>
      </w:pPr>
      <w:r>
        <w:rPr>
          <w:rFonts w:ascii="Times New Roman" w:hAnsi="Times New Roman" w:eastAsia="Times New Roman" w:cs="Times New Roman"/>
        </w:rPr>
        <w:t>Gikan sa 1989 ngadto sa balaod sa Dominggo, gihulagway kini sa usa ka fractal gikan sa 9/11 hangtod sa balaod sa Dominggo, apan ang hingpit nga katumanan sa pagpahimutang sa larawan sa mananap anaa sa ikawalong presidente nga gikan sa pito. Ang napulog-pito ka tuig ni Nero maoy usa ka fractal sa kasaysayan gikan sa 9/11 ngadto sa balaod sa Dominggo. Ang napulog-pito ka tuig ni Antiochus mao usab ang mao ra. Ang kaminyoon ni Reagan ug ang tinagong alyansa mahuman pinaagi sa usa ka dayag nga alyansa sa termino sa ikawalong mga presidente. Ang nahaunang kaminyoon sa alpha ug omega gisimbolohan sa Patriot Act niadtong 2001, sa dihang ang balaod Iningles giusab ngadto sa balaod Romano. Ang kaminyoon sa edikto sa Milan nagtimaan sa sinugdanan sa hingpit nga katumanan sa pagpahimutang sa larawan sa mananap. Ang iyang estruktura gibase sa estruktura sa kaminyoon sa napulo ka ulay, ug nagrepresentar sa peke nga kaminyoon nga mahitabo sulod sa tinuod nga kaminyoon.</w:t>
      </w:r>
    </w:p>
    <w:p>
      <w:pPr>
        <w:pStyle w:val="ArticleBody"/>
        <w:jc w:val="left"/>
      </w:pPr>
      <w:r>
        <w:rPr>
          <w:rFonts w:ascii="Times New Roman" w:hAnsi="Times New Roman" w:eastAsia="Times New Roman" w:cs="Times New Roman"/>
        </w:rPr>
        <w:t>Ang hulagway sa mapintas nga mananap nga panahon sa pagsulay nagrepresentar sa “pagsulay” nga kinahanglan natong malabwan sa dili pa kita “mapatikan.” Ang panimalay sa Dios pagahukman una, ug dayon sa balaod sa Domingo, ang mga atua sa gawas sa panimalay sa Dios pagahukman. Ang yugto sa katapusang paghukom, diha sa panimalay sa Dios ug unya sa dakong panon, magsugod sa unang balaod sa Domingo. Adunay unang balaod sa Domingo sa Tinipong Bansa sa Amerika nga magtimaan sa sinugdanan sa hingpit ug katapusang katumanan sa panahon sa pagsulay sa hulagway sa mapintas nga mananap, nga sa ulahi matapos sa balaod sa Domingo nga nagatuman sa Pinadayag 13:11. Kana nga balaod sa Domingo mao ang katapusang balaod sa Domingo sa mahimayaong yuta. Ang katapusang balaod sa Domingo sa mahimayaong yuta mao ang unang balaod sa Domingo sa kalibutan, nga nagtimaan sa panahon sa pagsulay sa hulagway sa mapintas nga mananap alang sa kalibutan. Ang panahon sa pagsulay sa kalibutan magsugod sa balaod sa Domingo sa Tinipong Bansa sa Amerika diha sa bersikulo onse sa kapitulo trese. Sa dihang ang Tinipong Bansa sa Amerika “mosulti” ingon sa usa ka dragon sa haduol nga moabot nga balaod sa Domingo, ang mga bersikulo dose ug padayon sa maong kapitulo nagrepresentar sa kalibutang panahon sa pagsulay sa hulagway sa mapintas nga mananap.</w:t>
      </w:r>
    </w:p>
    <w:p>
      <w:pPr>
        <w:pStyle w:val="ArticleBody"/>
        <w:jc w:val="left"/>
      </w:pPr>
      <w:r>
        <w:rPr>
          <w:rFonts w:ascii="Times New Roman" w:hAnsi="Times New Roman" w:eastAsia="Times New Roman" w:cs="Times New Roman"/>
        </w:rPr>
        <w:t>Tungod niini, importante nga makita ang duha ka gatus ug kalim-an ka tuig nga tagna ni Nero nga matapos uban sa napulog pito ka tuig nga nagsugod sa edikto niadtong 313, gisundan sa unang balaod sa Domingo niadtong 321, unya sa pagkabahin sa sidlakan ug kasadpan niadtong 330. Ang tulo ka mga lakang sa linya ni Nero mahitungod sa paglutos, si Nero maoy simbolo sa paglutos ug ang 250 ka tuig nga yugto nagrepresentar sa iglesia sa Smyrna nga natapos niadtong 313 sa dihang miabot ang iglesia sa pagkompromiso. Ang ikatulong lakang nagtimaan sa katapusan sa usa ka gingharian, busa sa dihang iaplikar kini sa Tinipong Bansa sa Amerika, nagrepresentar kini sa balaod sa Domingo ug sa pagbalhin gikan sa ikaunom nga gingharian ngadto sa ikapito ug ikawalo nga mga gingharian. Sa dihang iaplikar kini sa kalibotan, ang ikatulong timaan sa dalan mao ang pagtapos sa panahon sa pagsulay alang sa katawhan, nga gitipohan pinaagi sa pagtapos sa panahon sa pagsulay alang sa Tinipong Bansa sa Amerika sa sinugdanan sa yugto sa pagsulay sa kalibotan bahin sa larawan sa mananap.</w:t>
      </w:r>
    </w:p>
    <w:p>
      <w:pPr>
        <w:pStyle w:val="ArticleBody"/>
        <w:jc w:val="left"/>
      </w:pPr>
      <w:r>
        <w:rPr>
          <w:rFonts w:ascii="Times New Roman" w:hAnsi="Times New Roman" w:eastAsia="Times New Roman" w:cs="Times New Roman"/>
        </w:rPr>
        <w:t>Mao kini ang hinungdan nga si Augusto Cesar, ang ikatulo sa upat ka Romanhong mga magmamando nga nagdala ngadto sa balaod sa Dominggo, nga girepresentahan sa krus, sumala sa gipahayag sa bersikulo baynte-dos, mahimong magrepresentar sa krus, bisan pa man nga siya pagasundan ni Tiberias, nga nagrepresentar usab sa krus. Ang yugto sa pagsulay sa larawan sa mananap maoy usa ka pilo ka pagsulay nga unang mosulay sa yuta ug unya sa dagat. Ang yuta mao ang Tinipong Bansa, ug ang dagat mao ang kalibotan.</w:t>
      </w:r>
    </w:p>
    <w:p>
      <w:pPr>
        <w:pStyle w:val="ArticleBody"/>
        <w:jc w:val="left"/>
      </w:pPr>
      <w:r>
        <w:rPr>
          <w:rFonts w:ascii="Times New Roman" w:hAnsi="Times New Roman" w:eastAsia="Times New Roman" w:cs="Times New Roman"/>
        </w:rPr>
        <w:t>Ang pagsulay sa dagway sa mananap nagmugna ug pagdoble sa mga timailhan; diin ang alpha sa ikaduhang yugto mao usab ang omega sa unang yugto. Ang 321 mao ang unang balaod sa Domingo sa profetikanhong kasaysayan, ug sulod sa napulog-pito ka tuig nga nag-ila sa panahon sa pagsulay sa dagway sa mananap, ang 321 mao ang unang balaod sa Domingo sa Estados Unidos nga modala ngadto sa omega nga balaod sa Domingo sa panahon sa pagsulay sa dagway sa mananap didto sa mahimayaong yuta. Apan ang 321 mao usab ang unang balaod sa Domingo alang sa kalibotan, busa ang tuig 321 nagtimaan sa tunga sa sinugdan ug sa katapusan sa panahon sa pagsulay sa dagway sa mananap. Ang 313 mao ang sinugdanan, ug ang sinugdanan maoy usa ka mando, nga naghulagway sa balaod sa Domingo. Ang napulog-pito ka tuig ni Nero nag-ila sa usa ka yugto sa nagkagrabeng mga balaod sa Domingo hangtod sa pagtapos sa tawhanong pagsulay.</w:t>
      </w:r>
    </w:p>
    <w:p>
      <w:pPr>
        <w:pStyle w:val="ArticleBody"/>
        <w:jc w:val="left"/>
      </w:pPr>
      <w:r>
        <w:rPr>
          <w:rFonts w:ascii="Times New Roman" w:hAnsi="Times New Roman" w:eastAsia="Times New Roman" w:cs="Times New Roman"/>
        </w:rPr>
        <w:t>Ang sugo nagasimbolo sa nahaunang balaod sa Dominggo nga nagadala ngadto sa pagkatapos sa panahon sa pagsulay. Gikuha ni Pompey ang Juda sa bersikulo disiséis, nga nagasimbolo sa balaod sa Dominggo, ug si Julius Caesar nagporma sa nahaunang Triumvirate, bisan tuod kini usa ka dili opisyal nga tulo-ka-pilo nga panaghiusa, gimarkahan gihapon kini sa mga historyador ingon nga nahauna. Ang pagsimbolo ni Julius Caesar sa tulo-ka-pilo nga panaghiusa sa balaod sa Dominggo nagsimbolo sa opisyal nga Triumvirate ni Augustus Caesar nga gisundan ni Tiberias diha sa krus. Ang tanang upat ka Romanhong magmamando nagasimbolo sa balaod sa Dominggo, maingon man ang tanang tulo ka mga lakang sa napulog-pito ka tuig ni Nero.</w:t>
      </w:r>
    </w:p>
    <w:p>
      <w:pPr>
        <w:pStyle w:val="ArticleBody"/>
        <w:jc w:val="left"/>
      </w:pPr>
      <w:r>
        <w:rPr>
          <w:rFonts w:ascii="Times New Roman" w:hAnsi="Times New Roman" w:eastAsia="Times New Roman" w:cs="Times New Roman"/>
        </w:rPr>
        <w:t>Si Pompey nahiuyon sa 1989; si Julius nahiuyon sa bersikulo onse; si Augustus nahiuyon sa bersikulo kinse ug si Tiberias sa bersikulo disesais. Ang asoy ni Julius diha sa mga bersikulo naglakip sa iyang pagsulod sa Egipto ug kang Cleopatra. Ang kasaysayan gisubli pinaagi ni Marc Antony. Si Marc Antony mao ang pangulong heneral ni Julius Caesar sa panahon nga si Julius gipatay pinaagi sa baynte-tres ka dinunggab nga samad. Ang baynte-tres nagrepresentar sa balaod sa Dominggo, ug ang kamatayon ni Julius pinaagi sa 23 ka samad usa ka gingharian nga matapos diha sa balaod sa Dominggo. Si Marc Antony, si Augustus Caesar, ug si Marcus Lepidas unya nagtukod sa nahaunang opisyal nga Triumvirate aron manimalos sa iyang kamatayon. Usa niadtong tulo ka pilo nga mga gahom, si Marc Antony, mosubli sa pag-atubang ni Julius sa Egipto ug kang Cleopatra.</w:t>
      </w:r>
    </w:p>
    <w:p>
      <w:pPr>
        <w:pStyle w:val="ArticleBody"/>
        <w:jc w:val="left"/>
      </w:pPr>
      <w:r>
        <w:rPr>
          <w:rFonts w:ascii="Times New Roman" w:hAnsi="Times New Roman" w:eastAsia="Times New Roman" w:cs="Times New Roman"/>
        </w:rPr>
        <w:t>Bisan si Julius o si Marc Antony, silang duha mga simbolo sa Roma, ug si Cleopatra usa ka simbolo sa Egipto ug Gresya. Nagrepresentar siya sa Gregong pagmando sa Egipto, silang duha ka mga simbolo sa dragon, samtang si Julius ug si Marc Antony mga simbolo sa mapintas nga mananap. Ingon nga babaye sa maong relasyon, si Cleopatra mao ang iglesya, nga naghimo kang Julius ug kang Marc Antony nga mao ang estado. Si Cleopatra nagrepresentar sa usa ka babaye nga sa makaduha gibulag gikan sa iyang harianong Romanhong mga hinigugma; una sa 1798 ug unya sa pagtapos sa probation sa dihang moabot siya sa iyang katapusan nga walay bisan kinsa nga motabang kaniya. Ang iyang katapusang pagkalaglag didto sa gubat sa Actium niadtong 31 BC. Ang mananaog sa gubat sa Actium mao si Augustus Caesar, busa atong makita nga si Pompey namatay sa Egipto, si Julius nakigtagbo kang Cleopatra sa Egipto, nga nadoble sa kasaysayan ni Marc Antony, ug unya si Augustus Caesar nagtapos nianang relasyon didto sa Actium. Ang Actium nagtimaan sa balaod sa Domingo, kay didto sa gubat sa Actium nga ang ikatulong mga babag alang sa Roma gikuha, ug ang imperyal nga pagano nga Roma misugod sa pagmando sulod sa tulo ka gatus ug kan-uman ka tuig, sa katumanan sa Daniel 11:24.</w:t>
      </w:r>
    </w:p>
    <w:p>
      <w:pPr>
        <w:pStyle w:val="ArticleBody"/>
        <w:jc w:val="left"/>
      </w:pPr>
      <w:r>
        <w:rPr>
          <w:rFonts w:ascii="Times New Roman" w:hAnsi="Times New Roman" w:eastAsia="Times New Roman" w:cs="Times New Roman"/>
        </w:rPr>
        <w:t>Gikuha ni Pompey ang unang duha ka mga babag, ug si Augustus ang ikatulo.</w:t>
      </w:r>
    </w:p>
    <w:p>
      <w:pPr>
        <w:pStyle w:val="ArticleScripture"/>
        <w:jc w:val="left"/>
      </w:pPr>
      <w:r>
        <w:rPr>
          <w:rFonts w:ascii="Times New Roman" w:hAnsi="Times New Roman" w:eastAsia="Times New Roman" w:cs="Times New Roman"/>
        </w:rPr>
        <w:t>Ug gikan sa usa kanila migula ang usa ka gamayng sungay, nga midaku pag-ayo, paingon sa habagatan, ug paingon sa sidlakan, ug paingon sa maanindot nga yuta. Daniel 8:9.</w:t>
      </w:r>
    </w:p>
    <w:p>
      <w:pPr>
        <w:pStyle w:val="ArticleBody"/>
        <w:jc w:val="left"/>
      </w:pPr>
      <w:r>
        <w:rPr>
          <w:rFonts w:ascii="Times New Roman" w:hAnsi="Times New Roman" w:eastAsia="Times New Roman" w:cs="Times New Roman"/>
        </w:rPr>
        <w:t>Ang Pompey mao ang 1989, ang unang timaan sa tulo ka politikanhong mga gahum nga pagabuntogon sa modernong Roma samtang ang makamatay nga samad niini nagaayo. Ang Soviet Union, nga gisundan sa Tinipong Bansa sa Estados Unidos ug usab sa United Nations diha sa bersikulo kwarenta ug usa sa Daniel onse. Ang pakiggubat sa gahum sa kapapahan politikanhon ug relihiyoso, ug sa propesiya ang relihiyosong gahum sa Tinipong Bansa sa Estados Unidos gidaog sa dihang natuman ang tinagong alyansa ni Reagan ug ni Papa Juan Pablo II. Ang puntirya sa kapapahan nagalakip sa tulo ka politikanhong mga babag ug tulo ka relihiyosong mga gahum. Sa 1989, usa sa tulo ka politikanhong mga gahum gilabay, ang Protestantismo, isip usa ka tinuod nga pulong nga nagpasabot sa pagprotesta batok sa Roma, gilabay usab sa presidente sa Tinipong Bansa sa Estados Unidos sulod sa mao rang kasaysayan. Ang tulo ka politikanhong mga gahum mao ang Soviet Union, ang Tinipong Bansa sa Estados Unidos, ug ang United Nations, ug ang mga relihiyosong puntirya mao ang Protestantismo, uban sa nagkalainlaing mga relihiyon sa dragon, nga tanan giisip nga espiritismo. Ang tulo ka relihiyon nga nagadala sa kalibotan ngadto sa Armagedon mao ang apostatang Protestantismo, Katolisismo, ug espiritismo; ug ang mga suliran sa sulod sa gahum sa kapapahan tali sa konserbatibo ug liberal nga ideolohiya sulod sa ilang simbahan, uban sa mga pagkabahinbahin sa ortodoksong Katolisismo, maoy usa ka relihiyosong babag, ug ang laing duha ka relihiyosong mga babag nga pagabuntogon sa Katolisismo mao ang apostatang Protestantismo ug espiritismo. Ang Protestantismo gilabay sa 1989.</w:t>
      </w:r>
    </w:p>
    <w:p>
      <w:pPr>
        <w:pStyle w:val="ArticleBody"/>
        <w:jc w:val="left"/>
      </w:pPr>
      <w:r>
        <w:rPr>
          <w:rFonts w:ascii="Times New Roman" w:hAnsi="Times New Roman" w:eastAsia="Times New Roman" w:cs="Times New Roman"/>
        </w:rPr>
        <w:t>Kon ang mga sulodnong pakigbisog sa Katolisismo ingon nga girepresentahan sa nagkalainlaing Katolikong mga propesiya nga nakuha gikan sa mga mensahe sa Fatima pagabulagon gikan sa iyang mga paningkamot sa pagbuntog sa mga gahom pangrelihiyon sa gawas sa iyang kaugalingong relihiyon, nan ang iyang alpha nga kadaogan batok sa Protestantismo mao ang sekretong alyansa ni Reagan ug ang iyang omega nga kadaogan mao ang dayag nga alyansa sa 2025. Ang iyang mga pakigbisog batok sa mga ortodoksong mga simbahan gihulagway usab gikan sa sinugdanang kadaogan sa 1989 ngadto sa katapusang kadaogan sa Panium.</w:t>
      </w:r>
    </w:p>
    <w:p>
      <w:pPr>
        <w:pStyle w:val="ArticleBody"/>
        <w:jc w:val="left"/>
      </w:pPr>
      <w:r>
        <w:rPr>
          <w:rFonts w:ascii="Times New Roman" w:hAnsi="Times New Roman" w:eastAsia="Times New Roman" w:cs="Times New Roman"/>
        </w:rPr>
        <w:t>Si Pompeyo nahiuyon sa 1989, ug ang iyang duha ka mga kadaugan batok sa “sidlakan ug sa maanindot nga yuta,” sumala sa pag-ila kanila ni Daniel diha sa kapitulo otso ug bersikulo nuebe, nagrepresentar sa espirituhanon ug politikanhong kadaugan sa kapapahan batok sa kanhing Unyong Sobyet, ug sa kauban nga espirituhanong kadaugan ibabaw sa mahimayaong yuta sa nagaangkon nga Protestanteismo. Si Julio Cesar mapildi sa Raphia, maingon kang Antiochus III, ug maingon usab kang Zelenskyy. Si Julio mao ang hilisgotan sa mga bersikulo disi-siete hangtod disi-nueve, ug dayon si Augusto Cesar motindog ingon nga tigpahamtang sa mga buhis. Si Tiberias Cesar naghari sa panahon sa krus, busa si Tiberias mao ang balaod sa Dominggo sa bersikulo disi-sais.</w:t>
      </w:r>
    </w:p>
    <w:p>
      <w:pPr>
        <w:pStyle w:val="ArticleBody"/>
        <w:jc w:val="left"/>
      </w:pPr>
      <w:r>
        <w:rPr>
          <w:rFonts w:ascii="Times New Roman" w:hAnsi="Times New Roman" w:eastAsia="Times New Roman" w:cs="Times New Roman"/>
        </w:rPr>
        <w:t>Kini nagapahiuyon kang Augustus sa Panium sa bersikulo kinse, ug sa gubat sa Raphia sa bersikulo onse kang Julius. Ang gubat sa Panium mao ang ikatulong gubat sa kalibotan nga nagsugod diha-diha sa wala pa ang balaod sa Domingo sa bersikulo sais, apan unya mausab ngadto sa gubat sa Actium. Ang Panium mao ang gubat sa yuta (ang Tinipong Bansa sa Amerika) ug ang Actium mao ang gubat sa dagat (ang kalibotan). Si Augustus girepresentahan sa Panium diha sa linya sa upat ka Romanhong mga magmamando, ug siya mao ang tinuod nga pangulo sa Actium. Sa Panium si Antiochus nakig-atubang sa Ehipto, nga kaalyado sa Roma, ug sa Actium si Augustus nakig-atubang sa Ehipto (Cleopatra) nga kaalyado sa Roma (Marc Antony). Kini nagpasabot nga si Pompey nagrepresentar sa bersikulo kuwarenta hangtod sa 1989 ug si Tiberias nagrepresentar sa balaod sa Domingo sa bersikulo kuwarenta ug usa. Si Julius Caesar miabot niadtong 2014 sa dihang nagsugod ang Gubat sa Ukraine, ingon nga gitipoan sa gubat sa Raphia niadtong 217 BC.</w:t>
      </w:r>
    </w:p>
    <w:p>
      <w:pPr>
        <w:pStyle w:val="ArticleBody"/>
        <w:jc w:val="left"/>
      </w:pPr>
      <w:r>
        <w:rPr>
          <w:rFonts w:ascii="Times New Roman" w:hAnsi="Times New Roman" w:eastAsia="Times New Roman" w:cs="Times New Roman"/>
        </w:rPr>
        <w:t>Kini nagtimaan nga ang mga bersikulo disisiyete hangtod baynte-dos nagsugod sa 1989 ug natapos sa balaod sa Domingo, ug busa mao ang kasaysayan nga motakdo sa “tinagong kasaysayan” sa bersikulo kuwarenta. Ang propetikong linya sa mga Maccabeo motakdo usab sa mao gihapong “tinagong kasaysayan.” Ang linya sa mga Romanhong magmamando nagtimaan sa modernong Roma, ang mananap sa Pinadayag 16, ug ang linya sa mga Maccabeo naghulagway sa mahimayaong yuta, ang mini nga propeta sa Pinadayag 16. Ang linya sa tulo ka mga gubat nagtimaan sa kadaugan batok sa hari sa habagatan, ang dragon sa Pinadayag 16.</w:t>
      </w:r>
    </w:p>
    <w:p>
      <w:pPr>
        <w:pStyle w:val="ArticleBody"/>
        <w:jc w:val="left"/>
      </w:pPr>
      <w:r>
        <w:rPr>
          <w:rFonts w:ascii="Times New Roman" w:hAnsi="Times New Roman" w:eastAsia="Times New Roman" w:cs="Times New Roman"/>
        </w:rPr>
        <w:t>Kadtong tulo ka mga linya nagrepresentar sa tulo ka mga gahom nga maoy nagmando sa kalibotan padulong sa Armageddon, ug sila girepresentahan diha sa bersikulo kuwarenta ingon nga ang hari sa habagatan, ang dragon, ang hari sa amihanan, ang mapintas nga mananap, ug ang mga karwahe, mga magkakabayo, ug mga sakayan mao ang mini nga propeta. Ang tulo ka mga linya gikan sa bersikulo napulo hangtod sa baynte-tres nagrepresentar sa tulo ka mga gahom diha sa tinagong kasaysayan sa bersikulo kuwarenta, nga dili labaw ni kulang kondili usa lamang ka nagpadayon nga hulagway sa tulo ka mga butang nga girepresentahan diha sa dayag nga kasaysayan sa bersikulo kuwarenta.</w:t>
      </w:r>
    </w:p>
    <w:p>
      <w:pPr>
        <w:pStyle w:val="ArticleHeading"/>
        <w:jc w:val="left"/>
      </w:pPr>
      <w:r>
        <w:rPr>
          <w:rFonts w:ascii="Arial" w:hAnsi="Arial" w:eastAsia="Arial" w:cs="Arial"/>
        </w:rPr>
        <w:t>Bersikulo Uno</w:t>
      </w:r>
    </w:p>
    <w:p>
      <w:pPr>
        <w:pStyle w:val="ArticleBody"/>
        <w:jc w:val="left"/>
      </w:pPr>
      <w:r>
        <w:rPr>
          <w:rFonts w:ascii="Times New Roman" w:hAnsi="Times New Roman" w:eastAsia="Times New Roman" w:cs="Times New Roman"/>
        </w:rPr>
        <w:t>Ang mga bersikulo uno hangtod upat nagaila sa “panahon sa katapusan” sa 1989, ingon man sa walong mga presidente sa Tinipong Bansa sa Amerika gikan nianang sinugdanan, ug nagatapos sa katapusang ikawalong presidente nga labi pang dato. Sa bersikulo upat, kana nga hari mahimong hari sa kalibotan, ingon sa gilarawan ni Alejandro nga Bantogan, ni Haring Ahab, sa napulo ka mga hari sa Pinadayag disi-siyete, sa napulo ka mga banay sa Salmo otsenta’y-tres, ug sa napulo ka mga nasod nga gipahimutang ingon nga simbolo sa kalibotan sa labing unang lakang sa tugon sa Dios uban kang Abram sa Genesis 15:18–21.</w:t>
      </w:r>
    </w:p>
    <w:p>
      <w:pPr>
        <w:pStyle w:val="ArticleBody"/>
        <w:jc w:val="left"/>
      </w:pPr>
      <w:r>
        <w:rPr>
          <w:rFonts w:ascii="Times New Roman" w:hAnsi="Times New Roman" w:eastAsia="Times New Roman" w:cs="Times New Roman"/>
        </w:rPr>
        <w:t>Ang mga bersikulo uno hangtod upat nagrepresentar sa kasaysayan sukad sa 1989 ngadto sa tulo-ka-bahin nga panaghiusa sa balaod sa Dominggo diha sa bersikulo 41, ug busa nagkatakdo kini sa upat ka Romanhong mga magmamando, sa linya sa mga Macabeo, ug sa tulo ka mga gubat sa mga bersikulo 10 hangtod 15 nga sa tingub naglangkob sa tinagong kasaysayan sa bersikulo 40.</w:t>
      </w:r>
    </w:p>
    <w:p>
      <w:pPr>
        <w:pStyle w:val="ArticleBody"/>
        <w:jc w:val="left"/>
      </w:pPr>
      <w:r>
        <w:rPr>
          <w:rFonts w:ascii="Times New Roman" w:hAnsi="Times New Roman" w:eastAsia="Times New Roman" w:cs="Times New Roman"/>
        </w:rPr>
        <w:t>Ang mga bersikulo singko hangtod nuebe naglatid ug usa ka propetikong linya nga hingpit nga nagrepresentar sa kasaysayan gikan sa 538 hangtod sa 1798, ug naghatag sa historikal ug propetikong lohika aron masabtan ang kamahinungdanon sa panahon sa katapusan diha sa bersikulo kuwarenta. Kana nga lohika nagpatin-aw sa bersikulo diyes isip panimalos alang sa kasaysayan sa mga bersikulo singko hangtod nuebe, ug sa pagbuhat niini gilatid niini ang lohika sa 1989. Nagpasabot kini nga ang mga bersikulo uno hangtod baynte-trés sa Daniel onse nagrepresentar sa lima ka propetikong linya nga nahiuyon sa tinagong kasaysayan sa bersikulo kuwarenta. Ang unang upat ka bersikulo mahitungod kang Trump, ang ikawalong presidente nga gikan sa pito, nga gitagana nga mahimong hari sa napulo ka mga hari diha sa ikapitong gingharian sa Pinadayag disi-siyete.</w:t>
      </w:r>
    </w:p>
    <w:p>
      <w:pPr>
        <w:pStyle w:val="ArticleBody"/>
        <w:jc w:val="left"/>
      </w:pPr>
      <w:r>
        <w:rPr>
          <w:rFonts w:ascii="Times New Roman" w:hAnsi="Times New Roman" w:eastAsia="Times New Roman" w:cs="Times New Roman"/>
        </w:rPr>
        <w:t>Ang bersikulo singko hangtod napulo nagtimaan sa kasaysayan nga nagdala ngadto sa 1798 ug padayon ngadto sa 1989, nga mao ang kasaysayan sa bersikulo kwarenta. Ang mga bersikulo napulo hangtod kinse nagtimaan sa usa ka kasaysayan sa tulo ka mga gubat pinaagi sa mga puli, nga nagsugod niadtong 1989, ang ikaduha nagsugod niadtong 2014, unya ang labing adunahang presidente mitindog niadtong 2015. Kadtong labing adunahang presidente gipatay niadtong 2020, ug niadtong 2022 ang gubat sa Raphia misamot, ug unya ang labing adunahang presidente mibalik niadtong 2024, ug niadtong 2025 ang ulo sa mananap ug ang ulo sa larawan sa mananap kapwa gipahimutang sa katungdanan.</w:t>
      </w:r>
    </w:p>
    <w:p>
      <w:pPr>
        <w:pStyle w:val="ArticleBody"/>
        <w:jc w:val="left"/>
      </w:pPr>
      <w:r>
        <w:rPr>
          <w:rFonts w:ascii="Times New Roman" w:hAnsi="Times New Roman" w:eastAsia="Times New Roman" w:cs="Times New Roman"/>
        </w:rPr>
        <w:t>Padayonon nato kining mga butanga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Baynte-uno</dc:title>
  <dc:subject>Ang paglihok paingon sa balaod sa Domingo diha sa mahimayaong yuta</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