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Baynte-Dos</w:t>
      </w:r>
    </w:p>
    <w:p>
      <w:pPr>
        <w:pStyle w:val="ArticleSubtitle"/>
        <w:jc w:val="left"/>
      </w:pPr>
      <w:r>
        <w:rPr>
          <w:rFonts w:ascii="Arial" w:hAnsi="Arial" w:eastAsia="Arial" w:cs="Arial"/>
        </w:rPr>
        <w:t>Disyembre 31,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Sukad niadtong Disyembre 31, 2023, ang Leon sa banay ni Juda nag-abli sa mga matuod nga kamatuoran sa tagna diha sa usa ka piho nga han-ay. Ang maong han-ay sayon nga mahibaloan pinaagi sa pag-usisa sa mga artikulo nga gipatik sa website sa Future for America. Sulod sa miaging mga bulan, daghan ug lalom kaayo ang mga kamatuoran nga nabuksan! Ang maong han-ay dili random; kini tinuyo. Ang sunod-sunod nga kahimtang tin-aw nga nagpaila sa usa ka tinuyo nga sunod-sunod nga proseso nga gihimo ni Cristo, ingon nga Leon sa banay ni Juda, sa Iyang pag-abli sa katapusang mga mensahe sa pagsulay ngadto sa iglesya ug human niana ngadto sa kalibotan. Diha sa basahon sa Pinadayag, ang Leon sa banay ni Juda mokuha sa basahon nga pinatikan sa pito ka mga timri ug motangtang sa mga timri usa matag usa—sumala sa han-ay.</w:t>
      </w:r>
    </w:p>
    <w:p>
      <w:pPr>
        <w:pStyle w:val="ArticleHeading"/>
        <w:jc w:val="left"/>
      </w:pPr>
      <w:r>
        <w:rPr>
          <w:rFonts w:ascii="Arial" w:hAnsi="Arial" w:eastAsia="Arial" w:cs="Arial"/>
        </w:rPr>
        <w:t>Ibutyag Sumala sa Ilang Han-ay</w:t>
      </w:r>
    </w:p>
    <w:p>
      <w:pPr>
        <w:pStyle w:val="ArticleScripture"/>
        <w:jc w:val="left"/>
      </w:pPr>
      <w:r>
        <w:rPr>
          <w:rFonts w:ascii="Times New Roman" w:hAnsi="Times New Roman" w:eastAsia="Times New Roman" w:cs="Times New Roman"/>
        </w:rPr>
        <w:t>“Human niini nga pito ka mga dalugdog nakapamulong sa ilang mga tingog, ang sugo miabot kang Juan maingon usab kang Daniel mahitungod sa gamayng basahon: ‘Timan-i pagtak-opa kadtong mga butanga nga gipamulong sa pito ka mga dalugdog.’ Kini may kalabutan sa mga panghitabo sa umalabot nga igapadayag sumala sa ilang han-ay. Si Daniel motindog sa iyang bahin sa katapusan sa mga adlaw. Nakita ni Juan ang gamayng basahon nga wala na matakpi. Unya ang mga tagna ni Daniel adunay ilang angayng dapit sa mga mensahe sa nahaunang, ikaduhang, ug ikatulong manulonda nga igahatag ngadto sa kalibutan. Ang pagbukas sa gamayng basahon mao ang mensahe nga may kalabutan sa panahon.”</w:t>
      </w:r>
    </w:p>
    <w:p>
      <w:pPr>
        <w:pStyle w:val="ArticleScripture"/>
        <w:jc w:val="left"/>
      </w:pPr>
      <w:r>
        <w:rPr>
          <w:rFonts w:ascii="Times New Roman" w:hAnsi="Times New Roman" w:eastAsia="Times New Roman" w:cs="Times New Roman"/>
        </w:rPr>
        <w:t>“Ang mga basahon ni Daniel ug sa Pinadayag usa ra. Ang usa usa ka tagna, ang usa usa ka pinadayag; ang usa usa ka basahon nga tinimrihan, ang usa usa ka basahon nga inablihan. Nadungog ni Juan ang mga tinago nga gisulti sa mga dalugdog, apan gisugo siya nga dili kini isulat.</w:t>
      </w:r>
    </w:p>
    <w:p>
      <w:pPr>
        <w:pStyle w:val="ArticleScripture"/>
        <w:jc w:val="left"/>
      </w:pPr>
      <w:r>
        <w:rPr>
          <w:rFonts w:ascii="Times New Roman" w:hAnsi="Times New Roman" w:eastAsia="Times New Roman" w:cs="Times New Roman"/>
        </w:rPr>
        <w:t>“Ang espesyal nga kahayag nga gihatag kang Juan nga gipahayag diha sa pito ka mga dalogdog maoy usa ka paghulagway sa mga hitabo nga mahitabo ubos sa mga mensahe sa nahauna ug ikaduhang mga manulonda. Dili labing maayo alang sa katawhan nga mahibalo niining mga butanga, kay ang ilang pagtuo kinahanglan gayud nga sulayan. Diha sa kahikayan sa Dios ang labing kahibulongan ug labing abante nga mga kamatuoran igamantala. Ang mga mensahe sa nahauna ug ikaduhang mga manulonda igamantala, apan walay dugang nga kahayag nga ipadayag sa dili pa kini nga mga mensahe makabuhat sa ilang piho nga buluhaton. Kini gihulagway pinaagi sa manulonda nga nagtindog nga ang usa ka tiil anaa sa dagat, nga nagamantala uban sa labing halangdong panumpa nga ang panahon dili na magpadayon pa.” The Seventh-day Adventist Bible Commentary, volume 7, 971.</w:t>
      </w:r>
    </w:p>
    <w:p>
      <w:pPr>
        <w:pStyle w:val="ArticleBody"/>
        <w:jc w:val="left"/>
      </w:pPr>
      <w:r>
        <w:rPr>
          <w:rFonts w:ascii="Times New Roman" w:hAnsi="Times New Roman" w:eastAsia="Times New Roman" w:cs="Times New Roman"/>
        </w:rPr>
        <w:t>Ang katapusang pagpadayag sa “pito ka mga dalugdog” gibuksan human sa 2023, ug kini nagpadayag nga ang “pito ka mga dalugdog” nagrepresentar sa nahaunang alpha nga kapakyasan hangtod sa katapusang omega nga kapakyasan. Si Juan wala tugoti sa paghubit sa pito ka mga dalugdog kay ang pagpadayag sa “pito ka mga dalugdog” dili usa ka nag-inusarang katumanan sa kasaysayan, kondili usa ka hulagway sa usa ka “paglarawan sa mga hitabo” nga nahitabo sa kasaysayan sa mga Millerita, nga mahitabo pag-usab sa ulahing mga adlaw. Ang hingpit nga katumanan gipakita aron sa paghulagway sa kasaysayan gikan sa Hulyo 18, 2020 hangtod sa haduol nang moabut nga balaod sa Domingo. Ang Leon maoy nagbukas niana nga kahayag aron modan-ag ibabaw sa kasaysayan sa pagtukod sa templo sa usa ka gatus ug kap-atan ug upat ka libo.</w:t>
      </w:r>
    </w:p>
    <w:p>
      <w:pPr>
        <w:pStyle w:val="ArticleBody"/>
        <w:jc w:val="left"/>
      </w:pPr>
      <w:r>
        <w:rPr>
          <w:rFonts w:ascii="Times New Roman" w:hAnsi="Times New Roman" w:eastAsia="Times New Roman" w:cs="Times New Roman"/>
        </w:rPr>
        <w:t>Sa kasaysayan sa mga Millerite, ang “pito ka mga dalugdog” nagrepresentar gikan sa 1798 hangtod sa 1844, sa dihang ang mga Millerite nagpresentar sa “labing kahibulongan ug abanteng mga kamatuoran.” Sa pagpadayon sa buhat nga gihatag kanila, ang mga Millerite gisulayan. Wala nila hingpit nga nasabti ang mensahe nga ilang gimantala, ni ang kasaysayan nga ilang gituman. Ang mga kamatuoran nga ilang gimantala mao ang gihubit ni Sister White nga “abanteng mga kamatuoran,” nga dili sabton hangtod nga ang mga mensahe sa nahaunang ug ikaduhang mga manulonda makatuman na sa ilang buluhaton.</w:t>
      </w:r>
    </w:p>
    <w:p>
      <w:pPr>
        <w:pStyle w:val="ArticleBody"/>
        <w:jc w:val="left"/>
      </w:pPr>
      <w:r>
        <w:rPr>
          <w:rFonts w:ascii="Times New Roman" w:hAnsi="Times New Roman" w:eastAsia="Times New Roman" w:cs="Times New Roman"/>
        </w:rPr>
        <w:t>Sa dihang ang “pito ka mga dalugdog” makaabot sa ilang hingpit nga katumanan, kadtong “umalabot nga mga hitabo” girepresentahan pinaagi sa mga mensahe sa tulo ka mga manulonda sa Pinadayag katorse inubanan sa basahon ni Daniel. Ang buluhaton sa usa ka gatus ug kap-atan ug upat ka libo, nga girepresentahan sa “umalabot nga mga hitabo” sa “pito ka mga dalugdog,” mao ang paghiusa sa basahon ni Daniel uban sa tulo ka mga manulonda.</w:t>
      </w:r>
    </w:p>
    <w:p>
      <w:pPr>
        <w:pStyle w:val="ArticleScripture"/>
        <w:jc w:val="left"/>
      </w:pPr>
      <w:r>
        <w:rPr>
          <w:rFonts w:ascii="Times New Roman" w:hAnsi="Times New Roman" w:eastAsia="Times New Roman" w:cs="Times New Roman"/>
        </w:rPr>
        <w:t>“Ang Ginoo hapit nang magsilot sa kalibotan tungod sa iyang kasal-anan. Hapit na Niyang silotan ang mga relihiyosong lawas tungod sa ilang pagsalikway sa kahayag ug kamatuoran nga gihatag kanila. Ang dakong mensahe, nga naghiusa sa mga mensahe sa nahaunang, ikaduhang, ug ikatulong manulonda, igahatag ngadto sa kalibotan. Kini mao ang mahimong sentro sa atong buluhaton.” The Seventh-day Adventist Bible Commentary, volume 7, 950.</w:t>
      </w:r>
    </w:p>
    <w:p>
      <w:pPr>
        <w:pStyle w:val="ArticleBody"/>
        <w:jc w:val="left"/>
      </w:pPr>
      <w:r>
        <w:rPr>
          <w:rFonts w:ascii="Times New Roman" w:hAnsi="Times New Roman" w:eastAsia="Times New Roman" w:cs="Times New Roman"/>
        </w:rPr>
        <w:t>Sukad niadtong Disyembre 31, 2023, ang Leon sa banay ni Juda nagpadayag sa mga kamatuorang matagnaon pinaagi sa usa ka piho nga “kahusay.”</w:t>
      </w:r>
    </w:p>
    <w:p>
      <w:pPr>
        <w:pStyle w:val="ArticleHeading"/>
        <w:jc w:val="left"/>
      </w:pPr>
      <w:r>
        <w:rPr>
          <w:rFonts w:ascii="Arial" w:hAnsi="Arial" w:eastAsia="Arial" w:cs="Arial"/>
        </w:rPr>
        <w:t>Kasaysayan sa mga Millerite</w:t>
      </w:r>
    </w:p>
    <w:p>
      <w:pPr>
        <w:pStyle w:val="ArticleScripture"/>
        <w:jc w:val="left"/>
      </w:pPr>
      <w:r>
        <w:rPr>
          <w:rFonts w:ascii="Times New Roman" w:hAnsi="Times New Roman" w:eastAsia="Times New Roman" w:cs="Times New Roman"/>
        </w:rPr>
        <w:t>“Aduna pay pipila nga buhi karon nga, sa ilang pagtuon sa mga tagna ni Daniel ug ni Juan, nakadawat ug dakong kahayag gikan sa Dios samtang ilang gisubay ang larangan diin ang pinasahi nga mga tagna anaa sa proseso sa katumanan sumala sa ilang han-ay. Ilang gidala ang mensahe sa panahon ngadto sa katawhan. Ang kamatuoran misidlak sa hayag sama sa adlaw sa udto. Ang mga hitabo sa kasaysayan, nga nagpakita sa tuwirang katumanan sa tagna, gipahamutang sa atubangan sa katawhan, ug ang tagna nakita nga usa ka mahulagwayong paglarawan sa mga hitabo nga nagapadulong ngadto sa panapos sa kasaysayan niining yutaa.” Selected Messages, book 2, 101, 102.</w:t>
      </w:r>
    </w:p>
    <w:p>
      <w:pPr>
        <w:pStyle w:val="ArticleBody"/>
        <w:jc w:val="left"/>
      </w:pPr>
      <w:r>
        <w:rPr>
          <w:rFonts w:ascii="Times New Roman" w:hAnsi="Times New Roman" w:eastAsia="Times New Roman" w:cs="Times New Roman"/>
        </w:rPr>
        <w:t>Ang “han-ay” nga pinaagi niini gihubo ni Cristo ang mensahe sa Tunga-tungang Singgit nagrepresentar sa “mga panghitabo sa kasaysayan” nga nagapakita sa “direktang katumanan sa tagna” nga nagamando ngadto sa pagtapos sa panahon sa pagpasulay. Ang direktang katumanan sa tagna sa ulahing mga adlaw dili usa ka pagpadayag sa mga tagna nga gibase sa panahon, apan si Palmoni nagagamit gihapon sa mga numero aron mailhan ang direktang mga katumanan sa tagna. Wala na ang panahon, ug bisan pa man ang mga Millerite “midala sa mensahe sa panahon” ngadto sa ilang kaliwatan, ang mensahe sa ikatulong manulonda mas labaw kay sa “panahon.”</w:t>
      </w:r>
    </w:p>
    <w:p>
      <w:pPr>
        <w:pStyle w:val="ArticleScripture"/>
        <w:jc w:val="left"/>
      </w:pPr>
      <w:r>
        <w:rPr>
          <w:rFonts w:ascii="Times New Roman" w:hAnsi="Times New Roman" w:eastAsia="Times New Roman" w:cs="Times New Roman"/>
        </w:rPr>
        <w:t>“Gipakita kanako sa Ginoo nga ang mensahe sa ikatulong manulonda kinahanglan moadto, ug igamantala ngadto sa nagkatibulaag nga mga anak sa Ginoo, ug nga kini dili kinahanglan isabit sa panahon; kay ang panahon dili na gayud mahimong usa ka pagsulay pag-usab. Nakita ko nga ang uban nakabaton ug bakak nga kadasig nga mitungha gikan sa pagwali bahin sa panahon; nga ang mensahe sa ikatulong manulonda mas labaw ang kalig-on kay sa mahimo sa panahon. Nakita ko nga kining mensaheha makatindog sa iyang kaugalingong patukoranan, ug nga dili niini kinahanglan ang panahon aron palig-onon kini, ug nga kini mopadayon uban sa gamhanang gahum, ug buhaton ang iyang buluhaton, ug pagapamub-an diha sa pagkamatarong.” Experience and Views, 48.</w:t>
      </w:r>
    </w:p>
    <w:p>
      <w:pPr>
        <w:pStyle w:val="ArticleBody"/>
        <w:jc w:val="left"/>
      </w:pPr>
      <w:r>
        <w:rPr>
          <w:rFonts w:ascii="Times New Roman" w:hAnsi="Times New Roman" w:eastAsia="Times New Roman" w:cs="Times New Roman"/>
        </w:rPr>
        <w:t>Ang sunod-sunod nga “kahapsay” sa pagtangtang sa mga selyo sa mga kamatuorang profesikanhon nag-ila sa usa ka nagapadayon nga kasaysayan, apan nag-ila usab kini sa paglambo sa mensahe. Ang “kahapsay” sa kasaysayang girepresentahan ug usab ang mga tunob sa paagi nga ang Leon sa banay ni Juda nagatangtang sa mga selyo sa mensahe sukad niadtong Disyembre 31, kapuwa maoy makaluwas nga pagasabotan. Niadtong Hulyo sa 2023, usa ka tingog sa kamingawan misugod sa pag-andam sa dalan alang sa pagtangtang sa mga selyo sa Disyembre 31, 2023. Unya ang Leon sa banay ni Juda mitangtang sa selyo sa Pinadayag kapitulo uno.</w:t>
      </w:r>
    </w:p>
    <w:p>
      <w:pPr>
        <w:pStyle w:val="ArticleHeading"/>
        <w:jc w:val="left"/>
      </w:pPr>
      <w:r>
        <w:rPr>
          <w:rFonts w:ascii="Arial" w:hAnsi="Arial" w:eastAsia="Arial" w:cs="Arial"/>
        </w:rPr>
        <w:t>Walay Lain pa</w:t>
      </w:r>
    </w:p>
    <w:p>
      <w:pPr>
        <w:pStyle w:val="ArticleScripture"/>
        <w:jc w:val="left"/>
      </w:pPr>
      <w:r>
        <w:rPr>
          <w:rFonts w:ascii="Times New Roman" w:hAnsi="Times New Roman" w:eastAsia="Times New Roman" w:cs="Times New Roman"/>
        </w:rPr>
        <w:t>“Ang mabug-at nga mga mensahe nga gihatag sumala sa ilang han-ay diha sa Pinadayag kinahanglan mag-okupar sa nahaunang dapit sa mga hunahuna sa katawohan sa Dios. Wala nay laing butang nga tugotan nga mopuno sa atong pagtagad.” Testimonies, volume 8, 301, 302.</w:t>
      </w:r>
    </w:p>
    <w:p>
      <w:pPr>
        <w:pStyle w:val="ArticleBody"/>
        <w:jc w:val="left"/>
      </w:pPr>
      <w:r>
        <w:rPr>
          <w:rFonts w:ascii="Times New Roman" w:hAnsi="Times New Roman" w:eastAsia="Times New Roman" w:cs="Times New Roman"/>
        </w:rPr>
        <w:t>Ang mga artikulo nga nagsugod niadtong 2023 mao ang “mag-okupar sa unang dapit sa mga hunahuna sa katawhan sa Dios.”</w:t>
      </w:r>
    </w:p>
    <w:p>
      <w:pPr>
        <w:pStyle w:val="ArticleScripture"/>
        <w:jc w:val="left"/>
      </w:pPr>
      <w:r>
        <w:rPr>
          <w:rFonts w:ascii="Times New Roman" w:hAnsi="Times New Roman" w:eastAsia="Times New Roman" w:cs="Times New Roman"/>
        </w:rPr>
        <w:t>“Ang tanan nga gitino sa Dios diha sa kasaysayan sa tagna nga pagatumanon sa nangagi natuman na, ug ang tanan nga anaa pa sa umaabot sumala sa iyang han-ay matuman gayud. Si Daniel, ang manalagna sa Dios, nagatindog sa iyang dapit. Si Juan nagatindog sa iyang dapit. Diha sa Pinadayag, ang Leon sa banay ni Juda maoy mibukas alang sa mga tinun-an sa tagna sa basahon ni Daniel, ug sa ingon si Daniel nagatindog sa iyang dapit. Siya nagdala sa iyang pagpamatuod, ang gipadayag sa Ginoo kaniya pinaagi sa panan-awon mahitungod sa dagku ug maligdong nga mga panghitabo nga kinahanglan natong mahibaloan samtang nagatindog kita sa mismong pultahan sa ilang katumanan.</w:t>
      </w:r>
    </w:p>
    <w:p>
      <w:pPr>
        <w:pStyle w:val="ArticleScripture"/>
        <w:jc w:val="left"/>
      </w:pPr>
      <w:r>
        <w:rPr>
          <w:rFonts w:ascii="Times New Roman" w:hAnsi="Times New Roman" w:eastAsia="Times New Roman" w:cs="Times New Roman"/>
        </w:rPr>
        <w:t>“Sa kasaysayan ug sa tagna ang Pulong sa Dios naghulagway sa dugayng nagpadayon nga pakigbisog tali sa kamatuoran ug kasaypanan. Kana nga pakigbisog nagpadayon pa gihapon. Kadtong mga butang nga nahitabo na, pagausbon.” Selected Messages, book 2, 109.</w:t>
      </w:r>
    </w:p>
    <w:p>
      <w:pPr>
        <w:pStyle w:val="ArticleHeading"/>
        <w:jc w:val="left"/>
      </w:pPr>
      <w:r>
        <w:rPr>
          <w:rFonts w:ascii="Arial" w:hAnsi="Arial" w:eastAsia="Arial" w:cs="Arial"/>
        </w:rPr>
        <w:t>Katloan</w:t>
      </w:r>
    </w:p>
    <w:p>
      <w:pPr>
        <w:pStyle w:val="ArticleBody"/>
        <w:jc w:val="left"/>
      </w:pPr>
      <w:r>
        <w:rPr>
          <w:rFonts w:ascii="Times New Roman" w:hAnsi="Times New Roman" w:eastAsia="Times New Roman" w:cs="Times New Roman"/>
        </w:rPr>
        <w:t>Ang mensahe sa Daniel onse bersikulo kuwarenta giablihan ug gipormalisa niadtong 1996. Katloan ka tuig ang milabay, ang tinagong kasaysayan niining maong bersikulo karon ginabuksan na may kalabotan sa pagpormalisa sa mensahe sa Tungang Singgit, usa ka mensahe nga naglangkob sa usa ka gitul-id nga gawasnong tagna mahitungod sa Islam diha sa kadugtong sa usa ka gitul-id nga sulodnong mensahe sa Tungang Singgit. Ang mensahe sa Tungang Singgit igamantala sa wala pa ang balaod sa Dominggo sa bersikulo dieciséis, kay didto sa balaod sa Dominggo mosira ang pultahan sa sambingay.</w:t>
      </w:r>
    </w:p>
    <w:p>
      <w:pPr>
        <w:pStyle w:val="ArticleHeading"/>
        <w:jc w:val="left"/>
      </w:pPr>
      <w:r>
        <w:rPr>
          <w:rFonts w:ascii="Arial" w:hAnsi="Arial" w:eastAsia="Arial" w:cs="Arial"/>
        </w:rPr>
        <w:t>Pedro</w:t>
      </w:r>
    </w:p>
    <w:p>
      <w:pPr>
        <w:pStyle w:val="ArticleBody"/>
        <w:jc w:val="left"/>
      </w:pPr>
      <w:r>
        <w:rPr>
          <w:rFonts w:ascii="Times New Roman" w:hAnsi="Times New Roman" w:eastAsia="Times New Roman" w:cs="Times New Roman"/>
        </w:rPr>
        <w:t>Kini nagbutang kang Pedro sulod sa kasaysayan sa pagpatik sa usa ka gatus ug kap-atan ug upat ka libo. Si Pedro adunay usa ka mensahe nga iyang gimantala didto sa lawak sa itaas, ug usa ka mensahe nga iyang gimantala didto sa templo. Ang mensahe sa lawak sa itaas mao ang Singgit sa Tunga sa Gabii sa sambingay, ug ang mensahe sa templo mao ang makusog nga singgit sa ikatulong manulonda. Aron si Pedro makamantala sa mensahe sa lawak sa itaas mahitungod sa Singgit sa Tunga sa Gabii, ang mensahe ni Pedro kinahanglan una nga matul-id ug mapormalisar. Ang pagtul-id ug pagpormalisar matuman pinaagi sa paghiusa sa mga linya sa tagna nga gikilala sa Leon sa banay ni Juda sukad sa Disyembre 31, 2023.</w:t>
      </w:r>
    </w:p>
    <w:p>
      <w:pPr>
        <w:pStyle w:val="ArticleBody"/>
        <w:jc w:val="left"/>
      </w:pPr>
      <w:r>
        <w:rPr>
          <w:rFonts w:ascii="Times New Roman" w:hAnsi="Times New Roman" w:eastAsia="Times New Roman" w:cs="Times New Roman"/>
        </w:rPr>
        <w:t>Ang buluhaton karon mao ang pagpormalisa sa mensahe sa Midnight Cry. Ang pagpormalisa sa mensahe gitipo ni William Miller niadtong 1831, ug sa magasin nga The Time of the End niadtong 1996. Ang pagtul-id sa mensahe nga mipahinabo sa unang kasagmuyo niadtong Hulyo 18, 2020 gitipo kapwa ni Josiah Litch ug ni Samuel Snow. Ang buluhaton nga ilang matag usa nga gihimo ‘maoy hinungdan’ sa ‘epekto’ nga misunod sa ulahi sa Agosto 11, 1840, ug sa ulahi sa kalihokan sa ikapitong bulan. Niadtong 1840 ang mensahe gidala ngadto sa matag estasyon sa misyon sa kalibotan ug niadtong 1844 ang mensahe sa Midnight Cry miagi sa sidlakang baybayon sa Estados Unidos sama sa usa ka dambuhalang balod sa tubig. Ang buluhaton sa mga tawo ‘maoy hinungdan’ sa ‘epekto’ sa pagbubo sa Balaang Espiritu. Ang 1840 miadto sa kalibotan, nga girepresentahan sa dagat, ug ang 1844 miadto sa Estados Unidos, nga girepresentahan sa yuta. Ang simbolo sa 1840 mao si Cristo nga nagatindog ibabaw sa yuta ug sa dagat diha sa Pinadayag napulo, ug kana gayud nga kapitulo nag-ila sa kasaysayan sukad sa 1840 ngadto sa 1844, ug naghulagway kang Cristo nga nagatindog ibabaw sa yuta ug sa dagat.</w:t>
      </w:r>
    </w:p>
    <w:p>
      <w:pPr>
        <w:pStyle w:val="ArticleBody"/>
        <w:jc w:val="left"/>
      </w:pPr>
      <w:r>
        <w:rPr>
          <w:rFonts w:ascii="Times New Roman" w:hAnsi="Times New Roman" w:eastAsia="Times New Roman" w:cs="Times New Roman"/>
        </w:rPr>
        <w:t>Sa 1840 ug 1844, ang pag-usab sa tagna usa ka pagpasibo paabante sa panahon, ngadto sa hingpit nga petsa. Ang usa maoy usa ka tagna mahitungod sa Islam ug ang usa maoy usa ka tagna mahitungod sa sambingay sa napulo ka mga ulay. Ang usa gawasnon ug ang usa kinainitan. Ang 1844 naglakip usab sa usa ka sayop nga pagsabot bahin sa santuwaryo. Ang santuwaryo ba mao ang yuta, o mao ba kini ang langitnong santuwaryo? Ang sayop nga pagsabot mas lawom pa kay sa yano lamang nga kahulogan sa santuwaryo, kay kini nagrepresentar usab sa usa ka pagsulay kon ang usa ka kalag mosunod ba kang Cristo gikan sa balaang dapit ngadto sa Labing Balaang Dapit.</w:t>
      </w:r>
    </w:p>
    <w:p>
      <w:pPr>
        <w:pStyle w:val="ArticleScripture"/>
        <w:jc w:val="left"/>
      </w:pPr>
      <w:r>
        <w:rPr>
          <w:rFonts w:ascii="Times New Roman" w:hAnsi="Times New Roman" w:eastAsia="Times New Roman" w:cs="Times New Roman"/>
        </w:rPr>
        <w:t>“Nakita ko ang Ama nga mitindog gikan sa trono, ug diha sa usa ka nagdilaab nga karwahe miadto sa balaang dapit sa mga balaan sulod sa tabil, ug milingkod. Unya mitindog si Jesus gikan sa trono, ug ang kadaghanan niadtong mga nagyukbo mitindog uban Kaniya. Wala ko makakita nga bisan usa ka silaw sa kahayag mibalhin gikan kang Jesus ngadto sa walay pagtagad nga panon sa katawhan human Siya mitindog, ug sila gibiyaan diha sa hingpit nga kangitngit. Kadtong mitindog sa dihang mitindog si Jesus, nagpabilin nga nakatutok ang ilang mga mata Kaniya samtang Siya mibiya sa trono ug giagak sila sa unahan sa hamubo nga gilay-on. Unya gibayaw Niya ang Iyang tuong bukton, ug among nadungog ang Iyang maanindot nga tingog nga nagaingon, ‘Paghulat kamo dinhi; ako moadto sa Akong Amahan aron pagadawaton ang gingharian; bantayi nga walay buling ang inyong mga bisti, ug sa dili madugay mobalik ako gikan sa kasal ug pagadawaton ko kamo ngadto Kanako.’ Unya usa ka maambonon nga karwahe, nga ang mga ligid sama sa nagdilaab nga kalayo, nga gilibotan sa mga manulonda, miabot sa dapit diin atua si Jesus. Misakay Siya sa karwahe ug gidala ngadto sa labing balaan, diin nagalingkod ang Amahan. Didto nakita ko si Jesus, ang dakong Labawng Sacerdote, nga nagatindog sa atubangan sa Amahan. Sa sidsid sa Iyang bisti may usa ka kampanilya ug usa ka granada, usa ka kampanilya ug usa ka granada. Kadtong mitindog uban kang Jesus, mopaatubang sa ilang pagtoo ngadto Kaniya didto sa labing balaan, ug magaampo, ‘Akong Amahan, ihatag kanamo ang Imong Espiritu.’ Unya huypan sila ni Jesus sa Balaang Espiritu. Niadtong gininhawa may kahayag, gahum, ug daghang gugma, kalipay, ug kalinaw.”</w:t>
      </w:r>
    </w:p>
    <w:p>
      <w:pPr>
        <w:pStyle w:val="ArticleScripture"/>
        <w:jc w:val="left"/>
      </w:pPr>
      <w:r>
        <w:rPr>
          <w:rFonts w:ascii="Times New Roman" w:hAnsi="Times New Roman" w:eastAsia="Times New Roman" w:cs="Times New Roman"/>
        </w:rPr>
        <w:t>“Milingi ako aron tan-awon ang pundok nga nagpadayon sa pagyukbo sa atubangan sa trono; wala sila mahibalo nga si Jesus mibiya na niini. Si Satanas mipakita nga anaa dapit sa trono, nga naningkamot sa pagpadayon sa buluhaton sa Dios. Nakita ko silang mitan-aw paingon sa trono, ug nag-ampo, ‘Amahan, ihatag kanamo ang Imong Espiritu.’ Dayon si Satanas mohuyop kanila ug dili balaan nga impluwensiya; diha niini may kahayag ug daghang gahum, apan walay malumo nga gugma, kalipay, ug kalinaw. Ang tuyo ni Satanas mao ang pagpabilin kanila nga nalimbongan ug ang pagpabalik ug paglimbong sa mga anak sa Dios.” Early Writings, 55, 56.</w:t>
      </w:r>
    </w:p>
    <w:p>
      <w:pPr>
        <w:pStyle w:val="ArticleBody"/>
        <w:jc w:val="left"/>
      </w:pPr>
      <w:r>
        <w:rPr>
          <w:rFonts w:ascii="Times New Roman" w:hAnsi="Times New Roman" w:eastAsia="Times New Roman" w:cs="Times New Roman"/>
        </w:rPr>
        <w:t>Ang santuwaryo giila nga mao ang “yawi” nga nagpatin-aw sa tanang mga sayop nga pagsabot nga namugna tungod sa sayop nga pagsabot sa santuwaryo. Kini mao ang “yawi” nga nagpatin-aw sa kapakyasan sa pagpaabot. Sa ulahing mga adlaw, ang “yawi” mao ang kapakyasan sa pagpaabot, nga nagpatin-aw sa sayop nga pagsabot sa templo.</w:t>
      </w:r>
    </w:p>
    <w:p>
      <w:pPr>
        <w:pStyle w:val="ArticleBody"/>
        <w:jc w:val="left"/>
      </w:pPr>
      <w:r>
        <w:rPr>
          <w:rFonts w:ascii="Times New Roman" w:hAnsi="Times New Roman" w:eastAsia="Times New Roman" w:cs="Times New Roman"/>
        </w:rPr>
        <w:t>Sukad sa Oktubre 22, 1844, “ang panahon wala na,” ug ang sayop sa kapakyasan sa Hulyo 18, 2020 kinahanglan karon itul-id, apan dili sa kahulogan sa panahon, kay ang panahon wala na.</w:t>
      </w:r>
    </w:p>
    <w:p>
      <w:pPr>
        <w:pStyle w:val="ArticleScripture"/>
        <w:jc w:val="left"/>
      </w:pPr>
      <w:r>
        <w:rPr>
          <w:rFonts w:ascii="Times New Roman" w:hAnsi="Times New Roman" w:eastAsia="Times New Roman" w:cs="Times New Roman"/>
        </w:rPr>
        <w:t>Ug ang manolonda nga akong nakita nga nagtindog sa ibabaw sa dagat ug sa ibabaw sa yuta mipataas sa iyang kamot ngadto sa langit, Ug nanumpa pinaagi kaniya nga buhi hangtod sa kahangtoran, nga mao ang nagbuhat sa langit, ug sa mga butang nga anaa niini, ug sa yuta, ug sa mga butang nga anaa niini, ug sa dagat, ug sa mga butang nga anaa niini, nga wala nay panahon: Kondili sa mga adlaw sa tingog sa ikapitong manolonda, sa diha nga siya magasugod na sa paghuyop sa trompeta, ang tinago sa Dios matuman na, sumala sa iyang gipadayag ngadto sa iyang mga ulipon nga mga manalagna. Pinadayag 10:5–7.</w:t>
      </w:r>
    </w:p>
    <w:p>
      <w:pPr>
        <w:pStyle w:val="ArticleBody"/>
        <w:jc w:val="left"/>
      </w:pPr>
      <w:r>
        <w:rPr>
          <w:rFonts w:ascii="Times New Roman" w:hAnsi="Times New Roman" w:eastAsia="Times New Roman" w:cs="Times New Roman"/>
        </w:rPr>
        <w:t>Ang dapit sa prediksyon nga kinahanglan usbon mao ang Nashville, Tennessee, ug ang maong dapit dili mabag-o, kay kini giila dili pinaagi sa Future for America, kondili pinaagi ni Ellen White, ug ang Espiritu sa Tagna dili gayud mapakyas.</w:t>
      </w:r>
    </w:p>
    <w:p>
      <w:pPr>
        <w:pStyle w:val="ArticleScripture"/>
        <w:jc w:val="left"/>
      </w:pPr>
      <w:r>
        <w:rPr>
          <w:rFonts w:ascii="Times New Roman" w:hAnsi="Times New Roman" w:eastAsia="Times New Roman" w:cs="Times New Roman"/>
        </w:rPr>
        <w:t>“Sa diha nga didto ako sa Nashville, nagwali ako sa mga tawo, ug sa takna sa kagabhion, may usa ka dako kaayong bola sa kalayo nga miabut gayud gikan sa langit ug mipahiluna sa Nashville. Adunay mga dilaab nga migula gikan nianang bolaha sama sa mga udyong; ang mga balay nangaut-ut; ang mga balay nagkiaykiay ug nangapukan. Ang pipila sa atong mga katawhan nagtindog didto. ‘Mao gayud kini ang among gipaabut,’ miingon sila, ‘gipaabut namo kini.’ Ang uban nagpiyong sa ilang mga kamot tungod sa kasakit ug nagtu-aw ngadto sa Dios alang sa kalooy. ‘Nahibaloan ninyo kini,’ miingon sila, ‘nahibaloan ninyo nga moabot kini, ug wala gayud kamo mosulti bisan usa ka pulong aron sa pagpasidaan kanamo!’ Murag daw hapit na nila sila gision ngadto sa mga tipik, sa paghunahuna nga wala gayud sila magsugilon kanila o maghatag kanila bisan unsang pasidaan.” Manuscript 188, 1905.</w:t>
      </w:r>
    </w:p>
    <w:p>
      <w:pPr>
        <w:pStyle w:val="ArticleBody"/>
        <w:jc w:val="left"/>
      </w:pPr>
      <w:r>
        <w:rPr>
          <w:rFonts w:ascii="Times New Roman" w:hAnsi="Times New Roman" w:eastAsia="Times New Roman" w:cs="Times New Roman"/>
        </w:rPr>
        <w:t>Ang suliranon sa sulod mahitungod sa mga bola sa kalayo ibabaw sa Nashville mao nga kini nagpaila nga ang Laodiceanong Seventh-day Adventism nahibalo sa mensahe sa pasidaan sa Nashville, apan nagpabiling hilom. Kini mao ang punto sa kasaysayan sa pagtagna diin ang “kaulawan” o “kalipay” sa mensahe sa Tungang Gabiing Singgit ginapadayag. Kini mao ang punto nga kadtong mahimong bandila nagsugod sa pagpataas diha sa pagkalahi gikan niadtong sa ulahi gipakaulawan sa mga tawo sa kalibutan nga nasuko ug nalagot nga ang Laodiceanong Seventh-day Adventism wala maghatag ug pasidaan sa Nashville. Kining mao gihapong pagkalahi sa pagtagna girepresentahan didto sa Bukid Carmel tali kang Elias ug sa mga propeta ni Baal, ug sa kasaysayan sa ikaduhang manulonda sa kasaysayang Millerite, sa dihang ang mga Protestante nausab ngadto sa apostatang mga Protestante ug nagsugod sa ilang papel ingon nga mini nga propeta, nga nahimong mga anak nga babaye sa Roma. Niadtong 1989, ang politikanhong sungay pinaagi kang Reagan naghimo sa mao rang butanga, apan si Reagan wala mahimong mga anak nga babaye sa Roma; siya nahimong si Ahab ug si Clovis ang nahauna, mga hinigugma sa Roma.</w:t>
      </w:r>
    </w:p>
    <w:p>
      <w:pPr>
        <w:pStyle w:val="ArticleScripture"/>
        <w:jc w:val="left"/>
      </w:pPr>
      <w:r>
        <w:rPr>
          <w:rFonts w:ascii="Times New Roman" w:hAnsi="Times New Roman" w:eastAsia="Times New Roman" w:cs="Times New Roman"/>
        </w:rPr>
        <w:t>“Adunay usa ka talan-awon nga gipakita kanako. Kadto ang gabii sa wala pa ang Igpapahulay. Niadtong higayona gipakita kanako kana nga talan-awon. Mitan-aw ako sa gawas sa bintana, ug didto adunay usa ka hilabihan kadako nga bola sa kalayo nga miabut gikan sa langit, ug kini nahulog sa dapit diin sila nagpatindog ug mga building nga may mga haligi, ilabina ang mga haligi maoy gipakita kanako. Ug daw sa ang bola miigo gayud sa building ug midugmok niini, ug ilang nakita nga kini nagkabahin-bahin, nagkabahin-bahin, nagkadako, ug nagsugod sila sa paghilak ug pagminatay ug pagminatay, ug pagpikos sa ilang mga kamot; ug akong gihunahuna nga ang uban sa atong mga katawhan nagtindog didto sa kilid, nga nagaingon, ‘Aw, mao gayud kini ang among gipaabot; mao gayud kini ang among gihisgutan; mao gayud kini ang among gihisgutan.’ ‘Nasayran ninyo kini?’ miingon ang mga tawo. ‘Nasayran ninyo kini, ug wala gayud kami ninyo sultihi mahitungod niini?’ Akong gihunahuna nga may ingon ka dakong kasakit sa ilang mga nawong, ingon ka dakong kasakit sa ilang panagway.’” Manuscript 152; 1904.</w:t>
      </w:r>
    </w:p>
    <w:p>
      <w:pPr>
        <w:pStyle w:val="ArticleBody"/>
        <w:jc w:val="left"/>
      </w:pPr>
      <w:r>
        <w:rPr>
          <w:rFonts w:ascii="Times New Roman" w:hAnsi="Times New Roman" w:eastAsia="Times New Roman" w:cs="Times New Roman"/>
        </w:rPr>
        <w:t>Ang kapakyasan niadtong Hulyo 18, 2020 mao ang “yawe” sa pag-ila sa templo nga pagabayawon ingon nga usa ka bandila. Ang pagkalahi sa duha ka hut-ong sa mga Adventista maoy usa ka dakong tema sa tagna sa Biblia. Si Jeremias midumili sa pagpakig-uban sa “katilingban sa mga mayubiton,” ug ang mga iglesia sa Smirna ug Filadelfia silang duha gipahiluna nga lahi sa sinagoga ni Satanas, nga nagaangkon nga sila mga Judio, apan dili diay. Ang pagkalahi tali sa duha ka hut-ong sa mga nagaangkon nga Adventista ginapakita pinaagi sa pamaagi nga ilang gigamit sa pagtuon sa Biblia. Kini mao ang pagkalahi tali sa matuod nga edukasyon ug sa “mas taas nga edukasyon, nga gitawag lang niana,” sumala sa pagtawag niini ni Igsoong White.</w:t>
      </w:r>
    </w:p>
    <w:p>
      <w:pPr>
        <w:pStyle w:val="ArticleBody"/>
        <w:jc w:val="left"/>
      </w:pPr>
      <w:r>
        <w:rPr>
          <w:rFonts w:ascii="Times New Roman" w:hAnsi="Times New Roman" w:eastAsia="Times New Roman" w:cs="Times New Roman"/>
        </w:rPr>
        <w:t>Ang Nashville nailhan ingon nga ang “Athens of the South,” ug ang labing inilang bilding nga nagrepresentar sa Gresya sa Nashville mao ang Parthenon sa Centennial Park, nga gitukod niadtong 1897 ingon nga usa ka tibuok-kadak-on nga kopya sa karaang Griyegong Parthenon. Gitukod kini aron sa pagsaulog sa ika-gatus ka tuig sa pagsulod sa Tennessee ngadto sa pagka-estado niadtong 1796, ug gituyo nga gub-on human sa maong pagsaulog. Hinuon, ang yuta gihimong usa ka parke niadtong 1903 ug ang Parthenon gitukod pag-usab sa permanente gikan sa 1920 hangtod sa 1931.</w:t>
      </w:r>
    </w:p>
    <w:p>
      <w:pPr>
        <w:pStyle w:val="ArticleBody"/>
        <w:jc w:val="left"/>
      </w:pPr>
      <w:r>
        <w:rPr>
          <w:rFonts w:ascii="Times New Roman" w:hAnsi="Times New Roman" w:eastAsia="Times New Roman" w:cs="Times New Roman"/>
        </w:rPr>
        <w:t>Ang ngalan nga “Parthenon” naggikan sa Gregong pulong nga parthénos, nga nagkahulogan og “ulay” o “dalaga,” nga nagtumong kang Athena sa iyang kahimtang ingon nga wala mahikap, manggialamon, ug manggugubat nga diyosa sa kaalam, estratehiya, mga arte, mga kamotanan, ug sibilisasyon. Gitukod tali sa 447–432 BC sa Acropolis sa Atenas, kini naglangkob sa usa ka dako nga estatuwa ni Athena nga chryselephantine (bulawan ug marfil) nga binuhat sa magkukulit nga si Phidias—nga sa pagkatinuod nag-alagad ingon nga iyang “balay” o balaang puloy-anan, diin gituohan nga siya anaa.</w:t>
      </w:r>
    </w:p>
    <w:p>
      <w:pPr>
        <w:pStyle w:val="ArticleBody"/>
        <w:jc w:val="left"/>
      </w:pPr>
      <w:r>
        <w:rPr>
          <w:rFonts w:ascii="Times New Roman" w:hAnsi="Times New Roman" w:eastAsia="Times New Roman" w:cs="Times New Roman"/>
        </w:rPr>
        <w:t>Ang paghatag og dakong gibug-aton sa sistema sa edukasyon sa Kasadpan sa halapad nga kahibalo, kritikal nga pagsusi, pag-andam alang sa pagkalungsoranon, ug sa balangkas sa liberal arts, sa kinahiladman nagagikan sa karaang pilosopiya ug pamaagi sa mga Grego. Kon wala ang Academy ni Plato, ang Lyceum ni Aristotle, o ang Athenian paideia, ang modernong pagpaaral sumala sa atong nahibaloan niini karon lahi kaayo unta ang dagway.</w:t>
      </w:r>
    </w:p>
    <w:p>
      <w:pPr>
        <w:pStyle w:val="ArticleBody"/>
        <w:jc w:val="left"/>
      </w:pPr>
      <w:r>
        <w:rPr>
          <w:rFonts w:ascii="Times New Roman" w:hAnsi="Times New Roman" w:eastAsia="Times New Roman" w:cs="Times New Roman"/>
        </w:rPr>
        <w:t>Niadtong 1904, gitukod ang Madison School siyam ka milya sa gawas sa Nashville. Si Ellen White usa ka orihinal nga sakop sa boarda sa gitukodang Madison School (pormal nga gitawag nga Nashville Agricultural and Normal Institute, ug sa ulahi nailhan nga Madison College). Nag-alagad siya isip usa ka orihinal nga sakop sa board of directors sukad sa pagsugod niini niadtong 1904. Nagpabilin siya sa boarda hangtod sa mga 1914 (ang tuig sa wala pa ang iyang kamatayon niadtong 1915).</w:t>
      </w:r>
    </w:p>
    <w:p>
      <w:pPr>
        <w:pStyle w:val="ArticleBody"/>
        <w:jc w:val="left"/>
      </w:pPr>
      <w:r>
        <w:rPr>
          <w:rFonts w:ascii="Times New Roman" w:hAnsi="Times New Roman" w:eastAsia="Times New Roman" w:cs="Times New Roman"/>
        </w:rPr>
        <w:t>Mao lamang kini ang kolehiyo o institusyonal nga lupon nga iyang gisugtan sukad nga sudlan o alagaran. Tinuyoan niyang gipugngan ang maong pormal nga mga katungdanan sa ubang mga organisasyon sa Adventista, apan naghimo siya ug eksepsiyon alang sa Madison tungod sa pagkatugma niini sa iyang mga tambag bahin sa edukasyon (nagasuporta sa kaugalingon, nakabase sa uma, naka-sentro sa misyonerong pagbansay nga naghatag ug paghatag-diin sa Biblia, manwal nga pagtrabaho, ug praktikal nga pag-andam alang sa pag-alagad sa Habagatan ug sa unahan pa). Ang mga mensahe sa Nashville gikan kang Sister White miabut niadtong 1904 ug 1905, sa mao rang yugto sa panahon nga ang Madison School nagsugod pa lamang, ug ang pasundayag sa Parthenon giusab ngadto sa usa ka permanente nga pasikaran sulod sa permanente nga parke. Ang simbolo sa Griegong edukasyon ug sa langitnong edukasyon pareho nga nagtimaan sa ilang mga sinugdanan sulod sa maong mubo nga yugto sa panahon, nga mao usab ang yugto sa panahon diin gihatag ang mga panan-awon sa mga bola sa kalayo sa Nashville.</w:t>
      </w:r>
    </w:p>
    <w:p>
      <w:pPr>
        <w:pStyle w:val="ArticleScripture"/>
        <w:jc w:val="left"/>
      </w:pPr>
      <w:r>
        <w:rPr>
          <w:rFonts w:ascii="Times New Roman" w:hAnsi="Times New Roman" w:eastAsia="Times New Roman" w:cs="Times New Roman"/>
        </w:rPr>
        <w:t>“Niaging gabii usa ka talan-awon ang gipakita sa akong atubangan. Tingali dili gayud ako mobati nga gawasnon sa pagpadayag sa tanan niini, apan magpadayag ako ug diyutay.</w:t>
      </w:r>
    </w:p>
    <w:p>
      <w:pPr>
        <w:pStyle w:val="ArticleScripture"/>
        <w:jc w:val="left"/>
      </w:pPr>
      <w:r>
        <w:rPr>
          <w:rFonts w:ascii="Times New Roman" w:hAnsi="Times New Roman" w:eastAsia="Times New Roman" w:cs="Times New Roman"/>
        </w:rPr>
        <w:t>“Daw ingon nga usa ka daku kaayong bola sa kalayo mikunsad ibabaw sa kalibotan ug milupig sa dagkung mga balay. Gikan sa usa ka dapit ngadto sa lain misinggit ang tingog, ‘Ang Ginoo mianhi na! Ang Ginoo mianhi na!’ Daghan ang wala maandam sa pagtagbo Kaniya, apan may pipila nga nagaingon, ‘Dalaygon ang Ginoo!’”</w:t>
      </w:r>
    </w:p>
    <w:p>
      <w:pPr>
        <w:pStyle w:val="ArticleScripture"/>
        <w:jc w:val="left"/>
      </w:pPr>
      <w:r>
        <w:rPr>
          <w:rFonts w:ascii="Times New Roman" w:hAnsi="Times New Roman" w:eastAsia="Times New Roman" w:cs="Times New Roman"/>
        </w:rPr>
        <w:t>“‘Ngano nga gidayeg ninyo ang Ginoo?’ nangutana kadtong mga pagabut-an sa kalit nga pagkalaglag.</w:t>
      </w:r>
    </w:p>
    <w:p>
      <w:pPr>
        <w:pStyle w:val="ArticleScripture"/>
        <w:jc w:val="left"/>
      </w:pPr>
      <w:r>
        <w:rPr>
          <w:rFonts w:ascii="Times New Roman" w:hAnsi="Times New Roman" w:eastAsia="Times New Roman" w:cs="Times New Roman"/>
        </w:rPr>
        <w:t>“Tungod kay karon makita na nato ang atong dugay nang gipangita.”</w:t>
      </w:r>
    </w:p>
    <w:p>
      <w:pPr>
        <w:pStyle w:val="ArticleScripture"/>
        <w:jc w:val="left"/>
      </w:pPr>
      <w:r>
        <w:rPr>
          <w:rFonts w:ascii="Times New Roman" w:hAnsi="Times New Roman" w:eastAsia="Times New Roman" w:cs="Times New Roman"/>
        </w:rPr>
        <w:t>“‘Kon nagtoo kamo nga kining mga butanga moabot, nganong wala man ninyo kami suginli?’ mao ang makalilisang nga tubag. ‘Wala kami mahibalo niining mga butanga. Ngano nga gibiyaan man ninyo kami diha sa kawalay-kaalam? Usab ug usab nakita ninyo kami; nganong wala man kamo makig-ilaila kanamo ug mosugilon kanamo bahin sa paghukom nga umalabot, ug nga kinahanglan kaming moalagad sa Dios, aron dili kami mangalaglag? Karon nangawagtang na kami!’” Manuscript 102, 1904.</w:t>
      </w:r>
    </w:p>
    <w:p>
      <w:pPr>
        <w:pStyle w:val="ArticleBody"/>
        <w:jc w:val="left"/>
      </w:pPr>
      <w:r>
        <w:rPr>
          <w:rFonts w:ascii="Times New Roman" w:hAnsi="Times New Roman" w:eastAsia="Times New Roman" w:cs="Times New Roman"/>
        </w:rPr>
        <w:t>Ang konteksto sa mga mensahe sa Nashville gikapahimutang sa heograpiya sulod sa usa ka espirituwal nga kahimtang sa tinuod o bakak nga edukasyon. Usa ka edukasyon nga nagaandam sa usa ka kalag aron mahimong lungsoranon sa langit o sa yuta. Walay paghisgot sa Islam sa mga panan-awon ni Sister White bahin sa Nashville, busa unsa may mahimong katarungan sa pagdugtong sa Islam ngadto sa panan-awon sa mga bolang-kalayo sa ibabaw sa Nashville? Unsaon man sa usa ka pagtul-id sa mensahe sa Nashville sa 2020 pag-uyon sa buhat ni Josiah Litch ug Samuel Snow? Ang ilang mga pagtul-id gihimo sa dihang ilang naila nga ang mao rang ebidensiya nga maoy mitultol ngadto sa unang panagna, mao usab ang ebidensiya nga nagpahimutang sa gitul-id nga panagna.</w:t>
      </w:r>
    </w:p>
    <w:p>
      <w:pPr>
        <w:pStyle w:val="ArticleBody"/>
        <w:jc w:val="left"/>
      </w:pPr>
      <w:r>
        <w:rPr>
          <w:rFonts w:ascii="Times New Roman" w:hAnsi="Times New Roman" w:eastAsia="Times New Roman" w:cs="Times New Roman"/>
        </w:rPr>
        <w:t>Ang pamatuod bahin sa Islam natukod na sa hataas pang panahon sa wala pa kini ikonektar sa mensahe sa pasidaan sa Nashville. Ang mensahe sa Islam direktang nalambigit sa mensahe sa ikatulong manulunda. Kining kamatuoran gihulagway pinaagi sa daghang mga biblikanhong saksi. Ang pasidaan sa ikatulong manulunda nagrepresentar ug usa ka pasidaan mahitungod sa timaan sa awtoridad sa hari sa amihanan, ug ang pasidaan sa Islam girepresentar pinaagi sa pasidaan sa mga anak sa sidlakan.</w:t>
      </w:r>
    </w:p>
    <w:p>
      <w:pPr>
        <w:pStyle w:val="ArticleScripture"/>
        <w:jc w:val="left"/>
      </w:pPr>
      <w:r>
        <w:rPr>
          <w:rFonts w:ascii="Times New Roman" w:hAnsi="Times New Roman" w:eastAsia="Times New Roman" w:cs="Times New Roman"/>
        </w:rPr>
        <w:t>Apan ang mga balita gikan sa sidlakan ug gikan sa amihanan makasamok kaniya; busa mopahawa siya nga may dakung kapungot aron sa paglaglag, ug sa hingpit nga pagwagtang sa daghan. Daniel 11:44.</w:t>
      </w:r>
    </w:p>
    <w:p>
      <w:pPr>
        <w:pStyle w:val="ArticleBody"/>
        <w:jc w:val="left"/>
      </w:pPr>
      <w:r>
        <w:rPr>
          <w:rFonts w:ascii="Times New Roman" w:hAnsi="Times New Roman" w:eastAsia="Times New Roman" w:cs="Times New Roman"/>
        </w:rPr>
        <w:t>Ang ikatulong manulonda miabut sa kasaysayan niadtong Oktubre 22, 1844 sa dihang ang ikapitong trumpeta misugod sa pagtingog. Ang ikapitong trumpeta mao usab ang ikatulong kaalaotan sa Islam. Ang rebelyon sa 1863 mipahilom sa pagtingog sa ikapitong trumpeta hangtod sa 9/11, sa dihang ang ikatulong manulonda mikanaog diha sa Pinadayag kapitulo 18 samtang ang dagkong mga bilding sa New York gipukan pinaagi sa usa ka hikap sa gahum sa Dios.</w:t>
      </w:r>
    </w:p>
    <w:p>
      <w:pPr>
        <w:pStyle w:val="ArticleBody"/>
        <w:jc w:val="left"/>
      </w:pPr>
      <w:r>
        <w:rPr>
          <w:rFonts w:ascii="Times New Roman" w:hAnsi="Times New Roman" w:eastAsia="Times New Roman" w:cs="Times New Roman"/>
        </w:rPr>
        <w:t>Ang 9/11 mao ang alpha o sinugdanan sa panahon sa pagpatik, nga matapos sa omega o katapusan sa pagpatik sa usa ka gatus ug kap-atan ug upat ka libo sa hapit nang moabot nga balaod sa Dominggo.</w:t>
      </w:r>
    </w:p>
    <w:p>
      <w:pPr>
        <w:pStyle w:val="ArticleBody"/>
        <w:jc w:val="left"/>
      </w:pPr>
      <w:r>
        <w:rPr>
          <w:rFonts w:ascii="Times New Roman" w:hAnsi="Times New Roman" w:eastAsia="Times New Roman" w:cs="Times New Roman"/>
        </w:rPr>
        <w:t>Ang 9/11 mao ang alpha sa panahon sa pagsulay mahitungod sa larawan sa mapintas nga mananap sa Estados Unidos, nga matapos sa omega sa panahon sa pagsulay mahitungod sa larawan sa mapintas nga mananap sa Estados Unidos, nga mahitabo sa diha nga ang timaan sa mapintas nga mananap ipatuman na sa Estados Unidos.</w:t>
      </w:r>
    </w:p>
    <w:p>
      <w:pPr>
        <w:pStyle w:val="ArticleBody"/>
        <w:jc w:val="left"/>
      </w:pPr>
      <w:r>
        <w:rPr>
          <w:rFonts w:ascii="Times New Roman" w:hAnsi="Times New Roman" w:eastAsia="Times New Roman" w:cs="Times New Roman"/>
        </w:rPr>
        <w:t>Ang 9/11 mao ang alpha o sinugdanan sa paghukom sa mga buhi ibabaw sa mananap sa yuta, lakip ang mga sungay niini nga Republikano ug Protestante, nga matapos sa umaabot na sa dili madugay nga balaod sa Domingo.</w:t>
      </w:r>
    </w:p>
    <w:p>
      <w:pPr>
        <w:pStyle w:val="ArticleBody"/>
        <w:jc w:val="left"/>
      </w:pPr>
      <w:r>
        <w:rPr>
          <w:rFonts w:ascii="Times New Roman" w:hAnsi="Times New Roman" w:eastAsia="Times New Roman" w:cs="Times New Roman"/>
        </w:rPr>
        <w:t>Ang 9/11 mao ang alpha sa “adlaw sa pagpangandam sa Ginoo,” nga matapos sa pagsulay bahin sa adlaw sa Igpapahulay sa Ginoo.</w:t>
      </w:r>
    </w:p>
    <w:p>
      <w:pPr>
        <w:pStyle w:val="ArticleBody"/>
        <w:jc w:val="left"/>
      </w:pPr>
      <w:r>
        <w:rPr>
          <w:rFonts w:ascii="Times New Roman" w:hAnsi="Times New Roman" w:eastAsia="Times New Roman" w:cs="Times New Roman"/>
        </w:rPr>
        <w:t>Ang 9/11 mao ang alpha sa pagtukod sa templo nga girepresentahan sa batong patukoranan, nga matapos sa dihang ang omega nga batong pamag-ang ibutang na ibabaw sa templo.</w:t>
      </w:r>
    </w:p>
    <w:p>
      <w:pPr>
        <w:pStyle w:val="ArticleBody"/>
        <w:jc w:val="left"/>
      </w:pPr>
      <w:r>
        <w:rPr>
          <w:rFonts w:ascii="Times New Roman" w:hAnsi="Times New Roman" w:eastAsia="Times New Roman" w:cs="Times New Roman"/>
        </w:rPr>
        <w:t>Ang 9/11 mao ang alpha sa ikatulong alaut sa Estados Unidos, nga matapos sa linog sa Pinadayag onse, nga mao ang haduol na nga balaod sa Dominggo. Niadtong linoga ang ikatulong alaut moabot sa madali. Ang kasaysayan sa mga fireball sa Nashville anaa sa wala pa mosira ang panahon sa pagpasulay diha sa balaod sa Dominggo, bisan pa sa pagpahibalo niadtong mga nagahukom sa mga Adventistang Laodiceano nga nagaingon, “Karon nawala na kita.”</w:t>
      </w:r>
    </w:p>
    <w:p>
      <w:pPr>
        <w:pStyle w:val="ArticleBody"/>
        <w:jc w:val="left"/>
      </w:pPr>
      <w:r>
        <w:rPr>
          <w:rFonts w:ascii="Times New Roman" w:hAnsi="Times New Roman" w:eastAsia="Times New Roman" w:cs="Times New Roman"/>
        </w:rPr>
        <w:t>Ang basahon ni Joel ug ang katumanan niini sa Pentecostes nagpahimutang sa lalis sa mensahe sa Tungang Gabii nga Singgit sa dihang ang usa ka pundok nga dili makasabut sa pagdugang sa kahibalo nag-akusar niadtong nakasabut nga nangahubog. Ang pag-atubangay sa mga palahubog sa Ephraim ug sa mga manggialamon maoy usa ka hilisgutan nga sa kanunay hisgutan sa profetikanhong Pulong sa Dios. Usa ka bahin sa kamatuoran mao nga ang mensahe usa ka mensahe nga may duha ka mga lakang, ingon sa gipakita ni Pedro didto sa itaas nga lawak ug pagkahuman niini sa templo. Girepresentar kini pinaagi sa paghukom nga nagsugod diha sa balay sa Dios ug dayon sundan niadtong anaa sa gawas sa balay sa Dios. Ang proseso sa paghukom girepresentar usab pinaagi sa duha ka mga tingog sa Pinadayag dieciocho, diin ang nahaunang tingog mao ang 9/11 padulong sa balaod sa Domingo, ug unya ang ikaduhang tingog sa bersikulo kwatro nagtimaan sa balaod sa Domingo. Ang kalainan tali sa tinuod ug bakak nga profetikanhong mensahe sa ulahing ulan gilarawan usab pinaagi kang Elias, nga giila ni Malakias nga mobalik sa dili pa ang pagsira sa panahon sa grasya.</w:t>
      </w:r>
    </w:p>
    <w:p>
      <w:pPr>
        <w:pStyle w:val="ArticleBody"/>
        <w:jc w:val="left"/>
      </w:pPr>
      <w:r>
        <w:rPr>
          <w:rFonts w:ascii="Times New Roman" w:hAnsi="Times New Roman" w:eastAsia="Times New Roman" w:cs="Times New Roman"/>
        </w:rPr>
        <w:t>Ang mga simbolo sa manggialamong ug sa mga buang sa Bukid Carmel mao si “Elias ang manggialamon” ug ang mga buang nga manalagna ni Baal. Si Elias mao si Pedro ug ang mga manalagna ni Baal mao ang mga palahubog sa Ephraim. Sa dihang ang mga buang nga palahubog mapadayag na ingon nga mga mini nga manalagna ni Baal, pinaagi sa pagbubo sa kalayo; ang mga tawo sa katapusan motubag nga, “ang Ginoo, Siya mao ang Dios.” Ang mga Laodicean nga Seventh-day Adventists mapadayag nga ing-ani, sa katumanan sa panagna sa Nashville. Kadtong mga anaa sa gawas sa Adventismo nga unya mapukaw ngadto sa pagkadili-matinumanon sa mga buang pagadad-on ilalom sa kombiksiyon, apan ang ilang panahon sa pagsulay wala pa matapos. Ang hulagway sa pagpadayag sa manggialamon ug sa mga buang nga ulay nga girepresentahan sa mensahe sa pasidaan sa Nashville usa ka timaan sa dalan sa katapusang hingpit nga katumanan sa sambingay sa napulo ka mga ulay.</w:t>
      </w:r>
    </w:p>
    <w:p>
      <w:pPr>
        <w:pStyle w:val="ArticleBody"/>
        <w:jc w:val="left"/>
      </w:pPr>
      <w:r>
        <w:rPr>
          <w:rFonts w:ascii="Times New Roman" w:hAnsi="Times New Roman" w:eastAsia="Times New Roman" w:cs="Times New Roman"/>
        </w:rPr>
        <w:t>Ang kapakyasan niadtong Hulyo 18, 2020 naghubit sa mensahe nga kinahanglan matul-id, ug sa pagpakita niadtong mga anaa sulod sa Adventismo nga may lana, ug niadtong walay lana. Kadtong kulang sa mensahe sa lana nga nagpasidaan sa Nashville unya gitandi kanila nga nanag-iya sa lana. Sa duha ka pundok nga adunay o walay lana sa mensahe, ang usa ka pundok nakaagi sa usa ka kapakyasan nga girepresentahan sa unang kapakyasan sa kasaysayan sa mga Millerita, ug ang usa wala makasinati niana nga kasinatian. Kung walay kapakyasan nga gitipoan sa mga Millerita, walay pagtul-id nga pagabuhaton sa bisan unsang napakyas nga tagna. Ang kamatuoran nga ang tagna bahin sa Nashville niadtong 2020 nag-ila sa Islam nahiuyon sa usa ka elemento sa napakyas nga mensahe nga kinahanglan matul-id.</w:t>
      </w:r>
    </w:p>
    <w:p>
      <w:pPr>
        <w:pStyle w:val="ArticleBody"/>
        <w:jc w:val="left"/>
      </w:pPr>
      <w:r>
        <w:rPr>
          <w:rFonts w:ascii="Times New Roman" w:hAnsi="Times New Roman" w:eastAsia="Times New Roman" w:cs="Times New Roman"/>
        </w:rPr>
        <w:t>Usa ka pamatuod niini makita diha sa kamatuoran nga ang kasaysayan diin moabot ang mga nagdilaab nga mga bola sa Nashville dili lamang kay nagkauyon kini sa kasaysayan sa unang kapakyasan sa mga Millerita, ug sa pagtul-id sa mensahe pagkahuman niana, kondili usab tungod kay kini mahitabo sulod sa usa ka kasaysayan nga nagsugod sa pag-abot sa ikatulong manulonda niadtong 9/11, nga nagtimaan sa pag-abot sa Islam sa ikatulong kaalautan, ug nga ang maong Islam moabot pag-usab sa matagnaong paagi didto sa linog sa balaod sa Dominggo sa Pinadayag onse. Ang pagpadayon sa Islam sulod sa mensahe bisan walay bisan unsang tuwirang pakisayran ni Sister White sa Islam ug sa pasidaan sa Nashville gibase sa tema sa maong kasaysayan, nga mao ang Islam.</w:t>
      </w:r>
    </w:p>
    <w:p>
      <w:pPr>
        <w:pStyle w:val="ArticleBody"/>
        <w:jc w:val="left"/>
      </w:pPr>
      <w:r>
        <w:rPr>
          <w:rFonts w:ascii="Times New Roman" w:hAnsi="Times New Roman" w:eastAsia="Times New Roman" w:cs="Times New Roman"/>
        </w:rPr>
        <w:t>Sa ika usa ka gatus ug kalim-an ug tulo nga artikulo sa serye nga giulohan og The Book of Daniel, atong giila nga, uyon sa pagpamatuod ni Balaam ug sa asno, ang Islam, nga girepresentahan sa asno, adunay tulo ka pangunang pakig-uban sa Tinipong Bansa sa kasaysayan gikan sa 9/11 ngadto sa balaod sa Domingo. Atong giila ang 9/11 ingon nga nahaunang hitabo, unya ang Oktubre 7, 2022 ingon nga ikaduha. Atong namatikdan nga ang nahaunang pag-atake diha sa espirituwal nga mahimayaong yuta ug ang ikaduhang pag-atake diha sa literal nga mahimayaong yuta sa Israel, ug nga ang ikatulong pag-atake mao ang pag-atake sa linog sa balaod sa Domingo. Atong gipunting nga ang kasaysayan ni Balaam niini nga propetikong lebel nagdala sa timaan sa kamatuoran, kay ang nahauna ug katapusang pag-atake diha sa espirituwal nga mahimayaong yuta ug ang tunga nga pag-atake diha sa literal nga mahimayaong yuta, nga usa ka simbolo sa pagsukol. Karon atong makita nga ang ikaupat nga hampak nga nagtimaan sa sinugdanan sa mensahe sa Tunga-tungang Singgit mahitabo diha sa espirituwal nga mahimayaong yuta sa dihang matuman ang mga fireball sa Nashville. Nagpasabot kini nga ang ikaduhang hampak ni Balaam ug sa iyang asno pilo, uban sa nahauna sa duha ka mga hampak ibabaw sa literal ug sa ikaduha ibabaw sa espirituwal nga mahimayaong yuta.</w:t>
      </w:r>
    </w:p>
    <w:p>
      <w:pPr>
        <w:pStyle w:val="ArticleBody"/>
        <w:jc w:val="left"/>
      </w:pPr>
      <w:r>
        <w:rPr>
          <w:rFonts w:ascii="Times New Roman" w:hAnsi="Times New Roman" w:eastAsia="Times New Roman" w:cs="Times New Roman"/>
        </w:rPr>
        <w:t>Ang artikulo nagpaila sa usa ka dili hingpit nga kamatuoran nga karon gipadayag na sa Leon sa banay ni Juda isip laing saksi sa propetikong koneksyon sa Islam ngadto sa mga bolang kalayo sa Nashville. Laing pangatarongan aron suportahan ang pagdugtong sa Islam ngadto sa mga bolang kalayo makita sulod sa mga linya sa reporma sa sagradong kasaysayan. Ang matag kalihokan sa reporma adunay iyang kaugalingong talagsaong tema nga maoy naglangkob sa tibuok kalihokan sa reporma. Sa kalihokan sa reporma ni Moises, kini mahitungod sa pagsulod ngadto sa tugon uban sa piniling katawhan. Sa linya sa reporma ni Cristo, kini mahitungod sa Mesiyas. Sa linya sa reporma ni David, kini mahitungod sa Napulo ka mga Sugo ug sa santuwaryo. Sa mga Millerite ang tema mao ang propetikong panahon, kay ang mga Millerite nagdala sa “mensahe sa panahon.” Sa pag-abot sa ikatulong manulonda niadtong 9/11 ang tema alang sa linya sa reporma sa usa ka gatus ug kap-atan ug upat ka libo giila nga mao ang Islam sa ikatulong kaalaut, ang mga anak sa sidlakan, ang asno sa tagna sa Biblia, ang mga kabayong panggubat sa Pinadayag nuebe, ang hangin sa sidlakan, ang mga dulon, ug ang pagpasuko sa mga nasud.</w:t>
      </w:r>
    </w:p>
    <w:p>
      <w:pPr>
        <w:pStyle w:val="ArticleBody"/>
        <w:jc w:val="left"/>
      </w:pPr>
      <w:r>
        <w:rPr>
          <w:rFonts w:ascii="Times New Roman" w:hAnsi="Times New Roman" w:eastAsia="Times New Roman" w:cs="Times New Roman"/>
        </w:rPr>
        <w:t>Ang linog sa Pinadayag onse nagtimaan sa Islam sa ikatulong kaalautan, samtang nagrepresentar usab sa katapusan sa mensahe sa Tunga-tunga sa Gabii nga Pagsinggit. Ang Tunga-tunga sa Gabii nga Pagsinggit gitipoan pinaagi sa madaugong pagsulod ni Cristo ngadto sa Jerusalem, nga nagsugod sa pagbadbad sa asno. Ang sinugdanan sa Tunga-tunga sa Gabii nga Pagsinggit sa kasaysayan sa mga Millerita mao ang pag-abot ni Samuel Snow nga nagkabayo sa miting sa kampo sa Exeter. Ang sinugdanan sa yugto sa Tunga-tunga sa Gabii nga Pagsinggit gimarkahan sa mga simbolo sa Islam. Adunay daghang mga saksi nga nagpamatuod nga ang gitul-id nga mensahe sa Hulyo 18, 2020 naglakip sa Islam isip kabahin sa mensahe sa pasidaan. Walay giila nga petsa, apan ang mga bola sa kalayo sa Nashville nag-ila sa kontrobersiya sa “bag-ong bino” sa ulahing mga adlaw, busa ang mga bola sa kalayo sa Nashville naglakip sa Islam, apan unsa man ang bahin sa pag-ila sa mga bola sa kalayo ingon nga mga hinagiban nukleyar?</w:t>
      </w:r>
    </w:p>
    <w:p>
      <w:pPr>
        <w:pStyle w:val="ArticleBody"/>
        <w:jc w:val="left"/>
      </w:pPr>
      <w:r>
        <w:rPr>
          <w:rFonts w:ascii="Times New Roman" w:hAnsi="Times New Roman" w:eastAsia="Times New Roman" w:cs="Times New Roman"/>
        </w:rPr>
        <w:t>Ang mensahe kinahanglan magpabilin sa pagngalan sa Islam isip kaatbang sa pag-atake pinasikad sa daghang mga saksi. Ang kasaypanan sa pagtakda sa panahon nga kinahanglan matul-id gihulagway pinaagi sa 1840 ug 1844. Ang panahon dili na angay mahimong bahin sa matagnaong mensahe, bisan pa nga ang mga numero mao gihapon. Ang kasaypanan nga gilarawan sa sayop nga pagsabot sa santuwaryo kinahanglan usab masulbad, apan sa dili pa kini masulbad ug maapil sa gitul-id nga mensahe, ang kasaypanan nga gihulagway pinaagi sa sayop nga pagsabot sa santuwaryo kinahanglan una mailhan. Unsa man ang girepresentar niadtong sayop nga pagsabot sa santuwaryo diha sa pasidaan sa Nashville sa Hulyo 18?</w:t>
      </w:r>
    </w:p>
    <w:p>
      <w:pPr>
        <w:pStyle w:val="ArticleBody"/>
        <w:jc w:val="left"/>
      </w:pPr>
      <w:r>
        <w:rPr>
          <w:rFonts w:ascii="Times New Roman" w:hAnsi="Times New Roman" w:eastAsia="Times New Roman" w:cs="Times New Roman"/>
        </w:rPr>
        <w:t>Nagatuo ako nga ang mga tubag makita diha sa kahayag nga padayon nang gipadayag sukad sa kataposan sa 2023. Ang tulo ka magkahanay nga linya sa napulog usa ka mga kapitulo, nga nagsugod sa kapitulo onse ug natapos sa kapitulo baynte-dos sa Genesis, Mateo, ug Pinadayag, mao ang pagbag-o sa tugon sa Dios uban sa usa ka gatus ug kap-atan ug upat ka libo. Isalikway ba nato ang Iyang tanyag sa kalooy pinaagi sa paglihok nga daw wala kita makadungog sa Iyang tawag, o moyukbo ba kita ug magmantala diha sa atong tawhanong kusog, “ang tanan nga Iyang gisugo, akong buhaton?” O tugotan ba nato ang Espiritu Santo sa pagsulat sa Iyang balaod diha sa atong mga kasingkasing ug mga hunahuna?</w:t>
      </w:r>
    </w:p>
    <w:p>
      <w:pPr>
        <w:pStyle w:val="ArticleBody"/>
        <w:jc w:val="left"/>
      </w:pPr>
      <w:r>
        <w:rPr>
          <w:rFonts w:ascii="Times New Roman" w:hAnsi="Times New Roman" w:eastAsia="Times New Roman" w:cs="Times New Roman"/>
        </w:rPr>
        <w:t>Ang mga tubag makita usab sa pag-abli sa Daniel kapitulo dose sa tulo ka mga bersikulo nga nagapresentar sa panahon ingon nga mga mensahe sa nahaunang, ikaduhang, ug ikatulong manulonda. Kining tulo ka mga bersikulo nagtimaan usab sa Disyembre 31, 2023 sa bersikulo siete, Hulyo 18, 2020 sa bersikulo dose, ug dayon ang 1989 padulong sa balaod sa Domingo ug padayon ngadto sa pagtapos sa panahon sa pagsulay ginarepresentahan sa bersikulo onse. Kadtong tulo ka mga kamatuoran, sulod niadtong tulo ka mga bersikulo, nahimutang sa mao gayod nga pahayag sa Kasulatan diin ang tulo-ka-bahin nga proseso sa pagsulay nga sa kanunay mahitabo sa dihang ang usa ka tagna pagaablihan, gipadayag!</w:t>
      </w:r>
    </w:p>
    <w:p>
      <w:pPr>
        <w:pStyle w:val="ArticleBody"/>
        <w:jc w:val="left"/>
      </w:pPr>
      <w:r>
        <w:rPr>
          <w:rFonts w:ascii="Times New Roman" w:hAnsi="Times New Roman" w:eastAsia="Times New Roman" w:cs="Times New Roman"/>
        </w:rPr>
        <w:t>Si Cristo wala lamang magbukas sa tulo ka pilo nga pagsulay sa Daniel dose, kondili Iya usab kining giila ingon nga usa ka pundasyonal nga pagsulay, nga pagasundan sa usa ka pagsulay sa templo, ug dayon sa usa ka litmus nga pagsulay. Iya pa gayod nga giila nga ang pundasyonal nga pagsulay nagsugod niadtong Disyembre 31, 2023 ug gibase sa pundasyonal nga pagsulay sa kalihokang Millerite, ingon sa gihulagway nga ang anticristo mao ang simbolo nga nagapahimutang sa eksternal nga panan-awon.</w:t>
      </w:r>
    </w:p>
    <w:p>
      <w:pPr>
        <w:pStyle w:val="ArticleBody"/>
        <w:jc w:val="left"/>
      </w:pPr>
      <w:r>
        <w:rPr>
          <w:rFonts w:ascii="Times New Roman" w:hAnsi="Times New Roman" w:eastAsia="Times New Roman" w:cs="Times New Roman"/>
        </w:rPr>
        <w:t>Dayon iyang giila ang ikaduhang pagsulay, ang pagsulay sa templo, ingon nga girepresentahan sa panan-awon ni Daniel mahitungod kang Cristo sa templo diha sa kapitulo napulo. Kana nga pagsulay nagpadayon karon. Ang pag-abli sa Daniel dose sa mga petsa nga 1989, Hulyo 18, 2020, Disyembre 31, 2023, ug ang balaod sa Domingo naglakip sa panan-awon sa Roma ug sa panan-awon ni Cristo. Ang duha ka panan-awon gipadayag sulod sa mao gayud nga panan-awon diin makita ang pag-abli sa kapitulo dose. Ang tulo ka mga kapitulo usa ka panan-awon, ug ang panan-awon ni Cristo mao ang pagsulay sa templo diha sa kapitulo napulo, ang panan-awon sa anticristo mao ang pagsulay sa patukoranan diha sa kapitulo onse, ug ang mga timaan sa dalan sa usa ka gatus ug kap-atan ug upat ka libo diha sa kapitulo dose nagrepresentar sa ikatulo ug litmus nga pagsulay diin ang mga buang gibulag gikan sa mga manggialamon samtang daghan ang ginaputli, ginapaputi, ug ginatintal.</w:t>
      </w:r>
    </w:p>
    <w:p>
      <w:pPr>
        <w:pStyle w:val="ArticleBody"/>
        <w:jc w:val="left"/>
      </w:pPr>
      <w:r>
        <w:rPr>
          <w:rFonts w:ascii="Times New Roman" w:hAnsi="Times New Roman" w:eastAsia="Times New Roman" w:cs="Times New Roman"/>
        </w:rPr>
        <w:t>Ang pagsulay sa templo nag-abli sa kahayag sa Levitico baynte-tres, nga mao ang kahayag sa arka sa tugon, nga mao ang alpha nga kahayag sa ikapitong-adlaw nga Igpapahulay ug ang omega nga kahayag sa ikapitong-tuig nga Igpapahulay. Ang kahayag sa alpha ug omega nga mga Igpapahulay nagaila sa kahayag sa pagkatawo ni Cristo. Kana nga kahayag nagaila sa Dios nga nagkuha ug tawhanong unod alang sa katuyoan sa pagpahiuli sa paghiusa sa pagka-Dios uban sa pagka-tawo, nga mao ang buluhaton nga gisugdan ni Cristo niadtong Oktubre 22, 1844; ang buluhaton nga Iyang ginatapos karon diha sa paghukom sa mga buhi.</w:t>
      </w:r>
    </w:p>
    <w:p>
      <w:pPr>
        <w:pStyle w:val="ArticleBody"/>
        <w:jc w:val="left"/>
      </w:pPr>
      <w:r>
        <w:rPr>
          <w:rFonts w:ascii="Times New Roman" w:hAnsi="Times New Roman" w:eastAsia="Times New Roman" w:cs="Times New Roman"/>
        </w:rPr>
        <w:t>Ang kahayag sa Levitico bente-tres naghiusa sa mga kasaulogan sa tingpamulak nga alpha uban sa mga kasaulogan sa tingdagdag nga omega aron maprodyus ang mismong kasaysayan sa Disyembre 31, 2023 hangtod sa pagtapos sa panahon sa pagsulay sa tawo. Sulod sa linya, ang patukoranan nga pagsulay gimarkahan nga moabot sa Disyembre 31, 2023, ug ang pagsulay sa templo giila nga magsugod sa 2025, nga magapadayon hangtod sa litmus test sa kasaulogan sa mga trumpeta. Ang tingog sa kamingawan nga nagsugod niadtong Hulyo sa 2023 gimarkahan sa kasaulogan sa tinapay nga walay levadura nga natapos lima ka adlaw human sa waymark sa tulo ka bahin. Unya usa ka yugto nga katloan ka adlaw nga gisundan sa usa ka waymark sa tulo ka bahin nga gisundan sa lima ka adlaw, sa ingon naghulagway sa tulo ka mga lakang sa walay-kataposang maayong balita. Ang alpha nga waymark sa tulo ka bahin nga gisundan sa lima ka adlaw nga mao ang unang manulonda, ang katloan ka adlaw nga mao ang ikaduhang manulonda, ug ang omega nga waymark sa tulo ka bahin nga gisundan sa lima ka adlaw ngadto sa balaod sa Domingo sa Pentecostes mao ang ikatulong manulonda.</w:t>
      </w:r>
    </w:p>
    <w:p>
      <w:pPr>
        <w:pStyle w:val="ArticleBody"/>
        <w:jc w:val="left"/>
      </w:pPr>
      <w:r>
        <w:rPr>
          <w:rFonts w:ascii="Times New Roman" w:hAnsi="Times New Roman" w:eastAsia="Times New Roman" w:cs="Times New Roman"/>
        </w:rPr>
        <w:t>Gibuksan usab ni Cristo ang kahayag sa Levitico beinte-tres sa pagtukod sa arka sa tugon diha sa templo nga panahon sa pagsulay. Ang mensahe o manulonda sa Igpapahulay sa ikapito ka adlaw sa usa ka kilid sa arka, ug ang manulonda sa Igpapahulay sa ikapito ka tuig sa pikas kilid sa arka nagrepresentar sa mga nagatabon nga kerubin nga nagatan-aw ngadto sa sulod sa arka. Sa kasaysayan sa pagselyo sa usa ka gatus ug kap-atan ug upat ka libo, ang duruha ka kahayag niadtong duha ka mga manulonda nagrepresentar sa Igpapahulay sa ikapito ka adlaw ug sa doktrina sa pagkatagatawo, nagrepresentar sa usa ka hilisgutan nga pagatun-an sa walay katapusan.</w:t>
      </w:r>
    </w:p>
    <w:p>
      <w:pPr>
        <w:pStyle w:val="ArticleBody"/>
        <w:jc w:val="left"/>
      </w:pPr>
      <w:r>
        <w:rPr>
          <w:rFonts w:ascii="Times New Roman" w:hAnsi="Times New Roman" w:eastAsia="Times New Roman" w:cs="Times New Roman"/>
        </w:rPr>
        <w:t>Siyempre, kon dili ka makahimo sa pagtan-aw sa pito ka mga panahon ingon nga simbolo sa jubileo, ang espirituwal nga Emancipation Proclamation sa 1863, nan dili usab nimo makita nga ang alpha ug omega nga mga tagna ni William Miller mao ang pito ka mga panahon ug ang duha ka libo ug tulo ka gatus ka mga adlaw. Ang dili pagkahimo sa pagtan-aw sa kamahinungdanon niadtong duha ka magkadugtong nga mga tagna sa panahon nagapugong sa bisan unsang pag-ila nga ang 1798 nagarepresentar sa pito ka mga panahon, ug ang 1844 nagarepresentar sa duha ka libo ug tulo ka gatus ka mga adlaw. Uban nianang kakulang sa kahibalo, hapit imposible gayud ang pagtan-aw nga sa dihang ang Levitico beinte-tres gidala nga magkauban, linya ibabaw sa linya, nga gipahimutang ang unang beinte-dos ka bersikulo niini nga nagapahayag sa mga pista sa tingpamulak uban sa katapusang beinte-dos ka bersikulo sa mga pista sa tingpamulak; nga ang linya nagsugod sa Igpapahulay sa ikapitong adlaw nga girepresentahan sa 1844, ug ang Igpapahulay nga nagtapos sa linya sa kap-atan ug upat ka mga bersikulo mao ang Igpapahulay sa yuta nga girepresentahan sa 1798.</w:t>
      </w:r>
    </w:p>
    <w:p>
      <w:pPr>
        <w:pStyle w:val="ArticleBody"/>
        <w:jc w:val="left"/>
      </w:pPr>
      <w:r>
        <w:rPr>
          <w:rFonts w:ascii="Times New Roman" w:hAnsi="Times New Roman" w:eastAsia="Times New Roman" w:cs="Times New Roman"/>
        </w:rPr>
        <w:t>Ang pagkadili-makat-an sa kalambigitan sa duha ka mga Igpapahulay naghulagway sa pagkadili-makat-an nga ang pito ka mga panahon sa 1798 mao ang katawhan ug ang duha ka libo ug tulo ka gatus ka mga adlaw sa 1844 mao ang Pagkadiyos. Uban sa ingon niana ka lalom nga pagkabuta, daw halos imposible gayud ang pag-ila nga ang alpha nga kahayag sa Igpapahulay sa ikapitong adlaw ug ang omega nga kahayag sa doktrina sa pagkalangkata nagaila sa buhat ni Cristo sa paghiusa sa Iyang Pagkadiyos uban sa pagkatawo sa nahulog nga tawo. Ang buhat ni Cristo sa paghiusa sa Iyang Pagkadiyos uban sa atong pagkatawo mao ang buhat sa paghiusa sa 1798 uban sa 1844, kay ang 1798 nagrepresentar sa tawhanong unod ug ang 1844 nagrepresentar sa Pagkadiyos.</w:t>
      </w:r>
    </w:p>
    <w:p>
      <w:pPr>
        <w:pStyle w:val="ArticleBody"/>
        <w:jc w:val="left"/>
      </w:pPr>
      <w:r>
        <w:rPr>
          <w:rFonts w:ascii="Times New Roman" w:hAnsi="Times New Roman" w:eastAsia="Times New Roman" w:cs="Times New Roman"/>
        </w:rPr>
        <w:t>Ang katawhan gibuhat diha sa dagway sa Dios, nga nagbaton ug usa ka mas hataas ug usa ka mas ubos nga kinaiya. Ang mas hataas nga kinaiya sa tawo mao ang unodnon ug nabaligya ngadto sa sala. Si Cristo nagahatag sa usa ka kinabig nga kalag sa Iyang hunahuna sa takna sa pagkakabig, kay ang pagkakabig mao ang dapit diin mahitabo ang pagpamatarong, ug ang pagamatarungon mao ang pagahimoon nga matarung. Ang mas ubos nga kinaiya dili matubos dihadiha, ug ang saad sa ebanghelyo alang sa mas ubos nga kinaiya mao nga makadawat kita ug usa ka mahimayaong lawas sa pagbalik ni Cristo. Ang mas hataas nga kinaiya mao ang hunahuna ug ang mas ubos nga kinaiya mao ang unod. Ang mas hataas nga kinaiya mao ang tagna sa pito ka mga panahon nga natapos niadtong Oktubre 22, 1844 sa Adlaw sa Pagtabon-sa-Sala sa dihang ang ikapitong trumpeta ug ang trumpeta sa jubileo parehong nagsugod sa pagtunog. Ang pito ka mga panahon sa mas ubos nga kinaiya natapos niadtong 1798, kay kini dili mahimong bag-ohon hangtod sa Ikaduhang Pag-anhi ni Cristo.</w:t>
      </w:r>
    </w:p>
    <w:p>
      <w:pPr>
        <w:pStyle w:val="ArticleBody"/>
        <w:jc w:val="left"/>
      </w:pPr>
      <w:r>
        <w:rPr>
          <w:rFonts w:ascii="Times New Roman" w:hAnsi="Times New Roman" w:eastAsia="Times New Roman" w:cs="Times New Roman"/>
        </w:rPr>
        <w:t>Ang pito ka mga panahon sa 1798, ang pito ka mga panahon sa 1844, ug ang duha ka libo ug tulo ka gatos ka tuig sa 1844 nagrepresentar sa buhat ni Cristo nga nagsugod niadtong Oktubre 22, 1844. Kadtong buhata mao ang paghiusa sa Iyang pagka-Dios uban sa pagkatawo, apan sa dihang ang templo nga gilangkuban sa pagkatawo ug pagka-Dios pagahiusahon sa 1844, ang 1798 dili pagailakip, kay kini nagrepresentar sa hawanan sa mga Gentil.</w:t>
      </w:r>
    </w:p>
    <w:p>
      <w:pPr>
        <w:pStyle w:val="ArticleBody"/>
        <w:jc w:val="left"/>
      </w:pPr>
      <w:r>
        <w:rPr>
          <w:rFonts w:ascii="Times New Roman" w:hAnsi="Times New Roman" w:eastAsia="Times New Roman" w:cs="Times New Roman"/>
        </w:rPr>
        <w:t>Ang pagsulay sa templo nagalakip sa pagsukod sa templo, ug sayo sa kasaysayan sa paghubad sa tinagoan nga nagsugod niadtong 2023, ang paghubad sa tinagoan sa pito ka dalugdog nagpaila sa kasaysayan gikan sa unang kapakyasan sa paglaom hangtod sa dakong kapakyasan sa paglaom ingon nga kataposan ug hingpit nga pagpadayag sa kasaysayan nga girepresentahan sa pito ka dalugdog, nga giingon sa inspirasyon nga nagrepresentar sa mga panghitabo nga nahitabo sulod sa kasaysayan sa nahaunang anghel ug sa ikaduhang anghel, ug usab sa umalabot nga mga panghitabo nga igapadayag sumala sa ilang han-ay. Ang hingpit nga katumanan gibutang sulod sa gambalay sa kamatuoran nga maoy usa sa unang mga pagpadayag nga miabot niadtong 2023. Ang kapakyasan sa paglaom sa sinugdan nagrepresentar sa omega nga kapakyasan sa paglaom, ug sa tunga mao ang Exeter camp meeting diin ang maalamon ug ang buang gibulag pinasikad sa “lana” sa mensahe.</w:t>
      </w:r>
    </w:p>
    <w:p>
      <w:pPr>
        <w:pStyle w:val="ArticleBody"/>
        <w:jc w:val="left"/>
      </w:pPr>
      <w:r>
        <w:rPr>
          <w:rFonts w:ascii="Times New Roman" w:hAnsi="Times New Roman" w:eastAsia="Times New Roman" w:cs="Times New Roman"/>
        </w:rPr>
        <w:t>Ang templo sa mga Millerita gitukod gikan sa kapakyasan ngadto sa kapakyasan, sa ingon nagpaila nga ang templo sa usa ka gatus ug kap-atan ug upat ka libo gitukod gikan sa Hulyo 18, 2020 ngadto sa haduol nang umaabot nga balaod sa Domingo diin ang pultahan pagasirhan sa sambingay, maingon sa nahitabo kaniadtong Oktubre 22, 1844. Ang kasaysayan nga girepresentahan sa pito ka mga dalugdog mao ang mao rang kasaysayan nga girepresentahan diha sa kahayag sa Daniel dose. Ang kahayag sa usa ka libo duha ka gatus ug nubenta ka adlaw sa Daniel dose direktang nagdugtong sa yugto nga katloan ka tuig nga girepresentahan sa bersikulo onse. Kini usab nadugtong sa katloan ka tuig nga gipaila pinaagi sa unang representatibo sa tugon uban sa piniling katawhan ug sa propeta nga gipatay-og aron pagailahon ang kausaban sa relasyon sa tugon gikan sa literal nga Israel ngadto sa espirituwal nga Israel. Ang 30 ka adlaw sa tunga sa balangkas sa Levitico baynte-tres mao ang mao rang katloan ka tuig sa unang lakang sa tulo-ka-bahin nga tugon ni Abraham uban sa Dios. Ang katloan ka tuig gikan sa 508 ngadto sa 538 sa bersikulo onse usa ka simbolo sa pagkasaserdote sa usa ka gatus ug kap-atan ug upat ka libo.</w:t>
      </w:r>
    </w:p>
    <w:p>
      <w:pPr>
        <w:pStyle w:val="ArticleBody"/>
        <w:jc w:val="left"/>
      </w:pPr>
      <w:r>
        <w:rPr>
          <w:rFonts w:ascii="Times New Roman" w:hAnsi="Times New Roman" w:eastAsia="Times New Roman" w:cs="Times New Roman"/>
        </w:rPr>
        <w:t>Ang 30 ka adlaw diha sa estruktura sa Levitico baynte-tres kabahin sa kap-atan ka adlaw nga si Cristo nagtudlo sa Iyang mga tinun-an sa nawong ug nawong hangtod Siya mikayab. Ang traynta usa ka simbolo sa mga saserdote nga mosugod sa pag-alagad sa traynta ka tuig ang panuigon. Ang traynta ka tuig gikan sa 508 ngadto sa 538 nagtimaan sa transisyon gikan sa paganong Roma ngadto sa papal nga Roma, ug sa pagbuhat niana ilang ginaila ang transisyon sa Laodiceanong pagkasaserdote sa usa ka gatus ug kap-atan ug upat ka libo ngadto sa Philadelphianong pagkasaserdote sa usa ka gatus ug kap-atan ug upat ka libo. Ang transisyon mahitabo sa tulo ka mga lakang sumala sa girepresentahan sa 508 sa dihang ang “adlaw-adlaw” gikuha, ang mando ni Justinian niadtong 533, nga gisundan sa balaod sa Dominggo niadtong 538, sa dihang ang transisyon gipahuman.</w:t>
      </w:r>
    </w:p>
    <w:p>
      <w:pPr>
        <w:pStyle w:val="ArticleBody"/>
        <w:jc w:val="left"/>
      </w:pPr>
      <w:r>
        <w:rPr>
          <w:rFonts w:ascii="Times New Roman" w:hAnsi="Times New Roman" w:eastAsia="Times New Roman" w:cs="Times New Roman"/>
        </w:rPr>
        <w:t>Kadtong katloan ka tuig nagrepresentar sa 1989 ngadto sa balaod sa Domingo, diin ang mga tinimbrehan sa Dios nga katawhang Filadelfianhon, ingon nga Iyang templo, pagabayawon aron makita sa tibuok kalibotan. Unya ang kalibotan mohukom tali kang Cristo nga girepresentahan sa Iyang katawhan, nga nanlingkod sa langitnong mga dapit uban kang Cristo ug busa anaa sa templo sa Dios; o pabor sa tawo sa sala nga nagalingkod sa templo sa Dios, nga nagapakita sa iyang kaugalingon nga siya mao ang Dios. Sa haduol nang moabot nga balaod sa Domingo, ang mga mamumuo sa ikanapulog-usa nga takna, nga mao usab ang dakong panon, atubangon sa usa ka saligang pagsulay. Ang Igpapahulay ba sa ikapitong adlaw mao ang Igpapahulay sa Dios o ang adlaw sa adlaw, mao ba ang Igpapahulay sa Dios.</w:t>
      </w:r>
    </w:p>
    <w:p>
      <w:pPr>
        <w:pStyle w:val="ArticleScripture"/>
        <w:jc w:val="left"/>
      </w:pPr>
      <w:r>
        <w:rPr>
          <w:rFonts w:ascii="Times New Roman" w:hAnsi="Times New Roman" w:eastAsia="Times New Roman" w:cs="Times New Roman"/>
        </w:rPr>
        <w:t>“Ug karon lain na usab nga talan-awon ang milabay sa iyang atubangan. Iyang nakita ang buhat ni Satanas sa pagdala sa mga Judio sa pagsalikway kang Cristo, samtang nagpakaaron-ingnon sila nga nagpasidungog sa balaod sa Iyang Amahan. Karon iyang nakita ang Kristohanong kalibotan nga nailalom sa susamang paglimbong, nga nagaangkon sa pagdawat kang Cristo samtang ilang gisalikway ang balaod sa Dios. Nadungog niya gikan sa mga pari ug mga anciano ang mabalatianong singgit, ‘Ipahawa Siya!’ ‘Ilansang Siya sa krus, ilansang Siya sa krus!’ ug karon nadungog niya gikan sa mga magtutudlo nga nag-angkon nga Kristohanon ang singgit, ‘Wagtanga ang balaod!’ Iyang nakita ang Igpapahulay nga adlaw gitamakan, ug usa ka mini nga institusyon gipatindog puli niini. Sa makausa pa napuno si Moises sa katingala ug kalisang. Unsaon man sa mga nagtuo kang Cristo ang pagsalikway sa balaod nga gisulti pinaagi sa Iyang kaugalingong tingog didto sa balaang bukid? Unsaon man sa bisan kinsa nga nahadlok sa Dios ang pagsalikway sa balaod nga mao ang patukoranan sa Iyang kagamhanan sa langit ug sa yuta? Uban sa kalipay nakita ni Moises nga ang balaod sa Dios padayon gihapon nga gipasidunggan ug gibayaw sa pipila ka matinumanong mga tawo. Iyang nakita ang katapusang dakong pakigbisog sa yutan-ong mga gahum aron laglagon kadtong nagabantay sa balaod sa Dios. Mitan-aw siya ngadto sa panahon sa dihang motindog ang Dios aron silotan ang mga molupyo sa yuta tungod sa ilang kasal-anan, ug kadtong nangahadlok sa Iyang ngalan pagatabonan ug pagatagoon sa adlaw sa Iyang kapungot. Nadungog niya ang pakigsaad sa pakigdait sa Dios uban sa mga nagtuman sa Iyang balaod, sa dihang mopagula Siya sa Iyang tingog gikan sa Iyang balaang puluy-anan ug mangurog ang mga langit ug ang yuta. Iyang nakita ang ikaduhang pag-anhi ni Cristo diha sa himaya, ang mga minatarong nga nangamatay gibanhaw ngadto sa kinabuhing walay kamatayon, ug ang mga buhing balaan gibaylo nga walay pagtan-aw sa kamatayon, ug sa tingub misaka uban sa mga awit sa kalipay ngadto sa Siyudad sa Dios.” Patriarchs and Prophets, 476.</w:t>
      </w:r>
    </w:p>
    <w:p>
      <w:pPr>
        <w:pStyle w:val="ArticleBody"/>
        <w:jc w:val="left"/>
      </w:pPr>
      <w:r>
        <w:rPr>
          <w:rFonts w:ascii="Times New Roman" w:hAnsi="Times New Roman" w:eastAsia="Times New Roman" w:cs="Times New Roman"/>
        </w:rPr>
        <w:t>Ang dakong panon, nga mga Gentil ug mga mamumuo sa usa ka takna, pagasulayan pinaagi sa usa ka batakang pagsulay, nga dayon sundan sa usa ka pagsulay mahitungod sa templo. Ang tawhanong templo sa Roma uban sa tawo sa sala mao ba ang bato o ang balas nga maoy inyong patukoran sa inyong pagtuo? O mao ba kini ang templo sa pagka-incarnado, diin ang pagka-Dios ug ang pagka-tawo gihiusa, nga mao ang templo sa usa ka gatus ug kap-atan ug upat ka libo nga gitawag ni Pedro nga “usa ka espirituhanong balay?” Nianang panahona sa pagsulay sa patukoranan ug sa templo, ang paglutos magapadayon sa litmus nga pagsulay sa ikatulong lakang ug unya ang panahon sa pagsulay sa tawo matapos.</w:t>
      </w:r>
    </w:p>
    <w:p>
      <w:pPr>
        <w:pStyle w:val="ArticleBody"/>
        <w:jc w:val="left"/>
      </w:pPr>
      <w:r>
        <w:rPr>
          <w:rFonts w:ascii="Times New Roman" w:hAnsi="Times New Roman" w:eastAsia="Times New Roman" w:cs="Times New Roman"/>
        </w:rPr>
        <w:t>Ang Leon sa banay ni Juda karon nagpuno sa tinagong kasaysayan sa bersikulo kuwarenta, ug nagpaila pa gani ug dugang nga kahayag pinaagi sa tulo ka duha ka gatus ug kalim-an ka tuig nga mga tagna ni Ciro, Nero, ug Trump; ug gibuhat Niya kini sa mismong panahon nga Iyang gihatagan ug gibug-aton ang buluhaton sa pagmantala sa natul-id nga mensahe sa Nashville. Ang linya ni Nero naghatag sa balangkas sa katapusang pagpahimutang sa larawan sa mapintas nga mananap sa Tinipong Bansa sa Amerika ug unya sa kalibotan. Ang linya ni Ciro sa 457 BC nag-ila sa kasaysayan tali sa Raphia ug Panium, ang kasaysayan tali sa Gubat sa Ukraine ug sa Ikatulong Gubat sa Kalibotan nga magsugod samtang ang Panium mahiusa sa Actium sa hapit na moabot nga balaod sa Dominggo. Ang linya ni Trump matapos niining tuiga sa Hulyo 4.</w:t>
      </w:r>
    </w:p>
    <w:p>
      <w:pPr>
        <w:pStyle w:val="ArticleBody"/>
        <w:jc w:val="left"/>
      </w:pPr>
      <w:r>
        <w:rPr>
          <w:rFonts w:ascii="Times New Roman" w:hAnsi="Times New Roman" w:eastAsia="Times New Roman" w:cs="Times New Roman"/>
        </w:rPr>
        <w:t>Si Nero usa ka simbolo sa paglutos; ang iglesia sa Smyrna nag-ila sa kasaysayan nga nagpadayon hangtod nga ang paglutos mohunong 250 ka tuig sa ulahi sa iglesia sa Pergamos ug sa pagkompromiso. Ang linya nag-ila sa pagpatindog sa larawan, ug busa nahiuyon sa kasaysayan sa dihang ang larawan ni Cristo ginapatindog diha sa Iyang templo. Ang “edikto” mao ang sinugdanan nga modala ngadto sa unang balaod sa Dominggo nga pagasundan sa siradong pultahan sa pagkabahin tali sa sidlakan ug kasadpan, sa manggialamon ug buang, sa trigo ug sampinit, ug sa mga luwas o sa mga nangawala. Ang “edikto” nga nagsugod sa maong yugto mao usab ang “edikto” nga nagsugod sa mao rang panahon sa pagsulay alang sa kalibotan. Ang “edikto” busa mao ang una ug ang katapusan. Ang matag timaan sa dalan sa napulog pito ka tuig nga linya ni Nero nag-ila sa nagkagrabeng paglutos sa krisis sa balaod sa Dominggo nga nagsugod pinaagi sa usa ka “edikto,” usa ka butang nga sama sa usa ka “executive order” sa presidente.</w:t>
      </w:r>
    </w:p>
    <w:p>
      <w:pPr>
        <w:pStyle w:val="ArticleBody"/>
        <w:jc w:val="left"/>
      </w:pPr>
      <w:r>
        <w:rPr>
          <w:rFonts w:ascii="Times New Roman" w:hAnsi="Times New Roman" w:eastAsia="Times New Roman" w:cs="Times New Roman"/>
        </w:rPr>
        <w:t>Ang tulo ka mga dekreto ni Ciro sa 457 BC nagtimaan sa usa ka napulog-pito ka tuig nga yugto nga may tulo ka mga timaan sa katapusan, maingon man sa linya ni Nero ug sa laing linya ni Ciro, nga mitapos sa pag-abot sa nahaunang, ikaduhang, ug ikatulong mga manulonda gikan sa 1798 hangtod sa 1844. Ang tulo ka mga lakang ni Ciro mao ang gubat sa Raphia, unya napulo ka tuig paingon sa ikaduhang lakang, ug dayon pito ka tuig paingon sa gubat sa Panium. Ang sinugdanan ug ang katapusan kapuwa mga gubat, busa nagdala sa ilhanan sa Alpha ug Omega. Ang nahaunang yugto nga napulo ka tuig nagrepresentar sa usa ka yugto sa pagsulay nga nagsugod niadtong 2014 uban sa Gubat sa Ukraine, ug ang ikaduhang yugto mitapos pito ka tuig sa ulahi sa gubat sa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Gibuksan ni Palmoni ang mensahe sa panahon ngadto sa mga Millerite sa kasaysayan sa nahaunang ug ikaduhang mga manulonda, ug Iyang gibuksan ang mensahe sa mga numero sa kasaysayan sa usa ka gatus ug kap-atan ug upat ka libo, nga mao ang kasaysayan sa ikatulong manulonda.</w:t>
      </w:r>
    </w:p>
    <w:p>
      <w:pPr>
        <w:pStyle w:val="ArticleBody"/>
        <w:jc w:val="left"/>
      </w:pPr>
      <w:r>
        <w:rPr>
          <w:rFonts w:ascii="Times New Roman" w:hAnsi="Times New Roman" w:eastAsia="Times New Roman" w:cs="Times New Roman"/>
        </w:rPr>
        <w:t>Ang simbolikong mga kasaysayan sa pagpanagna, sama sa kaluhaan ug duha ka tuig gikan sa 1776 hangtod sa 1798 nga girepresentahan sa pag-alsa sa mga Maccabeo, nag-ila sa hinungdan sa pagsugod sa ikaunom nga gingharian, ug sa hinungdan sa pagtapos sa ikalima nga gingharian. Ang ikakaluhaan ug duha nga presidente, si Grover Cleveland, mao ang alpha sa mga presidente nga nagatipolohiya sa omega nga presidente nga si Donald Trump, ingon nga sila lamang ang duha ka presidente nga nagserbisyo ug duha ka termino nga dili magsunod. Si Trump mao ang ikakaluhaan ug duha nga presidente nga nakadaog sa ikaduhang termino, kon iapil ang ubang mga presidente nga mipuli sulod sa termino sa miaging presidente, uban sa mga presidente nga nakadaog ug ikaduhang termino alang sa ilang kaugalingon. Ang ikaunom nga gingharian sa panagna sa Biblia nagsugod niadtong 1798, human sa kaluhaan ug duha ka tuig gikan sa Deklarasyon sa Independensiya. Ang 1798 hangtod sa 2026 girepresentahan sa 22 sa alpha nga petsa ug 22 sa omega nga petsa.</w:t>
      </w:r>
    </w:p>
    <w:p>
      <w:pPr>
        <w:pStyle w:val="ArticleBody"/>
        <w:jc w:val="left"/>
      </w:pPr>
      <w:r>
        <w:rPr>
          <w:rFonts w:ascii="Times New Roman" w:hAnsi="Times New Roman" w:eastAsia="Times New Roman" w:cs="Times New Roman"/>
        </w:rPr>
        <w:t>Tulo ka laray nga tag-onse ka mga kapitulo nga nagsugod sa ikanapulog-usa nga kapitulo ug natapos sa ika-baynte-dos nga kapitulo. Ang matag usa sa tulo ka mga laray nga tag-onse ka kapitulo adunay usa ka tukmang tunga nga punto nga girepresentahan sa tulo ka mga bersikulo. Gipaila sa Genesis kon kanus-a gihatag ang “sirkunsisyon” ingon nga simbolo sa usa ka relasyon sa tugon uban sa usa ka piniling katawhan. Mao kadto ang unang higayon nga ang usa ka piniling katawhan gihatagan ug usa ka ilhanan nga nagrepresentar sa usa ka katawhan sa tugon, ug sa Mateo ang sentrong tulo ka mga bersikulo nagpaila sa Bato nga ibabaw niini pagatukoron ni Cristo ang Iyang iglesia. Kining mga bersikulo nagpaila sa higayon nga ang ngalan ni Simon Barjona giilisan ngadto kang Pedro, nga katumbas sa usa ka gatus ug kap-atan ug upat ka libo. Ang tunga sa laray diha sa Pinadayag nagpaila sa tugon sa kamatayon samtang gipaila niini ang kapapahan ingon nga ikawalong ulo nga gikan sa pito. Unsay imong mahunahunaang mga implikasyon nga ang kapitulo onse sa The Desire of Ages nagpaila sa mensahe ni Juan Bautista, ug nga ang kapitulo baynte-dos nagpaila sa kamatayon ni Juan?</w:t>
      </w:r>
    </w:p>
    <w:p>
      <w:pPr>
        <w:pStyle w:val="ArticleBody"/>
        <w:jc w:val="left"/>
      </w:pPr>
      <w:r>
        <w:rPr>
          <w:rFonts w:ascii="Times New Roman" w:hAnsi="Times New Roman" w:eastAsia="Times New Roman" w:cs="Times New Roman"/>
        </w:rPr>
        <w:t>Ang tunga niadtong mga kapitulo modala kanimo ngadto sa panid 168, diin nagsugod ang kapitulo nga may ulohan nga Nicodemus. Ang kapitulo onse may ulohan nga Ang Bautismo ug ang kapitulo baynte dos may ulohan nga Pagkabilanggo ug Kamatayon ni Juan. Ang kapitulo onse usa ka simbolo sa kamatayon, paglubong, ug pagkabanhaw, maingon man ang kapitulo disi-siyete ug si Nicodemus, ug maingon man usab ang kamatayon ni Juan.</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Baynte-Dos</dc:title>
  <dc:subject>Disyembre 31,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