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Magkasinumbanay nga mga Pasidaan - Ikaduha</w:t>
      </w:r>
    </w:p>
    <w:p>
      <w:pPr>
        <w:pStyle w:val="ArticleSubtitle"/>
        <w:jc w:val="left"/>
      </w:pPr>
      <w:r>
        <w:rPr>
          <w:rFonts w:ascii="Arial" w:hAnsi="Arial" w:eastAsia="Arial" w:cs="Arial"/>
        </w:rPr>
        <w:t>Pagbutyag sa Profetikong Habol: Paghubad sa mga Mensahe sa Pinadayag 14 sa Kasaysayan sa mga Millerite ug Karon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Sa dihang natuman ang sambingay sa napulo ka mga ulay diha sa kasaysayan sa mga Millerita, kini nahitabo sulod sa mensahe sa ikaduhang manulonda. Ang mensahe sa ikaduhang manulonda nagrepresentar ug duha ka lahi nga mga mensahe, sa panahon nga ilang gisakop ug usab sa bahin sa gitumong nga mga tigpaminaw sa mensahe. Ang mensahe sa ikaduhang manulonda gipahinungod ngadto sa mga Protestanteng iglesia nga bag-o pa lamang mibalik ngadto sa Roma ug nahimong mga anak nga babaye sa Babilonia. Ang Singgit sa Tunga-tungang Gabii gipahinungod ngadto sa natulog nga mga Millerita. Ang nahaunang mensahe gipahinungod sa mga anaa sa gawas sa mga Millerita; ang ikaduha gipahinungod sa mga anaa sa sulod. Kini matuman gayud sa letra sa atong adlaw.</w:t>
      </w:r>
    </w:p>
    <w:p>
      <w:pPr>
        <w:pStyle w:val="ArticleBody"/>
        <w:jc w:val="left"/>
      </w:pPr>
      <w:r>
        <w:rPr>
          <w:rFonts w:ascii="Times New Roman" w:hAnsi="Times New Roman" w:eastAsia="Times New Roman" w:cs="Times New Roman"/>
        </w:rPr>
        <w:t>Ang kalainan nga angay timan-an sa pagbalikbalik sa atong panahon mao kini: nga sa sinugdanan sa Adventismo, ang mensahe sa ikaduhang anghel una miadto sa gawas sa mga Millerite ug unya ang ikaduhang bahin sa mensahe misulod ngadto sa mga Millerite. Sa katapusan sa Adventismo, sa dihang ang sambingay pagausabon na usab, maingon man usab ang mensahe sa ikaduhang anghel. Gisultihan kita niana sa diretso sa kapin pa sa pipila lamang ka higayon. Apan ang duruha ka bahin nga kinaiya sa mensahe mibalit-ad sa katapusan. Ang unang mensahe moadto sa Adventismo ug ang ikaduha ngadto sa mga anaa sa gawas sa Adventismo. Gisultihan kita nga ang buluhaton ug mensahe nga girepresentahan sa anghel sa Pinadayag 18 usa ka pagbalik sa mensahe sa ikaduhang anghel.</w:t>
      </w:r>
    </w:p>
    <w:p>
      <w:pPr>
        <w:pStyle w:val="ArticleScripture"/>
        <w:jc w:val="left"/>
      </w:pPr>
      <w:r>
        <w:rPr>
          <w:rFonts w:ascii="Times New Roman" w:hAnsi="Times New Roman" w:eastAsia="Times New Roman" w:cs="Times New Roman"/>
        </w:rPr>
        <w:t>“Ang propeta nagaingon, ‘Nakita ko ang laing manulonda nga mikunsad gikan sa langit, nga may dakung kagahum; ug ang yuta nalamdagan sa iyang himaya. Ug siya misinggit sa makusog nga tingog, nga nagaingon, Nahulog na ang dakung Babilonia, nahulog na, ug nahimong puloy-anan sa mga yawa’ (Pinadayag 18:1, 2). Mao kini ang mao gihapong mensahe nga gihatag sa ikaduhang manulonda. Nahulog na ang Babilonia, ‘tungod kay iyang gipainom ang tanang kanasoran sa bino sa kapungot sa iyang pakighilawas’ (Pinadayag 14:8). Unsa man kana nga bino?—Ang iyang mini nga mga doktrina. Iyang gihatag sa kalibotan ang mini nga igpapahulay puli sa Igpapahulay sa ikaupat nga sugo, ug gisubli niya ang bakak nga unang gisulti ni Satanas kang Eva didto sa Eden—ang kinaiyanhong pagka-imortal sa kalag. Daghang managsama nga mga kasaypanan iyang gipakaylap sa halayo ug sa lapad, ‘nga nagatudlo ingon nga mga doktrina sa mga sugo sa mga tawo’ (Mateo 15:9).</w:t>
      </w:r>
    </w:p>
    <w:p>
      <w:pPr>
        <w:pStyle w:val="ArticleScripture"/>
        <w:jc w:val="left"/>
      </w:pPr>
      <w:r>
        <w:rPr>
          <w:rFonts w:ascii="Times New Roman" w:hAnsi="Times New Roman" w:eastAsia="Times New Roman" w:cs="Times New Roman"/>
        </w:rPr>
        <w:t>“Sa dihang gisugdan ni Jesus ang Iyang pangmadlaang ministeryo, gilimpyohan Niya ang Templo gikan sa sagrilehiyosong pagpasipala niini. Lakip sa katapusang mga buhat sa Iyang ministeryo mao ang ikaduhang paglimpyo sa Templo. Busa sa katapusang buluhaton alang sa pagpasidaan sa kalibotan, duha ka lahi nga mga tawag ang gihimo ngadto sa mga iglesia. Ang mensahe sa ikaduhang manulonda mao kini, ‘Nahulog na ang Babilonia, nahulog na, kadtong bantugang siyudad, tungod kay gipainom niya ang tanang kanasoran sa bino sa kapungot sa iyang pagpakighilawas’ (Pinadayag 14:8). Ug diha sa makusog nga singgit sa mensahe sa ikatulong manulonda usa ka tingog ang nadungog gikan sa langit nga nagaingon, ‘Gumula kamo kaniya, akong katawhan, aron dili kamo makaambit sa iyang mga sala, ug aron dili kamo makadawat sa iyang mga hampak. Kay ang iyang mga sala nakaabot na ngadto sa langit, ug nahinumduman sa Dios ang iyang mga kasal-anan’ (Pinadayag 18:4, 5).” Selected Messages, libro 2, 118.</w:t>
      </w:r>
    </w:p>
    <w:p>
      <w:pPr>
        <w:pStyle w:val="ArticleBody"/>
        <w:jc w:val="left"/>
      </w:pPr>
      <w:r>
        <w:rPr>
          <w:rFonts w:ascii="Times New Roman" w:hAnsi="Times New Roman" w:eastAsia="Times New Roman" w:cs="Times New Roman"/>
        </w:rPr>
        <w:t>Ang mensahe sa ikaduhang manulonda sa sinugdanan sa Adventismo mao ra ang samang mensahe nga gihulagway sa manulonda sa Pinadayag 18, ug nianang pasidaan, adunay duha ka mga tingog nga nagmantala ug usa ka mensahe. Ang unang tingog gipahibalo sa dihang ang yuta napasanag pinaagi sa iyang himaya, ug sa bersikulo 4 si Juan nakadungog ug laing tingog nga nagaingon, “gumula kamo gikan kaniya.”</w:t>
      </w:r>
    </w:p>
    <w:p>
      <w:pPr>
        <w:pStyle w:val="ArticleBody"/>
        <w:jc w:val="left"/>
      </w:pPr>
      <w:r>
        <w:rPr>
          <w:rFonts w:ascii="Times New Roman" w:hAnsi="Times New Roman" w:eastAsia="Times New Roman" w:cs="Times New Roman"/>
        </w:rPr>
        <w:t>Sa kasaysayan sa mga Millerite, ang tawag sa paggula gikan sa Babilonia miuna, ug ang mensahe ngadto sa mga Millerite misunod. Sa Pinadayag 18, kini mao ang ikaduhang tingog, o ikaduhang mensahe, nga naghisgot ngadto niadtong anaa sa gawas sa Adventismo. Uban sa pagpahayag nga adunay “duha ka lahi nga mga tawag nga gihimo ngadto sa mga iglesia,” atong makita usab nga ang duha ka higayon nga gilimpyohan ni Cristo ang templo (sa sinugdanan ug sa katapusan sa Iyang ministerio) usa usab ka hulagway sa sinugdanan ug sa katapusan sa Adventismo.</w:t>
      </w:r>
    </w:p>
    <w:p>
      <w:pPr>
        <w:pStyle w:val="ArticleBody"/>
        <w:jc w:val="left"/>
      </w:pPr>
      <w:r>
        <w:rPr>
          <w:rFonts w:ascii="Times New Roman" w:hAnsi="Times New Roman" w:eastAsia="Times New Roman" w:cs="Times New Roman"/>
        </w:rPr>
        <w:t>Ang pagsugod sa Adventismo naghulagway sa usa ka paghinlo sa mga mamumuo nga nakatabang sa pagtukod sa pundasyon nga gigamit si William Miller sa pagpatukod. Ang pundasyon nahuman sa pagtapos sa mensahe sa ikaduhang manulonda, kay sa pag-abot sa ikatulong manulonda niadtong Oktubre 22, 1844, ang mga kamatuoran nga naglangkob sa mga pundasyon sa Adventismo gihimong mabatonan aron masabtan sa mga andam nga mamati.</w:t>
      </w:r>
    </w:p>
    <w:p>
      <w:pPr>
        <w:pStyle w:val="ArticleBody"/>
        <w:jc w:val="left"/>
      </w:pPr>
      <w:r>
        <w:rPr>
          <w:rFonts w:ascii="Times New Roman" w:hAnsi="Times New Roman" w:eastAsia="Times New Roman" w:cs="Times New Roman"/>
        </w:rPr>
        <w:t>Ang buluhaton sa pagtukod sa pundasyon natapos sa kinatumyan sa kasaysayan sa ikaduhang anghel, sa dihang “duha ka lahi nga mga tawag gihimo ngadto sa mga iglesia.” Ang unang tawag didto sa gawas sa mga Millerite, ang ikaduha alang sa mga Millerite. Apan may laing sinugdanan usab nga mohaom sa sinugdanan sa Adventismo, mao ang ministeryo ni Cristo sa dihang gilimpyohan Niya ang Iyang templo sa unang higayon. Ang propetikong hulagway sa templo nga gilimpyohan nagtimaan sa usa ka paghinlo sa sinugdanan ug sa katapusan sa Iyang ministeryo, nga sa baylo naghulagway sa usa ka paghinlo sa Adventismo sa sinugdanan ug sa katapusan niini. Ang duha ka paghinlo ni Cristo sa templo nagkatakdo sa sinugdanan ug sa katapusan sa Adventismo, apan ang Iyang mensahe alang lamang sa Iyang katawhan sa tugon nga anaa sa proseso sa walay kataposang pagbulag sa ilang kaugalingon gikan sa Dios.</w:t>
      </w:r>
    </w:p>
    <w:p>
      <w:pPr>
        <w:pStyle w:val="ArticleBody"/>
        <w:jc w:val="left"/>
      </w:pPr>
      <w:r>
        <w:rPr>
          <w:rFonts w:ascii="Times New Roman" w:hAnsi="Times New Roman" w:eastAsia="Times New Roman" w:cs="Times New Roman"/>
        </w:rPr>
        <w:t>Ang sinugdanan sa Adventismo nagpresentar ug usa ka mensahe nga nagpahibalo sa pag-abli sa hukom, ug ang katapusan sa Adventismo nagpahibalo sa pagtapos sa hukom. Gihinloan ni Jesus ang templo sa unang higayon ug gibadlong ang mga Judio tungod sa paghimo sa Iyang balay nga usa ka langub sa mga tulisan, apan ang ikaduhang paghinlo sa templo diha “sa taliwala sa katapusang mga buhat sa Iyang ministeryo.” Sa katapusan sa Iyang ministeryo, wala na Niya sultihi ang mga Judio nga ilang gihimo ang balay sa Iyang Amahan nga usa ka langub sa mga tulisan; hinoon, gisultihan Niya sila nga ang ilang balay “gibiyaan ngadto kanila nga biniyaan.”</w:t>
      </w:r>
    </w:p>
    <w:p>
      <w:pPr>
        <w:pStyle w:val="ArticleScripture"/>
        <w:jc w:val="left"/>
      </w:pPr>
      <w:r>
        <w:rPr>
          <w:rFonts w:ascii="Times New Roman" w:hAnsi="Times New Roman" w:eastAsia="Times New Roman" w:cs="Times New Roman"/>
        </w:rPr>
        <w:t>“Sa maong panahon ang mga magsisimba gikan sa matag nasod nangita sa templo nga gipahinungod alang sa pagsimba sa Dios. Nagasidlak sa bulawan ug mga mahalong bato, kini usa ka panan-awon sa katahom ug kahalangdon. Apan si Jehova wala na hikaplagi didto sa maong palasyo sa katahom. Ang Israel isip usa ka nasod mibulag sa iyang kaugalingon gikan sa Dios. Sa dihang si Cristo, haduol na sa katapusan sa Iyang yutan-ong ministeryo, mitan-aw sa katapusang higayon sa sulod sa templo, Siya miingon, ‘Tan-awa, ang inyong balay gibiyaan kaninyo nga biniyaan.’ Mateo 23:38. Hangtod niana gitawag Niya ang templo nga balay sa Iyang Amahan; apan sa dihang ang Anak sa Dios migawas gikan niadtong mga paril, ang presensya sa Dios gikuha sa walay katapusan gikan sa templo nga gitukod alang sa Iyang himaya.” Mga Buhat sa mga Apostoles, 145.</w:t>
      </w:r>
    </w:p>
    <w:p>
      <w:pPr>
        <w:pStyle w:val="ArticleBody"/>
        <w:jc w:val="left"/>
      </w:pPr>
      <w:r>
        <w:rPr>
          <w:rFonts w:ascii="Times New Roman" w:hAnsi="Times New Roman" w:eastAsia="Times New Roman" w:cs="Times New Roman"/>
        </w:rPr>
        <w:t>Ang templo nga Iyang gihinloan sa sinugdan lahi sa templo nga Iyang gihinloan sa katapusan. Ang unang templo mao ang balay sa Iyang Amahan, apan ang ikaduhang templo mao ang balay sa mga Judio. Ang Ginoo misulod sa pakigsaad uban sa Adventismo sa sinugdan, ug ang mga Adventista nahimong mga saserdote sa Iyang templo. Sa katapusan sa Adventismo, dili na sila mahimong mga saserdote, ug ang ilang balay himoon nga biniyaan.</w:t>
      </w:r>
    </w:p>
    <w:p>
      <w:pPr>
        <w:pStyle w:val="ArticleBody"/>
        <w:jc w:val="left"/>
      </w:pPr>
      <w:r>
        <w:rPr>
          <w:rFonts w:ascii="Times New Roman" w:hAnsi="Times New Roman" w:eastAsia="Times New Roman" w:cs="Times New Roman"/>
        </w:rPr>
        <w:t>Ang ikaduhang manulunda nagrepresentar sa duha ka mga mensahe. Mao kini ang usa sa mga hinungdan nganong ang mensahe gihulagway nga ang Babilonia napukan sa makaduha. Dili kini mao ang pangunang hinungdan sa makaduha nga gipahibalo nga kapukan sa Babilonia, apan usa kini ka hinungdan. Sa unsang paagi nga duha kini ka mga mensahe?</w:t>
      </w:r>
    </w:p>
    <w:p>
      <w:pPr>
        <w:pStyle w:val="ArticleBody"/>
        <w:jc w:val="left"/>
      </w:pPr>
      <w:r>
        <w:rPr>
          <w:rFonts w:ascii="Times New Roman" w:hAnsi="Times New Roman" w:eastAsia="Times New Roman" w:cs="Times New Roman"/>
        </w:rPr>
        <w:t>Ang ikaduhang anghel miabot isip tubag sa pagsalikway sa mensahe sa unang anghel. Sa dihang ang napakyas nga pagtagna, nga nag-ila sa 1843 ingong katapusan sa 2300 ka-tuig nga tagna, gigamit sa mga Protestanteng iglesia ang sayop nga mensahe aron isalikway ang mensahe ni Miller. Ang mensahe ni Miller mao ang mensahe sa unang anghel. Sa pagsalikway niini, ang mga Protestanteng iglesia, nga mao kaniadto ang iglesia sa Dios didto sa kamingawan sulod sa kapin pa sa 1260 ka tuig, gisalikway ug nahimong anak nga babaye sa Babilonia. Nianang higayona ang ikaduhang anghel miabot uban sa iyang mensahe.</w:t>
      </w:r>
    </w:p>
    <w:p>
      <w:pPr>
        <w:pStyle w:val="ArticleBody"/>
        <w:jc w:val="left"/>
      </w:pPr>
      <w:r>
        <w:rPr>
          <w:rFonts w:ascii="Times New Roman" w:hAnsi="Times New Roman" w:eastAsia="Times New Roman" w:cs="Times New Roman"/>
        </w:rPr>
        <w:t>Adunay pipila ka mahinungdanon kaayo nga mga punto nga nalangkit sa nagkalain-laing mga bahin niining kasaysayan nga atong ginakonsiderar. Adunay labing menos usa ka punto nga kinahanglan hisgotan sa hinay-hinay tungod kay sa pagkatinuod kini nakaamot sa pagsabot sa mensahe sa Pinadayag ni Jesu-Cristo nga sa pagkakaron ginabuksan na ang mga selyo. Tungod niini, akong gilakip ang usa ka hilabihan ka mahinungdanong teksto mahitungod nianang kasaysayana. Duha ka kapitulo ang akong ginatudlo, apan aduna usab ikatulong mahinungdanong kapitulo sa taliwala niadtong duha ka kapitulo. Wala ko kini ilakip niining higayona aron limitahan ang gilapdon sa atong pagtagad.</w:t>
      </w:r>
    </w:p>
    <w:p>
      <w:pPr>
        <w:pStyle w:val="ArticleBody"/>
        <w:jc w:val="left"/>
      </w:pPr>
      <w:r>
        <w:rPr>
          <w:rFonts w:ascii="Times New Roman" w:hAnsi="Times New Roman" w:eastAsia="Times New Roman" w:cs="Times New Roman"/>
        </w:rPr>
        <w:t>Timan-i kon kinsang manulonda ang gitumong niini nga anghel samtang nagabasa ka, pangitaa ang nagpadayon nga proseso sa pagsulay, himatikdi sa unang parapo nga ang mga propetikong kinaiya sa anghel sa Pinadayag 18 mao usab ang mga kinaiya sa nahaunang anghel. Himatikdi nga ang paglansang sa usa sa mga mensahe sa krus mao ang paglansang kang Cristo, ug himatikdi nga ang tulo ka mga anghel tanan gipresentar ingon nga tagsatagsa ka anghel, apan ang mensahe sa Tunga-tungang Singgit usa ka panon sa mga anghel.</w:t>
      </w:r>
    </w:p>
    <w:p>
      <w:pPr>
        <w:pStyle w:val="ArticleScripture"/>
        <w:jc w:val="left"/>
      </w:pPr>
      <w:r>
        <w:rPr>
          <w:rFonts w:ascii="Times New Roman" w:hAnsi="Times New Roman" w:eastAsia="Times New Roman" w:cs="Times New Roman"/>
        </w:rPr>
        <w:t>“Gipakita kanako ang interes nga gihatag sa tibuok langit sa buluhaton nga nagapadayon ibabaw sa yuta. Gisugo ni Jesus ang usa ka kusgan ug gamhanang manulunda sa pagkanaog ug sa pagpasidaan sa mga pumoluyo sa yuta nga mag-andam alang sa iyang ikaduhang pagpakita. Nakita ko ang gamhanang manulunda nga mibulag gikan sa presensya ni Jesus didto sa langit. Nag-una kaniya ang usa ka hilabihan kasanag ug mahimayaong kahayag. Gisultihan ako nga ang iyang misyon mao ang pagpasidlak sa yuta pinaagi sa iyang himaya, ug sa pagpasidaan sa tawo mahitungod sa nagasingabot nga kapungot sa Dios. Mga panon sa katawhan midawat sa kahayag. Ang uban daw hilabihan ka mainampuon, samtang ang uban malipayon ug nahingangha sa kalipay. Ang kahayag gipadan-ag ngadto sa tanan, apan ang uban nahilambigit lamang sa impluwensiya sa kahayag, ug wala kini dawata sa kinasingkasing. Apan ang tanan nga midawat niini, mipaatubang sa ilang mga nawong paingon sa langit, ug naghimaya sa Dios. Daghan ang napuno sa dakong kapungot. Ang mga ministro ug ang katawhan nakiusa uban sa mahugaw, ug misukol sa mapig-ot batok sa kahayag nga gipadan-ag sa gamhanang manulunda. Apan ang tanan nga midawat niini mibulag gikan sa kalibotan, ug nagkahiusa pag-ayo sa usag usa.”</w:t>
      </w:r>
    </w:p>
    <w:p>
      <w:pPr>
        <w:pStyle w:val="ArticleScripture"/>
        <w:jc w:val="left"/>
      </w:pPr>
      <w:r>
        <w:rPr>
          <w:rFonts w:ascii="Times New Roman" w:hAnsi="Times New Roman" w:eastAsia="Times New Roman" w:cs="Times New Roman"/>
        </w:rPr>
        <w:t>“Si Satanas ug ang iyang mga manulonda nagkapuliki sa pagpangita sa paagi sa pagdani sa mga hunahuna sa tanan nga ilang mahimo palayo sa kahayag. Ang pundok nga misalikway niini gibiyaan sa kangitngit. Nakita ko ang manulonda nga nagbantay uban sa labing halalom nga pagtagad sa mga nag-angkon nga katawhan sa Dios, aron irekord ang kinaiya nga ilang napalambo, sa dihang ang mensahe nga gikan sa langitnong gigikanan gipaila kanila. Ug samtang ang daghan kaayo nga nag-angkon nga nahigugma kang Jesus mitalikod gikan sa langitnong mensahe uban sa pagtamay, pagbiaybiay, ug pagdumot, usa ka manulonda nga may pergamino sa iyang kamot naghimo sa makauulaw nga talaan. Ang tibuok langit napuno sa kapungot, tungod kay si Jesus gipakaulawan sa iyang mga nag-angkon nga mga sumusunod.</w:t>
      </w:r>
    </w:p>
    <w:p>
      <w:pPr>
        <w:pStyle w:val="ArticleScripture"/>
        <w:jc w:val="left"/>
      </w:pPr>
      <w:r>
        <w:rPr>
          <w:rFonts w:ascii="Times New Roman" w:hAnsi="Times New Roman" w:eastAsia="Times New Roman" w:cs="Times New Roman"/>
        </w:rPr>
        <w:t>“Nakita ko ang kapakyasan sa paglaum sa mga masaligon. Wala nila makita ang ilang Ginoo sa gilaoman nga panahon. Tumong sa Dios ang pagtago sa umalabot, ug ang pagdala sa iyang katawhan ngadto sa usa ka punto sa paghukom. Kon wala kini nga takna, ang buluhaton nga gituyo sa Dios dili unta matuman. Si Satanas nagmando sa mga hunahuna sa hilabihan nang daghan nga molabaw sa unahan ngadto sa umalabot. Ang usa ka yugto sa panahon nga gimantala alang sa pagpakita ni Cristo kinahanglan magdala sa hunahuna sa mainiton nga pagpangita alang sa usa ka andam sa karon. Sa paglabay sa panahon, kadtong wala sa hingpit modawat sa kahayag sa manolunda, miuban niadtong mga mitamay sa langitnong mensahe, ug ilang giatubang ang mga napakyas sa paglaum uban sa pagyubit. Nakita ko ang mga manolunda sa langit nga nagkonsulta uban kang Jesus. Ilang namatikdan ang kahimtang sa mga nag-angkon nga sumusunod ni Cristo. Ang paglabay sa tin-aw nga gitakdang panahon maoy nakasulay ug nakapamatuod kanila, ug ang hilabihan nang daghan gitimbang sa timbangan ug hingkaplagang kulang. Silang tanan sa makusog nanag-angkon nga sila mga Cristohanon, apan napakyas sa pagsunod kang Cristo sa hapit tanang bahin. Si Satanas nagmaya sa kahimtang sa mga nag-angkon nga sumusunod ni Cristo. Anaa sila sa iyang lit-ag. Iyang gimandoan ang kadaghanan nga mobiya sa matul-id nga dalan, ug naningkamot sila sa pagsaka ngadto sa langit pinaagi sa laing paagi. Nakita sa mga manolunda ang mga putli, ang mga limpyo, ug mga balaan, nga nangasagol uban sa mga makasasala sa Zion, ug uban sa mahigugmaon-sa-kalibotan nga mga salingkapaw. Ilang gibantayan ang tinuod nga mga nahigugma kang Jesus; apan ang mga mahugaw nakaapekto sa mga balaan.”</w:t>
      </w:r>
    </w:p>
    <w:p>
      <w:pPr>
        <w:pStyle w:val="ArticleScripture"/>
        <w:jc w:val="left"/>
      </w:pPr>
      <w:r>
        <w:rPr>
          <w:rFonts w:ascii="Times New Roman" w:hAnsi="Times New Roman" w:eastAsia="Times New Roman" w:cs="Times New Roman"/>
        </w:rPr>
        <w:t>“Kadtong mga kasingkasing nga nagdilaab sa pangandoy, mapintas nga tinguha sa pagtan-aw kang Jesus, gidid-an sa ilang mga kaigsoonan nga sa pag-angkon maoy iya, sa pagsulti mahitungod sa iyang pag-anhi. Ang mga manulonda mitan-aw sa tibuok talan-awon, ug naluoy sa salin, nga nahigugma sa pagpakita ni Jesus. Laing gamhanang manulonda gisugo sa pagkanaog ngadto sa yuta. Gibutang ni Jesus sa iyang kamot ang usa ka sinulat, ug sa pag-abot niya sa yuta, misinggit siya, Nahulog na ang Babilonia! nahulog na! Unya nakita ko ang mga nangapakyas nga nangin malipayon pag-usab, ug gitutok nila ang ilang mga mata ngadto sa langit, nga nagtan-aw uban sa pagtuo ug paglaom sa pagpakita sa ilang Ginoo. Apan daghan ang daw nagpabilin sa usa ka binuang nga kahimtang, daw nangatulog; apan makita ko ang timaan sa halalum nga kasubo sa ilang mga nawong. Ang mga nangapakyas nakakita gikan sa Biblia nga anaa sila sa panahon sa paglangan, ug nga kinahanglan silang mapailubon nga maghulat sa katumanan sa panan-awon. Ang mao gihapong pamatuod nga maoy nagdala kanila sa pagpaabot sa ilang Ginoo sa 1843, maoy nagdala kanila sa pagdahom kaniya sa 1844. Nakita ko nga ang kadaghanan wala makapanag-iya nianang kusog nga mao ang timaan sa ilang pagtuo sa 1843. Ang ilang kapakyasan nakapapula sa ilang pagtuo. Apan sa dihang ang mga nangapakyas naghiusa sa pagsinggit sa ikaduhang manulonda, ang langitnong panon mitan-aw uban sa labing halalum nga interes, ug nagtimaan sa epekto sa mensahe. Nakita nila kadtong nagdala sa ngalan nga mga Kristohanon nga mitalikod uban sa pagbiaybiay ug pagtamay batok niadtong mga nangapakyas. Sa pagkahulog sa mga pulong gikan sa mga ngabil sa mabiaybiayon, Wala pa man kamo makasaka! usa ka manulonda misulat niini. Miingon ang manulonda, Gibiaybiay nila ang Dios.”</w:t>
      </w:r>
    </w:p>
    <w:p>
      <w:pPr>
        <w:pStyle w:val="ArticleScripture"/>
        <w:jc w:val="left"/>
      </w:pPr>
      <w:r>
        <w:rPr>
          <w:rFonts w:ascii="Times New Roman" w:hAnsi="Times New Roman" w:eastAsia="Times New Roman" w:cs="Times New Roman"/>
        </w:rPr>
        <w:t>“Gipunting ako pagbalik ngadto sa pagkahubad ni Elias. Ang iyang kupo nahulog kang Eliseo, ug ang daotang mga bata (o mga batan-on) misunod kaniya, nga nagbiaybiay, nga naninggit, Saka, ikaw upaw nga ulo! Saka, ikaw upaw nga ulo! Gibiaybiay nila ang Dios, ug didto nasugatan nila ang ilang silot. Ila kining nakat-onan gikan sa ilang mga ginikanan. Ug kadtong mga nanamastamas ug nanagbiaybiay sa panghunahuna sa pagsaka sa mga santos, pagaduawon sa mga hampak sa Dios, ug makaamgo sila nga dili diyutay nga butang ang pagpakigdula Kaniya.</w:t>
      </w:r>
    </w:p>
    <w:p>
      <w:pPr>
        <w:pStyle w:val="ArticleScripture"/>
        <w:jc w:val="left"/>
      </w:pPr>
      <w:r>
        <w:rPr>
          <w:rFonts w:ascii="Times New Roman" w:hAnsi="Times New Roman" w:eastAsia="Times New Roman" w:cs="Times New Roman"/>
        </w:rPr>
        <w:t>“Si Jesus nagsugo ug ubang mga manulonda aron sa pagdali ug paglupad sa pagpasig-uli ug pagpalig-on sa nagakaluya nga pagtoo sa iyang katawohan, ug sa pag-andam kanila sa pagsabot sa mensahe sa ikaduhang manulonda, ug sa mahinungdanong lihok nga sa dili madugay pagahimoon didto sa langit. Nakita ko kining mga manulonda nga midawat ug dakong gahum ug kahayag gikan kang Jesus, ug midali sa paglupad paingon sa yuta aron sa pagtuman sa ilang sugo sa pagtabang sa ikaduhang manulonda sa iyang buluhaton. Usa ka dakong kahayag ang misidlak ibabaw sa katawohan sa Dios samtang ang mga manulonda misinggit, Ania karon, ang Pamanhonon nagaanhi; gumula kamo sa pagsugat kaniya. Unya nakita ko kadtong mga nangasagmuyo nga mingtindog, ug uyon sa ikaduhang manulonda, nagmantala, Ania karon, ang Pamanhonon nagaanhi; gumula kamo sa pagsugat kaniya. Ang kahayag gikan sa mga manulonda misulod sa kangitngit bisan asa. Si Satanas ug ang iyang mga manulonda naninguha sa pagpugong sa pagkaylap niining kahayag, ug sa pagbaton niini sa gituyo nga epekto. Nakiglalis sila sa mga manulonda sa Dios, ug miingon kanila nga gilimbongan sa Dios ang katawohan, ug nga bisan pa sa tanan nilang kahayag ug gahum, dili nila mapatuo ang katawohan nga si Jesus magaabot na. Ang mga manulonda sa Dios nagpadayon sa ilang buluhaton, bisan pa si Satanas naninguha sa pag-alad sa dalan, ug sa pagdani sa mga hunahuna sa katawohan palayo sa kahayag. Kadtong mga midawat niini natan-aw nga malipayon kaayo. Ilang gitutokan ang ilang mga mata ngadto sa langit, ug nangandoy sa pagpakita ni Jesus. Ang uban diha sa dakong kasakit, nga nagahilak ug nagaampo. Ang ilang mga mata daw natutok sa ilang kaugalingon, ug wala sila mangahas sa pagtan-aw sa itaas.”</w:t>
      </w:r>
    </w:p>
    <w:p>
      <w:pPr>
        <w:pStyle w:val="ArticleScripture"/>
        <w:jc w:val="left"/>
      </w:pPr>
      <w:r>
        <w:rPr>
          <w:rFonts w:ascii="Times New Roman" w:hAnsi="Times New Roman" w:eastAsia="Times New Roman" w:cs="Times New Roman"/>
        </w:rPr>
        <w:t>“Usa ka bililhong kahayag gikan sa langit maoy mibulag sa kangitngit gikan kanila, ug ang ilang mga mata, nga napahiluna na sa pagkawalay paglaum ibabaw sa ilang kaugalingon, gipatuyok paingon sa itaas, samtang ang pagpasalamat ug balaang kalipay gipadayag sa matag dagway. Si Jesus ug ang tibuok panon sa mga manulonda mitan-aw uban sa pag-uyon ibabaw sa mga matinumanon nga nagpaabot.”</w:t>
      </w:r>
    </w:p>
    <w:p>
      <w:pPr>
        <w:pStyle w:val="ArticleScripture"/>
        <w:jc w:val="left"/>
      </w:pPr>
      <w:r>
        <w:rPr>
          <w:rFonts w:ascii="Times New Roman" w:hAnsi="Times New Roman" w:eastAsia="Times New Roman" w:cs="Times New Roman"/>
        </w:rPr>
        <w:t>“Ang mga misalikway ug misupak sa kahayag sa mensahe sa unang manulonda, nawad-an sa kahayag sa ikaduha, ug dili na makadawat sa kaayohan gikan sa gahum ug himaya nga mikuyog sa mensahe, Ania karon, nagaabot ang Pamanhonon. Si Jesus mitalikod gikan kanila uban ang pagkunot sa agtang. Ila Siyang gitamay ug gisalikway. Ang mga midawat sa mensahe giputos sa usa ka panganod sa himaya. Sila naghulat ug nagbantay ug nagaampo aron mahibaloan ang kabubut-on sa Dios. Daku kaayo ang ilang kahadlok sa pagpasilo Kaniya. Nakita ko si Satanas ug ang iyang mga manulonda nga naninguha sa pagsira niining langitnong kahayag gikan sa katawohan sa Dios; apan samtang ang mga naghulat nagmahal sa kahayag, ug nagpadayon sa pagpataas sa ilang mga mata gikan sa yuta ngadto kang Jesus, si Satanas walay gahum sa pag-ilog kanila niining bililhong kahayag. Ang mensahe nga gihatag gikan sa langit nakapungot kang Satanas ug sa iyang mga manulonda, ug kadtong nangangkon nga nahigugma kang Jesus, apan nagtamay sa Iyang pag-anhi, nanghimakak ug nangyubit sa matinumanon ug masaligon. Apan usa ka manulonda maoy nagtimaan sa matag pag-insulto, matag pagtamay, matag pag-abuso nga ilang nadawat gikan sa ilang mga igsoon nga nag-angkon. Daghan kaayo ang mipataas sa ilang mga tingog sa pagsinggit, Ania karon, nagaabot ang Pamanhonon, ug mibiya sa ilang mga igsoon nga wala mahigugma sa pagpakita ni Jesus, ug nga dili motugot kanila sa pagpuyo sa hunahuna sa Iyang ikaduhang pag-anhi. Nakita ko si Jesus nga mitalikod sa Iyang nawong gikan niadtong misalikway ug nagtamay sa Iyang pag-anhi, ug unya Iyang gisugo ang mga manulonda sa paggiya sa Iyang katawohan paggawas gikan sa taliwala sa mahugaw, aron sila dili mahugawan. Kadtong matinumanon sa mga mensahe mitindog nga gawasnon ug nagkahiusa. Usa ka balaan ug mahimayaong kahayag misidlak ibabaw kanila. Ilang gisalikway ang kalibutan, gibira ang ilang mga pagbati gikan niini, ug gihalad ang ilang yutan-ong mga kapalaran. Ilang gibyaan ang ilang yutan-ong bahandi, ug ang ilang madasigon nga pagtan-aw gitumong ngadto sa langit, nga nagpaabut sa pagtan-aw sa ilang hinigugmang Manluluwas. Usa ka sagrado, balaan nga kalipay misidlak sa ilang mga nawong, ug nagpamatuod sa kalinaw ug kalipay nga naghari sa sulod. Gisugo ni Jesus ang Iyang mga manulonda sa pag-adto ug paglig-on kanila, kay ang takna sa ilang pagsulay nagkaduol na. Nakita ko nga kining mga naghulat wala pa diay masulayi ingon sa kinahanglan nilang pagaantuson. Wala pa sila gawasa sa mga kasaypanan. Ug nakita ko ang kalooy ug kaayo sa Dios sa pagpadala ug pasidaan ngadto sa mga tawo sa yuta, ug sa gisubli nga mga mensahe aron dad-on sila ngadto sa usa ka takna sa panahon, aron pangulohan sila ngadto sa matinguhaong pagsusi sa ilang kaugalingon, aron mahukas nila ang ilang kaugalingon gikan sa mga kasaypanan nga gipasa gikan sa mga pagano ug sa mga papista. Pinaagi niining mga mensahe gidala sa Dios gawas ang Iyang katawohan ngadto sa dapit diin Siya makahimo paglihok alang kanila sa labi pang dakong gahum, ug diin ilang matuman ang tanan Niyang mga sugo....”</w:t>
      </w:r>
    </w:p>
    <w:p>
      <w:pPr>
        <w:pStyle w:val="ArticleScripture"/>
        <w:jc w:val="left"/>
      </w:pPr>
      <w:r>
        <w:rPr>
          <w:rFonts w:ascii="Times New Roman" w:hAnsi="Times New Roman" w:eastAsia="Times New Roman" w:cs="Times New Roman"/>
        </w:rPr>
        <w:t>“Samtang ang pagministeryo ni Jesus natapos sa Balaang Dapit, ug siya misulod ngadto sa Labing Balaang Dapit, ug mitindog sa atubangan sa arka nga naglangkob sa kasugoan sa Dios, iyang gipadala ang laing gamhanang manulonda ngadto sa yuta uban sa ikatulong mensahe. Gibutang niya ang usa ka sinulat sa kamot sa manulonda, ug sa iyang pagkanaog ngadto sa yuta diha sa kahalangdon ug gahum, iyang gimantala ang usa ka makahahadlok nga pasidaan, ang labing mabug-at nga hulga nga sukad gidala ngadto sa tawo. Kining mensaheha gituyo aron ibutang ang mga anak sa Dios sa ilang pagbantay, ug ipakita kanila ang takna sa pagtintal ug kasakit nga anaa sa ilang atubangan. Miingon ang manulonda, Sila pagadad-on ngadto sa suod nga pakig-away batok sa mananap ug sa iyang larawan. Ang ilang bugtong paglaum sa kinabuhing dayon mao ang pagpabilin nga malig-on. Bisan pa nga ang ilang mga kinabuhi anaa sa katalagman, kinahanglan gayud nilang kuptan pag-ayo ang kamatuoran. Gitapos sa ikatulong manulonda ang iyang mensahe pinaagi niining mga pulonga, Ania ang pagpailub sa mga balaan; ania sila nga nagabantay sa mga sugo sa Dios, ug sa pagtuo ni Jesus. Sa iyang pagsubli niining mga pulonga iyang gitudlo ang langitnong Santuwaryo. Ang mga hunahuna sa tanan nga midawat niining mensaheha gitumong ngadto sa Labing Balaang Dapit diin si Jesus nagatindog sa atubangan sa arka, nga nagahimo sa iyang katapusang pagpangamuyo alang sa tanan nga alang kanila ang kalooy nagalangan pa, ug alang niadtong walay kahibalo nga nakalapas sa kasugoan sa Dios. Kining pagpasig-uli gihimo alang sa mga matarung nga nangamatay maingon man alang sa mga matarung nga buhi. Si Jesus nagahimo ug pagpasig-uli alang kanila nga nangamatay nga wala makadawat sa kahayag mahitungod sa mga sugo sa Dios, nga nakasala sa walay kahibalo.”</w:t>
      </w:r>
    </w:p>
    <w:p>
      <w:pPr>
        <w:pStyle w:val="ArticleScripture"/>
        <w:jc w:val="left"/>
      </w:pPr>
      <w:r>
        <w:rPr>
          <w:rFonts w:ascii="Times New Roman" w:hAnsi="Times New Roman" w:eastAsia="Times New Roman" w:cs="Times New Roman"/>
        </w:rPr>
        <w:t>“Human sa pag-abli ni Jesus sa pultahan sa Labing Balaan nakita ang kahayag sa Igpapahulay, ug ang katawohan sa Dios pagasulayan ug pamatud-an, maingon sa pagsulay sa Dios sa mga anak sa Israel sa karaang mga panahon, aron tan-awon kong ilang pagabantayan ang iyang balaod. Nakita ko ang ikatulong manulonda nga nagatudlo ngadto sa itaas, nga nagapakita sa mga nasagmuyo sa dalan paingon sa Labing Balaan sa langitnong Santuwaryo. Gisunod nila si Jesus pinaagi sa pagtuo ngadto sa Labing Balaan. Nakaplagan na usab nila si Jesus, ug ang kalipay ug paglaum miturok pag-usab. Nakita ko sila nga nagatan-aw pabalik ug nagasusi sa nangagi, sukad sa pagpahibalo sa ikaduhang pag-anhi ni Jesus, padayon sa ilang panaw hangtud sa paglabay sa panahon niadtong 1844. Nakita nila nga ang ilang kasagmuyo nahubad na, ug ang kalipay ug kasigurohan naghatag na usab kanila ug kinabuhi. Ang ikatulong manulonda nagpasiga sa nangagi, sa karon, ug sa umalabot, ug sila nahibalo nga ang Dios sa pagkatinuod nagmando kanila pinaagi sa iyang misteryosong pagbuot.”</w:t>
      </w:r>
    </w:p>
    <w:p>
      <w:pPr>
        <w:pStyle w:val="ArticleScripture"/>
        <w:jc w:val="left"/>
      </w:pPr>
      <w:r>
        <w:rPr>
          <w:rFonts w:ascii="Times New Roman" w:hAnsi="Times New Roman" w:eastAsia="Times New Roman" w:cs="Times New Roman"/>
        </w:rPr>
        <w:t>“Gipakita kanako nga ang salin misunod kang Jesus ngadto sa Labing Balaang dapit, ug ilang nakita ang arka ug ang lingkoranan sa kalooy, ug nakuha sila sa kahimaya niini. Gibayaw ni Jesus ang tabon sa arka, ug ania karon! ang mga papan nga bato, nga gisulatan sa Napulo ka Sugo. Ila kining gisubay, kining buhing mga pulong sa Dios; apan mipaurong sila nga may pagkurog sa dihang ilang nakita ang ikaupat nga sugo nga buhi sa taliwala sa napulo ka balaang mga lagda, samtang ang usa ka labi pang masanag nga kahayag nagdan-ag ibabaw niini kay sa ubang siyam, ug ang usa ka lingin sa himaya naglibot niini. Wala silay nakitang bisan unsa didto nga nagpahibalo kanila nga ang Igpapahulay gihaw-as na, o giusab ngadto sa unang adlaw sa semana. Kini nabasa ingon sa diha nga gisulti sa baba sa Dios sa mainiton ug makahahadlok nga pagkahalangdon didto sa bukid, samtang ang mga kilat misidlak ug ang mga dalugdog midahunog, ug sa dihang gisulat kini pinaagi sa iyang kaugalingong balaang tudlo sa mga papan nga bato. Unom ka adlaw magabuhat ka ug pagahumanon mo ang tanan mong buluhaton; apan ang ikapitong adlaw mao ang Igpapahulay ni Jehova nga imong Dios. Nahibulong sila sa ilang pagtan-aw sa pag-atiman nga gihatag sa Napulo ka Sugo. Ilang nakita nga kini gibutang haduol kang Jehova, nga gitabonan ug gipanalipdan sa iyang pagkabalaan. Ilang nakita nga ilang gitamakan ang ikaupat nga sugo sa Dekalogo, ug ilang gisaulog ang usa ka adlaw nga gipasa gikan sa mga pagano ug sa mga papista, ilis sa adlaw nga gibalaan ni Jehova. Nagpaubos sila sa ilang kaugalingon sa atubangan sa Dios, ug nagminatay tungod sa ilang nangaging mga kalapasan.</w:t>
      </w:r>
    </w:p>
    <w:p>
      <w:pPr>
        <w:pStyle w:val="ArticleScripture"/>
        <w:jc w:val="left"/>
      </w:pPr>
      <w:r>
        <w:rPr>
          <w:rFonts w:ascii="Times New Roman" w:hAnsi="Times New Roman" w:eastAsia="Times New Roman" w:cs="Times New Roman"/>
        </w:rPr>
        <w:t>“Nakita ko ang insenso sa insensaryo nga nag-aso samtang gihalad ni Jesus ang ilang mga pagsugid ug mga pag-ampo ngadto sa iyang Amahan. Ug sa dihang kini misaka, usa ka masanag nga kahayag mipatong ibabaw kang Jesus, ug ibabaw sa lingkoranan sa kalooy; ug ang mga mainiton ug nagaampo nga mga tawo, nga nasamok tungod kay ilang hingkaplagan ang ilang kaugalingon nga mga malalapas sa balaod sa Dios, gipanalanginan, ug ang ilang mga dagway nalamdagan sa paglaom ug kalipay. Miapil sila sa buluhaton sa ikatulong manulonda, ug gipatugbaw nila ang ilang mga tingog ug gimantala ang solemneng pasidaan. Apan sa sinugdan diyutay ra ang midawat sa mensahe, apan mipadayon sila uban sa kusog sa pagmantala sa pasidaan. Unya nakita ko ang daghan nga midawat sa mensahe sa ikatulong manulonda, ug gidugtong nila ang ilang mga tingog niadtong unang nagmantala sa pasidaan, ug ilang gidayeg ang Dios ug gipasidunggan siya pinaagi sa pagbantay sa iyang gibalaan nga Adlaw nga Kapahulayan.”</w:t>
      </w:r>
    </w:p>
    <w:p>
      <w:pPr>
        <w:pStyle w:val="ArticleScripture"/>
        <w:jc w:val="left"/>
      </w:pPr>
      <w:r>
        <w:rPr>
          <w:rFonts w:ascii="Times New Roman" w:hAnsi="Times New Roman" w:eastAsia="Times New Roman" w:cs="Times New Roman"/>
        </w:rPr>
        <w:t>“Daghan ang midawat sa ikatulong mensahe nga wala makasinati sa duha ka nahaunang mga mensahe. Nasabtan kini ni Satanas, ug ang iyang daotang mata diha kanila aron pukanon sila; apan ang ikatulong manulonda nagtudlo kanila ngadto sa Labing Balaang Dapit, ug kadtong may kasinatian sa nangaging mga mensahe nagpakita kanila sa dalan paingon sa langitnong Santuwaryo. Daghan ang nakakita sa hingpit nga kadena sa kamatuoran diha sa mga mensahe sa mga manulonda, ug malipayon nga midawat niini. Ila kining gidawat sumala sa ilang han-ay, ug pinaagi sa pagtoo misunod kang Jesus ngadto sa langitnong Santuwaryo. Kining mga mensahe girepresentar kanako ingon nga usa ka angkla aron magpabiling lig-on ang lawas. Ug sa dihang ang tagsatagsa modawat ug mosabut niini, sila mapanalipdan batok sa daghang mga limbong ni Satanas.”</w:t>
      </w:r>
    </w:p>
    <w:p>
      <w:pPr>
        <w:pStyle w:val="ArticleScripture"/>
        <w:jc w:val="left"/>
      </w:pPr>
      <w:r>
        <w:rPr>
          <w:rFonts w:ascii="Times New Roman" w:hAnsi="Times New Roman" w:eastAsia="Times New Roman" w:cs="Times New Roman"/>
        </w:rPr>
        <w:t>“Human sa dakong kapakyasan niadtong 1844, si Satanas ug ang iyang mga manulonda nagmasiboton gayud sa pagbutang ug mga lit-ag aron pagpaluya sa pagtuo sa lawas. Iyang giimpluwensyahan ang mga hunahuna sa tagsatagsa ka tawo nga adunay personal nga kasinatian niini nga mga butang. Nagpakita sila ug dagway sa pagkamapaubsanon. Ilang giusab ang nahaunang ug ikaduhang mga mensahe, ug nagtudlo ngadto sa umaabot alang sa ilang katumanan, samtang ang uban nagtudlo ngadto sa halayo nang kagahapon, nga nagapahayag nga didto na kini natuman. Kining mga tawhana nagpalayo sa mga hunahuna sa walay kasinatian gikan sa kamatuoran, ug nagpalig-on sa ilang pagkawalay-kasigurohan sa pagtuo. Ang uban nagsusi sa Biblia aron mosulay sa pagtukod sa ilang kaugalingong pagtuo, nga bulag sa lawas. Si Satanas nagmaya tungod niining tanan; kay siya nasayod nga kadtong nakabuwag gikan sa angkla, mahimo niyang maimpluwensyahan pinaagi sa nagkalainlaing mga kasaypanan ug mapaanod-anod sa mga hangin sa doktrina. Daghan sa mga nangulo sa nahaunang ug ikaduhang mga mensahe, milimod kanila, ug ang pagkabahinbahin ug pagkakatag mitabon sa tibuok lawas. Unya nakita ko si Wm. Miller. Nagpakita siya nga nalibog, ug giduko sa kasubo ug kaguol tungod sa iyang katawhan. Nakita niya ang pundok nga nahiusa ug mahigugmaon niadtong 1844 nga nangawad-an sa ilang gugma sa usag usa, ug nanagbatokay ang usa batok sa usa. Nakita niya sila nga mibalik ngadto sa usa ka mabugnaw, napabiya nga kahimtang. Ang kasubo maoy nagpaubos sa iyang kusog. Nakita ko ang mga nangulong lalaki nga nagbantay kang Wm. Miller, ug nahadlok nga basin dawaton niya ang mensahe sa ikatulong manulonda ug ang mga sugo sa Dios. Ug sa dihang mopadapig na unta siya ngadto sa kahayag gikan sa langit, kining mga tawhana magahimo ug usa ka laraw aron ipahilayo ang iyang hunahuna. Nakita ko nga adunay tawhanong impluwensiya nga gigamit aron ibutang ang iyang hunahuna sa kangitngit, ug aron mapabilin ang iyang impluwensiya sa taliwala nila. Sa katapusan si Wm. Miller mipataas sa iyang tingog batok sa kahayag gikan sa langit. Napakyas siya tungod sa dili pagdawat sa mensahe nga unta makahatag ug hingpit nga pagpasabot sa iyang kapakyasan, ug magpasidlak ug kahayag ug himaya sa nangagi, nga unta makapabag-o sa iyang hinayhap na nga mga kusog, makapadan-ag sa iyang paglaum, ug magatultol kaniya sa paghimaya sa Dios. Apan misalig siya sa tawhanong kaalam inay sa langitnong kaalam, ug sanglit nabugto na sa mapintas nga paghago diha sa buluhaton sa iyang Agalon, ug tungod sa iyang panuigon, dili siya ingon ka may tulubagon sama niadtong nagpugong kaniya gikan sa kamatuoran. Sila maoy may tulubagon, ug ang sala nagpabilin sa ibabaw nila. Kon si Wm. Miller nakakita pa unta sa kahayag sa ikatulong mensahe, daghang mga butang nga alang kaniya mangitngit ug misteryoso unta napasabot na. Ang iyang mga igsoon nagpakita ug ingon ka halalum nga gugma ug pagtagad alang kaniya, nga naghunahuna siya nga dili niya sila mabiyai. Ang iyang kasingkasing mopadapig ngadto sa kamatuoran; apan unya mitan-aw siya sa iyang mga igsoon. Misupak sila niini. Makabuwag ba siya gikan niadtong nanindog nga kiliran ug abaga uban kaniya sa pagmantala sa pag-anhi ni Jesus? Naghunahuna siya nga sa pagkatinuod dili sila motultol kaniya sa kasaypanan.”</w:t>
      </w:r>
    </w:p>
    <w:p>
      <w:pPr>
        <w:pStyle w:val="ArticleScripture"/>
        <w:jc w:val="left"/>
      </w:pPr>
      <w:r>
        <w:rPr>
          <w:rFonts w:ascii="Times New Roman" w:hAnsi="Times New Roman" w:eastAsia="Times New Roman" w:cs="Times New Roman"/>
        </w:rPr>
        <w:t>“Gitugotan sa Dios nga siya mahulog ilalom sa gahum ni Satanas, ug nga ang kamatayon adunay paghari ibabaw kaniya. Gitago Siya sa lubnganan, palayo niadtong sa kanunay nagapahila kaniya gikan sa Dios. Nakasayop si Moises sa diha nga hapit na siya mosulod sa yutang gisaad. Sa ingon man usab, nakita ko nga si Wm. Miller nasayop sa diha nga haduol na siya mosulod sa langitnong Canaan, tungod sa pagtugot nga ang iyang impluwensiya molihok batok sa kamatuoran. Ang uban maoy nagdala kaniya ngadto niini. Ang uban kinahanglan manubag tungod niini. Apan ang mga manulonda nagabantay sa bililhong abog niining alagad sa Dios, ug siya mogula sa tingog sa ulahing trumpeta.”</w:t>
      </w:r>
    </w:p>
    <w:p>
      <w:pPr>
        <w:pStyle w:val="ArticleScripture"/>
        <w:jc w:val="left"/>
      </w:pPr>
      <w:r>
        <w:rPr>
          <w:rFonts w:ascii="Times New Roman" w:hAnsi="Times New Roman" w:eastAsia="Times New Roman" w:cs="Times New Roman"/>
        </w:rPr>
        <w:t>“Nakita ko ang usa ka pundok nga nagbarug nga lig-on ug inampingang nabantayan, ug wala gayud mohatag ug bisan unsang pag-uyon niadtong mga gustong makapalihok sa natukod nang pagtoo sa lawas. Gitan-aw sila sa Dios uban sa pag-uyon. Gipakita kanako ang tulo ka mga lakang—usa, duha ug tulo—ang mga mensahe sa nahaunang anghel, sa ikaduhang anghel, ug sa ikatulong anghel. Miingon ang anghel, Alaut siya nga magalihok sa usa ka bloke, o maglihok sa usa ka lansang, niining mga mensaheha. Ang tinuod nga pagsabot niining mga mensaheha maoy hilabihan ka mahinungdanon. Ang kapalaran sa mga kalag nagabitay sa paagi sa ilang pagdawat niini. Gidala ako pag-usab paubos pinaagi niining mga mensaheha, ug nakita ko kon unsa kamahal nga napalit sa katawhan sa Dios ang ilang kasinatian. Kini nakuha pinaagi sa daghang pag-antus ug mapintas nga pakigbisog. Hinay-hinay, lakang sa matag lakang, gidala sila sa Dios, hangtod gibutang Niya sila ibabaw sa usa ka malig-on, dili matarog nga patukoranan. Unya nakita ko ang mga indibiduwal nga, sa ilang pagduol sa patukoranan, sa dili pa motungtong niini, nagsusi una sa pundasyon. Ang uban, uban sa kalipay, dihadiha mitungtong niini. Ang uban nagsugod sa pagpangita ug sayop sa pagpatukod sa pundasyon sa patukoranan. Nangandoy sila nga himoan kini ug mga pagpaayo, ug unya ang patukoranan mahimong labi pang hingpit, ug ang katawhan labi pang malipayon. Ang uban mikanaog sa patukoranan ug gisusi kini, unya nakakaplag ug sayop niini, nga nagapadayag nga sayop ang pagkatukod niini. Nakita ko nga hapit silang tanan nagpabiling malig-on ibabaw sa patukoranan, ug nag-awhag sa uban nga nanaug gikan niini nga hunongon ang ilang mga pagreklamo, kay ang Dios mao ang magtatukod nga agalon, ug sila nakig-away batok Kaniya. Gisaysay nila ang kahibulongang buhat sa Dios, nga maoy nagdala kanila ngadto sa malig-ong patukoranan, ug sa panaghiusa, hapit silang tanan miyahat sa ilang mga mata ngadto sa langit, ug sa makusog nga tingog gihimaya ang Dios. Kini nakaapekto sa pipila niadtong nanagreklamo ug mibiya sa patukoranan, ug sila usab, uban sa mapainubsanong panagway, mitungtong pag-usab niini.”</w:t>
      </w:r>
    </w:p>
    <w:p>
      <w:pPr>
        <w:pStyle w:val="ArticleScripture"/>
        <w:jc w:val="left"/>
      </w:pPr>
      <w:r>
        <w:rPr>
          <w:rFonts w:ascii="Times New Roman" w:hAnsi="Times New Roman" w:eastAsia="Times New Roman" w:cs="Times New Roman"/>
        </w:rPr>
        <w:t>“Gipahinumdoman ako ngadto sa pagmantala sa unang pag-anhi ni Cristo. Si Juan gipadala diha sa espiritu ug gahum ni Elias aron sa pag-andam sa dalan alang sa pag-anhi ni Jesus. Kadtong mga misalikway sa pagpamatuod ni Juan wala makabenepisyo gikan sa mga pagtulon-an ni Jesus. Ang ilang pagsupak sa pagmantala sa iyang unang pag-anhi nagbutang kanila sa kahimtang diin dili sila andam modawat sa labing lig-on nga mga pamatuod nga siya mao ang Mesiyas. Si Satanas maoy nagmando niadtong mga misalikway sa mensahe ni Juan sa pagpadayon pa gayud, sa pagsalikway kang Jesus ug sa paglansang kaniya sa krus. Sa pagbuhat niini, gibutang nila ang ilang kaugalingon sa kahimtang diin dili sila makadawat sa panalangin sa adlaw sa Pentecostes, nga unta magtudlo kanila sa dalan paingon ngadto sa langitnong Santuwaryo. Ang pagkabahin sa tabil sa templo nagpakita nga ang mga halad ug mga tulomanon sa mga Judio dili na pagadawaton. Ang dakong Halad nahalad na, ug gidawat na, ug ang Espiritu Santo nga mikunsad sa adlaw sa Pentecostes maoy nagdala sa mga hunahuna sa mga tinun-an gikan sa yutan-ong Santuwaryo ngadto sa langitnong Santuwaryo, diin si Jesus misulod pinaagi sa iyang kaugalingong dugo, ug gibubo ngadto sa iyang mga tinun-an ang mga kaayohan sa iyang pagpasig-uli. Ang mga Judio gibiyaan diha sa hingpit nga paglimbong ug bug-os nga kangitngit. Nawala kanila ang tanang kahayag nga unta ilang maangkon mahitungod sa laraw sa kaluwasan, ug nagpadayon gihapon sila sa pagsalig sa ilang walay kapuslanan nga mga halad ug mga inampo. Dili sila makabenepisyo gikan sa pagpangamuyo ni Cristo didto sa Balaang Dapit. Ang langitnong Santuwaryo mipuli na sa yutan-ong santuwaryo, apan wala silay kahibalo sa dalan ngadto sa langitnon.”</w:t>
      </w:r>
    </w:p>
    <w:p>
      <w:pPr>
        <w:pStyle w:val="ArticleScripture"/>
        <w:jc w:val="left"/>
      </w:pPr>
      <w:r>
        <w:rPr>
          <w:rFonts w:ascii="Times New Roman" w:hAnsi="Times New Roman" w:eastAsia="Times New Roman" w:cs="Times New Roman"/>
        </w:rPr>
        <w:t>“Daghan ang nagatan-aw uban sa kalisang sa dalan nga gisunod sa mga Judio ngadto kang Jesus sa ilang pagsalikway ug paglansang kaniya sa krus. Ug samtang ilang basahon ang kasaysayan sa iyang makauulaw nga pag-abuso, maghunahuna sila nga sila nahigugma kang Cristo, ug dili unta nila siya ilimod sama kang Pedro, ni ilansang siya sa krus sama sa gibuhat sa mga Judio. Apan ang Dios, nga nakasaksi sa ilang gipang-angkon nga pakigduyog sa iyang Anak, nagsulay kanila, ug gidala ngadto sa pagsulay ang maong gugma nga ilang giangkon alang kang Jesus.</w:t>
      </w:r>
    </w:p>
    <w:p>
      <w:pPr>
        <w:pStyle w:val="ArticleScripture"/>
        <w:jc w:val="left"/>
      </w:pPr>
      <w:r>
        <w:rPr>
          <w:rFonts w:ascii="Times New Roman" w:hAnsi="Times New Roman" w:eastAsia="Times New Roman" w:cs="Times New Roman"/>
        </w:rPr>
        <w:t>“Ang tibuok langit nagtan-aw uban sa labing halalum nga interes sa pagdawat sa mensahe. Apan daghan nga nagaangkon nga nahigugma kang Jesus, ug nagpaagay ug mga luha samtang nagabasa sila sa sugilanon sa krus, imbes nga modawat sa mensahe uban sa kalipay, napukaw hinoon sa kasuko, ug gitalamayon ang maayong balita sa pag-anhi ni Jesus, ug nagpahayag nga kini limbong. Dili sila motugot sa pakig-ambit niadtong nahigugma sa iyang pagpakita, kondili gidumtan nila sila, ug gipapahawa sila gikan sa mga iglesia. Kadtong misalikway sa unang mensahe dili makabenepisyo sa ikaduha, ug wala usab makabenepisyo sa singgit sa tungang gabii, nga maoy pag-andam kanila sa pagsulod uban kang Jesus pinaagi sa pagtoo ngadto sa Labing Balaang dapit sa langitnong Santuwaryo. Ug tungod sa ilang pagsalikway sa duha ka nahaunang mga mensahe, wala silay makita nga kahayag diha sa mensahe sa ikatulong manolunda, nga nagapakita sa dalan paingon sa Labing Balaang dapit. Nakita ko nga ang mga iglesia nga iglesiang lamang sa ngalan, maingon sa mga Judio nga naglansang kang Jesus sa krus, naglansang usab niining mga mensaheha sa krus, ug busa wala silay kahibalo sa lihok nga gihimo didto sa langit, ni sa dalan paingon sa Labing Balaang dapit, ug dili sila makabenepisyo sa pagpangamuyo ni Jesus didto. Sama sa mga Judio, nga naghalad sa ilang mga walay kapuslanan nga mga halad, ilang gihalad ang ilang mga walay kapuslanan nga mga pag-ampo ngadto sa lawak nga gibiyaan na ni Jesus, ug si Satanas, nga nalipay sa paglimbong sa mga nagaangkon nga sumusunod ni Cristo, nagahigot kanila sa iyang lit-ag, ug nagasul-ob ug relihiyosong kinaiya, ug ginadala ang mga hunahuna niining mga nagaangkon nga mga Cristohanon ngadto sa iyang kaugalingon, ug nagabuhat uban sa iyang gahum, sa iyang mga ilhanan ug bakak nga mga katingalahan. Ang uban iyang gilimbongan sa usa ka paagi ug ang uban sa laing paagi. Aduna siyay lainlaing mga paglimbong nga giandam aron makaapekto sa nagkalainlaing mga hunahuna. Ang uban nagatan-aw uban sa kalisang sa usa ka paglimbong, samtang andam kaayo silang modawat sa lain. Gilimbongan ni Satanas ang uban pinaagi sa Espiritwalismo. Siya usab moanhi ingon nga usa ka manolunda sa kahayag, ug mikatap sa iyang impluwensiya sa tibuok yuta. Nakita ko ang bakak nga mga repormasyon bisan diin. Ang mga iglesia napahitas-on, ug naghunahuna nga ang Dios nagabuhat ug kahibulongan alang kanila, apan lahi nga espiritu kadto. Kini mawagtang ug mobiya sa kalibutan ug sa iglesia sa usa ka kahimtang nga labi pang dautan kay sa kaniadto.”</w:t>
      </w:r>
    </w:p>
    <w:p>
      <w:pPr>
        <w:pStyle w:val="ArticleScripture"/>
        <w:jc w:val="left"/>
      </w:pPr>
      <w:r>
        <w:rPr>
          <w:rFonts w:ascii="Times New Roman" w:hAnsi="Times New Roman" w:eastAsia="Times New Roman" w:cs="Times New Roman"/>
        </w:rPr>
        <w:t>“Nakita ko nga ang Dios adunay mga matinud-anong anak taliwala sa mga nominal nga mga Adventista, ug sa nangahulog nga mga iglesia, ug ang mga ministro ug ang mga tawo pagatawgon pa gikan niining mga iglesiahana sa dili pa ibubo ang mga hampak, ug sila malipayong modawat sa kamatuoran. Si Satanas nahibalo niini, ug sa dili pa ang makusog nga singgit sa ikatulong manulonda, mopahinabo siyag kahinam niining mga lawas pangrelihiyon, aron kadtong mga misalikway sa kamatuoran makahunahuna nga ang Dios anaa uban kanila. Nagalaum siya sa paglimbong sa mga matinud-anon, ug sa pagdala kanila sa paghunahuna nga ang Dios nagapanglihok gihapon alang sa mga iglesia. Apan ang kahayag mosidlak, ug ang tagsatagsa sa mga matinud-anon mobiya sa nangahulog nga mga iglesia, ug mopahiluna sa ilang kaugalingon uban sa salin.” Spiritual Gifts, volume 1, 151–172.</w:t>
      </w:r>
    </w:p>
    <w:p>
      <w:pPr>
        <w:pStyle w:val="ArticleBody"/>
        <w:jc w:val="left"/>
      </w:pPr>
      <w:r>
        <w:rPr>
          <w:rFonts w:ascii="Times New Roman" w:hAnsi="Times New Roman" w:eastAsia="Times New Roman" w:cs="Times New Roman"/>
        </w:rPr>
        <w:t>Kini nga tudling adunay daghang mahinungdanong mga kamatuoran, apan gigamit ko kini nga tudling aron ilain ang pipila ka mga kinaiya sa mga mensahe sa kasaysayan sa mga Millerite, aron masabtan kon sa unsang paagi kana nagpadayag sa atong kasaysayan ingon nga mga hulagway niini. Ang tanang tulo ka mga manulonda sa Pinadayag 14 adunay usa ka mensahe diha sa ilang mga kamot. Ang ikaduhang ug ikatulong manulonda giila nga adunay usa ka “linukot nga sulatan” uban kanila samtang sila nagakunsad uban sa ilang mensahe. Ang matag manulonda nagrepresentar ug usa ka mensahe, ug ang pag-abot sa matag mensahe nagapahinabo ug usa ka epekto.</w:t>
      </w:r>
    </w:p>
    <w:p>
      <w:pPr>
        <w:pStyle w:val="ArticleBody"/>
        <w:jc w:val="left"/>
      </w:pPr>
      <w:r>
        <w:rPr>
          <w:rFonts w:ascii="Times New Roman" w:hAnsi="Times New Roman" w:eastAsia="Times New Roman" w:cs="Times New Roman"/>
        </w:rPr>
        <w:t>Padayonon nato kining hilisgutan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Magkasinumbanay nga mga Pasidaan - Ikaduha</dc:title>
  <dc:subject>Pagbutyag sa Profetikong Habol: Paghubad sa mga Mensahe sa Pinadayag 14 sa Kasaysayan sa mga Millerite ug Karon</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