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Unsa ang Kamatuoran? - Numero Kuwatro</w:t>
      </w:r>
    </w:p>
    <w:p>
      <w:pPr>
        <w:pStyle w:val="ArticleSubtitle"/>
        <w:jc w:val="left"/>
      </w:pPr>
      <w:r>
        <w:rPr>
          <w:rFonts w:ascii="Arial" w:hAnsi="Arial" w:eastAsia="Arial" w:cs="Arial"/>
        </w:rPr>
        <w:t>Ayaw Patugoti nga Maguliyang ang Imong Kasingkasing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2023-09-09</w:t>
      </w:r>
    </w:p>
    <w:p>
      <w:pPr>
        <w:pStyle w:val="ArticleBody"/>
        <w:jc w:val="left"/>
      </w:pPr>
      <w:r>
        <w:rPr>
          <w:rFonts w:ascii="Times New Roman" w:hAnsi="Times New Roman" w:eastAsia="Times New Roman" w:cs="Times New Roman"/>
        </w:rPr>
        <w:t>Sa sinugdanan sa kasaysayan sa mga Millerite niadtong 1798, ang panan-awon sa Suba sa Ulai diha sa basahon ni Daniel gibuksan, nga nagpatungha ug pagdugang sa kahibalo nga misulay ug mipadayag sa duha ka hut-ong sa mga magsisimba. Ang panan-awon sa Ulai nagrepresentar sa sulodnong mensahe alang sa katawhan sa Dios ingon nga gilarawan sa pito ka mga iglesia sa Pinadayag kapitulo dos ug tres. Sa katapusan sa profetikanhong kasaysayan nga nagsugod niadtong 1798, sa camp meeting sa Exeter gikan sa Agosto 12–17, 1844, ang mensahe sa Taliwala sa Gabii nga Singgit gibuksan sa dihang ang Leon sa banay ni Juda mikuha sa Iyang kamot gikan sa usa ka tinagong kamatuoran, nga nagpatungha ug pagdugang sa kahibalo nga misulay ug mipadayag sa duha ka hut-ong sa mga magsisimba.</w:t>
      </w:r>
    </w:p>
    <w:p>
      <w:pPr>
        <w:pStyle w:val="ArticleBody"/>
        <w:jc w:val="left"/>
      </w:pPr>
      <w:r>
        <w:rPr>
          <w:rFonts w:ascii="Times New Roman" w:hAnsi="Times New Roman" w:eastAsia="Times New Roman" w:cs="Times New Roman"/>
        </w:rPr>
        <w:t>Niadtong 1989, sa dihang, sumala sa gihulagway sa Daniel onse, bersikulo kwarenta, ang mga nasod nga nagrepresentar sa kanhing Unyon Sobyet gilampaso sa kapapahan ug sa Tinipong Bansa sa Amerika, ang panan-awon sa Suba sa Hiddekel sa basahon ni Daniel giablihan, nga mipahinabo ug pag-uswag sa kahibalo nga misulay ug mipadayag sa duha ka matang sa mga magsisimba. Ang panan-awon sa Hiddekel nagrepresentar sa gawasnong mensahe sa mga kaaway sa katawhan sa Dios, ingon sa girepresentahan sa pito ka mga timri sa basahon sa Pinadayag. Sa katapusan sa matagnaong kasaysayan nga nagsugod niadtong 1989, sugod sa katapusang duha ka semana sa Hulyo, 2023, ang Leon sa banay ni Juda misugod sa proseso sa pag-abli sa mensahe sa Tunga-tungang Pagtu-aw pinaagi sa pagkuha sa Iyang kamot gikan sa usa ka tinagong kamatuoran, nga nagapahinabo ug pag-uswag sa kahibalo nga nagasulay ug sa katapusan mopadayag sa duha ka matang sa mga magsisimba taliwala sa katawhan sa Dios.</w:t>
      </w:r>
    </w:p>
    <w:p>
      <w:pPr>
        <w:pStyle w:val="ArticleBody"/>
        <w:jc w:val="left"/>
      </w:pPr>
      <w:r>
        <w:rPr>
          <w:rFonts w:ascii="Times New Roman" w:hAnsi="Times New Roman" w:eastAsia="Times New Roman" w:cs="Times New Roman"/>
        </w:rPr>
        <w:t>Sa unang bersikulo sa Juan kapitulo katorse, giawhag ni Cristo ang mga tinun-an nga dili mabalaka ang ilang mga kasingkasing.</w:t>
      </w:r>
    </w:p>
    <w:p>
      <w:pPr>
        <w:pStyle w:val="ArticleScripture"/>
        <w:jc w:val="left"/>
      </w:pPr>
      <w:r>
        <w:rPr>
          <w:rFonts w:ascii="Times New Roman" w:hAnsi="Times New Roman" w:eastAsia="Times New Roman" w:cs="Times New Roman"/>
        </w:rPr>
        <w:t>Ayaw pagpakaguol ang inyong kasingkasing: kamo nagatoo sa Dios, magtoo usab kamo kanako. Juan 14:1.</w:t>
      </w:r>
    </w:p>
    <w:p>
      <w:pPr>
        <w:pStyle w:val="ArticleBody"/>
        <w:jc w:val="left"/>
      </w:pPr>
      <w:r>
        <w:rPr>
          <w:rFonts w:ascii="Times New Roman" w:hAnsi="Times New Roman" w:eastAsia="Times New Roman" w:cs="Times New Roman"/>
        </w:rPr>
        <w:t>Sulod sa pipila ka oras si Cristo gidakop, ug wala madugay pagkahuman Siya gilansang sa krus, gilubong, ug nabanhaw. Human sa Iyang pagkayab ngadto sa Amahan, mibalik Siya sa Iyang mga tinun-an.</w:t>
      </w:r>
    </w:p>
    <w:p>
      <w:pPr>
        <w:pStyle w:val="ArticleScripture"/>
        <w:jc w:val="left"/>
      </w:pPr>
      <w:r>
        <w:rPr>
          <w:rFonts w:ascii="Times New Roman" w:hAnsi="Times New Roman" w:eastAsia="Times New Roman" w:cs="Times New Roman"/>
        </w:rPr>
        <w:t>Ug samtang sila naghisgot pa niini, si Jesus gayud mitindog sa ilang taliwala ug miingon kanila, Ang kalinaw maanaa kaninyo. Apan nangahadlok sila ug nangalisang, ug naghunahuna nga sila nakakita ug usa ka espiritu. Ug siya miingon kanila, Nganong nangaguol kamo? ug nganong may mga hunahuna nga motungha sa inyong mga kasingkasing? Lucas 24:36–38.</w:t>
      </w:r>
    </w:p>
    <w:p>
      <w:pPr>
        <w:pStyle w:val="ArticleBody"/>
        <w:jc w:val="left"/>
      </w:pPr>
      <w:r>
        <w:rPr>
          <w:rFonts w:ascii="Times New Roman" w:hAnsi="Times New Roman" w:eastAsia="Times New Roman" w:cs="Times New Roman"/>
        </w:rPr>
        <w:t>Ang nahaunang kapakyasan sa usa ka linya sa reporma mahitabo sa dihang ang katawhan sa Dios makalimot sa kamatuoran nga gipadayag na kaniadto. Ang mga tinun-an nakalimot sa gisulti kanila ni Jesus wala pay usa ka semana sa wala pa ang ilang kahadlok ug kapakyasan napadayag sa krisis sa krus. Ang nahaunang kapakyasan sundan sa usa ka panahon sa paglangan, nga sa sambingay sa napulo ka mga ulay girepresentahan pinaagi sa pagkawala sa Pamanhonon. Si Jesus sa diretso nagsulti sa mga tinun-an nga Siya moadto sa Iyang Amahan apan mobalik ra. Ang kahibalo daan nga Iyang gihatag sa mga tinun-an wala makapugong kanila sa pagkabuntog sa krisis. Sa konteksto sa sambingay sa napulo ka mga ulay, ang usa ka krisis mao ang dapit diin ang kinaiya mapadayag, apan dili gayod mapalambo. Gipili ug gitugyanan ni Jesus ang mga tinun-an, ug gisultihan Niya sila nianang maong kamatuoran sa wala pa ang krisis.</w:t>
      </w:r>
    </w:p>
    <w:p>
      <w:pPr>
        <w:pStyle w:val="ArticleScripture"/>
        <w:jc w:val="left"/>
      </w:pPr>
      <w:r>
        <w:rPr>
          <w:rFonts w:ascii="Times New Roman" w:hAnsi="Times New Roman" w:eastAsia="Times New Roman" w:cs="Times New Roman"/>
        </w:rPr>
        <w:t>Dili kamo ang nagpili kanako, kondili ako ang nagpili kaninyo, ug gitugyanan ko kamo, aron kamo manglakaw ug mamunga, ug aron ang inyong bunga magapabilin: aron ang bisan unsa nga inyong pangayoon sa Amahan sa akong ngalan, igahatag niya kini kaninyo. Juan 15:16.</w:t>
      </w:r>
    </w:p>
    <w:p>
      <w:pPr>
        <w:pStyle w:val="ArticleBody"/>
        <w:jc w:val="left"/>
      </w:pPr>
      <w:r>
        <w:rPr>
          <w:rFonts w:ascii="Times New Roman" w:hAnsi="Times New Roman" w:eastAsia="Times New Roman" w:cs="Times New Roman"/>
        </w:rPr>
        <w:t>Bisan pa man nga sila gipili, wala kini makapugong kanila nga mapukan tungod sa krisis.</w:t>
      </w:r>
    </w:p>
    <w:p>
      <w:pPr>
        <w:pStyle w:val="ArticleScripture"/>
        <w:jc w:val="left"/>
      </w:pPr>
      <w:r>
        <w:rPr>
          <w:rFonts w:ascii="Times New Roman" w:hAnsi="Times New Roman" w:eastAsia="Times New Roman" w:cs="Times New Roman"/>
        </w:rPr>
        <w:t>Ang kinaiya mapadayag pinaagi sa usa ka krisis. Sa dihang ang mainiton nga tingog mipahibalo sa tungang gabii, “Tan-awa, ang pamanhonon nagaanhi; manggawas kamo sa pagsugat kaniya,” ang mga dalagang nangatulog namukaw gikan sa ilang pagkatulog, ug nakita kon kinsa ang nakaandam alang sa maong hitabo. Ang duha ka pundok nasikop nga walay pagpahimangno, apan ang usa nakaandam alang sa kalit nga panginahanglan, ug ang usa nakita nga walay pagpangandam. Ang kinaiya mapadayag pinaagi sa mga kahimtang. Ang mga kagamhanang kalit mopagawas sa tinuod nga metal sa kinaiya. Ang pipila ka kalit ug wala damha nga katalagman, kasubo tungod sa pagkawala, o krisis, ang pipila ka wala damha nga sakit o pag-antos, ang usa ka butang nga magapaatubang sa kalag nawong sa nawong sa kamatayon, magapadayag sa tinuod nga kinahiladman sa kinaiya. Mahimong dayag kon adunay tinuod nga pagtuo sa mga saad sa pulong sa Dios o wala. Mahimong dayag kon ang kalag gipalig-on ba sa grasya, kon adunay lana sa sudlanan uban sa suga.</w:t>
      </w:r>
    </w:p>
    <w:p>
      <w:pPr>
        <w:pStyle w:val="ArticleScripture"/>
        <w:jc w:val="left"/>
      </w:pPr>
      <w:r>
        <w:rPr>
          <w:rFonts w:ascii="Times New Roman" w:hAnsi="Times New Roman" w:eastAsia="Times New Roman" w:cs="Times New Roman"/>
        </w:rPr>
        <w:t>“Ang mga panahon sa pagsulay moabot sa tanan. Unsaon nato pagdumala sa atong kaugalingon ilalom sa pagsulay ug pagpamatuod sa Dios? Mapalong ba ang atong mga lampara? o padayon ba nato kining gipadagkot? Andam ba kita sa matag emerhensiya pinaagi sa atong kadugtongan Kaniya nga puno sa grasya ug kamatuoran? Ang lima ka manggialamong ulay dili makahatag sa ilang kinaiya ngadto sa lima ka buang nga mga ulay. Ang kinaiya kinahanglan maporma pinaagi kanato ingon nga tagsa-tagsa ka mga indibiduwal.” Review and Herald, Oktubre 17, 1895.</w:t>
      </w:r>
    </w:p>
    <w:p>
      <w:pPr>
        <w:pStyle w:val="ArticleBody"/>
        <w:jc w:val="left"/>
      </w:pPr>
      <w:r>
        <w:rPr>
          <w:rFonts w:ascii="Times New Roman" w:hAnsi="Times New Roman" w:eastAsia="Times New Roman" w:cs="Times New Roman"/>
        </w:rPr>
        <w:t>Ang Kapadayagan ni Jesu-Cristo nga giila sa unang mga bersikulo sa basahon sa Pinadayag mao ang katapusang mensahe sa pasidaan ngadto sa iglesia ug pagkahuman ngadto sa kalibutan. Kana nga kapadayagan pagabuksan sa dili pa ang pagsira sa panahon sa grasya pinaagi sa Leon sa banay ni Juda, nga giila diha sa Pinadayag kapitulo singko ingon nga mao lamang ang takos sa pag-abli sa basahon nga pinatikan.</w:t>
      </w:r>
    </w:p>
    <w:p>
      <w:pPr>
        <w:pStyle w:val="ArticleScripture"/>
        <w:jc w:val="left"/>
      </w:pPr>
      <w:r>
        <w:rPr>
          <w:rFonts w:ascii="Times New Roman" w:hAnsi="Times New Roman" w:eastAsia="Times New Roman" w:cs="Times New Roman"/>
        </w:rPr>
        <w:t>Ug usa sa mga anciano miingon kanako, Ayaw paghilak: ania karon, ang Leon sa banay ni Juda, ang Gamut ni David, midaog aron sa pag-abli sa basahon, ug sa pagtangtang sa pito ka mga timri niini. Pinadayag 5:5.</w:t>
      </w:r>
    </w:p>
    <w:p>
      <w:pPr>
        <w:pStyle w:val="ArticleBody"/>
        <w:jc w:val="left"/>
      </w:pPr>
      <w:r>
        <w:rPr>
          <w:rFonts w:ascii="Times New Roman" w:hAnsi="Times New Roman" w:eastAsia="Times New Roman" w:cs="Times New Roman"/>
        </w:rPr>
        <w:t>Ang Leon sa banay ni Juda mao usab ang “gamut ni David,” ug Siya usab “ang anak ni David” ug Siya usab ang Ginoo ni David. Ang kalambigitan nga girepresentar sa Leon sa banay ni Juda nagpaila nga sa dihang ang Leon sa banay ni Juda magtimri o mag-abli sa usa ka kamatuoran, buhaton Niya kini pinaagi sa paggamit sa lagda sa unang paghisgot, nga nagpaila sa katapusan sa usa ka butang pinaagi sa sinugdanan sa usa ka butang ingon nga girepresentar ni Jesus isip “gamut ni David.” Sa dihang ang usa ka kamatuoran maablihan sa ‘usa ka’ panahon sa katapusan, ang usa ka proseso sa paghinlo igasugdan ingon sa girepresentar diha sa Daniel dose.</w:t>
      </w:r>
    </w:p>
    <w:p>
      <w:pPr>
        <w:pStyle w:val="ArticleScripture"/>
        <w:jc w:val="left"/>
      </w:pPr>
      <w:r>
        <w:rPr>
          <w:rFonts w:ascii="Times New Roman" w:hAnsi="Times New Roman" w:eastAsia="Times New Roman" w:cs="Times New Roman"/>
        </w:rPr>
        <w:t>“Ang Leon sa banay ni Juda mao ang mibuka sa mga selyo sa basahon ug mihatag kang Juan sa pinadayag mahitungod sa unsay mahitabo niining ulahing mga adlaw. Si Daniel mitindog diha sa iyang bahin aron magdala sa iyang pagpamatuod, nga gitimbrihan hangtod sa panahon sa katapusan, sa dihang ang mensahe sa unang manulonda kinahanglan igamantala ngadto sa atong kalibotan. Kining mga butanga adunay walay kinutob nga kahinungdanon niining ulahing mga adlaw, apan samtang ‘daghan ang pagaputlihon, ug pagapapution, ug pagasulayan,’ ‘ang mga dautan magapadayon sa pagkamadautan: ug walay usa sa mga dautan ang makasabut.’” Manuscript Releases, bolyum 18, 14, 15.</w:t>
      </w:r>
    </w:p>
    <w:p>
      <w:pPr>
        <w:pStyle w:val="ArticleBody"/>
        <w:jc w:val="left"/>
      </w:pPr>
      <w:r>
        <w:rPr>
          <w:rFonts w:ascii="Times New Roman" w:hAnsi="Times New Roman" w:eastAsia="Times New Roman" w:cs="Times New Roman"/>
        </w:rPr>
        <w:t>Ang buhat ni Jesus ingon nga Leon sa banay ni Juda walay kinutban ang kahinungdanon, apan “walay usa” sa mga “dautan ang makasabut” sa iyang buhat o sa mensahe nga gibuksan.</w:t>
      </w:r>
    </w:p>
    <w:p>
      <w:pPr>
        <w:pStyle w:val="ArticleScripture"/>
        <w:jc w:val="left"/>
      </w:pPr>
      <w:r>
        <w:rPr>
          <w:rFonts w:ascii="Times New Roman" w:hAnsi="Times New Roman" w:eastAsia="Times New Roman" w:cs="Times New Roman"/>
        </w:rPr>
        <w:t>Ug siya miingon, Lakaw sa imong dalan, Daniel; kay ang mga pulong gitakpan ug gipatikan hangtud sa panahon sa katapusan. Daghan ang pagahinloan, ug pagapapution, ug pagasulayan; apan ang mga dautan magapadayon sa pagbuhat ug kadautan; ug walay bisan kinsa sa mga dautan ang makasabut; apan ang mga manggialamon makasabut. Daniel 12:9, 10.</w:t>
      </w:r>
    </w:p>
    <w:p>
      <w:pPr>
        <w:pStyle w:val="ArticleBody"/>
        <w:jc w:val="left"/>
      </w:pPr>
      <w:r>
        <w:rPr>
          <w:rFonts w:ascii="Times New Roman" w:hAnsi="Times New Roman" w:eastAsia="Times New Roman" w:cs="Times New Roman"/>
        </w:rPr>
        <w:t>Ang proseso sa pagsulay gilarawan pinaagi sa tulo ka lakang: “naputli, napaputi, ug nasulayan.” Kining tulo ka mga lakang nagrepresentar sa tulo ka mga lakang sa “walay-katapusang maayong balita,” nga diha sa mensahe sa unang manulonda gilarawan ingon nga kahadloki ang Dios (naputli), ihatag Kaniya ang himaya (napaputi), kay miabut na ang takna sa Iyang paghukom (nasulayan). Kining tulo ka mga lakang mao ang “kamatuoran,” sumala sa gilarawan sa unang letra, sa ikanapulog-tulo nga letra, ug sa katapusang letra sa Hebreohanon nga alpabeto, ug sa dihang kining mga letraha pagadugtongon nianang han-ay, mamugna ang Hebreohanong pulong nga “kamatuoran.”</w:t>
      </w:r>
    </w:p>
    <w:p>
      <w:pPr>
        <w:pStyle w:val="ArticleBody"/>
        <w:jc w:val="left"/>
      </w:pPr>
      <w:r>
        <w:rPr>
          <w:rFonts w:ascii="Times New Roman" w:hAnsi="Times New Roman" w:eastAsia="Times New Roman" w:cs="Times New Roman"/>
        </w:rPr>
        <w:t>Kadtong tulo ka mga lakang mao ang “dalan,” kay ang dalan sa Dios, sumala kang Asaph sa Salmo 77:13, anaa sa balaang puloy-anan diin, sa sawang, ang usa ka makasasala ginahinloan pinaagi sa pag-ula sa dugo. Ang dugo unya dad-on ngadto sa balaang dapit nga nagrepresentar sa pagkabalaan, nga mao ang proseso sa “pagkahimong maputi.”</w:t>
      </w:r>
    </w:p>
    <w:p>
      <w:pPr>
        <w:pStyle w:val="ArticleScripture"/>
        <w:jc w:val="left"/>
      </w:pPr>
      <w:r>
        <w:rPr>
          <w:rFonts w:ascii="Times New Roman" w:hAnsi="Times New Roman" w:eastAsia="Times New Roman" w:cs="Times New Roman"/>
        </w:rPr>
        <w:t>Ug usa sa mga anciano mitubag, nga nagaingon kanako, Kinsa ba kining mga sinul-oban ug mapuputi nga mga kupo? ug diin ba sila gikan? Ug ako miingon kaniya, Ginoo, ikaw nahibalo. Ug siya miingon kanako, Kini sila mao ang nanggula gikan sa dakung kasakitan, ug nanglaba sa ilang mga kupo, ug nagpaputi niini diha sa dugo sa Cordero. Pinadayag 7:13, 14.</w:t>
      </w:r>
    </w:p>
    <w:p>
      <w:pPr>
        <w:pStyle w:val="ArticleBody"/>
        <w:jc w:val="left"/>
      </w:pPr>
      <w:r>
        <w:rPr>
          <w:rFonts w:ascii="Times New Roman" w:hAnsi="Times New Roman" w:eastAsia="Times New Roman" w:cs="Times New Roman"/>
        </w:rPr>
        <w:t>Ang makasasala nga gipakamatarong ug gibalaan andam na dayon nga “sulayan” diha sa paghukom nga gisimbolohan sa Labing Balaan nga Dapit. Si Jesus mao ang “dalan”, ang “kamatuoran” ug ang “kinabuhi”. Ang dalan mao ang sinugdanan, ang kamatuoran mao ang taliwala, ug ang kinabuhi mao ang katapusan. Kon kita maputli pinaagi sa unang lakang, atua kita sa dalan, nga mao ang agianan sa mga gipakamatarong.</w:t>
      </w:r>
    </w:p>
    <w:p>
      <w:pPr>
        <w:pStyle w:val="ArticleScripture"/>
        <w:jc w:val="left"/>
      </w:pPr>
      <w:r>
        <w:rPr>
          <w:rFonts w:ascii="Times New Roman" w:hAnsi="Times New Roman" w:eastAsia="Times New Roman" w:cs="Times New Roman"/>
        </w:rPr>
        <w:t>Apan ang dalan sa mga matarung sama sa masanag nga kahayag, nga nagadan-ag pa gayod ug labaw pa hangtod sa hingpit nga adlaw. Proverbio 4:18.</w:t>
      </w:r>
    </w:p>
    <w:p>
      <w:pPr>
        <w:pStyle w:val="ArticleBody"/>
        <w:jc w:val="left"/>
      </w:pPr>
      <w:r>
        <w:rPr>
          <w:rFonts w:ascii="Times New Roman" w:hAnsi="Times New Roman" w:eastAsia="Times New Roman" w:cs="Times New Roman"/>
        </w:rPr>
        <w:t>Ang ikaduhang lakang mao ang pagpadayag sa pagkamatarung nga natuman pinaagi sa Iyang kamatuoran, kay ang Iyang Pulong mao ang kamatuoran.</w:t>
      </w:r>
    </w:p>
    <w:p>
      <w:pPr>
        <w:pStyle w:val="ArticleScripture"/>
        <w:jc w:val="left"/>
      </w:pPr>
      <w:r>
        <w:rPr>
          <w:rFonts w:ascii="Times New Roman" w:hAnsi="Times New Roman" w:eastAsia="Times New Roman" w:cs="Times New Roman"/>
        </w:rPr>
        <w:t>Balaan mo sila pinaagi sa imong kamatuoran: ang imong pulong mao ang kamatuoran. Juan 17:17.</w:t>
      </w:r>
    </w:p>
    <w:p>
      <w:pPr>
        <w:pStyle w:val="ArticleBody"/>
        <w:jc w:val="left"/>
      </w:pPr>
      <w:r>
        <w:rPr>
          <w:rFonts w:ascii="Times New Roman" w:hAnsi="Times New Roman" w:eastAsia="Times New Roman" w:cs="Times New Roman"/>
        </w:rPr>
        <w:t>Kadtong gipakamatarong girepresentahan sa unang lakang; kadtong gibalaan girepresentahan sa ikaduhang lakang. Ang unang duha ka mga lakang nag-andam niadtong gipakamatarong ug gibalaan aron mosulod sa paghukom ug modawat sa kinabuhing dayon. Si Jesus mao ang dalan, ang kamatuoran, ug ang kinabuhi.</w:t>
      </w:r>
    </w:p>
    <w:p>
      <w:pPr>
        <w:pStyle w:val="ArticleScripture"/>
        <w:jc w:val="left"/>
      </w:pPr>
      <w:r>
        <w:rPr>
          <w:rFonts w:ascii="Times New Roman" w:hAnsi="Times New Roman" w:eastAsia="Times New Roman" w:cs="Times New Roman"/>
        </w:rPr>
        <w:t>“Ang pagkamatarong sa sulod gipanghimatuoran pinaagi sa pagkamatarong sa gawas. Siya nga matarong sa sulod dili tikigkasingkasing ug walay kalooy, kondili adlaw-adlaw motubo ngadto sa dagway ni Cristo, magpadayon gikan sa kusog ngadto sa kusog. Siya nga ginabalaan pinaagi sa kamatuoran magbaton ug pagpugong sa kaugalingon, ug magasunod sa mga tunob sa tiil ni Cristo hangtod nga ang grasya mawala diha sa himaya. Ang pagkamatarong nga pinaagi niini kita gipakamatarong giisip alang kanato; ang pagkamatarong nga pinaagi niini kita ginabalaan gihatag nganhi kanato. Ang nahauna mao ang atong katungod ngadto sa langit, ang ikaduha mao ang atong kahingpitan alang sa langit.” Review and Herald, June 4, 1895.</w:t>
      </w:r>
    </w:p>
    <w:p>
      <w:pPr>
        <w:pStyle w:val="ArticleBody"/>
        <w:jc w:val="left"/>
      </w:pPr>
      <w:r>
        <w:rPr>
          <w:rFonts w:ascii="Times New Roman" w:hAnsi="Times New Roman" w:eastAsia="Times New Roman" w:cs="Times New Roman"/>
        </w:rPr>
        <w:t>Ang kapitulo katorse hangtod sa kapitulo disisiyete sa Juan sa makadaghang higayon naghisgot sa mga isyu sa reaksyon sa tinun-an sa dihang biyaan sila ni Cristo aron moadto sa Iyang Amahan. Nagsaad Siya sa pagbalik, ug nasabtan Niya, (bisan pa nga wala kini masabti sa mga tinun-an), nga ang umaabot sa dili madugay nga krisis magahatag ug hilabihan ka lawom nga kasagmuyo. Hinabol sa sulod niining upat ka mga kapitulo ang pag-ila ug paghubad sa Espiritu Santo ingon nga “Maga­lilipay.” Ang Espiritu Santo giila upat ka higayon ingon nga “Maga­lilipay” diha sa ebanghelyo ni Juan, ug kausa sa unang Juan, apan didto ang pulong gihubad nga “manlalaban.” Wala kini makita sa bisan asa pa sa Bag-ong Tugon.</w:t>
      </w:r>
    </w:p>
    <w:p>
      <w:pPr>
        <w:pStyle w:val="ArticleBody"/>
        <w:jc w:val="left"/>
      </w:pPr>
      <w:r>
        <w:rPr>
          <w:rFonts w:ascii="Times New Roman" w:hAnsi="Times New Roman" w:eastAsia="Times New Roman" w:cs="Times New Roman"/>
        </w:rPr>
        <w:t>Ang Daang Tugon adunay usa ka Hebreohanong pulong nga gihubad ingon nga “maghuhupay” sa Ecclesiastes 4:1 ug sa Lamentations 1:9 ug 16. Kining tulo ka mga pakisayran nagpaila nga ang mga malupigon nagdaugdaug sa katawhan sa Dios ug wala silay maghuhupay nga mosuporta kanila diha sa kalisdanan ug kapakyasan nga ilang hingkaplagan ang ilang kaugalingon.</w:t>
      </w:r>
    </w:p>
    <w:p>
      <w:pPr>
        <w:pStyle w:val="ArticleBody"/>
        <w:jc w:val="left"/>
      </w:pPr>
      <w:r>
        <w:rPr>
          <w:rFonts w:ascii="Times New Roman" w:hAnsi="Times New Roman" w:eastAsia="Times New Roman" w:cs="Times New Roman"/>
        </w:rPr>
        <w:t>Ang pag-ila sa Balaang Espiritu ingon nga “Maglilipay” gibutang diha sa maong teksto diin si Jesus nagtinguha sa pag-andam sa mga tinun-an alang sa dakong kapakyasan nga anaa na lamang pipila ka oras sa unahan. Niini nga kahimtang Iyang gipasiugda nga bisan sa Iyang pagkawala ang Balaang Espiritu magpabilin nga anaa aron sa paghatag kanila ug kalipay. Sa pag-ila sa Balaang Espiritu sulod sa kahulogan sa Maglilipay, gihisgotan ni Jesus sa tukma ang mga kinaiya sa buluhaton nga pagabuhaton sa Maglilipay.</w:t>
      </w:r>
    </w:p>
    <w:p>
      <w:pPr>
        <w:pStyle w:val="ArticleBody"/>
        <w:jc w:val="left"/>
      </w:pPr>
      <w:r>
        <w:rPr>
          <w:rFonts w:ascii="Times New Roman" w:hAnsi="Times New Roman" w:eastAsia="Times New Roman" w:cs="Times New Roman"/>
        </w:rPr>
        <w:t>Ang subob nga mga paghisgot ni Jesus mahitungod sa Iyang pagbiya ug pagbalik nagbutang niana mismong hilisgutan sa kinatumyan sa talaan ingon nga pangunang tema sa maong teksto.</w:t>
      </w:r>
    </w:p>
    <w:p>
      <w:pPr>
        <w:pStyle w:val="ArticleBody"/>
        <w:jc w:val="left"/>
      </w:pPr>
      <w:r>
        <w:rPr>
          <w:rFonts w:ascii="Times New Roman" w:hAnsi="Times New Roman" w:eastAsia="Times New Roman" w:cs="Times New Roman"/>
        </w:rPr>
        <w:t>Ang Juan 14:2–4, 18, 19, 28, 16:5–7, 10, 28, 17:11–13 mao ang mga bersikulo nga direkta nga naghisgot sa panahon sa paglangan diha sa sambingay sa napulo ka mga ulay. Inubanan sa miaging mga bersikulo mao ang mosunod nga teksto nga pinaagi sa pag-usab nagpasiugda sa panahon sa paglangan, kay “ang Ginoo dili mag-usab sa mga butang nga walay dakong kahinungdanon.”</w:t>
      </w:r>
    </w:p>
    <w:p>
      <w:pPr>
        <w:pStyle w:val="ArticleScripture"/>
        <w:jc w:val="left"/>
      </w:pPr>
      <w:r>
        <w:rPr>
          <w:rFonts w:ascii="Times New Roman" w:hAnsi="Times New Roman" w:eastAsia="Times New Roman" w:cs="Times New Roman"/>
        </w:rPr>
        <w:t>Sa dili madugay, ug dili na ninyo ako makita; ug unya, sa dili madugay, makita na usab ninyo ako, kay moadto ako sa Amahan. Unya miingon ang pipila sa iyang mga tinun-an sa usag usa, Unsay buot niyang ipasabot niini nga iyang giingon kanato, Sa dili madugay, ug dili na ninyo ako makita; ug unya, sa dili madugay, makita na usab ninyo ako: ug, Kay moadto ako sa Amahan? Busa miingon sila, Unsay buot niyang ipasabot niining iyang giingon, Sa dili madugay? Wala kami makasabut sa iyang gisulti. Karon nahibalo si Jesus nga buot unta nila siyang pangutan-on, ug miingon siya kanila, Nangutana ba kamo sa usag usa mahitungod niining akong giingon, Sa dili madugay, ug dili na ninyo ako makita: ug unya, sa dili madugay, makita na usab ninyo ako? Sa pagkatinuod, sa pagkatinuod, magaingon ako kaninyo, nga kamo magahilak ug magabakho, apan ang kalibutan magakalipay: ug kamo magamasulub-on, apan ang inyong kasubo mahimong kalipay. Ang babaye, sa diha nga nagaanak na, may kasubo, kay miabut na ang iyang takna: apan sa diha nga makaanak na siya sa bata, dili na niya hinumdoman pa ang kagul-anan, tungod sa kalipay nga may tawong natawo sa kalibutan. Ug busa kamo karon may kasubo: apan makita ko kamo pag-usab, ug ang inyong kasingkasing magakalipay, ug ang inyong kalipay walay bisan kinsa nga makakuha gikan kaninyo. Juan 16:16–22.</w:t>
      </w:r>
    </w:p>
    <w:p>
      <w:pPr>
        <w:pStyle w:val="ArticleBody"/>
        <w:jc w:val="left"/>
      </w:pPr>
      <w:r>
        <w:rPr>
          <w:rFonts w:ascii="Times New Roman" w:hAnsi="Times New Roman" w:eastAsia="Times New Roman" w:cs="Times New Roman"/>
        </w:rPr>
        <w:t>Labing-usa ka mga bersikulo gikan sa kapitulo katorse hangtod sa kapitulo disi-siyete nag-ila sa yugto sa panahon diin ang mga tinun-an kinahanglan maghulat sa pagbalik ni Cristo. Kana nga yugto sa panahon magsugod sa kamatayon ni Cristo ug magpadayon hangtod sa Iyang pagbalik gikan sa Iyang Amahan. Ang panahon nga ilang pagahulaton alang sa Iyang pagbalik nagsimbolo sa panahon sa paglangan diha sa sambingay sa napulo ka mga ulay. Sama sa asoy ni Lucas mahitungod sa mga tinun-an sa Emaus, ang kapakyasan tungod sa krus sa matagnaong paagi naghulagway sa sinugdanan sa panahon sa paglangan nga mosunod sa unang kapakyasan.</w:t>
      </w:r>
    </w:p>
    <w:p>
      <w:pPr>
        <w:pStyle w:val="ArticleBody"/>
        <w:jc w:val="left"/>
      </w:pPr>
      <w:r>
        <w:rPr>
          <w:rFonts w:ascii="Times New Roman" w:hAnsi="Times New Roman" w:eastAsia="Times New Roman" w:cs="Times New Roman"/>
        </w:rPr>
        <w:t>Sa unang bahin sa unang basahon sa Biblia atong makita ang asoy sa paglalang ug atong maila ang tulo ka persona sa langitnong trio. Sa unang bahin sa kataposang basahon sa Biblia atong makita ang tulo ka persona sa langitnong trio. Sa upat ka mga kapitulo nga atong ginatan-aw, atong makita ang tulo ka persona sa langitnong trio. Ang pag-ila niini nga kamatuoran nagtugot kanato sa pagpatong sa upat ka mga kapitulo ni Juan ibabaw sa propetikong linya sa Genesis kapitulo 1 bersikulo 1 hangtod sa kapitulo 2 bersikulo 3 ug ibabaw sa Pinadayag kapitulo 1 mga bersikulo 1 hangtod 11.</w:t>
      </w:r>
    </w:p>
    <w:p>
      <w:pPr>
        <w:pStyle w:val="ArticleBody"/>
        <w:jc w:val="left"/>
      </w:pPr>
      <w:r>
        <w:rPr>
          <w:rFonts w:ascii="Times New Roman" w:hAnsi="Times New Roman" w:eastAsia="Times New Roman" w:cs="Times New Roman"/>
        </w:rPr>
        <w:t>Diha sa maong teksto, giingnan ni Jesus si Tomas nga kon ang usa ka tawo nakakita kang Jesus, nakita usab niya ang Amahan. Gipaila usab sa maong teksto nga si Cristo mao ang naglipay ug naghatag ug kalipay sa mga tinun-an pinaagi sa Iyang presensya, apan sa dihang mobiya Siya, magapadala Siya ug “lain” nga “maglilipay.” Ang Espiritu Santo mao ang maglilipay, apan si Cristo usab mao ang maglilipay.</w:t>
      </w:r>
    </w:p>
    <w:p>
      <w:pPr>
        <w:pStyle w:val="ArticleScripture"/>
        <w:jc w:val="left"/>
      </w:pPr>
      <w:r>
        <w:rPr>
          <w:rFonts w:ascii="Times New Roman" w:hAnsi="Times New Roman" w:eastAsia="Times New Roman" w:cs="Times New Roman"/>
        </w:rPr>
        <w:t>Kon nakaila pa kamo kanako, nakaila usab unta kamo sa akong Amahan: ug sukad karon nakaila na kamo kaniya, ug nakita na ninyo siya. Miingon si Felipe kaniya, Ginoo, ipakita kanamo ang Amahan, ug igo na kana kanamo. Miingon si Jesus kaniya, Dugay na kaayo ako nga uban kaninyo, ug wala pa ba gihapon mo ako hiilhi, Felipe? Ang nakakita kanako nakakita sa Amahan; ug ngano man diay nga nagaingon ka, Ipakita kanamo ang Amahan? Juan 14:7–9.</w:t>
      </w:r>
    </w:p>
    <w:p>
      <w:pPr>
        <w:pStyle w:val="ArticleBody"/>
        <w:jc w:val="left"/>
      </w:pPr>
      <w:r>
        <w:rPr>
          <w:rFonts w:ascii="Times New Roman" w:hAnsi="Times New Roman" w:eastAsia="Times New Roman" w:cs="Times New Roman"/>
        </w:rPr>
        <w:t>Si Tomas nagrepresentar niadtong mga anaa sa Adventismo nga nagdumili sa pagtan-aw sa pagpamatuod mahitungod sa relasyon sa langitnong tulo, bisan pa sa kamatuoran nga sila tingali nakabasa sa mga pagpamatuod nga nagpalig-on niana nga kamatuoran sa makadaghan na kaayo.</w:t>
      </w:r>
    </w:p>
    <w:p>
      <w:pPr>
        <w:pStyle w:val="ArticleScripture"/>
        <w:jc w:val="left"/>
      </w:pPr>
      <w:r>
        <w:rPr>
          <w:rFonts w:ascii="Times New Roman" w:hAnsi="Times New Roman" w:eastAsia="Times New Roman" w:cs="Times New Roman"/>
        </w:rPr>
        <w:t>Ug ako magaampo sa Amahan, ug Siya magahatag kaninyo ug laing Manlalaban, aron Siya magapabilin uban kaninyo hangtod sa kahangtoran; bisan ang Espiritu sa kamatuoran; nga dili madawat sa kalibotan, tungod kay kini dili makakita Kaniya, ni makaila Kaniya: apan kamo nakaila Kaniya; kay Siya nagapuyo uban kaninyo, ug anha sa sulod ninyo. Dili ko kamo biyaan nga walay kahupayan: moanhi Ako kaninyo. Sa hamubo pa nga panahon, ug ang kalibotan dili na makakita Kanako; apan kamo makakita Kanako: tungod kay Ako buhi, kamo usab mabuhi. Juan 14:16–19.</w:t>
      </w:r>
    </w:p>
    <w:p>
      <w:pPr>
        <w:pStyle w:val="ArticleBody"/>
        <w:jc w:val="left"/>
      </w:pPr>
      <w:r>
        <w:rPr>
          <w:rFonts w:ascii="Times New Roman" w:hAnsi="Times New Roman" w:eastAsia="Times New Roman" w:cs="Times New Roman"/>
        </w:rPr>
        <w:t>Kon nakita nato si Jesus, nakita nato ang Amahan. Si Jesus mao ang “Maglilipay,” ug ang Balaang Espiritu mao ang “laing Maglilipay.” Kon nakita nato si Jesus, nakita nato ang Amahan ug nakita nato ang Maglilipay. Sa lima ka higayon nga gigamit ang pulong nga maglilipay diha sa Biblia, silang tanan gigamit sa apostol nga si Juan. Sa ikalimang paghisgot, ang pulong gihubad ingon nga “manlalaban.”</w:t>
      </w:r>
    </w:p>
    <w:p>
      <w:pPr>
        <w:pStyle w:val="ArticleScripture"/>
        <w:jc w:val="left"/>
      </w:pPr>
      <w:r>
        <w:rPr>
          <w:rFonts w:ascii="Times New Roman" w:hAnsi="Times New Roman" w:eastAsia="Times New Roman" w:cs="Times New Roman"/>
        </w:rPr>
        <w:t>Akong gagmayng mga anak, kining mga butanga gisulat ko kaninyo, aron kamo dili makasala. Ug kon may usa ka tawo nga makasala, kita adunay manlalaban ngadto sa Amahan, si Jesu-Cristo ang matarong. 1 Juan 2:1.</w:t>
      </w:r>
    </w:p>
    <w:p>
      <w:pPr>
        <w:pStyle w:val="ArticleBody"/>
        <w:jc w:val="left"/>
      </w:pPr>
      <w:r>
        <w:rPr>
          <w:rFonts w:ascii="Times New Roman" w:hAnsi="Times New Roman" w:eastAsia="Times New Roman" w:cs="Times New Roman"/>
        </w:rPr>
        <w:t>Kon adunay bisan kinsang makasala, aduna kita’y Manlalaban, si Jesu-Cristo nga matarung. Ang usa ka manlalaban mao ang usa nga nagpataliwala alang sa makasasala. Giila ni Pablo ang buluhaton ni Jesus ingon nga atong manlalaban.</w:t>
      </w:r>
    </w:p>
    <w:p>
      <w:pPr>
        <w:pStyle w:val="ArticleScripture"/>
        <w:jc w:val="left"/>
      </w:pPr>
      <w:r>
        <w:rPr>
          <w:rFonts w:ascii="Times New Roman" w:hAnsi="Times New Roman" w:eastAsia="Times New Roman" w:cs="Times New Roman"/>
        </w:rPr>
        <w:t>Kinsa ba siya nga magahukom sa silot? Si Cristo mao ang namatay, oo hinoon, ang nabanhaw pag-usab, nga anaa usab sa too sa Dios, nga usab nagapangamuyo alang kanato. Roma 8:34.</w:t>
      </w:r>
    </w:p>
    <w:p>
      <w:pPr>
        <w:pStyle w:val="ArticleBody"/>
        <w:jc w:val="left"/>
      </w:pPr>
      <w:r>
        <w:rPr>
          <w:rFonts w:ascii="Times New Roman" w:hAnsi="Times New Roman" w:eastAsia="Times New Roman" w:cs="Times New Roman"/>
        </w:rPr>
        <w:t>Si Jesus mao ang manlalaban alang sa makasasala, nga nagalakip nga Siya mao ang maghuhupay. Sa mao rang kapitulo si Pablo kaniadto nagpaila nga ang Espiritu Santo usab nagapangamuyo alang kanato.</w:t>
      </w:r>
    </w:p>
    <w:p>
      <w:pPr>
        <w:pStyle w:val="ArticleScripture"/>
        <w:jc w:val="left"/>
      </w:pPr>
      <w:r>
        <w:rPr>
          <w:rFonts w:ascii="Times New Roman" w:hAnsi="Times New Roman" w:eastAsia="Times New Roman" w:cs="Times New Roman"/>
        </w:rPr>
        <w:t>Sa ingon man usab ang Espiritu nagatabang sa atong mga kaluyahon; kay kita wala mahibalo kon unsa ang angay natong iampo sumala sa kinahanglan: apan ang Espiritu gayud mao ang nagapangamuyo alang kanato uban sa mga pag-agulo nga dili malitok. Ug siya nga nagasusi sa mga kasingkasing nahibalo kon unsa ang hunahuna sa Espiritu, tungod kay siya nagapangamuyo alang sa mga balaan sumala sa kabubut-on sa Dios. Roma 8:26, 27.</w:t>
      </w:r>
    </w:p>
    <w:p>
      <w:pPr>
        <w:pStyle w:val="ArticleBody"/>
        <w:jc w:val="left"/>
      </w:pPr>
      <w:r>
        <w:rPr>
          <w:rFonts w:ascii="Times New Roman" w:hAnsi="Times New Roman" w:eastAsia="Times New Roman" w:cs="Times New Roman"/>
        </w:rPr>
        <w:t>Si Jesus ug ang Balaang Espiritu kapuwa giila ingon nga ang Maglilipay, ug busa silang duha mga manlalaban alang kanato nga nagapangamuyo puli kanato. Ang tulo ka persona sa langitnong trio tanan girepresentahan diha sa pahayag sa Juan nga atong ginatagad, ug sa dihang ipahiusa kini uban sa nahaunang pagpamatuod sa nahaunang basahon sa Biblia ug sa nahaunang pagpamatuod sa ulahing basahon sa Biblia, ang kahayag mahitungod sa relasyon ug buluhaton sa tulo ka persona sa pagka-Dios gipadaku.</w:t>
      </w:r>
    </w:p>
    <w:p>
      <w:pPr>
        <w:pStyle w:val="ArticleScripture"/>
        <w:jc w:val="left"/>
      </w:pPr>
      <w:r>
        <w:rPr>
          <w:rFonts w:ascii="Times New Roman" w:hAnsi="Times New Roman" w:eastAsia="Times New Roman" w:cs="Times New Roman"/>
        </w:rPr>
        <w:t>“Ang Ama dili mahulagway pinaagi sa mga butang sa yuta. Ang Ama mao ang bug-os nga kahupnganan sa pagka-Dios sa lawasnon nga paagi, ug dili makita sa panan-aw sa kamatayonon nga tawo. Ang Anak mao ang bug-os nga kahupnganan sa pagka-Dios nga gipadayag. Ang pulong sa Dios nagpahayag mahitungod Kaniya nga Siya mao ang ‘hingpit nga dagway sa Iyang pagka-persona.’ ‘Kay gihigugma pag-ayo sa Dios ang kalibutan nga gihatag Niya ang Iyang bugtong nga Anak, aron ang bisan kinsa nga motoo Kaniya dili malaglag, kondili may kinabuhing dayon.’ Dinhi gipakita ang personalidad sa Amahan.”</w:t>
      </w:r>
    </w:p>
    <w:p>
      <w:pPr>
        <w:pStyle w:val="ArticleScripture"/>
        <w:jc w:val="left"/>
      </w:pPr>
      <w:r>
        <w:rPr>
          <w:rFonts w:ascii="Times New Roman" w:hAnsi="Times New Roman" w:eastAsia="Times New Roman" w:cs="Times New Roman"/>
        </w:rPr>
        <w:t>“Ang Maghuhupay nga gisaad ni Cristo nga ipadala human Siya mokayab ngadto sa langit mao ang Espiritu diha sa tibuok kapun-on sa Pagka-Dios, nga nagapadayag sa gahum sa balaanong grasya ngadto sa tanan nga modawat ug motuo kang Cristo ingon nga personal nga Manluluwas. Adunay tulo ka buhing persona sa langitnong tuloan. Sa ngalan niining tulo ka mga gahum,—ang Amahan, ang Anak, ug ang Espiritu Santo, kadtong midawat kang Cristo pinaagi sa buhing pagtoo ginabautismohan, ug kining mga gahuma magtinabangay uban sa masinugtanon nga mga sakop sa langit diha sa ilang mga paningkamot sa pagkinabuhi sa bag-ong kinabuhi diha kang Cristo.”</w:t>
      </w:r>
    </w:p>
    <w:p>
      <w:pPr>
        <w:pStyle w:val="ArticleScripture"/>
        <w:jc w:val="left"/>
      </w:pPr>
      <w:r>
        <w:rPr>
          <w:rFonts w:ascii="Times New Roman" w:hAnsi="Times New Roman" w:eastAsia="Times New Roman" w:cs="Times New Roman"/>
        </w:rPr>
        <w:t>“Unsa may buhaton sa makasasala?—Motoo kang Cristo. Siya iya ni Cristo, nga pinalit pinaagi sa dugo sa Anak sa Dios. Pinaagi sa pagsulay ug kalisdanan giluwas sa Manluluwas ang mga tawo gikan sa pagkaulipon sa sala. Unsa man, busa, ang atong buhaton aron maluwas gikan sa sala?—Motoo sa Ginoong Jesu-Cristo ingon nga Manluluwas nga nagapasaylo sa sala. Siya nga magasugid sa iyang sala ug magpaubos sa iyang kasingkasing makadawat ug kapasayloan. Si Jesus mao ang Manluluwas nga nagapasaylo sa sala ingon man ang bugtong Anak sa walay kinutoban nga Dios. Ang makasasala nga napasaylo napauli sa pakigdait sa Dios pinaagi kang Jesu-Cristo, ang atong Manluluwas gikan sa sala. Sa pagpadayon diha sa dalan sa pagkabalaan, siya nahimong sakop sa grasya sa Dios. Gidala kaniya ang hingpit nga kaluwasan, kalipay, ug kalinaw, ug ang matuod nga kaalam nga nagagikan sa Dios.”</w:t>
      </w:r>
    </w:p>
    <w:p>
      <w:pPr>
        <w:pStyle w:val="ArticleScripture"/>
        <w:jc w:val="left"/>
      </w:pPr>
      <w:r>
        <w:rPr>
          <w:rFonts w:ascii="Times New Roman" w:hAnsi="Times New Roman" w:eastAsia="Times New Roman" w:cs="Times New Roman"/>
        </w:rPr>
        <w:t>“Ang pagtoo sa nag-ula nga dugo ni Jesu-Cristo isip halad-pasig-uli mao ang kasigurohan sa kapasayloan. Si Cristo makahimo sa paghinlo sa tanang sala. Ang yano nga pagsalig nianang gahom ad-adlaw magahatag sa tawhanong galamiton ug matngon nga kaalam sa pag-ila kon unsa ang magabantay sa kalag niining ulahing mga adlaw gikan sa pagkaulipon sa sala. Pinaagi sa pagtoo ug pag-ampo, pinaagi sa kahibalo kang Cristo, kinahanglan niyang buhaton ang iyang kaugalingong kaluwasan.”</w:t>
      </w:r>
    </w:p>
    <w:p>
      <w:pPr>
        <w:pStyle w:val="ArticleScripture"/>
        <w:jc w:val="left"/>
      </w:pPr>
      <w:r>
        <w:rPr>
          <w:rFonts w:ascii="Times New Roman" w:hAnsi="Times New Roman" w:eastAsia="Times New Roman" w:cs="Times New Roman"/>
        </w:rPr>
        <w:t>“Ang Balaang Espiritu nag-ila ug nagamando kanato ngadto sa tanang kamatuoran. Gihatag sa Dios ang Iyang bugtong Anak, aron ang bisan kinsa nga motoo Kaniya dili malaglag kondili makabaton sa kinabuhing walay katapusan. Si Cristo mao ang Manluluwas sa makasasala. Ang kamatayon ni Cristo nagtubos sa makasasala. Mao kini ang atong bugtong paglaum. Kon magahimo kita sa hingpit nga pagtugyan sa kaugalingon, ug magabuhat sa mga hiyas ni Cristo, madawat nato ang ganti sa kinabuhing dayon.</w:t>
      </w:r>
    </w:p>
    <w:p>
      <w:pPr>
        <w:pStyle w:val="ArticleScripture"/>
        <w:jc w:val="left"/>
      </w:pPr>
      <w:r>
        <w:rPr>
          <w:rFonts w:ascii="Times New Roman" w:hAnsi="Times New Roman" w:eastAsia="Times New Roman" w:cs="Times New Roman"/>
        </w:rPr>
        <w:t>“‘Ang nagatoo sa Anak, anaa usab kaniya ang Amahan.’ Ang may padayonng pagtoo sa Amahan ug sa Anak anaa usab kaniya ang Espiritu. Ang Balaang Espiritu mao ang iyang maglilipay, ug dili gayod siya mobiya gikan sa kamatuoran.” Bible Training School, Marso 1, 1906.</w:t>
      </w:r>
    </w:p>
    <w:p>
      <w:pPr>
        <w:pStyle w:val="ArticleBody"/>
        <w:jc w:val="left"/>
      </w:pPr>
      <w:r>
        <w:rPr>
          <w:rFonts w:ascii="Times New Roman" w:hAnsi="Times New Roman" w:eastAsia="Times New Roman" w:cs="Times New Roman"/>
        </w:rPr>
        <w:t>Gawas sa dugang nga kahayag mahitungod sa buhat ug relasyon sa langitnong tulo, ang pag-ila sa langitnong tulo diha sa maong pahayag naghatag ug pamatuod nga kining upat ka mga kapitulo pagahan-ay uban sa mensahe nga karon giablihan na sa Leon sa banay ni Juda.</w:t>
      </w:r>
    </w:p>
    <w:p>
      <w:pPr>
        <w:pStyle w:val="ArticleBody"/>
        <w:jc w:val="left"/>
      </w:pPr>
      <w:r>
        <w:rPr>
          <w:rFonts w:ascii="Times New Roman" w:hAnsi="Times New Roman" w:eastAsia="Times New Roman" w:cs="Times New Roman"/>
        </w:rPr>
        <w:t>Ang pagpamatuod diha sa sugilanon sa mga tinun-an sa Emaus nagrepresentar sa tulo ka mga pagpamatuod nga nagpaila nga ang kapakyasan ug ang panahon sa paglangan nga misunod sa krus nagrepresentar sa kapakyasan ug panahon sa paglangan nga misunod sa unang kapakyasan. Aduna pay laing pagpamatuod nga nagpalig-on nga ang kasaysayan nga girepresentahan sa upat ka mga kapitulo ni Juan nagrepresentar sa mga kahimtang sa unang kapakyasan.</w:t>
      </w:r>
    </w:p>
    <w:p>
      <w:pPr>
        <w:pStyle w:val="ArticleBody"/>
        <w:jc w:val="left"/>
      </w:pPr>
      <w:r>
        <w:rPr>
          <w:rFonts w:ascii="Times New Roman" w:hAnsi="Times New Roman" w:eastAsia="Times New Roman" w:cs="Times New Roman"/>
        </w:rPr>
        <w:t>Ang katapusang bersikulo sa sugilanon sa paglalang—nga mao ang unang kamatuoran nga gihisgotan sa Pulong sa Dios—natapos sa tulo ka mga pulong, ug ang matag usa nianang mga pulonga nagsugod sa usa sa tulo ka mga letra nga naglangkob sa pulong nga kamatuoran, ug kini gibuhat nila sa husto nga han-ay. Ang sugilanon sa paglalang sa Genesis nagsugod sa mga pulong, “Sa sinugdan,” ug natapos kini sa tulo ka mga pulong, “Ang Dios nagbuhat ug naghimo.”</w:t>
      </w:r>
    </w:p>
    <w:p>
      <w:pPr>
        <w:pStyle w:val="ArticleBody"/>
        <w:jc w:val="left"/>
      </w:pPr>
      <w:r>
        <w:rPr>
          <w:rFonts w:ascii="Times New Roman" w:hAnsi="Times New Roman" w:eastAsia="Times New Roman" w:cs="Times New Roman"/>
        </w:rPr>
        <w:t>Ang unang mga titik niadtong tulo ka mga pulong, kon pagahiuson, nagamugna sa pulong nga kamatuoran. Ang sugilanon sa paglalang nagsugod sa “sinugdanan” ug natapos sa pulong nga simbolikong girepresentahan sa mga titik nga nagarepresentar sa Alpha ug Omega. Sa ingon usab, sa pangbukas nga bahin sa ulahing basahon sa Biblia si Jesus kaduha nga giila ingon nga Alpha ug Omega, ang sinugdanan ug ang katapusan, ang nahauna ug ang naulahi. Kadtong tulo ka mga titik nga nagarepresentar sa Alpha ug Omega nagahatag pa ug laing pagpamatuod nga ang bahin diha sa Juan kinahanglan pagahiuson uban sa linya nga matagnaon sa sinugdanan sa Genesis ug sa linya nga matagnaon sa sinugdanan sa Pinadayag. Kining pagpamatuod mailhan sulod sa paghulagway sa buluhaton sa Manlalaban. Ang buluhaton sa Manlalaban mao ang tulo-ka-lakang nga buluhaton nga girepresentahan niadtong mao rang tulo ka mga Hebreohanong titik. Ang pirma sa Alpha ug Omega nagtugot kanato sa pagbutang niining upat ka mga kapitulo sulod sa konteksto sa mensahe sa Pinadayag ni Jesu-Cristo nga ginabuksan sa dili pa sirhan ang panahon sa pagsulay.</w:t>
      </w:r>
    </w:p>
    <w:p>
      <w:pPr>
        <w:pStyle w:val="ArticleBody"/>
        <w:jc w:val="left"/>
      </w:pPr>
      <w:r>
        <w:rPr>
          <w:rFonts w:ascii="Times New Roman" w:hAnsi="Times New Roman" w:eastAsia="Times New Roman" w:cs="Times New Roman"/>
        </w:rPr>
        <w:t>Ang pito ka dalugdog nagrepresentar sa upat ka piho nga mga timaan sa panahon (mga punto sa panahon) ug sa tulo ka piho nga mga yugto sa panahon nga nagsugod uban sa timaan sa panahon sa pagkanaog sa usa ka manulonda nga magahayag sa yuta pinaagi sa Iyang himaya. Kana nga timaan sa panahon usa ka punto sa panahon. Ang ikaduhang timaan sa panahon (punto sa panahon) mao ang unang kapakyasan, nga nagpasulod sa yugto sa panahon sa paglangan. Ang panahon sa paglangan nagdala ngadto sa ikatulong timaan sa panahon (punto sa panahon) diin ang usa ka kamatuoran gibuksan gikan sa pagkaselyado ug kini nagmugna ug usa ka kalihokan. Ang maong kalihokan matapos sa ikaupat nga timaan sa panahon (punto sa panahon) nga girepresentar ingon nga paghukom. Kining upat ka mga timaan sa panahon ug kining tulo ka mga yugto sa panahon ang matag usa nagrepresentar ug usa ka dalugdog, nga sa kinatibuk-an pito ka mga dalugdog. Nagrepresentar usab kini ug usa ka kombinasyon nga upat-tulo.</w:t>
      </w:r>
    </w:p>
    <w:p>
      <w:pPr>
        <w:pStyle w:val="ArticleBody"/>
        <w:jc w:val="left"/>
      </w:pPr>
      <w:r>
        <w:rPr>
          <w:rFonts w:ascii="Times New Roman" w:hAnsi="Times New Roman" w:eastAsia="Times New Roman" w:cs="Times New Roman"/>
        </w:rPr>
        <w:t>Sa nangaging mga artikulo atong gipaila nga ang pagsabot sa mga pioneer mahitungod sa pito ka mga iglesia, sa pito ka mga selyo, ug sa pito ka mga trumpeta nag-ila sa usa ka ‘kombinasyon sa upat ug tulo.’ Ang unang upat ka mga iglesia, mga selyo, ug mga trumpeta lahi gikan sa ulahing tulo ka mga iglesia, mga selyo, ug mga trumpeta. Ang pito ka mga dalugdog nagrepresentar ug upat ka mga timaan sa dalan, apan sulod nianang upat ka mga timaan sa dalan anaa ang tulo ka mga yugto sa panahon. Ang balaang kombinasyon sa ‘upat ug tulo’ nga diha sa basahon sa Pinadayag natukod ibabaw sa tulo ka mga saksi (mga iglesia, mga selyo, ug mga trumpeta), ug kining mga saksi nagpamatuod sa kabalido sa kombinasyon sa ‘upat ug tulo’ sa pito ka mga dalugdog sa basahon sa Pinadayag.</w:t>
      </w:r>
    </w:p>
    <w:p>
      <w:pPr>
        <w:pStyle w:val="ArticleBody"/>
        <w:jc w:val="left"/>
      </w:pPr>
      <w:r>
        <w:rPr>
          <w:rFonts w:ascii="Times New Roman" w:hAnsi="Times New Roman" w:eastAsia="Times New Roman" w:cs="Times New Roman"/>
        </w:rPr>
        <w:t>Apan, sulod sa linya sa kasaysayan nga girepresentahan sa pito ka mga dalogdog, adunay laing tinago ug lahi nga linya sa tagna nga may tulo ka mga timaan sa dalan nga lahi gikan sa simbolo nga girepresentahan ingon nga pito ka mga dalogdog. Busa, sa dihang atong tagdon ang profetikanhong kalabutan sa pito ka mga dalogdog uban sa tinagong kasaysayan nga karon ginabuksan na, atong makita nga ang pito ka mga dalogdog nagapresentar ug upat ka mga timaan sa dalan (mga punto sa panahon) ug ang tinagong kasaysayan nagapresentar ug tulo ka mga timaan sa dalan (mga punto sa panahon). Sama sa mga iglesia, mga patik, mga trumpeta ug mga dalogdog, ang tinagong kasaysayan nagarepresentar ug tulo ka mga timaan sa dalan nga nadugtong sa upat ka mga timaan sa dalan sa pito ka mga dalogdog. Ang tinagong kasaysayan usab adunay usa ka kombinasyon nga tulo-upat.</w:t>
      </w:r>
    </w:p>
    <w:p>
      <w:pPr>
        <w:pStyle w:val="ArticleBody"/>
        <w:jc w:val="left"/>
      </w:pPr>
      <w:r>
        <w:rPr>
          <w:rFonts w:ascii="Times New Roman" w:hAnsi="Times New Roman" w:eastAsia="Times New Roman" w:cs="Times New Roman"/>
        </w:rPr>
        <w:t>Sa tinagong kasaysayan nga nalakip sulod sa pito ka dalugdog, adunay tulo ka lahi nga mga timaan sa dalan nga ang matag usa mao ang usa ka “takna sa panahon,” ug ang nahauna ug ang naulahi niadtong tulo ka mga timaan sa dalan nagrepresentar sa usa ka kapakyasan sa gipaabot. Adunay usa ka piho nga “panahon” tali sa nahauna ug ikaduhang mga timaan sa dalan ug usa ka lahi usab nga “panahon” tali sa ikaduha ug ikatulong mga takna sa panahon. Ang pulong nga “kapakyasan sa gipaabot” mitungha gikan sa konsepto sa usa ka wala maabot nga tinudlong takna ug gidala sa kahulogan niini ang paghatag og gibug-aton sa usa ka takna sa panahon. Ang tungang gabii usab usa ka piho nga takna. Ang tinagong kasaysayan gihulagway pinaagi sa tulo ka mga takna sa panahon nga gibulag sa duha ka mga panahon; ang panahon sa paglangan ug ang kalihokan sa ikapito nga bulan.</w:t>
      </w:r>
    </w:p>
    <w:p>
      <w:pPr>
        <w:pStyle w:val="ArticleBody"/>
        <w:jc w:val="left"/>
      </w:pPr>
      <w:r>
        <w:rPr>
          <w:rFonts w:ascii="Times New Roman" w:hAnsi="Times New Roman" w:eastAsia="Times New Roman" w:cs="Times New Roman"/>
        </w:rPr>
        <w:t>Ang unang ilhanan sa tago nga kasaysayan nagtimaan sa usa ka kapakyasan, ug ang katapusang ilhanan nagtimaan usab sa usa ka kapakyasan. Busa, gikan sa unang kapakyasan hangtod sa katapusang kapakyasan anaa ang usa ka tinagong linya sa tagna nga nagbaton sa samang tulo ka mga lakang sama sa tanan nga mga linya sa reporma. Nagbaton usab kini sa timailhan sa Alpha ug Omega, kay ang tulo ka mga letra nga nagmugna sa “kamatuoran” nagkatumbas sa tulo ka mga ilhanan nga nagsugod ug natapos pinaagi sa usa ka kapakyasan. Kana nga tinagong kasaysayan sulod sa pito ka mga dalugdog mao ang kamatuoran nga sa pagkakaron ginabuksan sa Leon sa banay ni Juda ang mga timri.</w:t>
      </w:r>
    </w:p>
    <w:p>
      <w:pPr>
        <w:pStyle w:val="ArticleBody"/>
        <w:jc w:val="left"/>
      </w:pPr>
      <w:r>
        <w:rPr>
          <w:rFonts w:ascii="Times New Roman" w:hAnsi="Times New Roman" w:eastAsia="Times New Roman" w:cs="Times New Roman"/>
        </w:rPr>
        <w:t>Ang teksto sa Juan nga atong ginasusi gipaila sa miaging kapitulo pinaagi sa Panihapon sa Ginoo, nga nagpasiugda nga ang mensahe niining upat ka mga kapitulo kinahanglan kan-on. Kining upat ka mga kapitulo matapos sa paglakaw paingon sa Getsemani. Ang sugilanon nahitabo sulod sa paglihok gikan sa pagkaon hangtod nga nagsugod ang krisis sa krus. Sa matagnaong paagi, ang kahimtang niining upat ka mga kapitulo naghulagway sa ulahing mensahe nga kinahanglan kan-on sa dili pa ang paghukom. Ang mensahe nga modala ngadto sa pagtapos sa paghukom mao ang mensahe nga gibuklad sa basahon sa Pinadayag, sa wala pa matapos ang paghukom.</w:t>
      </w:r>
    </w:p>
    <w:p>
      <w:pPr>
        <w:pStyle w:val="ArticleBody"/>
        <w:jc w:val="left"/>
      </w:pPr>
      <w:r>
        <w:rPr>
          <w:rFonts w:ascii="Times New Roman" w:hAnsi="Times New Roman" w:eastAsia="Times New Roman" w:cs="Times New Roman"/>
        </w:rPr>
        <w:t>Ang mga tinun-an ug si Jesus anaa sa punto sa propetikong kasaysayan diin sila gipahibalo mahitungod sa panahon sa paglangay. Sa kasaysayan sa mga Millerite, gikuha sa Ginoo ang Iyang kamot aron maporma ang pagsabot sa mensahe sa Midnight Cry, apan ang pagsabot nga mipamunga sa mensahe ni Samuel Snow maoy usab nagpahibalo sa mga Millerite nga anaa sila sa panahon sa paglangay sa napulo ka ulay. Ang mga tinun-an bag-o pa lamang mikaon sa Katapusang Panihapon, ug samtang ilang gitunaw ang mensahe, gipatin-aw ni Cristo ang panahon sa paglangay diha sa upat ka mga kapitulo ni Juan.</w:t>
      </w:r>
    </w:p>
    <w:p>
      <w:pPr>
        <w:pStyle w:val="ArticleBody"/>
        <w:jc w:val="left"/>
      </w:pPr>
      <w:r>
        <w:rPr>
          <w:rFonts w:ascii="Times New Roman" w:hAnsi="Times New Roman" w:eastAsia="Times New Roman" w:cs="Times New Roman"/>
        </w:rPr>
        <w:t>Ang pagsabot ni Samuel Snow mahimong madokumento ingon nga usa ka hugpong sa mga artikulo, nga maoy naugmad ngadto sa kataposang pagsabot nga girepresentahan ingon nga mensahe sa Midnight Cry. Samtang ang iyang mensahe nagakahinog, iyang usab gipresentar ang mensahe diha sa usa ka sunod-sunod nga mga camp meeting. Ang hugpong sa mga artikulo nga nag-una ngadto sa mga camp meeting sa katapusan nagdala kaniya ngadto sa Exeter camp meeting, nga milungtad ug unom ka adlaw. Sa matagnaong paagi, ang mensahe sa Midnight Cry anam-anam nga naugmad sulod sa usa ka yugto sa panahon. Ang upat ka mga kapitulo diha sa John nahitabo sa matagnaong kasaysayan diin ang mensahe ginaugmad.</w:t>
      </w:r>
    </w:p>
    <w:p>
      <w:pPr>
        <w:pStyle w:val="ArticleBody"/>
        <w:jc w:val="left"/>
      </w:pPr>
      <w:r>
        <w:rPr>
          <w:rFonts w:ascii="Times New Roman" w:hAnsi="Times New Roman" w:eastAsia="Times New Roman" w:cs="Times New Roman"/>
        </w:rPr>
        <w:t>Sa upat ka kapitulo ni Juan atong makita ang buluhaton sa Balaang Espiritu nga gihubit ingon nga tulo ka mga lakang: pagpakasad sa sala, pagkamatarong, ug paghukom. Kining tulo ka mga lakang mao usab ang tulo ka mga timailhan sa dalan sa tinagong kasaysayan nga nalakip sulod sa pito ka mga dalugdog.</w:t>
      </w:r>
    </w:p>
    <w:p>
      <w:pPr>
        <w:pStyle w:val="ArticleScripture"/>
        <w:jc w:val="left"/>
      </w:pPr>
      <w:r>
        <w:rPr>
          <w:rFonts w:ascii="Times New Roman" w:hAnsi="Times New Roman" w:eastAsia="Times New Roman" w:cs="Times New Roman"/>
        </w:rPr>
        <w:t>Apan sultihan ko kamo sang kamatuoran; ang akon paghalin mapuslanon para sa inyo; kay kon indi ako maghalin, ang Manlilipay indi magkari sa inyo; apang kon ako maglakat, ipadala ko siya sa inyo. Kag kon mag-abot na siya, pakitaan niya sang sala ang kalibutan, kag sang pagkamatarong, kag sang paghukom: Sang sala, tungod kay wala sila nagatoo sa akon; sang pagkamatarong, tungod kay makadto ako sa akon Amay, kag indi na ninyo ako makita; sang paghukom, tungod kay ang prinsipe sang sini nga kalibutan nahukman na. Madamo pa ako sang mga butang nga isugid sa inyo, apang indi pa ninyo ini masarangan subong. Apang kon mag-abot na siya, ang Espiritu sang kamatuoran, siya magamando sa inyo ngadto sa bug-os nga kamatuoran: kay indi siya magahambal halin sa iya kaugalingon; kundi ang bisan ano nga iya mabatian, amo ina ang iya igahambal: kag ipakita niya sa inyo ang mga butang nga magaabot. Siya magahimaya sa akon: kay batunon niya ang akon, kag ipakita niya ini sa inyo. Juan 16:7–14.</w:t>
      </w:r>
    </w:p>
    <w:p>
      <w:pPr>
        <w:pStyle w:val="ArticleBody"/>
        <w:jc w:val="left"/>
      </w:pPr>
      <w:r>
        <w:rPr>
          <w:rFonts w:ascii="Times New Roman" w:hAnsi="Times New Roman" w:eastAsia="Times New Roman" w:cs="Times New Roman"/>
        </w:rPr>
        <w:t>Sa kasaysayan sa mga Millerite, si Jesus wala mibalik aron tapuson ang panahon sa paglangan sa Tinga sa Tungang Gabii. Gikuha Niya ang Iyang kamot, ug gibubo o gipadala ang Espiritu Santo. Ang Espiritu Santo, nga gihulagway ingon nga ang Manlalaban, mianhi aron wagtangon ang kapakyasan. Mianhi Siya aron maghatag ug kalipay niadtong mga pinili, apan nalibog tungod sa kapakyasan sa usa ka napakyas nga panagna.</w:t>
      </w:r>
    </w:p>
    <w:p>
      <w:pPr>
        <w:pStyle w:val="ArticleBody"/>
        <w:jc w:val="left"/>
      </w:pPr>
      <w:r>
        <w:rPr>
          <w:rFonts w:ascii="Times New Roman" w:hAnsi="Times New Roman" w:eastAsia="Times New Roman" w:cs="Times New Roman"/>
        </w:rPr>
        <w:t>Gipahinumdom na nato kaniadto nga ang apostol nga si Juan, si Ezequiel, ug si Jeremias, silang tanan gihulagway nga nagakaon sa diyutay nga basahon nga matam-is sama sa dugos diha sa baba. Adunay tinuyo nga kalainan tali niining tulo ka mga propeta, nga kasagaran dili mamatikdan.</w:t>
      </w:r>
    </w:p>
    <w:p>
      <w:pPr>
        <w:pStyle w:val="ArticleBody"/>
        <w:jc w:val="left"/>
      </w:pPr>
      <w:r>
        <w:rPr>
          <w:rFonts w:ascii="Times New Roman" w:hAnsi="Times New Roman" w:eastAsia="Times New Roman" w:cs="Times New Roman"/>
        </w:rPr>
        <w:t>Gigamit si Ezekiel aron ilarawan kadtong mikaon sa gamayng basahon, ug gihatagan ug mensahe nga dad-on ngadto sa apostatang iglesia sa Dios. Girepresentar ni Ezekiel nga ang basahon nga ginakaon nagailhan sa buluhaton nga unya pagatumanon. Siya nagarepresentar sa mensahe nga gihatag ngadto sa kanhing piniling katawhan sa Dios. Ang iyang mensahe mao ang nagabugkos sa kanhing piniling katawhan ngadto sa mga bugkos nga gitagana alang sa kalayo. Sa upat ka kapitulo ni Juan, giila ni Jesus ang katuyoan sa buluhaton ni Ezekiel.</w:t>
      </w:r>
    </w:p>
    <w:p>
      <w:pPr>
        <w:pStyle w:val="ArticleScripture"/>
        <w:jc w:val="left"/>
      </w:pPr>
      <w:r>
        <w:rPr>
          <w:rFonts w:ascii="Times New Roman" w:hAnsi="Times New Roman" w:eastAsia="Times New Roman" w:cs="Times New Roman"/>
        </w:rPr>
        <w:t>Hinumdomi ang pulong nga akong giingon kaninyo: Ang ulipon dili labaw sa iyang agalon. Kon gilutos nila ako, pagalutoson usab nila kamo; kon gituman nila ang akong pulong, tumanon usab nila ang inyo. Apan kining tanang mga butanga pagabuhaton nila batok kaninyo tungod sa akong ngalan, kay wala nila hibaloi ang nagpadala kanako. Kon wala pa ako moanhi ug mosulti kanila, wala unta silay sala; apan karon wala na silay ikatabon sa ilang sala. Ang nagadumot kanako nagadumot usab sa akong Amahan. Kon wala pa ako magbuhat sa ilang taliwala sa mga buhat nga wala pa gayud mabuhata ni bisan kinsa nga tawo, wala unta silay sala; apan karon ilang nakita ug gidumtan kaming duha, ako ug ang akong Amahan. Apan kini nahitabo aron matuman ang pulong nga nahisulat sa ilang kasugoan: Gidumtan nila ako sa walay hinungdan. Apan sa pag-abot sa Maglilipay, nga akong ipadala kaninyo gikan sa Amahan, ang Espiritu sa kamatuoran, nga nagagikan sa Amahan, siya magapanghimatuod mahitungod kanako. Juan 15:20–26.</w:t>
      </w:r>
    </w:p>
    <w:p>
      <w:pPr>
        <w:pStyle w:val="ArticleBody"/>
        <w:jc w:val="left"/>
      </w:pPr>
      <w:r>
        <w:rPr>
          <w:rFonts w:ascii="Times New Roman" w:hAnsi="Times New Roman" w:eastAsia="Times New Roman" w:cs="Times New Roman"/>
        </w:rPr>
        <w:t>Ang buluhaton ni Ezekiel, nga nagsugod sa dihang iyang gikaon ang basahon, nagrepresentar sa pagpahayag sa usa ka mensahe nga isalikway, apan ang maong pagsalikway mao ang ebidensiya nga sila nagdumot sa Dios ug hingpit nang napuno ang ilang takos sa panahon sa pagsulay.</w:t>
      </w:r>
    </w:p>
    <w:p>
      <w:pPr>
        <w:pStyle w:val="ArticleScripture"/>
        <w:jc w:val="left"/>
      </w:pPr>
      <w:r>
        <w:rPr>
          <w:rFonts w:ascii="Times New Roman" w:hAnsi="Times New Roman" w:eastAsia="Times New Roman" w:cs="Times New Roman"/>
        </w:rPr>
        <w:t>Ug siya miingon kanako, Anak sa tawo, ginapadala ko ikaw ngadto sa mga anak sa Israel, ngadto sa usa ka masukihong nasod nga misukol batok kanako: sila ug ang ilang mga amahan nakalapas batok kanako, bisan hangtod niining maong adlawa. Kay sila mga anak nga mabagaon ug kasingkasing nga malig-on sa pagkagahi. Ginapadala ko ikaw ngadto kanila; ug magaingon ikaw kanila, Mao kini ang giingon sa Ginoong Dios. Ug sila, mamati man sila, o dili man sila mamati, (kay sila usa ka masukihong panimalay,) mahibalo gihapon nga adunay usa ka manalagna sa ilang taliwala. Ezekiel 2:3–5.</w:t>
      </w:r>
    </w:p>
    <w:p>
      <w:pPr>
        <w:pStyle w:val="ArticleBody"/>
        <w:jc w:val="left"/>
      </w:pPr>
      <w:r>
        <w:rPr>
          <w:rFonts w:ascii="Times New Roman" w:hAnsi="Times New Roman" w:eastAsia="Times New Roman" w:cs="Times New Roman"/>
        </w:rPr>
        <w:t>Ang buluhaton ni Ezekiel nahimong usa ka saksi batok sa kanhing katawohan sa tugon, maingon kang Cristo taliwala sa mga mapakiglalisong Judio; busa ang mensahe ni Ezekiel mao ang katapusang mensahe sa pasidaan nga nagabugkos sa kanhing katawohan sa tugon ingon nga mga bunglayon diha sa usa ka bugkos, gitagana alang sa kalayo sa pagkalaglag.</w:t>
      </w:r>
    </w:p>
    <w:p>
      <w:pPr>
        <w:pStyle w:val="ArticleScripture"/>
        <w:jc w:val="left"/>
      </w:pPr>
      <w:r>
        <w:rPr>
          <w:rFonts w:ascii="Times New Roman" w:hAnsi="Times New Roman" w:eastAsia="Times New Roman" w:cs="Times New Roman"/>
        </w:rPr>
        <w:t>“Unya nakita ko ang ikatulong manulonda. Miingon ang manulonda nga nag-uban kanako, ‘Makahahadlok ang iyang buluhaton. Makalilisang ang iyang misyon. Siya mao ang manulonda nga magapili sa trigo gikan sa mga bunglayon, ug magaselyo, o magahugpong, sa trigo alang sa langitnong dapa. Kining mga butanga kinahanglan maoy magasakop sa tibuok hunahuna, sa tibuok pagtagad.’” Early Writings, 118.</w:t>
      </w:r>
    </w:p>
    <w:p>
      <w:pPr>
        <w:pStyle w:val="ArticleBody"/>
        <w:jc w:val="left"/>
      </w:pPr>
      <w:r>
        <w:rPr>
          <w:rFonts w:ascii="Times New Roman" w:hAnsi="Times New Roman" w:eastAsia="Times New Roman" w:cs="Times New Roman"/>
        </w:rPr>
        <w:t>Ang buhat nga girepresentahan pinaagi sa pagkaon sa gamayng basahon nagsugod sa dihang ang gamhanang manulonda mikunsad nga may gamayng basahon diha sa iyang kamot. Sa kasaysayan sa unang manulonda kini nahitabo niadtong Agosto 11, 1840, ug sa kasaysayan sa ikatulong manulonda kini nahitabo niadtong Septiyembre 11, 2001. Kining duha ka mga petsa nagrepresentar sa mga katumanan sa mga tagna nga may kalabutan, matag-usa, sa Islam sa ikaduhang kasakitan o sa Islam sa ikatulong kasakitan. Mao kana ang hinungdan nga si Isaias sa kapitulo baynte-dos, sa paghulagway sa krisis sa walog sa panan-awon alang sa mga taga-Philadelphia ug sa mga taga-Laodicea, nagaila nga ang mga taga-Laodicea, nga mao ang piniling katawohan sa Protestantehanon niadtong 1840 ug ang Adventismo nga mao ang piniling katawohan niadtong 2001, “gigapos sa mga magpapana.” Ang mga magpapana sa tagna sa Biblia mao ang Islam, ug sa dihang natuman ang panan-awon mahitungod sa Islam niadtong 1840 ug niadtong 2001, ang kanhing piniling katawohan misalikway sa tagna mahitungod sa Islam sumala sa gipresentar niadtong mga girepresentahan ni Ezequiel. Didto ug niadtong higayona sila gigapos ingon nga mga bunglayon. Ang buhat ni Ezequiel mao ang pagtangtang sa “tabon” nga nagtabon sa “ilang sala,” nga girepresentahan ni Jesus ingon nga pagdumot batok sa Dios.</w:t>
      </w:r>
    </w:p>
    <w:p>
      <w:pPr>
        <w:pStyle w:val="ArticleScripture"/>
        <w:jc w:val="left"/>
      </w:pPr>
      <w:r>
        <w:rPr>
          <w:rFonts w:ascii="Times New Roman" w:hAnsi="Times New Roman" w:eastAsia="Times New Roman" w:cs="Times New Roman"/>
        </w:rPr>
        <w:t>Ang palas-anon mahitungod sa walog sa panan-awon. Unsay nahitabo kanimo karon, nga misaka ka sa kinatibuk-an ngadto sa ibabaw sa mga atop? Ikaw nga napuno sa kasamok, usa ka siyudad nga magubot, usa ka malipayon nga siyudad: ang imong mga pinatay wala mapatay pinaagi sa espada, ni namatay sa gubat. Ang tanan mong mga punoan nangalagiw nga nagkahiusa, sila gigapos sa mga magpapana: ang tanan nga hingkaplagan diha kanimo gigapos nga nagkahiusa, sila nga nangalagiw gikan sa halayo. Isaias 22:1–3.</w:t>
      </w:r>
    </w:p>
    <w:p>
      <w:pPr>
        <w:pStyle w:val="ArticleScripture"/>
        <w:jc w:val="left"/>
      </w:pPr>
      <w:r>
        <w:rPr>
          <w:rFonts w:ascii="Times New Roman" w:hAnsi="Times New Roman" w:eastAsia="Times New Roman" w:cs="Times New Roman"/>
        </w:rPr>
        <w:t>Ug ang Dios nag-uban sa bata [Ishmael]; ug siya mitubo, ug mipuyo sa kamingawan, ug nahimong usa ka mamamana. Genesis 21:20.</w:t>
      </w:r>
    </w:p>
    <w:p>
      <w:pPr>
        <w:pStyle w:val="ArticleScripture"/>
        <w:jc w:val="left"/>
      </w:pPr>
      <w:r>
        <w:rPr>
          <w:rFonts w:ascii="Times New Roman" w:hAnsi="Times New Roman" w:eastAsia="Times New Roman" w:cs="Times New Roman"/>
        </w:rPr>
        <w:t>Diin walay panan-awon, ang katawhan mangawagtang; apan ang nagabantay sa kasugoan, malipayon siya. Proverbio 29:18.</w:t>
      </w:r>
    </w:p>
    <w:p>
      <w:pPr>
        <w:pStyle w:val="ArticleBody"/>
        <w:jc w:val="left"/>
      </w:pPr>
      <w:r>
        <w:rPr>
          <w:rFonts w:ascii="Times New Roman" w:hAnsi="Times New Roman" w:eastAsia="Times New Roman" w:cs="Times New Roman"/>
        </w:rPr>
        <w:t>Si Jeremias nagrepresentar niadtong mga mikaon sa basahon sa dihang mikunsad ang gamhanang manulonda nga maoy magdan-ag sa yuta pinaagi sa iyang himaya, apan nga nakasinati sa kapakyasan tungod sa napakyas nga panagna sa 1843. Giisip ni Jeremias sa paagi nga profesikanhon kon ang Dios ba namakak. Kana nga reperensiya nagdugtong kang Jeremias sa Habakuk dos.</w:t>
      </w:r>
    </w:p>
    <w:p>
      <w:pPr>
        <w:pStyle w:val="ArticleScripture"/>
        <w:jc w:val="left"/>
      </w:pPr>
      <w:r>
        <w:rPr>
          <w:rFonts w:ascii="Times New Roman" w:hAnsi="Times New Roman" w:eastAsia="Times New Roman" w:cs="Times New Roman"/>
        </w:rPr>
        <w:t>Motindog ako sa akong bantayanan, ug magpahiluna ako sa ibabaw sa torre, ug motutok ako aron makita kong unsay iyang igaingon kanako, ug unsay akong itubag sa diha nga pagabadlongon ako. Ug mitubag kanako si Jehova, ug miingon: Isulat ang panan-awon, ug himoa kini nga tin-aw sa ibabaw sa mga papan, aron makadalagan ang magabasa niini. Kay ang panan-awon alang pa sa gitakdang panahon, apan sa katapusan kini mosulti, ug dili magbakak: bisan pa kon kini malangan, hulata kini; kay kini sa pagkatinuod moabot, dili kini malangan. Ania karon, ang iyang kalag nga mapahitas-on dili matarong diha kaniya: apan ang matarong mabuhi pinaagi sa iyang pagtuo. Habakkuk 2:1–4.</w:t>
      </w:r>
    </w:p>
    <w:p>
      <w:pPr>
        <w:pStyle w:val="ArticleBody"/>
        <w:jc w:val="left"/>
      </w:pPr>
      <w:r>
        <w:rPr>
          <w:rFonts w:ascii="Times New Roman" w:hAnsi="Times New Roman" w:eastAsia="Times New Roman" w:cs="Times New Roman"/>
        </w:rPr>
        <w:t>Gigamit si Juan aron magsimbolo niadtong mga nakasinati sa katam-is ug sa mapait nga kapakyasan, nga nagrepresentar sa tibuok kasaysayan gikan sa Agosto 11, 1840 hangtod sa Oktubre 22, 1844.</w:t>
      </w:r>
    </w:p>
    <w:p>
      <w:pPr>
        <w:pStyle w:val="ArticleScripture"/>
        <w:jc w:val="left"/>
      </w:pPr>
      <w:r>
        <w:rPr>
          <w:rFonts w:ascii="Times New Roman" w:hAnsi="Times New Roman" w:eastAsia="Times New Roman" w:cs="Times New Roman"/>
        </w:rPr>
        <w:t>Ug miadto ako ngadto sa manulonda, ug miingon kaniya, Ihatag kanako ang gamayng basahon. Ug siya miingon kanako, Kuhaa kini, ug kaona kini sa hingpit; ug kini makapapait sa imong tiyan, apan sa imong baba matam-is kini sama sa dugos. Ug gikuha ko ang gamayng basahon gikan sa kamot sa manulonda, ug gikaon ko kini sa hingpit; ug kini sa akong baba matam-is sama sa dugos: ug sa diha-diha nga nakaon ko na kini, mipait ang akong tiyan. Pinadayag 10:9, 10.</w:t>
      </w:r>
    </w:p>
    <w:p>
      <w:pPr>
        <w:pStyle w:val="ArticleBody"/>
        <w:jc w:val="left"/>
      </w:pPr>
      <w:r>
        <w:rPr>
          <w:rFonts w:ascii="Times New Roman" w:hAnsi="Times New Roman" w:eastAsia="Times New Roman" w:cs="Times New Roman"/>
        </w:rPr>
        <w:t>Si Ezekiel nagrepresentar sa buluhaton sa pagpresentar sa matagnaong mensahe nga nagbugkos sa nahaunang pinili nga katawohan, nga gisugdan sa dihang ang manulonda mikunsad niadtong Agosto 11, 1840 ug Septyembre 11, 2001.</w:t>
      </w:r>
    </w:p>
    <w:p>
      <w:pPr>
        <w:pStyle w:val="ArticleScripture"/>
        <w:jc w:val="left"/>
      </w:pPr>
      <w:r>
        <w:rPr>
          <w:rFonts w:ascii="Times New Roman" w:hAnsi="Times New Roman" w:eastAsia="Times New Roman" w:cs="Times New Roman"/>
        </w:rPr>
        <w:t>Apan ikaw, anak sa tawo, pamatia ang akong igasulti kanimo; ayaw pagmasinuklanon sama nianang masinuklanong balay: buka ang imong baba, ug kaona ang akong ihatag kanimo. Ug sa diha nga mitan-aw ako, ania karon, may kamot nga gituy-od nganhi kanako; ug, tan-awa, diha niana ang usa ka linukot nga basahon; Ug gibuklad niya kini sa akong atubangan; ug kini sinulatan sa sulod ug sa gawas: ug didto sinulat ang mga pagminatay, ug pagbangotan, ug kaalaut. Labut pa siya miingon kanako, Anak sa tawo, kaona ang imong hingkaplagan; kaona kining linukot, ug lakaw, isulti sa balay sa Israel. Busa gibuka ko ang akong baba, ug iyang gipakaon kanako kadtong linukot. Ug siya miingon kanako, Anak sa tawo, ipakaon sa imong tiyan, ug pun-a ang imong mga tinae niining linukot nga akong gihatag kanimo. Unya gikaon ko kini; ug kini sa akong baba sama sa dugos tungod sa katam-is. Ezekiel 2:8–3:3.</w:t>
      </w:r>
    </w:p>
    <w:p>
      <w:pPr>
        <w:pStyle w:val="ArticleBody"/>
        <w:jc w:val="left"/>
      </w:pPr>
      <w:r>
        <w:rPr>
          <w:rFonts w:ascii="Times New Roman" w:hAnsi="Times New Roman" w:eastAsia="Times New Roman" w:cs="Times New Roman"/>
        </w:rPr>
        <w:t>Si Jeremias nagrepresentar sa kasaysayan gikan sa Agosto 11, 1840 hangtod sa wala pa ang Pagsinggit sa Tunga-tungang Gabii.</w:t>
      </w:r>
    </w:p>
    <w:p>
      <w:pPr>
        <w:pStyle w:val="ArticleScripture"/>
        <w:jc w:val="left"/>
      </w:pPr>
      <w:r>
        <w:rPr>
          <w:rFonts w:ascii="Times New Roman" w:hAnsi="Times New Roman" w:eastAsia="Times New Roman" w:cs="Times New Roman"/>
        </w:rPr>
        <w:t>Ang imong mga pulong hingkaplagan ko, ug gikaon ko kini; ug ang imong pulong nahimong kalipay ug pagmaya sa akong kasingkasing: kay ako ginatawag sa imong ngalan, O Ginoong Dios sa mga panon. Wala ako molingkod sa katilingban sa mga mayubiton, ni maglipay; milingkod ako nga nag-inusara tungod sa imong kamot: kay imong gipuno ako sa kasuko. Nganong ang akong kasakit walay paghunong, ug ang akong samad dili na mamaayo, nga nagdumili nga ayohon? mahimo ba ikaw gayod kanako sama sa usa ka limbongan, ug sama sa mga tubig nga mapakyas? Busa mao kini ang giingon sa Ginoo, Kon mobalik ka, nan dad-on ko ikaw pag-usab, ug ikaw motindog sa akong atubangan: ug kon ilain mo ang bililhon gikan sa walay kapuslanan, ikaw mamahimong sama sa akong baba: pabalika sila kanimo; apan ayaw ikaw pagbalik ngadto kanila. Ug himoon ko ikaw ngadto niining katawohan nga usa ka kinutaang tumbagang kuta: ug makig-away sila batok kanimo, apan dili sila makadaug batok kanimo: kay ako nagauban kanimo sa pagluwas kanimo ug sa paghatod kanimo, nagaingon ang Ginoo. Ug luwason ko ikaw gikan sa kamot sa mga daotan, ug tubson ko ikaw gikan sa kamot sa mga makalilisang. Jeremias 15:16–21.</w:t>
      </w:r>
    </w:p>
    <w:p>
      <w:pPr>
        <w:pStyle w:val="ArticleBody"/>
        <w:jc w:val="left"/>
      </w:pPr>
      <w:r>
        <w:rPr>
          <w:rFonts w:ascii="Times New Roman" w:hAnsi="Times New Roman" w:eastAsia="Times New Roman" w:cs="Times New Roman"/>
        </w:rPr>
        <w:t>Si Jeremias nagrepresentar sa atong kasamtangang kasaysayan ug mensahe. Ang kasamtangang mensahe mao ang mensahe sa Tungang Gabii nga Paghilak, nga anam-anam nga ginapalambo sa takna nga ang katawhan sa Dios nga girepresentahan ni Jeremias napuno na sa “kapungot,” sa paghunahuna nga ang ilang “kasakit” mahimong “walay katapusan” ug ang ilang “samad dili na matambalan,” usa ka samad nga dili na gayud mamaayo. Sila mibulag gikan sa “katilingban sa mga mayubiton.” Wala na sila “magmaya” sama sa ilang gibuhat kaniadto sa dihang una nilang gikaon ang basahon ug kini nahimong “kalipay sa” ilang “kasingkasing.”</w:t>
      </w:r>
    </w:p>
    <w:p>
      <w:pPr>
        <w:pStyle w:val="ArticleBody"/>
        <w:jc w:val="left"/>
      </w:pPr>
      <w:r>
        <w:rPr>
          <w:rFonts w:ascii="Times New Roman" w:hAnsi="Times New Roman" w:eastAsia="Times New Roman" w:cs="Times New Roman"/>
        </w:rPr>
        <w:t>Apan adunay tambag alang niadtong anaa sa maong kahimtang. “Kon ikaw mobalik” ug usab “kon imong kuhaon ang bililhon gikan sa dautan” nan ang Dios mobalik ngadto kanila. Sa Hebreo, ang “pabalikon ko ikaw pag-usab” diha sa maong pahayag nagpasabot nga, ang Dios mobalik ngadto kanila, kon sila mobalik ngadto Kaniya.</w:t>
      </w:r>
    </w:p>
    <w:p>
      <w:pPr>
        <w:pStyle w:val="ArticleScripture"/>
        <w:jc w:val="left"/>
      </w:pPr>
      <w:r>
        <w:rPr>
          <w:rFonts w:ascii="Times New Roman" w:hAnsi="Times New Roman" w:eastAsia="Times New Roman" w:cs="Times New Roman"/>
        </w:rPr>
        <w:t>Busa magpasakop kamo ngadto sa Dios. Suklii ang yawa, ug mopahilayo siya kaninyo. Paduol kamo sa Dios, ug moduol Siya kaninyo. Hinloi ang inyong mga kamot, kamong mga makasasala; ug putliha ang inyong mga kasingkasing, kamong mga maduhaduhaon. Pag-antos kamo, ug pagminatay, ug paghilak: ipuli ang inyong katawa sa pagminatay, ug ang inyong kalipay sa kasubo. Ipahiubos ninyo ang inyong kaugalingon sa atubangan sa Ginoo, ug Siya magabayaw kaninyo. Santiago 4:7–10.</w:t>
      </w:r>
    </w:p>
    <w:p>
      <w:pPr>
        <w:pStyle w:val="ArticleBody"/>
        <w:jc w:val="left"/>
      </w:pPr>
      <w:r>
        <w:rPr>
          <w:rFonts w:ascii="Times New Roman" w:hAnsi="Times New Roman" w:eastAsia="Times New Roman" w:cs="Times New Roman"/>
        </w:rPr>
        <w:t>Kon moduol sila ngadto sa Dios, moduol usab Siya ngadto kanila. Kon buhaton nila kining mga butanga, nan sila “motindog sa atubangan” sa Ginoo ug sila mahimong “baba” sa Dios. Dugang pa, gitudloan Niya si Jeremias (kita) nga himoon Niya ang Iyang katawohan nga usa ka “kinoralan nga tumbagaong paril” batok sa “mga daotan,” ug human niana ang “mga makahahadlok” magdala ug usa ka gubat batok niadtong girepresentahan ni Jeremias. Ang “mga daotan” mao ang representasyon ni Daniel sa buang nga mga ulay ni Mateo. Ang “mga makahahadlok” nagrepresentar sa tulo-ka-pilo nga panaghiusa sa modernong Babilonia panahon sa krisis sa balaod sa Domingo.</w:t>
      </w:r>
    </w:p>
    <w:p>
      <w:pPr>
        <w:pStyle w:val="ArticleBody"/>
        <w:jc w:val="left"/>
      </w:pPr>
      <w:r>
        <w:rPr>
          <w:rFonts w:ascii="Times New Roman" w:hAnsi="Times New Roman" w:eastAsia="Times New Roman" w:cs="Times New Roman"/>
        </w:rPr>
        <w:t>Ang mga pagpamatuod sa tulo ka manalagna tanan naghisgot sa mao rang kasaysayan, apan naghisgot sila sa tulo ka nagkalainlaing aspeto sa mao rang kasaysayan. Si Jeremias nagarepresentar niadtong mga bag-o pa lamang nakaagi sa unang kapakyasan, apan wala pa makaabot sa timailhan sa Midnight Cry. Dinhi kita nahimutang sukad pa niadtong Hulyo 18, 2020. Ang pangutana mao kon mobalik ba kita. Kon buhaton nato kini, kita “mosulti” alang sa Ginoo sa mismong panahon nga ang United States “mosulti” ingon nga usa ka dragon.</w:t>
      </w:r>
    </w:p>
    <w:p>
      <w:pPr>
        <w:pStyle w:val="ArticleBody"/>
        <w:jc w:val="left"/>
      </w:pPr>
      <w:r>
        <w:rPr>
          <w:rFonts w:ascii="Times New Roman" w:hAnsi="Times New Roman" w:eastAsia="Times New Roman" w:cs="Times New Roman"/>
        </w:rPr>
        <w:t>Ang kasaysayan nga ginapakita ni Jeremias mao ang atong kasamtangang kasaysayan, ug kini mao ang kasaysayan nga girepresentahan sa tulo ka tinagong mga timaan sa dalan sulod sa pito ka mga dalogdog. Kini usab mao ang kasaysayan diin ang pahayag diha sa Juan gitakda sa paagi nga manalagnaon, kay ang paghatag og gibug-aton sa upat ka mga kapitulo sa Juan mao ang buluhaton sa Balaang Espiritu sa paglipay kang Jeremias nga nangutana kon siya ba mituo sa usa ka bakak, ug kon ang mensahe nga mitilaw nga matam-is tinuod ba nga mga tubig nga napakyas.</w:t>
      </w:r>
    </w:p>
    <w:p>
      <w:pPr>
        <w:pStyle w:val="ArticleBody"/>
        <w:jc w:val="left"/>
      </w:pPr>
      <w:r>
        <w:rPr>
          <w:rFonts w:ascii="Times New Roman" w:hAnsi="Times New Roman" w:eastAsia="Times New Roman" w:cs="Times New Roman"/>
        </w:rPr>
        <w:t>Busa si Jeremias nagrepresentar sa kasaysayan gikan sa Septyembre 11, 2001 padulong sa Hulyo 18, 2020, sa dihang nagsugod ang panahon sa paglangan, ingon sa girepresentahan sa tulo ug tunga ka simbolikong mga adlaw pagkahuman. Sa dihang moingon ako og “simboliko,” wala ako nagpasabot og usa ka tagna sa panahon. Ang akong gipasabot mao nga ang Hulyo 18, 2020 mao ang panahon nga ang duha ka mga saksi, ang Biblia ug ang Espiritu sa Tagna, gipamatay ug ang ilang mga patayng lawas gibilin sa dalan sulod sa tulo ug tunga ka adlaw diha sa Pinadayag onse.</w:t>
      </w:r>
    </w:p>
    <w:p>
      <w:pPr>
        <w:pStyle w:val="ArticleScripture"/>
        <w:jc w:val="left"/>
      </w:pPr>
      <w:r>
        <w:rPr>
          <w:rFonts w:ascii="Times New Roman" w:hAnsi="Times New Roman" w:eastAsia="Times New Roman" w:cs="Times New Roman"/>
        </w:rPr>
        <w:t>Ug ihatag ko sa akong duha ka mga saksi ang gahum, ug managna sila sulod sa usa ka libo duha ka gatus ug kan-uman ka adlaw, nga nanagsul-ob ug sako. Kini sila mao ang duha ka kahoyng olibo, ug ang duha ka mga tangkawan nga nagatindog sa atubangan sa Dios sa yuta. Ug kon adunay bisan kinsa nga magtinguha sa pagdaot kanila, mogula ang kalayo gikan sa ilang baba, ug molamoy sa ilang mga kaaway; ug kon adunay bisan kinsa nga magtinguha sa pagdaot kanila, kinahanglan nga sa ingon niini siya pagapatyon. Kini sila may gahum sa pagsira sa langit, aron dili moulan sa mga adlaw sa ilang pagpanagna; ug may gahum usab sila ibabaw sa mga tubig sa pag-usab niini ngadto sa dugo, ug sa paghampak sa yuta sa tanang mga hampak, sa kanunay nga ilang pagabubut-on. Ug sa diha nga mahuman na nila ang ilang pagpamatuod, ang mapintas nga mananap nga mosaka gikan sa kahiladman nga walay kinutoban makiggubat batok kanila, ug modaog batok kanila, ug mopatay kanila. Ug ang ilang mga minatayng lawas magahigda sa dalan sa dakong siyudad, nga sa espirituhanong kahulogan ginatawag ug Sodoma ug Ehipto, diin usab ang atong Ginoo gilansang sa krus. Ug ang mga tawo gikan sa mga katawohan ug mga kabanayan ug mga pinulongan ug mga nasod motan-aw sa ilang mga minatayng lawas sulod sa tulo ka adlaw ug tunga, ug dili motugot nga ang ilang mga minatayng lawas igabutang sa mga lubnganan. Ug ang mga nanagpuyo sa ibabaw sa yuta magakalipay tungod kanila, ug maghudyaka, ug magpadalag mga gasa ang usa ngadto sa usa; kay kining duha ka mga manalagna nagsakit kanila nga nanagpuyo sa ibabaw sa yuta. Pinadayag 11:3–10.</w:t>
      </w:r>
    </w:p>
    <w:p>
      <w:pPr>
        <w:pStyle w:val="ArticleBody"/>
        <w:jc w:val="left"/>
      </w:pPr>
      <w:r>
        <w:rPr>
          <w:rFonts w:ascii="Times New Roman" w:hAnsi="Times New Roman" w:eastAsia="Times New Roman" w:cs="Times New Roman"/>
        </w:rPr>
        <w:t>Ang pagpamatuod nga gipakita sa kahimtang ni Jeremias nahimutang human sa kapakyasan, apan sa dili pa ang Pagsinggit sa Tungang Gabii. Gikinahanglan nga mobalik si Jeremias sa dili pa siya mahimong tingog sa mensahe sa Pagsinggit sa Tungang Gabii. Mao kini ang atong kahimtang karon. Mao usab kini ang kasaysayanong kahimtang sa upat ka mga kapitulo sa Juan nga atong ginahunahuna, ug mao usab kini ang kasaysayan nga girepresentahan sa tinagong kasaysayan sulod sa pito ka mga dalogdog.</w:t>
      </w:r>
    </w:p>
    <w:p>
      <w:pPr>
        <w:pStyle w:val="ArticleBody"/>
        <w:jc w:val="left"/>
      </w:pPr>
      <w:r>
        <w:rPr>
          <w:rFonts w:ascii="Times New Roman" w:hAnsi="Times New Roman" w:eastAsia="Times New Roman" w:cs="Times New Roman"/>
        </w:rPr>
        <w:t>Kon atong tagdon ang kahayag nga nalangkit sa “Maghuhupay” diha sa upat ka kapitulo nga pagpamatuod ni Juan, makakaplag kita ug daghang ebidensiya sa pag-ila nga ang asoy mahitungod sa Hulyo 18, 2020, sa kasagmuyo ug sa panahon sa paglangan, sa mensahe sa Tungang-Gabing Singgit nga gibuksan na, ug sa umaabot nga paghukom sa balaod sa Domingo. Ang mga kapitulo nagatukod ibabaw sa profetikanhong estruktura sa tinagong kasaysayan.</w:t>
      </w:r>
    </w:p>
    <w:p>
      <w:pPr>
        <w:pStyle w:val="ArticleBody"/>
        <w:jc w:val="left"/>
      </w:pPr>
      <w:r>
        <w:rPr>
          <w:rFonts w:ascii="Times New Roman" w:hAnsi="Times New Roman" w:eastAsia="Times New Roman" w:cs="Times New Roman"/>
        </w:rPr>
        <w:t>Kon kita mahimong sama sa baba sa Dios sa umaabot nga krisis nga haduol na kaayo, ang atong buluhaton karon mao ang “pagkuha sa bililhon gikan sa walay pulos,” o, sumala sa pag-ila ni Santiago sa maong buluhaton, kinahanglan “hinloan” nato ang atong “mga kamot, kamong mga makasasala; ug putlia ang inyong mga kasingkasing, kamong may duruha ka hunahuna. Pag-antus kamo, ug pagminatay, ug paghilak: himoa nga ang inyong katawa mausab ngadto sa pagminatay, ug ang inyong kalipay ngadto sa kasubo. Paubsa ninyo ang inyong kaugalingon sa atubangan sa Ginoo, ug siya magabayaw kaninyo” ingon nga usa ka bandila sa haduol kaayong umalabot.</w:t>
      </w:r>
    </w:p>
    <w:p>
      <w:pPr>
        <w:pStyle w:val="ArticleScripture"/>
        <w:jc w:val="left"/>
      </w:pPr>
      <w:r>
        <w:rPr>
          <w:rFonts w:ascii="Times New Roman" w:hAnsi="Times New Roman" w:eastAsia="Times New Roman" w:cs="Times New Roman"/>
        </w:rPr>
        <w:t>Ug iyang ipatindog ang usa ka bandera alang sa mga nasud, ug pagatigumon niya ang mga sinalikway sa Israel, ug pagahipuson ang mga nagkatibulaag sa Juda gikan sa upat ka tumoy sa yuta. Isaias 11:12.</w:t>
      </w:r>
    </w:p>
    <w:p>
      <w:pPr>
        <w:pStyle w:val="ArticleBody"/>
        <w:jc w:val="left"/>
      </w:pPr>
      <w:r>
        <w:rPr>
          <w:rFonts w:ascii="Times New Roman" w:hAnsi="Times New Roman" w:eastAsia="Times New Roman" w:cs="Times New Roman"/>
        </w:rPr>
        <w:t>Tapuson nato ang atong pagtagad niining upat ka mga kapitulo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Unsa ang Kamatuoran? - Numero Kuwatro</dc:title>
  <dc:subject>Ayaw Patugoti nga Maguliyang ang Imong Kasingkasing</dc:subject>
  <dc:creator>Jeff Pippenger</dc:creator>
  <cp:keywords/>
  <dc:description>Generated by ArticleDigger from truth\04_truth.json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