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Unsa ang Kamatuoran? - Numero Singko</w:t>
      </w:r>
    </w:p>
    <w:p>
      <w:pPr>
        <w:pStyle w:val="ArticleSubtitle"/>
        <w:jc w:val="left"/>
      </w:pPr>
      <w:r>
        <w:rPr>
          <w:rFonts w:ascii="Arial" w:hAnsi="Arial" w:eastAsia="Arial" w:cs="Arial"/>
        </w:rPr>
        <w:t>Ang Maghuhupay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2023-09-11</w:t>
      </w:r>
    </w:p>
    <w:p>
      <w:pPr>
        <w:pStyle w:val="ArticleBody"/>
        <w:jc w:val="left"/>
      </w:pPr>
      <w:r>
        <w:rPr>
          <w:rFonts w:ascii="Times New Roman" w:hAnsi="Times New Roman" w:eastAsia="Times New Roman" w:cs="Times New Roman"/>
        </w:rPr>
        <w:t>Ang mapanagnaong kasaysayan nga gipadayag sulod sa pito ka mga dalugdog nag-ila sa kasaysayan nga atong ginapuy-an karon. Ang tinago gitago hangtod miabut ang kasaysayan nga iyang girepresentar. Kini mao ang panahon nga ang Maglilipay, ang Espiritu sa “kamatuoran,” magapadayag sa kamatuoran nga gitawag ni Juan nga ang Pinadayag ni Jesu-Cristo, kay si Jesu-Cristo mao ang Kamatuoran. Dili lamang nga ang pulong nga “kamatuoran” nagarepresentar sa kinaiya sa Dios. Ug dili usab lamang kini usa ka pagpadayag sa kahibulongang pinulonganhanon, nga ang Hebreohanong pulong alang sa “kamatuoran” gigamit sa hilabihan kalalom nga mga paagi sa tibuok Kasulatan. Kondili usab kini mao ang katingalahang milagro nga, sa dihang masabtan, mahimong yawe sa pag-abli sa mga tagna sa basahon sa Pinadayag, ug sa pagbuhat niana, ginabuksan niini ang tibook Biblia. Apan alang lamang kini sa mga andam nga makakita, makadungog, ug magatuman niadtong mga butang nga nahisulat didto, kay ang panahon haduol na.</w:t>
      </w:r>
    </w:p>
    <w:p>
      <w:pPr>
        <w:pStyle w:val="ArticleBody"/>
        <w:jc w:val="left"/>
      </w:pPr>
      <w:r>
        <w:rPr>
          <w:rFonts w:ascii="Times New Roman" w:hAnsi="Times New Roman" w:eastAsia="Times New Roman" w:cs="Times New Roman"/>
        </w:rPr>
        <w:t>Aron ang mga tawo makaila sa “kamatuoran” sa ingon nga paagi nga mabalaan pinaagi niini, gikinahanglan ang presensya sa Espiritu Santo. Ang mga tawo makahimo sa intelektuwal nga pagsabot sa pulong nga “kamatuoran,” ug bisan mahitingala sa kahulogan niini, apan ang “kamatuoran” kinahanglan kan-on. Kinahanglan kining mapasulod sa sulod ug mahimong kabahin sa kasinatian sa usa ka tawo, kay ang pulong nagadala sa mamugnaong gahum sa Dios ngadto sa mga nagapangita nga mausab ngadto sa dagway ni Cristo. Usa sa mga sinugdanang dapit sa akong personal nga pagsusi sa Hebreohanong pulong nga gihubad ingon nga “kamatuoran” mao ang mga Hebreohanong eskolar, nga usab naghisgot sa kahibulongang kinaiya sa pulong nga “kamatuoran” ug sa paggamit niini diha sa Biblia. Apan walay hinungdan sa pagtuo nga ang ilang intelektuwal nga pagsabot sa pulong nga “kamatuoran” nagdala kanila ngadto kang Cristo.</w:t>
      </w:r>
    </w:p>
    <w:p>
      <w:pPr>
        <w:pStyle w:val="ArticleBody"/>
        <w:jc w:val="left"/>
      </w:pPr>
      <w:r>
        <w:rPr>
          <w:rFonts w:ascii="Times New Roman" w:hAnsi="Times New Roman" w:eastAsia="Times New Roman" w:cs="Times New Roman"/>
        </w:rPr>
        <w:t>Ang propetikong kamatuoran nga ang pulong kinahanglan kan-on uban sa presensya sa Balaang Espiritu nagapalanog sa depinisyon ni Sister White sa “lana” diha sa sambingay sa napulo ka ulay, ug usab sa iyang paghulagway sa duha ka hut-ong sa mga ulay nga nagahulat sa Pamanhonon.</w:t>
      </w:r>
    </w:p>
    <w:p>
      <w:pPr>
        <w:pStyle w:val="ArticleBody"/>
        <w:jc w:val="left"/>
      </w:pPr>
      <w:r>
        <w:rPr>
          <w:rFonts w:ascii="Times New Roman" w:hAnsi="Times New Roman" w:eastAsia="Times New Roman" w:cs="Times New Roman"/>
        </w:rPr>
        <w:t>Ang usa ka simbolo sa kasagaran adunay labaw pa sa usa ka kahulogan, ug ang kahulogan niini kinahanglan ipasabut pinaagi sa konteksto diin nahimutang ang simbolo. Dili kini angay ipasabut pinaagi sa depinisyon sa pulong sumala sa eksperto sa gramatika o pinaagi sa historikal nga yugto sa panahon sa dihang gisulat ang pulong. Kining duha ka pamaagi mao ang gisagop sa mga teologo sa Adventismo aron isalikway ang “kamatuoran.” Ang usa ka simbolo ipasabut pinaagi sa konteksto diin kini gigamit. Sulod sa Espiritu sa Tagna, ang pulong nga “lana” sa sambingay sa napulo ka ulay nagarepresentar ug labing menos pipila ka nagkalainlaing mga butang sumala sa konteksto sa teksto diin makita ang “lana.” Ngano nga ang usa ka pundok sa mga ulay adunay lana ug ang usa wala?</w:t>
      </w:r>
    </w:p>
    <w:p>
      <w:pPr>
        <w:pStyle w:val="ArticleScripture"/>
        <w:jc w:val="left"/>
      </w:pPr>
      <w:r>
        <w:rPr>
          <w:rFonts w:ascii="Times New Roman" w:hAnsi="Times New Roman" w:eastAsia="Times New Roman" w:cs="Times New Roman"/>
        </w:rPr>
        <w:t>“Adunay usa ka kalibotan nga nagahigda diha sa pagkadaotan, sa paglimbong, ug sa pagpataka, diha gayud sa landong sa kamatayon,—natulog, natulog. Kinsa man ang nagabati sa kasakit sa kalag aron pukawon sila? Unsang tingoga ang makaabot kanila? Ang akong hunahuna gidala ngadto sa umalabot sa dihang ihatag ang timaan, ‘Ania karon, ang Pamanhonon nagaabut; panggula kamo sa pagsugat Kaniya.’ Apan ang uban malangan sa pag-angkon sa lana alang sa pagpuno pag-usab sa ilang mga lamparahan, ug sa ulahi na kaayo ilang makita nga ang kinaiya, nga gilarawan pinaagi sa lana, dili ikahatag ngadto sa lain. Kana nga lana mao ang pagkamatarong ni Cristo. Kini nagrepresentar sa kinaiya, ug ang kinaiya dili ikahatag ngadto sa lain. Walay tawo nga makasiguro niini alang sa usa pa. Ang matag-usa kinahanglan mag-angkon alang sa iyang kaugalingon sa usa ka kinaiya nga hinlo gikan sa matag mansa sa sala.” Bible Echo, Mayo 4, 1896.</w:t>
      </w:r>
    </w:p>
    <w:p>
      <w:pPr>
        <w:pStyle w:val="ArticleBody"/>
        <w:jc w:val="left"/>
      </w:pPr>
      <w:r>
        <w:rPr>
          <w:rFonts w:ascii="Times New Roman" w:hAnsi="Times New Roman" w:eastAsia="Times New Roman" w:cs="Times New Roman"/>
        </w:rPr>
        <w:t>Ang mga buang nga ulay walay kinaiya nga gikinahanglan aron magmalampuson sa umalabot nga krisis nga haduol na kaayo. Kulang kanila ang pagkamatarong ni Cristo. Apan ang lana usa usab ka mensahe, ug ang lana sa sambingay sa napulo ka ulay sa “kataposang mga adlaw” mao ang katapusang mensahe sa pasidaan nga girepresentahan sa Pinadayag ni Jesu-Cristo nga pagapamatian, pagabasahon, ug pagabantayan.</w:t>
      </w:r>
    </w:p>
    <w:p>
      <w:pPr>
        <w:pStyle w:val="ArticleScripture"/>
        <w:jc w:val="left"/>
      </w:pPr>
      <w:r>
        <w:rPr>
          <w:rFonts w:ascii="Times New Roman" w:hAnsi="Times New Roman" w:eastAsia="Times New Roman" w:cs="Times New Roman"/>
        </w:rPr>
        <w:t>“Ang mga dinihog nga nagatindog tupad sa Ginoo sa tibook nga yuta, anaa sa kahimtang nga kaniadto gihatag kang Satanas ingon nga nagatabon nga kerubin. Pinaagi sa mga balaan nga binuhat nga nagalibot sa iyang trono, ang Ginoo nagapadayon sa walay hunong nga pakigpahimangno sa mga pumoluyo sa yuta. Ang bulawanong lana nagalarawan sa grasya nga pinaagi niana ang Dios nagapadayon sa pagsangkap sa mga lamparahan sa mga magtutuo, aron dili kini magakurap ug mapalong. Kon dili pa ibubo kining balaan nga lana gikan sa langit diha sa mga mensahe sa Espiritu sa Dios, ang mga galamiton sa dautan adunay bug-os nga pagpugong ibabaw sa mga tawo.”</w:t>
      </w:r>
    </w:p>
    <w:p>
      <w:pPr>
        <w:pStyle w:val="ArticleScripture"/>
        <w:jc w:val="left"/>
      </w:pPr>
      <w:r>
        <w:rPr>
          <w:rFonts w:ascii="Times New Roman" w:hAnsi="Times New Roman" w:eastAsia="Times New Roman" w:cs="Times New Roman"/>
        </w:rPr>
        <w:t>“Ang Dios mapasipad-an sa dihang dili nato dawaton ang mga mensahe nga Iyang ipadala kanato. Sa ingon niini atong isalikway ang bulawanong lana nga Iyang ibubo unta ngadto sa atong mga kalag aron ikapahat ngadto kanila nga anaa sa kangitngit. Sa moabot ang tawag, ‘Ania karon, ang pamanhonon nagaanhi; panggula kamo sa pagsugat kaniya,’ kadtong wala makadawat sa balaang lana, kadtong wala magatipig sa grasya ni Cristo diha sa ilang mga kasingkasing, makakaplag, sama sa mga buangbuang nga ulay, nga sila dili andam sa pagsugat sa ilang Ginoo. Wala sila, diha sa ilang kaugalingon, og gahum sa pag-angkon sa lana, ug ang ilang mga kinabuhi nangagun-ob. Apan kon ang Balaang Espiritu sa Dios pangayoon, kon kita mangamuyo, sama sa gibuhat ni Moises, ‘Ipakita kanako ang Imong himaya,’ ang gugma sa Dios igabubo ngadto sa atong mga kasingkasing. Pinaagi sa bulawanong mga tubo, ang bulawanong lana igapahat ngadto kanato. ‘Dili pinaagi sa kusog, ni pinaagi sa gahum, kondili pinaagi sa akong Espiritu, nagaingon ang Ginoo sa mga Panon.’ Pinaagi sa pagdawat sa masanag nga mga sidlak sa Adlaw sa Pagkamatarong, ang mga anak sa Dios modan-ag ingon nga mga suga sa kalibutan.” Review and Herald, Hulyo 20, 1897.</w:t>
      </w:r>
    </w:p>
    <w:p>
      <w:pPr>
        <w:pStyle w:val="ArticleBody"/>
        <w:jc w:val="left"/>
      </w:pPr>
      <w:r>
        <w:rPr>
          <w:rFonts w:ascii="Times New Roman" w:hAnsi="Times New Roman" w:eastAsia="Times New Roman" w:cs="Times New Roman"/>
        </w:rPr>
        <w:t>Ang “lana” mao ang katapusang mensahe, nga sa makausa pa, mao ang Pinadayag ni Jesu-Cristo. Sa maong pahayag, kadtong nangandoy nga makabaton sa lana kinahanglan mangamuyo sa Dios maingon sa gibuhat ni Moises sa langob sa Horeb. Apan himatikdi nga kon kita “mangamuyo, maingon sa gibuhat ni Moises” aron ang Dios “magpakita” kanato sa Iyang “himaya,” kinahanglan una kitang mangayo sa Espiritu Santo nga mao ang Maglilipay. Kon atong buhaton kini, nan pinaagi sa mga manulonda ug sa duruha ka bulawanong tubo, makadawat kita sa pagkamatarung ni Cristo. Ginalimbongan nato ang atong kaugalingon kon maghunahuna kita nga makahimo kita sa pag-ampo ug sa pagpakilooy alang sa kinaiya ni Cristo, sumala sa gisugyot sa mga tradisyon ug mga batasan sa Laodicean Adventism nga angay pagabuhaton, samtang sa mao rang higayon gisalikway nato ang mensahe sa Pinadayag ni Jesu-Cristo. Ang Iyang pagkamatarung ipaambit kanato pinaagi sa “mga mensahe sa Espiritu sa Dios,” nga ipaabot pinaagi sa duruha nga mga dinihog nga nagatindog sa atubangan sa trono sa Dios. Sa dihang atong isalikway ang Iyang mensahe, atong isalikway ang Iyang pagkamatarung.</w:t>
      </w:r>
    </w:p>
    <w:p>
      <w:pPr>
        <w:pStyle w:val="ArticleScripture"/>
        <w:jc w:val="left"/>
      </w:pPr>
      <w:r>
        <w:rPr>
          <w:rFonts w:ascii="Times New Roman" w:hAnsi="Times New Roman" w:eastAsia="Times New Roman" w:cs="Times New Roman"/>
        </w:rPr>
        <w:t>Unya mitubag ako ug miingon kaniya, Unsa ba kining duha ka kahoyng olibo sa tuo nga kiliran sa tangkawan ug sa wala nga kiliran niini? Ug mitubag ako pag-usab ug miingon kaniya, Unsa ba kining duha ka sanga sa olibo nga pinaagi sa duha ka bulawang tubo nagabubo sa bulawang lana gikan sa ilang kaugalingon? Ug mitubag siya kanako ug miingon, Wala ka ba mahibalo kon unsa kini? Ug miingon ako, Wala, ginoo ko. Unya miingon siya, Kini mao ang duha ka dinihogan, nga nagatindog tupad sa Ginoo sa tibook yuta. Zechariah 4:11–14.</w:t>
      </w:r>
    </w:p>
    <w:p>
      <w:pPr>
        <w:pStyle w:val="ArticleBody"/>
        <w:jc w:val="left"/>
      </w:pPr>
      <w:r>
        <w:rPr>
          <w:rFonts w:ascii="Times New Roman" w:hAnsi="Times New Roman" w:eastAsia="Times New Roman" w:cs="Times New Roman"/>
        </w:rPr>
        <w:t>Ang duha ka “gihaplasan, nga nagatindog tupad sa Ginoo sa tibook nga yuta,” gipaila usab ingon nga ang duha ka mga saksi sa Pinadayag onse.</w:t>
      </w:r>
    </w:p>
    <w:p>
      <w:pPr>
        <w:pStyle w:val="ArticleScripture"/>
        <w:jc w:val="left"/>
      </w:pPr>
      <w:r>
        <w:rPr>
          <w:rFonts w:ascii="Times New Roman" w:hAnsi="Times New Roman" w:eastAsia="Times New Roman" w:cs="Times New Roman"/>
        </w:rPr>
        <w:t>“Mahitungod sa duha ka mga saksi, ang manalagna midugang sa pagpahayag: ‘Kini sila mao ang duha ka mga kahoyng olibo, ug ang duha ka mga tangkawan nga nagatindog sa atubangan sa Dios sa yuta.’ ‘Ang Imong pulong,’ miingon ang magsusulat sa mga Salmo, ‘mao ang lamparahan sa akong mga tiil, ug kahayag sa akong alagianan.’ Pinadayag 11:4; Salmo 119:105. Ang duha ka mga saksi nagrepresentar sa Kasulatan sa Daang Tugon ug sa Bag-ong Tugon.” The Great Controversy, 267.</w:t>
      </w:r>
    </w:p>
    <w:p>
      <w:pPr>
        <w:pStyle w:val="ArticleBody"/>
        <w:jc w:val="left"/>
      </w:pPr>
      <w:r>
        <w:rPr>
          <w:rFonts w:ascii="Times New Roman" w:hAnsi="Times New Roman" w:eastAsia="Times New Roman" w:cs="Times New Roman"/>
        </w:rPr>
        <w:t>Bisan pa kon atong hisgotan ang pagpamatuod ni Zacarias o ni Juan mahitungod sa duha ka mga saksi, ang konteksto sa bisan hain nga pagpamatuod mao ang proseso sa pagpahibalo nga mao gayod ang labing unang kamatuoran nga gihisgotan kalabot sa mensahe sa Pinadayag ni Jesu-Cristo diha sa Pinadayag kapitulo uno ug bersikulo uno. Gikan sa Amahan, ngadto sa Anak, ngadto sa mga manolunda, ngadto sa usa ka manalagna, ngadto sa iglesia. Ang proseso diin si Cristo mosulti ngadto sa katawhan maoy usa ka dakong pagsabot nga Iyang gitinguha nga ipadayag sulod sa katapusang mensahe sa pasidaan. Kini nagkatugbang sa pagpasiugda diha sa pagpresentar sa mga mensahe sa nahaunang manolunda ug sa ikatulong manolunda.</w:t>
      </w:r>
    </w:p>
    <w:p>
      <w:pPr>
        <w:pStyle w:val="ArticleBody"/>
        <w:jc w:val="left"/>
      </w:pPr>
      <w:r>
        <w:rPr>
          <w:rFonts w:ascii="Times New Roman" w:hAnsi="Times New Roman" w:eastAsia="Times New Roman" w:cs="Times New Roman"/>
        </w:rPr>
        <w:t>Ang mensahe sa unang manulonda gilarawan ni William Miller. Si Miller adunay daghang pamatasang matagnaon nga kinahanglan ilhon. Siya mao ang “Amahan” sa kalihokan, nga sumala sa Alpha ug Omega nagkinahanglan nga adunay usa ka anak. Iyang girepresentahan ang usa ka kalihokan nga girepresentahan sa ngalang “Millerite,” nga mao ang pulong alang sa usa ka matang sa bato. Gigamit siya sa pag-organisar sa usa ka hugpong sa biblikanhong mga lagda sa matagnaong paghubad. Kining mga lagda nahimong dakong bahin sa pagpahibalo sa mga mensahe sa Espiritu sa Dios nga gisalikway o gidawat sumala sa pagpili sa kaliwatan ni Miller kon padayon ba nilang kupotán ang ilang binuang nga kahimtang sa Laodicea o mahimong maalamong mga taga-Filadelfia. Ingon nga amahan sa mensahe sa unang manulonda, siya nagtimaan sa usa ka kalihokan nga magamantala sa mensahe sa ikatulong manulonda, ug ang pagsabot nianang kalihokana sa mensahe pagamandoan sa usa ka pinasahi nga hugpong sa biblikanhong mga lagda sa matagnaong paghubad nga magapahamutang sa mensahe sa ikatulong manulonda sa kalig-on sa paagi nga si Miller gigamit sa pagpalig-on sa mensahe sa unang manulonda. Ang Dios dili gayud mausab, si Jesu-Cristo mao sa gihapon kagahapon, karon, ug hangtod sa kahangtoran.</w:t>
      </w:r>
    </w:p>
    <w:p>
      <w:pPr>
        <w:pStyle w:val="ArticleScripture"/>
        <w:jc w:val="left"/>
      </w:pPr>
      <w:r>
        <w:rPr>
          <w:rFonts w:ascii="Times New Roman" w:hAnsi="Times New Roman" w:eastAsia="Times New Roman" w:cs="Times New Roman"/>
        </w:rPr>
        <w:t>Ayaw kamo pagsayop, akong mga hinigugmang igsoon. Ang matag maayong gasa ug ang matag hingpit nga gasa gikan sa kahitas-an, ug nagakunsad gikan sa Amahan sa mga kahayag, kang kinsa walay pagkausab-usab, ni landong man sa pagkataliwad-on. Sa iyang kaugalingong kabubut-on, gipanganak niya kita pinaagi sa pulong sa kamatuoran, aron kita mamahimong usa ka matang sa inunahang mga bunga sa iyang mga binuhat. Santiago 1:16–18.</w:t>
      </w:r>
    </w:p>
    <w:p>
      <w:pPr>
        <w:pStyle w:val="ArticleBody"/>
        <w:jc w:val="left"/>
      </w:pPr>
      <w:r>
        <w:rPr>
          <w:rFonts w:ascii="Times New Roman" w:hAnsi="Times New Roman" w:eastAsia="Times New Roman" w:cs="Times New Roman"/>
        </w:rPr>
        <w:t>Sa sinugdanan o sa katapusan sa Adventismo, ang mga mensahe sa Espiritu sa Dios nga gilarawan pinaagi sa lana, ipahatud pinaagi sa duha ka mga saksi. Sa sinugdanan uban sa mga Millerite, ang duha ka mga saksi mao ang Daang Tugon ug ang Bag-ong Tugon, ug sa katapusan sila mao ang Biblia ug ang Espiritu sa Tagna. Mao kini ang hinungdan nganong si Juan, nga labing hingpit nga naghulagway sa katapusan sa katawhan sa Dios sa katapusang mga adlaw sa hukom nga masusi, didto sa pulo sa Patmos.</w:t>
      </w:r>
    </w:p>
    <w:p>
      <w:pPr>
        <w:pStyle w:val="ArticleScripture"/>
        <w:jc w:val="left"/>
      </w:pPr>
      <w:r>
        <w:rPr>
          <w:rFonts w:ascii="Times New Roman" w:hAnsi="Times New Roman" w:eastAsia="Times New Roman" w:cs="Times New Roman"/>
        </w:rPr>
        <w:t>Ako si Juan, nga usab inyong igsoon ug kauban sa kagul-anan, ug sa gingharian ug pailub ni Jesu-Cristo, didto sa isla nga ginganlan ug Patmos tungod sa pulong sa Dios ug tungod sa pagpamatuod ni Jesu-Cristo. Pinadayag 1:9.</w:t>
      </w:r>
    </w:p>
    <w:p>
      <w:pPr>
        <w:pStyle w:val="ArticleBody"/>
        <w:jc w:val="left"/>
      </w:pPr>
      <w:r>
        <w:rPr>
          <w:rFonts w:ascii="Times New Roman" w:hAnsi="Times New Roman" w:eastAsia="Times New Roman" w:cs="Times New Roman"/>
        </w:rPr>
        <w:t>Ang propetikong kahimtang sa Patmos nagrepresentar nga si Juan giantos sa paglutos. Gilutos siya tungod sa pagdawat sa mga mensahe sa Espiritu sa Dios nga nagpaila sa Pinadayag ni Jesu-Cristo pinaagi sa Biblia ug sa Espiritu sa Tagna.</w:t>
      </w:r>
    </w:p>
    <w:p>
      <w:pPr>
        <w:pStyle w:val="ArticleBody"/>
        <w:jc w:val="left"/>
      </w:pPr>
      <w:r>
        <w:rPr>
          <w:rFonts w:ascii="Times New Roman" w:hAnsi="Times New Roman" w:eastAsia="Times New Roman" w:cs="Times New Roman"/>
        </w:rPr>
        <w:t>Ang paglutos sa “katapusang adlaw” nga katawhan sa Dios girepresentar usab diha sa Pinadayag onse sa dihang ang duha ka mga saksi gipamatay sa kadalanan, ug ang tanan nagsaulog sa ilang kamatayon. Sa kapitulo onse, kining duha ka mga saksi mao sila si Elias ug si Moises. Gihatag nila ang ilang pagpanghimatuod sulod sa tulo ug tunga ka tuig ug unya gipamatay sila, apan sa ulahi gibanhaw sila.</w:t>
      </w:r>
    </w:p>
    <w:p>
      <w:pPr>
        <w:pStyle w:val="ArticleBody"/>
        <w:jc w:val="left"/>
      </w:pPr>
      <w:r>
        <w:rPr>
          <w:rFonts w:ascii="Times New Roman" w:hAnsi="Times New Roman" w:eastAsia="Times New Roman" w:cs="Times New Roman"/>
        </w:rPr>
        <w:t>Ang tanang mga manalagna mas naghisgot mahitungod sa katapusang mga adlaw kaysa sa ilang kaugalingong kasaysayan; busa kon adunay usa ka basahon nga naghisgot sa katapusang mga adlaw, kini mao ang basahon sa Pinadayag, diin ang tanang mga basahon sa Biblia nagatigum ug nagakahuman. Busa kinahanglan adunay usa ka “mensahe” sa katapusang mga adlaw nga pagapatyon, ug unya pagabanhawon pag-usab. Ang Pinadayag onse naghulagway sa kasaysayan sa Rebolusyong Pranses, apan mas tuwiran kini nga naghulagway sa usa ka pag-atake batok sa mensahe sa ikatulong manulonda sa katapusang mga adlaw. Ang mensahe ug ang kalihukan nga gihulagway pinaagi sa mensahe ug kalihukan ni Miller nakaantus niana nga pag-atake ug namatay niadtong Hulyo 18, 2020. Sumala sa Pinadayag onse, kana nga pag-atake pagahimoon sa mapintas nga mananap nga mitungas gikan sa bung-aw nga walay kinutoban.</w:t>
      </w:r>
    </w:p>
    <w:p>
      <w:pPr>
        <w:pStyle w:val="ArticleScripture"/>
        <w:jc w:val="left"/>
      </w:pPr>
      <w:r>
        <w:rPr>
          <w:rFonts w:ascii="Times New Roman" w:hAnsi="Times New Roman" w:eastAsia="Times New Roman" w:cs="Times New Roman"/>
        </w:rPr>
        <w:t>Ug sa diha nga mahuman na nila ang ilang pagpamatuod, ang mapintas nga mananap nga motungas gikan sa bung-aw nga walay kinatumyan makiggubat batok kanila, ug magmadaugon batok kanila, ug mopatay kanila. Ug ang ilang mga patayng lawas mahigda sa dalan sa dakong siyudad, nga sa espirituwal ginganlan ug Sodoma ug Egipto, diin usab ang atong Ginoo gilansang sa krus. Pinadayag 11:8, 9.</w:t>
      </w:r>
    </w:p>
    <w:p>
      <w:pPr>
        <w:pStyle w:val="ArticleBody"/>
        <w:jc w:val="left"/>
      </w:pPr>
      <w:r>
        <w:rPr>
          <w:rFonts w:ascii="Times New Roman" w:hAnsi="Times New Roman" w:eastAsia="Times New Roman" w:cs="Times New Roman"/>
        </w:rPr>
        <w:t>Gipahibalo kanato ni Sister White nga ang “walay kinutoban nga gahong” nagrepresentar sa usa ka bag-ong pagpadayag sa satanikong gahum.</w:t>
      </w:r>
    </w:p>
    <w:p>
      <w:pPr>
        <w:pStyle w:val="ArticleScripture"/>
        <w:jc w:val="left"/>
      </w:pPr>
      <w:r>
        <w:rPr>
          <w:rFonts w:ascii="Times New Roman" w:hAnsi="Times New Roman" w:eastAsia="Times New Roman" w:cs="Times New Roman"/>
        </w:rPr>
        <w:t>“‘Sa diha nga mahuman na nila [gitapus na nila] ang ilang pagpamatuod.’ Ang yugto sa panahon nga ang duha ka mga saksi kinahanglan magpanagna nga nagbisti ug sako natapos niadtong 1798. Sa nagkaduol na sila sa pagtapos sa ilang buluhaton diha sa kangitngit, ang gubat pagahimoon batok kanila pinaagi sa gahum nga gihulagway ingon nga ‘ang mapintas nga mananap nga motungha gikan sa kahiladman nga walay kinutoban.’ Sa daghan sa mga nasod sa Uropa ang mga gahum nga nagmando sa Iglesia ug Estado sulod sa daghang mga siglo gikontrolar ni Satanas, pinaagi sa pamaagi sa pagka-papa. Apan dinhi gipadayag ang usa ka bag-ong pagpakita sa satanikong gahum.” The Great Controversy, 268.</w:t>
      </w:r>
    </w:p>
    <w:p>
      <w:pPr>
        <w:pStyle w:val="ArticleBody"/>
        <w:jc w:val="left"/>
      </w:pPr>
      <w:r>
        <w:rPr>
          <w:rFonts w:ascii="Times New Roman" w:hAnsi="Times New Roman" w:eastAsia="Times New Roman" w:cs="Times New Roman"/>
        </w:rPr>
        <w:t>Adunay tulo ka gahom nga giila diha sa libro sa Pinadayag nga nagagikan sa walay kinutoban nga bung-aw. Ang nahaunang gihisgutan mao ang Islam sa Pinadayag kapitulo 9 bersikulo 2; ang ikaduha mao ang ateyismo sa Rebolusyong Pranses sa kapitulo 11 bersikulo 8; ug ang ikatulo mao ang modernong Roma sa kapitulo 17 bersikulo 8. Ang “bag-ong pagpadayag” sa katapusang mga adlaw nga dili lamang mosulong batok sa kalihokan nga gisimbolohan sa kalihokang Millerite, kondili mosulong usab batok sa kalibotan, mao ang peke nga pagpukaw sa peke nga Tunga-tungang Gabii nga Singgit nga nailhan isip “Woke-ism.” Ang Woke-ism nagrepresentar sa usa ka “bag-ong pagpadayag sa satanikong gahom” nga gisuportahan sa kasamtangang Jesuitang anticristo ug ginapakaylap pinaagi sa mga magpapatigayon, sa mga pangulong politikal sa United Nations, sa mga liberal nga representante sulod sa nahulog nga mga iglesia sa Protestantismo sa Estados Unidos, ug sa Democratic party inubanan sa mga RINO-Republicans nga nagapasiugda o nagtugot sa pagpasiugda sa tanang nagkalainlaing porma sa mga baliko nga panginabuhian sa homoseksuwal nga komunidad, ingon sa gilarawan sa kapitulo 11 isip “Sodoma.” Kining tulo ka mga gahom mao ang nagmando sa kalibotan ngadto sa Armagedon, ug girepresentahan usab kini sa “Ehipto,” ang simbolo sa ateyismo ug pagkakalibotan. Nahimutang sulod sa anarkiya sa Rebolusyong Pranses, nga usa pa ka elemento niining tulo ka mga gahom nga naglangkob sa gitawag ni Sister White nga “evil confederacy,” kining mga gahom sa direkta o dili direkta nagapasiugda o nagtugot sa Woke-ism. Ang Woke-ism mao ang satanikong peke sa pagpukaw sa napulo ka mga ulay. Aduna pa kitay hisgutan bahin niining mga linya, apan gikinahanglan una natong atubangon ang sangputanan sa pagpatay didto sa dalan nga natuman niadtong Hulyo 18, 2020.</w:t>
      </w:r>
    </w:p>
    <w:p>
      <w:pPr>
        <w:pStyle w:val="ArticleBody"/>
        <w:jc w:val="left"/>
      </w:pPr>
      <w:r>
        <w:rPr>
          <w:rFonts w:ascii="Times New Roman" w:hAnsi="Times New Roman" w:eastAsia="Times New Roman" w:cs="Times New Roman"/>
        </w:rPr>
        <w:t>Ug usab, minahal nga Magbabasa, palihog sabta nga wala akoy ikatanyag nga suporta sa partido Republikano. Wala gayoy politikal nga pagdani nga akong saligan. Ang akong gitudlo lamang mao ang mga dinamikang propetiko nga naglungtad sa Tinipong Bansa sa Amerika, sa Nagkahiusang mga Nasod, ug sa Kapadohan. Kadtong mga dinamika pagahisgutan sa labi pang piho sa diha nga magsugod kita sa direktang pagtuki sa duha ka sungay nga nagkaharong sa usag usa sukad sa 1798 hangtod sa balaod sa Dominggo.</w:t>
      </w:r>
    </w:p>
    <w:p>
      <w:pPr>
        <w:pStyle w:val="ArticleBody"/>
        <w:jc w:val="left"/>
      </w:pPr>
      <w:r>
        <w:rPr>
          <w:rFonts w:ascii="Times New Roman" w:hAnsi="Times New Roman" w:eastAsia="Times New Roman" w:cs="Times New Roman"/>
        </w:rPr>
        <w:t>Ang satanikong Woke-ism nga nagrepresentar sa usa ka peke nga Singgit sa Tunga-tungang Gabii nagauna sa tinuod nga Singgit sa Tunga-tungang Gabii, ug sa dili pa ang panahon sa matuod nga Singgit sa Tunga-tungang Gabii, kadtong gipamatay diha sa mga kadalanan sa katapusan mamahimong usa ka buangbuang o manggialamon nga ulay. Ang yugto sa panahon diin ang atong mga kinaiya ginabugkos ngadto sa hugpong nga gitagana alang sa kalayo sa pagkalaglag o ingon nga hugpong alang sa langitnong tipiganan ania na karon.</w:t>
      </w:r>
    </w:p>
    <w:p>
      <w:pPr>
        <w:pStyle w:val="ArticleBody"/>
        <w:jc w:val="left"/>
      </w:pPr>
      <w:r>
        <w:rPr>
          <w:rFonts w:ascii="Times New Roman" w:hAnsi="Times New Roman" w:eastAsia="Times New Roman" w:cs="Times New Roman"/>
        </w:rPr>
        <w:t>Gipaila ni Sister White nga sa panahon sa paglangan, ang mga buang nga ulay sa kasaysayan sa mga Millerite mitubag sa pagsulay nga kapakyasan sa lahi nga paagi kay sa mga manggialamon nga ulay, nga sa ingon nagpasabot nga sa panahon sa paglangan ang ilang mga kinaiya nahisiguro na. Apan ang pagpamatuod ni Jeremias nagpahibalo kanato nga makapili kita sa pagbalik ngadto sa Dios ug Siya dili lamang mobalik kanato, kondili himoon kita Niyang usa ka kinural nga tumbagaon nga paril batok sa mga daotan ug sa mga makalilisang samtang gamiton kita ingon nga Iyang baba sa mosunod nga krisis. Anaa nianang profetikanhong punto nga si Jesus nagsaad sa paglipay kanato. Mao kini ang kahulogan sa upat ka mga kapitulo ni Juan nga gipahimutang sulod sa atong kasamtangang kasaysayan.</w:t>
      </w:r>
    </w:p>
    <w:p>
      <w:pPr>
        <w:pStyle w:val="ArticleBody"/>
        <w:jc w:val="left"/>
      </w:pPr>
      <w:r>
        <w:rPr>
          <w:rFonts w:ascii="Times New Roman" w:hAnsi="Times New Roman" w:eastAsia="Times New Roman" w:cs="Times New Roman"/>
        </w:rPr>
        <w:t>Ang lana mao ang Balaang Espiritu, kini mao ang kinaiya ug kini mao ang mga mensahe sa Espiritu sa Dios. Ang Espiritu sa Dios mao ang “Maglilipay.” Maingon nga gihigugma pag-ayo sa Dios ang kalibotan nga Iyang gihatag ang Iyang bugtong nga Anak, ug maingon nga gisakripisyo ni Jesus ang Iyang balaan nga kahimtang aron sa kinabubut-on modawat sa pagkatawo nga Iyang gibuhat ingon nga kabahin sa Iyang kaugalingon alang sa walay kataposan, sa ingon usab ang Balaang Espiritu nga gihatag niining yugto sa panahon magapabilin uban kanato sa walay kataposan.</w:t>
      </w:r>
    </w:p>
    <w:p>
      <w:pPr>
        <w:pStyle w:val="ArticleScripture"/>
        <w:jc w:val="left"/>
      </w:pPr>
      <w:r>
        <w:rPr>
          <w:rFonts w:ascii="Times New Roman" w:hAnsi="Times New Roman" w:eastAsia="Times New Roman" w:cs="Times New Roman"/>
        </w:rPr>
        <w:t>Kon nahigugma kamo kanako, bantayi ninyo ang akong mga sugo. Ug ako magaampo sa Amahan, ug siya mohatag kaninyo ug laing Maglilipay, aron siya magapabilin uban kaninyo hangtod sa kahangtoran; Bisan ang Espiritu sa kamatuoran; nga dili madawat sa kalibotan, kay kini wala makakita kaniya, ni makaila kaniya: apan kamo nakaila kaniya; kay siya nagapuyo uban kaninyo, ug anha sa sulod ninyo. Dili ko kamo biyaan nga walay kalipay: moanhi ako kaninyo. Juan 14:15–18.</w:t>
      </w:r>
    </w:p>
    <w:p>
      <w:pPr>
        <w:pStyle w:val="ArticleBody"/>
        <w:jc w:val="left"/>
      </w:pPr>
      <w:r>
        <w:rPr>
          <w:rFonts w:ascii="Times New Roman" w:hAnsi="Times New Roman" w:eastAsia="Times New Roman" w:cs="Times New Roman"/>
        </w:rPr>
        <w:t>Kining paghalad sa Espiritu sa pagpili nga magpuyo uban sa mga tawo sa walay kataposan, katumbas sa paghalad sa laing duha ka persona sa langitnong tulo. Tingali sama ka mahinungdanon sa paghalad sa Espiritu diha sa Iyang pagkaandam nga magpuyo sulod sa matag usa sa mga tinubos hangtod sa walay kataposan mao nga ang pag-abot sa “Maglilipay” niining piho nga kasaysayan nagtimailhan kon kanus-a ang katawhan sa Dios pagapatikan alang sa walay kataposan.</w:t>
      </w:r>
    </w:p>
    <w:p>
      <w:pPr>
        <w:pStyle w:val="ArticleScripture"/>
        <w:jc w:val="left"/>
      </w:pPr>
      <w:r>
        <w:rPr>
          <w:rFonts w:ascii="Times New Roman" w:hAnsi="Times New Roman" w:eastAsia="Times New Roman" w:cs="Times New Roman"/>
        </w:rPr>
        <w:t>Ug ayaw ninyo pagsakita ang balaang Espiritu sa Dios, nga pinaagi kaniya kamo ginatimbrihan alang sa adlaw sa pagtubos. Efeso 4:30.</w:t>
      </w:r>
    </w:p>
    <w:p>
      <w:pPr>
        <w:pStyle w:val="ArticleBody"/>
        <w:jc w:val="left"/>
      </w:pPr>
      <w:r>
        <w:rPr>
          <w:rFonts w:ascii="Times New Roman" w:hAnsi="Times New Roman" w:eastAsia="Times New Roman" w:cs="Times New Roman"/>
        </w:rPr>
        <w:t>Sa kasaysayan diin hingpit nga matuman ang saad sa Maghuhupay, nga mao ang kasaysayan sa usa ka gatus kap-atan ug upat ka libo, ang Espiritu “magapabilin” diha kanato “sa walay katapusan.” Ang matag Cristiano nga mituman sa mga kinahanglanon sa ebanghelyo nakadawat sa Balaang Espiritu ug busa “gipatikan hangtod sa adlaw sa katubsanan,” apan kana nga pagpatik nagatudlo lamang ngadto sa panahon nga ang usa ka gatus kap-atan ug upat ka libo pagapatikan sa panahon niining karon nga kasaysayan. Sa Efeso, kadtong mga gipatikan hangtod sa adlaw sa katubsanan gipahimutang sa pagtandi niadtong mga “nagasubo” sa “Balaang Espiritu.” Ilang gipasubo ang Balaang Espiritu pinaagi sa ilang pagdumili sa pagdawat sa mga pahayag sa Espiritu sa Dios, ug sa ingon nagdumili sila sa bulawanong lana. Sa dihang nagsaad si Cristo sa pagpadala kanato sa “Maghuhupay,” ang “Espiritu sa kamatuoran,” niining panahon sa kasagmuyo, nagsaad Siya nga ibutang ang Iyang patik ibabaw kanato, ug ang Iyang patik nagrepresentar sa pagtuman sa Iyang mga sugo, ilabi na ang sugo sa Igpapahulay, nga mao ang adlaw diin si Juan nakadawat sa pinadayag ug nga mao ang isyu nga hapit na moatubang sa kalibutan.</w:t>
      </w:r>
    </w:p>
    <w:p>
      <w:pPr>
        <w:pStyle w:val="ArticleBody"/>
        <w:jc w:val="left"/>
      </w:pPr>
      <w:r>
        <w:rPr>
          <w:rFonts w:ascii="Times New Roman" w:hAnsi="Times New Roman" w:eastAsia="Times New Roman" w:cs="Times New Roman"/>
        </w:rPr>
        <w:t>Ang pagtimri sa manggialamon nga mga ulay mahitabo sa dili pa ang pagsulay sa balaod sa Domingo, kay didto igapadayag ang mga kinaiya sa manggialamon ug sa buang-buang, ug ang kinaiya dili gayud mamugna sulod sa usa ka krisis; kini igapakita lamang. Ang pagtimri nagrepresentar, taliwala sa ubang mga butang, sa usa ka pagbag-o gikan sa hunahuna sa usa ka Laodiceano ngadto sa hunahuna sa usa ka Filadelfiano. Ang problema mao nga aron matuman kana nga pagbag-o, ang nahaunang pagsulay alang sa matag usa kanato mao ang tinuod nga pagsabot nga hangtod karon kita mga Laodiceano, kay isip mga Laodiceano ang atong nag-unang espirituwal nga pamatasan mao nga ang tanan husto ra, sa dihang sa pagkatinuod ang tanan sayop kaayo. Kana nga pamatasan kinahanglan isalikway; usa kini sa mahugaw nga mga butang nga kinahanglan bulagon gikan sa bililhon.</w:t>
      </w:r>
    </w:p>
    <w:p>
      <w:pPr>
        <w:pStyle w:val="ArticleScripture"/>
        <w:jc w:val="left"/>
      </w:pPr>
      <w:r>
        <w:rPr>
          <w:rFonts w:ascii="Times New Roman" w:hAnsi="Times New Roman" w:eastAsia="Times New Roman" w:cs="Times New Roman"/>
        </w:rPr>
        <w:t>“Sa diha nga ang katawhan sa Dios matimrihan na sa ilang mga agtang—dili kini bisan unsang timri o marka nga makita, kondili usa ka pagkalig-on diha sa kamatuoran, sa pangisip ug sa espiritu, aron dili na sila matarog—sa diha nga ang katawhan sa Dios matimrihan na ug maandam alang sa pag-uyog, kini moabot. Sa pagkatinuod, kini nagsugod na; ang mga paghukom sa Dios anaa na karon sa yuta, aron pagpasidaan kanato, aron kita mahibalo sa umaabot.” Seventh-day Adventist Bible Commentary, bolyum 4, 1161.</w:t>
      </w:r>
    </w:p>
    <w:p>
      <w:pPr>
        <w:pStyle w:val="ArticleBody"/>
        <w:jc w:val="left"/>
      </w:pPr>
      <w:r>
        <w:rPr>
          <w:rFonts w:ascii="Times New Roman" w:hAnsi="Times New Roman" w:eastAsia="Times New Roman" w:cs="Times New Roman"/>
        </w:rPr>
        <w:t>Ang “Manlalangyaw” nga gisaad ni Jesus sa Iyang mga tinun-an, nga nagalipay kanila sa panahon sa kapakyasan, maoy nagamando sa Iyang katawhan ngadto sa tanang kamatuoran, ug pinaagi sa usa ka “pagpahiluna diha sa kamatuoran” kita ginatimrihan. Ang “kamatuoran” nga angay mapahilunaon sa katawhan sa Dios niining panahona mao ang “kamatuoran” nga pagabuksan sa selyo sa dili pa matapos ang panahon sa pagsulay, kay ang “panahon haduol na.” Kana nga kamatuoran mao ang estruktura sa tinago nga kasaysayan sa pito ka mga dalogdog, ug kana nga tinago nga kasaysayan nagaila sa kasaysayan diin ang Pinadayag ni Jesu-Cristo ginabuksan. Ang tinago nga kasaysayan sa pito ka mga dalogdog matuman gayod sa mismong panahon nga ang “kamatuoran” nga gihulagway ingon nga tinago nga kasaysayan pagabuksan ang selyo. Ang pagbukas sa selyo sa “kamatuoran” mao ang nagatimri sa mga modawat sa mensahe nga kaniadto tinimrihan.</w:t>
      </w:r>
    </w:p>
    <w:p>
      <w:pPr>
        <w:pStyle w:val="ArticleBody"/>
        <w:jc w:val="left"/>
      </w:pPr>
      <w:r>
        <w:rPr>
          <w:rFonts w:ascii="Times New Roman" w:hAnsi="Times New Roman" w:eastAsia="Times New Roman" w:cs="Times New Roman"/>
        </w:rPr>
        <w:t>Ang mga tawo sa Dios gitimrihan sa ilang mga agtang sa dili pa ang pag-uyog sa masinukol nga mga nasod nga mahitabo sa balaod sa Domingo, sa ingon magsugod ang pagkalaglag sa nasod. Ang Pinadayag ni Jesu-Cristo mao ang “mga pulong sa panagna sa” basahon sa Pinadayag nga dili na pagatimrihan, kay ang panahon haduol na. Kini mao ang kamatuoran nga karon pagabasaon, pagapatalinghugan, ug labaw sa tanan pagabantayan, kon kita pagapanalanginan.</w:t>
      </w:r>
    </w:p>
    <w:p>
      <w:pPr>
        <w:pStyle w:val="ArticleScripture"/>
        <w:jc w:val="left"/>
      </w:pPr>
      <w:r>
        <w:rPr>
          <w:rFonts w:ascii="Times New Roman" w:hAnsi="Times New Roman" w:eastAsia="Times New Roman" w:cs="Times New Roman"/>
        </w:rPr>
        <w:t>Si Judas miingon kaniya, dili si Iscariote, Ginoo, ngano man nga magapadayag ka sa imong kaugalingon kanamo, ug dili sa kalibotan? Si Jesus mitubag ug miingon kaniya, Kon ang usa ka tawo mahigugma kanako, pagabantayan niya ang akong mga pulong; ug ang akong Amahan mahigugma kaniya, ug moanha kami kaniya, ug magapuyo kami uban kaniya. Ang dili mahigugma kanako wala magabantay sa akong mga pulong; ug ang pulong nga inyong nadungog dili ako, kondili iya sa Amahan nga nagsugo kanako. Kining mga butanga gisulti ko kaninyo, samtang ania pa ako uban kaninyo. Apan ang Maglilipay, nga mao ang Espiritu Santo, nga igapadala sa Amahan sa akong ngalan, siya magatudlo kaninyo sa tanang mga butang, ug magapahinumdom kaninyo sa tanang mga butang, bisan unsa nga akong gisulti kaninyo. Juan 14:22–26.</w:t>
      </w:r>
    </w:p>
    <w:p>
      <w:pPr>
        <w:pStyle w:val="ArticleBody"/>
        <w:jc w:val="left"/>
      </w:pPr>
      <w:r>
        <w:rPr>
          <w:rFonts w:ascii="Times New Roman" w:hAnsi="Times New Roman" w:eastAsia="Times New Roman" w:cs="Times New Roman"/>
        </w:rPr>
        <w:t>Alang niadtong nagabantay sa mensahe nga ginabuklad na, ang saad mao nga ang Manlalaban magatudlo kanato sa “tanang butang” sa “bisan unsa” nga gisulti ni Jesus “kaninyo.” Mao kini ang saad nga natuman ngadto sa mga tinun-an sa Emmaus ug human niana ngadto sa napulog-usa ka mga tinun-an. Sa dihang gikuha ni Cristo ang iyang kamot gikan sa mga mata sa mga tinun-an sa Emmaus nga “napugngan,” ug human niana “giablihan” ang “pagsabot” sa napulog-usa ka mga tinun-an aron sila hingpit nga “makasabot sa mga kasulatan,” nagarekord Siya ug usa ka saad alang niadtong nagkinabuhi sa “kataposang mga adlaw” nga mobalik gikan sa ilang kapakyasan sa paglaum, maghinulsol sa ilang kahimtang nga Laodicea, ug modawat sa “kamatuoran.” Ang “Manlalaban” sa “kataposang mga adlaw” “magapahinumdom kanato sa tanang butang” samtang nagatudlo Siya kanato sa “tanang butang.” Sama ka mahinungdanon sa pagpahinumdom kanato sa nangaging mga kamatuoran samtang Siya nagatudlo kanato sa tanang butang, “magapakita” usab Siya kanato sa “mga butang nga umalabot.”</w:t>
      </w:r>
    </w:p>
    <w:p>
      <w:pPr>
        <w:pStyle w:val="ArticleScripture"/>
        <w:jc w:val="left"/>
      </w:pPr>
      <w:r>
        <w:rPr>
          <w:rFonts w:ascii="Times New Roman" w:hAnsi="Times New Roman" w:eastAsia="Times New Roman" w:cs="Times New Roman"/>
        </w:rPr>
        <w:t>Apan sultihan ko kamo sa kamatuoran; maayohon alang kaninyo nga ako molakaw: kay kon ako dili molakaw, ang Maghuhupay dili moanhi kaninyo; apan kon ako mobiya, ipadala ko siya ngadto kaninyo. Ug sa iyang pag-abot, iyang pamatud-an sa kalibotan ang bahin sa sala, ug sa pagkamatarong, ug sa paghukom: Mahitungod sa sala, tungod kay sila wala motuo kanako; Mahitungod sa pagkamatarong, tungod kay ako moadto sa akong Amahan, ug dili na ninyo ako makita; Mahitungod sa paghukom, tungod kay ang principe niining kalibotana hinukman na. Daghan pa akog mga butang nga isulti kaninyo, apan dili pa ninyo kini maagwanta karon. Apan sa diha nga siya moanhi, ang Espiritu sa kamatuoran, siya magamando kaninyo ngadto sa tibuok kamatuoran: kay dili siya mosulti gikan sa iyang kaugalingon; kondili bisan unsa ang iyang madungog, mao kana ang iyang isulti: ug ipadayag niya kaninyo ang mga butang nga umalabot. Siya magahimaya kanako: kay siya magadawat gikan sa ako, ug igapadayag niya kini kaninyo. Juan 16:7–14.</w:t>
      </w:r>
    </w:p>
    <w:p>
      <w:pPr>
        <w:pStyle w:val="ArticleBody"/>
        <w:jc w:val="left"/>
      </w:pPr>
      <w:r>
        <w:rPr>
          <w:rFonts w:ascii="Times New Roman" w:hAnsi="Times New Roman" w:eastAsia="Times New Roman" w:cs="Times New Roman"/>
        </w:rPr>
        <w:t>Niining panahona ang Maghuhupay “magamando” kanato ngadto sa “kamatuoran,” “motudlo kanato sa tanang mga butang,” lakip ang “mga butang nga umalabot,” kay niining panahona si Jesus aduna pay “daghang mga butang nga isulti” kanato. Kadtong mga butanga, bisan kini mga butang gikan sa atong “hinumduman,” “mga butang nga umalabot,” o ang daghang “mga butang” nga Siya “aduna pa” isulti kanato, mao ang nagtimri kanato alang sa umaabot nga krisis. Ginabuhat Niya kini, kay ang Iyang kamatuoran nagrepresentar sa Iyang gahum sa paglalang. Gitimrihan Niya kita daan sa dili pa moabot ang umaabot nga krisis, kay tumong Niya nga kita mapahimangnoan nang daan mahitungod sa labing dakong yugto sa paglutos batok sa Iyang katawhan nga mahitabo sa sagradong kasaysayan. Kana nga paglutos sa piho nagaila nga ang mga pulong ug mga binuhatan nga atong nabuhat kaniadto hinumduman ug gamiton batok kanato maingon nga ang mga pulong ni Cristo gituis batok Kaniya. Bisan pa niana, kinahanglan natong ipresentar ang mensahe ingon nga usa ka saksi batok sa ilang pagsukol, sumala sa girepresentahan ni Ezequiel ug ni Cristo.</w:t>
      </w:r>
    </w:p>
    <w:p>
      <w:pPr>
        <w:pStyle w:val="ArticleScripture"/>
        <w:jc w:val="left"/>
      </w:pPr>
      <w:r>
        <w:rPr>
          <w:rFonts w:ascii="Times New Roman" w:hAnsi="Times New Roman" w:eastAsia="Times New Roman" w:cs="Times New Roman"/>
        </w:rPr>
        <w:t>Hinumdumi ninyo ang pulong nga akong giingon kaninyo, Ang ulipon dili labaw sa iyang agalon. Kon gilutos nila ako, pagalutoson usab nila kamo; kon gituman nila ang akong pulong, tumanon usab nila ang inyo. Apan kining tanan pagabuhaton nila batok kaninyo tungod sa akong ngalan, kay wala sila makaila Kaniya nga nagpadala kanako. Kon wala pa ako moanhi ug mosulti kanila, wala unta silay sala; apan karon wala na silay ikatabon sa ilang sala. Ang nagadumot kanako nagadumot usab sa akong Amahan. Kon wala pa ako magbuhat sa ilang taliwala sa mga buhat nga wala gayod gibuhat sa bisan kinsang tawo, wala unta silay sala; apan karon nakita na nila ug gidumtan ang ako ug ang akong Amahan. Apan nahitabo kini aron matuman ang pulong nga nahisulat sa ilang kasugoan, Gidumtan nila ako sa walay hinungdan. Apan sa moanhi na ang Manlalaban, nga akong ipadala kaninyo gikan sa Amahan, mao ang Espiritu sa kamatuoran, nga nagagikan sa Amahan, siya magapamatuod mahitungod kanako. Juan 15:20–26.</w:t>
      </w:r>
    </w:p>
    <w:p>
      <w:pPr>
        <w:pStyle w:val="ArticleBody"/>
        <w:jc w:val="left"/>
      </w:pPr>
      <w:r>
        <w:rPr>
          <w:rFonts w:ascii="Times New Roman" w:hAnsi="Times New Roman" w:eastAsia="Times New Roman" w:cs="Times New Roman"/>
        </w:rPr>
        <w:t>Ang “Espiritu sa kamatuoran” nga mao ang “Maglilipay” “magpamatuod mahitungod kang” Cristo, nga mao ang “kamatuoran.” Ug ang “kamatuoran” mao ang Alpha ug Omega, ang nahauna ug ang naulahi, ang sinugdanan ug ang katapusan. Ang tinagong kasaysayan sa pito ka mga dalugdog nga karon ginabukhad na mao ang mensahe sa pagpatik sa usa ka gatus ug kap-atan ug upat ka libo. Human sa Hulyo 18, 2020, si Jeremias naghatag ug usa ka panig-ingnan aron kita makapili sa pagbalik Kaniya nga mao ang nahaunang nahigugma kanato. Sa pagtuman niana nga buhat sa pagbalik, aduna kitay katungdanan sa pagpabulag sa bililhon gikan sa dautan. Kon atong buhaton ang atong kaluwasan uban ang kahadlok ug pagkurog ug matuman kana nga buhat, kita pagapatikan ug dihadiha mosulod sa labing dakong krisis sa kasaysayan sa yuta. Maangkon usab nato ang pribilehiyo sa pagsinati sa kasaysayan nga gihandom makita sa mga manalagna, sa mga hari, ug sa mga matarong nga tawo.</w:t>
      </w:r>
    </w:p>
    <w:p>
      <w:pPr>
        <w:pStyle w:val="ArticleBody"/>
        <w:jc w:val="left"/>
      </w:pPr>
      <w:r>
        <w:rPr>
          <w:rFonts w:ascii="Times New Roman" w:hAnsi="Times New Roman" w:eastAsia="Times New Roman" w:cs="Times New Roman"/>
        </w:rPr>
        <w:t>Kadtong mosagop nianang buluhatona ug mobalik “magalakaw sa kahayag nga nagagikan sa trono sa Dios,” ug pinaagi sa “mga manulonda aduna’y walay hunong nga pakigdugtong tali sa langit ug yuta,” nga mao ang pamaagi sa pakigpakiglabot nga gipaila sa pangbukas nga bersikulo sa basahon sa Pinadayag.</w:t>
      </w:r>
    </w:p>
    <w:p>
      <w:pPr>
        <w:pStyle w:val="ArticleScripture"/>
        <w:jc w:val="left"/>
      </w:pPr>
      <w:r>
        <w:rPr>
          <w:rFonts w:ascii="Times New Roman" w:hAnsi="Times New Roman" w:eastAsia="Times New Roman" w:cs="Times New Roman"/>
        </w:rPr>
        <w:t>“Dili ang tanan dinhi niining kalibotana mipili sa pagdapig sa kaaway batok sa Dios. Dili ang tanan nahimong dili matinumanon. Adunay pipila nga matinumanon nga tinuod sa Dios; kay si Juan nagsulat: ‘Ania sila nga nagabantay sa mga sugo sa Dios, ug sa pagtoo ni Jesus.’ Pinadayag 14:12. Sa dili madugay ang gubat pagailugon sa mapintas kaayo taliwala niadtong nagaalagad sa Dios ug niadtong wala nagaalagad Kaniya. Sa dili madugay ang tanan nga mahimong matarug pagatarugon, aron ang mga butang nga dili matarug magapabilin.”</w:t>
      </w:r>
    </w:p>
    <w:p>
      <w:pPr>
        <w:pStyle w:val="ArticleScripture"/>
        <w:jc w:val="left"/>
      </w:pPr>
      <w:r>
        <w:rPr>
          <w:rFonts w:ascii="Times New Roman" w:hAnsi="Times New Roman" w:eastAsia="Times New Roman" w:cs="Times New Roman"/>
        </w:rPr>
        <w:t>“Si Satanas usa ka kugihan nga estudyante sa Biblia. Nasayod siya nga hamubo na ang iyang panahon, ug nagtinguha siya sa matag dapit sa pagsupak sa buluhaton sa Ginoo dinhi sa yuta. Dili arang mahatag ang bisan unsang hulagway sa kasinatian sa katawhan sa Dios nga mabuhi pa sa yuta sa dihang ang langitnong himaya ug ang pag-usab sa mga paglutos sa nangagi pagasagolon. Magalakaw sila diha sa kahayag nga nagagikan sa trono sa Dios. Pinaagi sa mga manulonda adunay walay hunong nga pakigduyog tali sa langit ug sa yuta. Ug si Satanas, nga gilibotan sa daotang mga manulonda, ug nga nag-angkon nga siya mao ang Dios, magabuhat ug mga milagro sa tanang matang, aron sa paglimbong, kon mahimo, bisan pa sa mga pinili gayod. Ang katawhan sa Dios dili makakaplag sa ilang kaluwasan diha sa pagbuhat ug mga milagro, kay pekeon ni Satanas ang mga milagro nga pagabuhaton. Ang sinulayan ug nasuta nga katawhan sa Dios makakaplag sa ilang gahum diha sa ilhanan nga gihisgotan sa Exodo 31:12–18. Kinahanglan sila motindog ibabaw sa buhi nga pulong: ‘Nahisulat kini.’ Mao lamang kini ang patukoranan nga ilang ikatindog nga malig-on. Kadtong nakalapas sa ilang tugon uban sa Dios niadtong adlawa mawalaan sa Dios ug sa paglaom.</w:t>
      </w:r>
    </w:p>
    <w:p>
      <w:pPr>
        <w:pStyle w:val="ArticleScripture"/>
        <w:jc w:val="left"/>
      </w:pPr>
      <w:r>
        <w:rPr>
          <w:rFonts w:ascii="Times New Roman" w:hAnsi="Times New Roman" w:eastAsia="Times New Roman" w:cs="Times New Roman"/>
        </w:rPr>
        <w:t>“Ang mga magsisimba sa Dios ilabinang mailhan pinaagi sa ilang pagtahod sa ikaupat nga sugo, tungod kay kini mao ang timaan sa mamugnaong gahum sa Dios ug ang pagpanghimatuod sa Iyang pag-angkon sa pagtahod ug pagsimba sa tawo. Ang mga dautan mailhan pinaagi sa ilang mga paningkamot sa pagguba sa handumanan sa Magbubuhat ug sa pagpataas sa tulomanon sa Roma. Sa maong isyu sa panagbangi ang tibuok Kristiyanohan mabahin ngadto sa duha ka dagkong pundok, kadtong nagabantay sa mga sugo sa Dios ug sa pagtoo ni Jesus, ug kadtong nagsimba sa mapintas nga mananap ug sa iyang larawan, ug modawat sa iyang timaan. Bisan pa nga ang iglesia ug ang estado maghiusa sa ilang gahum aron sa pagpugos sa tanan, ‘gamay ug dako, dato ug kabus, gawasnon ug ulipon,’ sa pagdawat sa timaan sa mapintas nga mananap, apan ang katawohan sa Dios dili modawat niini. Pinadayag 13:16. Ang manalagna sa Patmos nakakita kanila nga ‘nakadaug batok sa mapintas nga mananap, ug batok sa iyang larawan, ug batok sa iyang timaan, ug batok sa gidaghanon sa iyang ngalan, nga nagatindog sa dagat nga bildo, nga may mga alpa sa Dios,’ ug nagaawit sa awit ni Moises ug sa Cordero. Pinadayag 15:2.”</w:t>
      </w:r>
    </w:p>
    <w:p>
      <w:pPr>
        <w:pStyle w:val="ArticleScripture"/>
        <w:jc w:val="left"/>
      </w:pPr>
      <w:r>
        <w:rPr>
          <w:rFonts w:ascii="Times New Roman" w:hAnsi="Times New Roman" w:eastAsia="Times New Roman" w:cs="Times New Roman"/>
        </w:rPr>
        <w:t>“Makahahadlok nga mga pagsulay ug mga kalisdanan naghulat sa katawohan sa Dios. Ang espiritu sa gubat nagpalihok sa mga nasod gikan sa usa ka tumoy sa yuta ngadto sa usa pa. Apan taliwala sa panahon sa kasamok nga umaabot—usa ka panahon sa kasamok nga sukad pa sa dihang may usa ka nasod wala pa gayud mahitabo ang sama niini—ang mga pinili sa Dios magabarog nga dili matarog. Si Satanas ug ang iyang panon dili makahimo sa paglaglag kanila, kay ang mga anghel nga labaw sa kusog manalipod kanila.” Testimonies, tomo 9, 15–17.</w:t>
      </w:r>
    </w:p>
    <w:p>
      <w:pPr>
        <w:pStyle w:val="ArticleBody"/>
        <w:jc w:val="left"/>
      </w:pPr>
      <w:r>
        <w:rPr>
          <w:rFonts w:ascii="Times New Roman" w:hAnsi="Times New Roman" w:eastAsia="Times New Roman" w:cs="Times New Roman"/>
        </w:rPr>
        <w:t>Angay nga ilhon nga kining tudlinga mao ang kataposan sa usa ka kapitulo nga nagsugod sa panid onse sa Testimonies tomo nuebe, nga mailhan nga nagrepresentar sa nuebe-onse. Angay usab nga timan-an nga ang ulohan mahitungod sa moanhi nga Pamanhonon, ug usab sa mga tsart ni Habakkuk diin gikuhaan ni Pablo sa bersikulo nga iyang gisulat sa basahon sa Hebreohanon. Ang sinugdanan sa kapitulo nagtimaan sa kasaysayan nga nagsugod niadtong Septiyembre 11, 2001, sa duha ka papan sa tugon sa tagna nga gisudlan sa sinugdanan sa Adventismo, ug nga ang ulohan mao ang kataposang krisis, nga nagpaila sa kataposang Tinguha sa Tunga-tunga sa Gabii. Ang kataposan sa kapitulo anaa sa hingpit nga pag-uyon sa sinugdanan, kay ang sinugdanan ug ang kataposan parehong naghisgot sa kataposang krisis.</w:t>
      </w:r>
    </w:p>
    <w:p>
      <w:pPr>
        <w:pStyle w:val="ArticleScripture"/>
        <w:jc w:val="left"/>
      </w:pPr>
      <w:r>
        <w:rPr>
          <w:rFonts w:ascii="Times New Roman" w:hAnsi="Times New Roman" w:eastAsia="Times New Roman" w:cs="Times New Roman"/>
        </w:rPr>
        <w:t>“Seksyon 1—Alang sa Pag-abot sa Hari”</w:t>
      </w:r>
    </w:p>
    <w:p>
      <w:pPr>
        <w:pStyle w:val="ArticleScripture"/>
        <w:jc w:val="left"/>
      </w:pPr>
      <w:r>
        <w:rPr>
          <w:rFonts w:ascii="Times New Roman" w:hAnsi="Times New Roman" w:eastAsia="Times New Roman" w:cs="Times New Roman"/>
        </w:rPr>
        <w:t>“Kay sa dili madugay nga panahon, ug Siya nga umalabut moabut gayud, ug dili maglangan.” Hebreohanon 10:37.</w:t>
      </w:r>
    </w:p>
    <w:p>
      <w:pPr>
        <w:pStyle w:val="ArticleScripture"/>
        <w:jc w:val="left"/>
      </w:pPr>
      <w:r>
        <w:rPr>
          <w:rFonts w:ascii="Times New Roman" w:hAnsi="Times New Roman" w:eastAsia="Times New Roman" w:cs="Times New Roman"/>
        </w:rPr>
        <w:t>“Ang Katapusang Krisis”</w:t>
      </w:r>
    </w:p>
    <w:p>
      <w:pPr>
        <w:pStyle w:val="ArticleScripture"/>
        <w:jc w:val="left"/>
      </w:pPr>
      <w:r>
        <w:rPr>
          <w:rFonts w:ascii="Times New Roman" w:hAnsi="Times New Roman" w:eastAsia="Times New Roman" w:cs="Times New Roman"/>
        </w:rPr>
        <w:t>“Nagkinabuhi kita sa panahon sa katapusan. Ang mga timailhan sa mga panahon nga sa madali nagakatuman nagpahayag nga ang pag-anhi ni Cristo haduol na gayud. Ang mga adlaw diin kita nagkinabuhi mga mabinug-at ug mahinungdanon. Ang Espiritu sa Dios hinay-hinay apan sa pagkamatuod ginakuha na gikan sa yuta. Ang mga hampak ug mga hukom nahulog na karon ibabaw sa mga nagtamay sa grasya sa Dios. Ang mga kalamidad sa yuta ug sa dagat, ang malisangon nga kahimtang sa katilingban, ang mga pahimangno sa gubat, maoy mga timaan nga mabug-at ug kahulugan. Kini nagtagna sa mga nagakahiduol nga hitabo nga labing daku ang kabug-aton.” Testimonies, tomo 9, 11.</w:t>
      </w:r>
    </w:p>
    <w:p>
      <w:pPr>
        <w:pStyle w:val="ArticleBody"/>
        <w:jc w:val="left"/>
      </w:pPr>
      <w:r>
        <w:rPr>
          <w:rFonts w:ascii="Times New Roman" w:hAnsi="Times New Roman" w:eastAsia="Times New Roman" w:cs="Times New Roman"/>
        </w:rPr>
        <w:t>Kon mobalik kita ug dawaton ang hataas nga pagtawag sa pagkahimong “baba” sa Dios, ingon sa girepresentar ni Jeremias, sa dili madugay makaambit kita sa labing daku nga pagpanghipos sa balaang kasaysayan.</w:t>
      </w:r>
    </w:p>
    <w:p>
      <w:pPr>
        <w:pStyle w:val="ArticleScripture"/>
        <w:jc w:val="left"/>
      </w:pPr>
      <w:r>
        <w:rPr>
          <w:rFonts w:ascii="Times New Roman" w:hAnsi="Times New Roman" w:eastAsia="Times New Roman" w:cs="Times New Roman"/>
        </w:rPr>
        <w:t>Nagsulti usab Siya kanila ug mga pulong sa paglaom ug kaisog. “Ayaw kalisdi ang inyong kasingkasing,” miingon Siya; “nagatoo kamo sa Dios, tumoo usab kamo Kanako. Sa balay sa Akong Amahan adunay daghang puloy-anan; kon dili pa kini mao, Akong gisuginlan unta kamo. Molakaw Ako sa pag-andam ug dapit alang kaninyo. Ug kon Molakaw Ako ug mag-andam ug dapit alang kaninyo, Mobalik Ako pag-usab, ug dawaton ko kamo nganha Kanako; aron diin Ako atua, didto usab kamo. Ug asa Ako paingon, nasayran ninyo, ug ang dalan nasayran usab ninyo.” Juan 14:1–4. Tungod kaninyo mianhi Ako sa kalibotan; alang kaninyo nagapanghago Ako. Sa diha nga Molakaw Ako, magapadayon gihapon Ako sa matinguhaong pagbuhat alang kaninyo. Mianhi Ako sa kalibotan aron ipadayag ang Akong Kaugalingon kaninyo, aron makatoo kamo. Moadto Ako sa Akong Amahan ug sa inyo aron makigtinabangay Kaniya alang sa inyong kaayohan.</w:t>
      </w:r>
    </w:p>
    <w:p>
      <w:pPr>
        <w:pStyle w:val="ArticleScripture"/>
        <w:jc w:val="left"/>
      </w:pPr>
      <w:r>
        <w:rPr>
          <w:rFonts w:ascii="Times New Roman" w:hAnsi="Times New Roman" w:eastAsia="Times New Roman" w:cs="Times New Roman"/>
        </w:rPr>
        <w:t>“‘Sa pagkatinuod, sa pagkatinuod, magaingon Ako kaninyo, Siya nga nagatuo Kanako, ang mga buhat nga Akong ginabuhat pagabuhaton usab niya; ug labi pang dagkung mga buhat kaysa niini pagabuhaton niya; tungod kay Ako moadto sa Akong Amahan.’ Juan 14:12. Pinaagi niini, wala ipasabot ni Cristo nga ang mga tinun-an mohimo ug mas halangdong mga paningkamot kay sa Iyang nahimo, kondili nga ang ilang buluhaton adunay mas dakung gilapdon. Wala Siya magtumong lamang sa pagbuhat ug mga milagro, kondili sa tanan nga mahitabo ilalom sa paglihok sa Balaang Espiritu. ‘Sa diha nga moanhi na ang Manlalaban,’ matod Niya, ‘nga Akong igapadala kaninyo gikan sa Amahan, bisan ang Espiritu sa kamatuoran, nga nagagikan sa Amahan, Siya magapamatuod mahitungod Kanako: ug kamo usab magapanghimatuod, tungod kay kamo nakig-uban Kanako sukad pa sa sinugdan.’ Juan 15:26, 27.</w:t>
      </w:r>
    </w:p>
    <w:p>
      <w:pPr>
        <w:pStyle w:val="ArticleScripture"/>
        <w:jc w:val="left"/>
      </w:pPr>
      <w:r>
        <w:rPr>
          <w:rFonts w:ascii="Times New Roman" w:hAnsi="Times New Roman" w:eastAsia="Times New Roman" w:cs="Times New Roman"/>
        </w:rPr>
        <w:t>“Katingalahan nga natuman kining mga pulonga. Human sa pagkanaog sa Balaang Espiritu, ang mga tinun-an napuno pag-ayo sa gugma alang Kaniya ug alang niadtong mga namatyan Niya, nga ang mga kasingkasing natunaw pinaagi sa mga pulong nga ilang gisulti ug sa mga pag-ampo nga ilang gihalad. Nagsulti sila diha sa gahum sa Espiritu; ug ilalom sa impluwensiya nianang gahuma, linibo ang nakabig.” Acts of the Apostles, 21, 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Unsa ang Kamatuoran? - Numero Singko</dc:title>
  <dc:subject>Ang Maghuhupay</dc:subject>
  <dc:creator>Jeff Pippenger</dc:creator>
  <cp:keywords/>
  <dc:description>Generated by ArticleDigger from truth\05_truth.json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