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Skryté dějiny čtyřicátého verše – číslo dvacet čtyři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Ezechiel číslo pět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2026-08-10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V pasáži z Testimonies, svazek pět, kterou se již několik článků zabýváme, jsme obeznámeni s viděním chrámu, jež bylo dáno Ezechielovi, Izajášovi a Janovi: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„Tato poučení jsou k našemu prospěchu. Potřebujeme opřít svou víru o Boha, neboť přímo před námi je doba, která vyzkouší lidské duše. Kristus na hoře Olivetské vylíčil hrozné soudy, jež měly předcházet Jeho druhému příchodu: ‚Uslyšíte o válkách a zvěstech o válkách.‘ ‚Povstane národ proti národu a království proti království; a bude hlad, mor a zemětřesení na rozličných místech. To vše je počátek bolestí.‘ Ačkoli se tato proroctví částečně naplnila při zkáze Jeruzaléma, vztahují se ještě příměji na poslední dny.“</w:t>
      </w:r>
    </w:p>
    <w:p>
      <w:pPr>
        <w:pStyle w:val="ArticleHeading"/>
        <w:jc w:val="left"/>
      </w:pPr>
      <w:r>
        <w:rPr>
          <w:rFonts w:ascii="Arial" w:hAnsi="Arial" w:eastAsia="Arial" w:cs="Arial"/>
        </w:rPr>
        <w:t>Devátý den měsíce av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Tiša be-av, což v hebrejštině znamená „devátý den měsíce av“, je židovský den připomínající zničení jak Prvního chrámu Babylóňany roku 586 př. Kr., tak Druhého chrámu Titem v roce 70 po Kr. Obě zničení nastala ke stejnému kalendářnímu datu — devátého dne hebrejského měsíce av (což obvykle připadá na červenec nebo srpen gregoriánského kalendáře). Když sestra Whiteová vztahuje zničení Jeruzaléma k „době, která bude zkoušet lidské duše“ v posledních dnech, označuje tím dvě zničení, která obě znázorňují brzy přicházející nedělní zákon.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Šestnáctý verš jedenácté kapitoly Daniele představuje tento nedělní zákon a odpovídá verši čtyřicátému prvnímu. U Ezechiela je zničení Jeruzaléma použito k znázornění oddělení moudrých a bláznivých panen při nedělním zákonu. Ezechiel byl zajatcem v Babylóně, když byl zázračně přenesen do Jeruzaléma, aby právě toto oddělení spatřil v osmé až jedenácté kapitole.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I stalo se v šestém roce, v šestém měsíci, pátého dne toho měsíce, když jsem seděl ve svém domě a starší judští seděli přede mnou, že tam na mne dopadla ruka Panovníka Hospodina. I pohleděl jsem, a hle, podoba jako zjev ohně: od podoby jeho beder dolů oheň, a od jeho beder vzhůru jako zjev jasu, jako barva jantaru. A vztáhl cosi jako ruku a uchopil mne za pramen vlasů na mé hlavě; a duch mne pozvedl mezi zemi a nebesa a přenesl mne v Božích viděních do Jeruzaléma, ke vchodu vnitřní brány obrácené k severu, kde bylo stanoviště obrazu žárlivosti, který podněcuje k žárlivosti. Ezechiel 8,1–3.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Čtyři kapitoly, osm až jedenáct, jsou popisem oddělení a sestra Whiteová, když komentuje Ezechiele 9, poukazuje nejen na to, že šlo o totéž zapečeťování jako ve Zjevení 7, nýbrž i na to, že Jeruzalém představuje laodicejskou Církev adventistů sedmého dne v posledních dnech.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„Třída těch, kdo nepociťují zármutek nad svým vlastním duchovním úpadkem ani netruchlí nad hříchy druhých, bude ponechána bez pečeti Boží. Pán pověřuje své posly, muže se zabijáckými zbraněmi v rukou: ‚Jděte za ním skrze město a bijte; ať vaše oko nešetří a nemějte slitování; zcela pobijte starce i mladíky, panny i malé děti i ženy; ale nepřibližujte se k žádnému muži, na němž je znamení; a začněte od Mé svatyně.‘ I začali od starých mužů, kteří byli před domem.“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„Zde vidíme, že církev — svatyně Páně — byla první, na niž dolehl úder Božího hněvu. Starci, ti, jimž Bůh udělil veliké světlo a kteří stáli jako strážci duchovních zájmů lidu, zradili svěřenou důvěru. Zaujali stanovisko, že nemáme očekávat zázraky ani zjevné projevy Boží moci jako v dřívějších dnech. Doby se změnily. Tato slova posilují jejich nevěru a oni říkají: Hospodin neučiní nic dobrého ani nic zlého. Je příliš milosrdný, aby navštívil svůj lid soudem. Tak je „Pokoj a bezpečnost“ voláním mužů, kteří již nikdy více nepozvednou svůj hlas jako polnici, aby ukázali Božímu lidu jeho přestoupení a domu Jákobovu jeho hříchy. Tito němí psi, kteří nechtěli štěkat, jsou těmi, na něž dopadá spravedlivá pomsta uraženého Boha. Muži, panny i malé děti všichni hynou spolu.“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„Ohavnosti, nad nimiž věrní vzdychali a naříkali, byly vším, co mohly postřehnout omezené lidské oči; avšak zdaleka nejhorší hříchy, ty, které vzbuzovaly žárlivost čistého a svatého Boha, zůstávaly nezjevené. Veliký Zpytovatel srdcí zná každý hřích spáchaný v tajnosti činiteli nepravosti. Tito lidé nabývají pocitu bezpečí ve svých klamech a pro Jeho shovívavost říkají, že Hospodin nevidí, a potom jednají, jako by opustil zemi. On však odhalí jejich pokrytectví a otevře před druhými ty hříchy, které se tak pečlivě snažili skrýt.“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„Žádná nadřazenost v postavení, důstojnosti ani světské moudrosti, žádné postavení v posvátném úřadu neuchrání lidi před tím, aby neobětovali zásadu, jsou-li ponecháni svým vlastním klamným srdcím. Ti, kdo byli pokládáni za hodné a spravedlivé, se ukazují být vůdci odpadlictví a příklady lhostejnosti i zneužívání Božích milostí. Jejich ničemné jednání již déle nebude trpět a ve svém hněvu s nimi jedná bez milosti.“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„Pán jen nerad odnímá svou přítomnost těm, kdo byli obdařeni velikým světlem a kdo při službě druhým zakusili moc slova. Kdysi byli Jeho věrnými služebníky, požívali výsady Jeho přítomnosti a vedení; avšak odchýlili se od Něho, svedli jiné v blud, a proto na ně doléhá Boží nelibost.“ Testimonies, svazek 5, 211, 212.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Celá kniha Ezechiel je zasazena do kontextu zničení Jeruzaléma. V Ezechielově svědectví je výslovně vyznačeno Nebúkadnesarovo obléhání, které trvalo rok a půl, avšak „bezprostřednější naplnění“ Ježíšova varování v Matoušovi dvacáté čtvrté kapitole se týká posledních dnů. U Ezechiele se tato linie pravdy nachází ve dvacáté čtvrté kapitole.</w:t>
      </w:r>
    </w:p>
    <w:p>
      <w:pPr>
        <w:pStyle w:val="ArticleHeading"/>
        <w:jc w:val="left"/>
      </w:pPr>
      <w:r>
        <w:rPr>
          <w:rFonts w:ascii="Arial" w:hAnsi="Arial" w:eastAsia="Arial" w:cs="Arial"/>
        </w:rPr>
        <w:t>15. ledna 588 př. Kr.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Opět v devátém roce, v desátém měsíci, desátého dne toho měsíce, ke mně přišlo slovo Hospodinovo: Synu člověčí, zapiš si jméno tohoto dne, právě tohoto dne: král babylónský právě tohoto dne vytáhl proti Jeruzalému. Ezechiel 24,1.2.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V toto datum, které je potvrzeno i jinými biblickými svědectvími, začalo osmnáctiměsíční obležení. Slovo Hospodinovo, které k Ezechielovi přišlo v onen den, sestávalo z podobenství o krvavém městě, znázorněného vroucím kotlem, po němž následuje veliký oheň. Toto podobenství zjevně představuje soud nad Jeruzalémem a v téže kapitole po něm následuje zpráva o tom, že Ezechielova manželka byla náhlou ranou odňata, jako znamení, že obležení, které mělo nakonec zničit svatyni, již začalo.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I stalo se ke mně slovo Hospodinovo: Synu člověčí, hle, jednou ranou ti odnímám žádost tvých očí; ale nebudeš naříkat ani plakat a tvé slzy nepotečou. Jen vzdychej potichu, za mrtvého nevykonávej smuteční obřady; uvaž si svůj turban na hlavu, obuj si obuv na nohy, nezakrývej si rty a nejez chléb od lidí. I mluvil jsem ráno k lidu, a večer mi zemřela má žena; a učinil jsem ráno, jak mi bylo přikázáno. Ezechiel 24,15–18.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Tu se lidé kolem Ezechiela ptali na význam podobenství a na smrt jeho manželky.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I lid mi řekl: Nepověz nám, co pro nás znamenají tyto věci, že tak činíš? I odpověděl jsem jim: Stalo se ke mně slovo Hospodinovo, řkoucí: Promluv k domu Izraele: Takto praví Panovník Hospodin: Hle, znesvětím svou svatyni, pýchu vaší síly, žádost vašich očí a to, čeho vaše duše lituje; a vaši synové i vaše dcery, které jste zanechali, padnou mečem. Ezechiel 24,19–21.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Ezechielova manželka i svatyně jsou v tomto úseku obě označeny jako „žádost tvých očí“. Bibličtí historikové uvádějí, že obléhání trvalo osmnáct měsíců, kdežto obléhání Cestia a Tita trvala čtyři roky od roku 66 až do roku 70. Přesný výpočet času od prvního obléhání Cestia až po zničení činí tři a půl roku, avšak při použití „inkluzivního počítání“, které je v Bibli užíváno nejčastěji, jsou to čtyři roky. Vědomí, že oba způsoby počítání jsou platné, nám umožňuje vidět jak tři a půl roku od Cestia k Titovi, tak i čtyři roky.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Máme dva svědky nedělního zákona ve dvojím zničení Jeruzaléma a podrobnosti obou těchto dějin mají být aplikovány na brzy přicházející nedělní zákon — kdy bude Laodicea vyvržena z úst Páně. Počátek obležení Nebúkadnesara je vyznačen smrtí Ezechielovy manželky. Při její smrti bylo Ezechielovi přikázáno, aby otevřeně netruchlil, neboť byl znamením Židů odváděných do zajetí.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Počátek čtyřletého období let 66 až 70 je vyznačen znamením ohavnosti zpustošení, které bylo pro křesťany v Jeruzalémě znamením k útěku.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Když tedy uzříte ohavnost zpustošení, o níž mluvil prorok Daniel, jak stojí na místě svatém, (kdo čte, rozuměj:) tehdy ti, kteří jsou v Judsku, ať utečou do hor. Matouš 24,15.16.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Dvě obležení, která si zřetelně odpovídají, a obě obležení obsahují na počátku obležení „znamení“. Když Ezechiel vysvětloval, co znamenala smrt jeho manželky a jeho neprojevování smutku, objasnil to a poté zaznamenal: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Tak vám bude Ezechiel znamením; podle všeho, co učinil, učiníte i vy; a až to přijde, poznáte, že já jsem Panovník Hospodin. Ezechiel 24,24.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Znamení smrti Ezechielovy manželky bylo ztotožněním s brzy přicházejícím zničením Jeruzaléma a chrámu a s následným zajetím v Babylóně. Znamení ohavnosti zpustošení, o němž mluvil Daniel, bylo varováním, aby se uniklo zkáze, avšak obě obléhání mají na počátku znamení.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Před brzy přicházejícím nedělním zákonem nastane prorocké obležení a smrt Ezechielovy manželky je symbolem toho, že laodicejský sbor adventistů sedmého dne byl zcela pominut; zatímco Ezechiel je symbolem sto čtyřiceti čtyř tisíc a je symbolem praporu, který je pozdvižen na počátku obležení. Ezechiel je praporem sto čtyřiceti čtyř tisíc na počátku obležení Babylóna a znamením ohavnosti zpustošení na počátku je „znamení“ Říma. Jedno znamení hovoří o vnitřním varování a druhé o vnějším varování. V roce 66 bylo křesťanům jistě dáno varování, avšak varovným znamením byl Řím. Znamením při zničení Babylóna byla Ezechielova manželka. Řím je třídou těch, kdo přijímají znamení šelmy, a Ezechiel znamením těch, kdo přijímají Boží pečeť.</w:t>
      </w:r>
    </w:p>
    <w:p>
      <w:pPr>
        <w:pStyle w:val="ArticleHeading"/>
        <w:jc w:val="left"/>
      </w:pPr>
      <w:r>
        <w:rPr>
          <w:rFonts w:ascii="Arial" w:hAnsi="Arial" w:eastAsia="Arial" w:cs="Arial"/>
        </w:rPr>
        <w:t>Dvě závěrečná období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První obležení trvalo osmnáct měsíců a druhé obležení trvalo čtyři roky. Obojí obležení nalézá své „bezprostřednější“ naplnění v posledních dnech a obě obležení jsou přímo spojena s proroctvím o třech stech devadesáti jednom roce a patnácti dnech, zaznamenaným ve Zjevení 9,15.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Počátek pěti měsíců ze Zjevení deváté kapitoly, desátého verše, zahrnoval dějiny, které vyznačují období třiceti osmi let, vrcholící čtyřletým obléháním, jež je spojeno s číslem třicet osm a označilo povstání islámu. Toto čtyřleté obléhání nachází svůj protějšek v dějinách, které započaly, když skončilo (pět měsíců) sto padesát let a začalo tři sta devadesát jeden let a patnáct dní. Začalo 27. července 1449 a o čtyři roky později islám přivedl proti Konstantinopoli obléhání trvající padesát pět dní, které skončilo 29. května 1453.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Když časové proroctví, které začalo 27. července 1449, dospělo dne 11. srpna 1844 ke svému závěru, čtyři roky hnutí prvního a druhého anděla od roku 1840 do roku 1844 se uvedly do souladu se čtyřletým obléháním v letech 1333 až 1337 a rovněž se čtyřletým obdobím od roku 1449 do roku 1453. Tito tři svědkové, kteří jsou všichni přímo součástí téže prorocké linie, představují symbolické čtyřleté období, kdy se hnutí prvního a druhého anděla z let 1840 až 1844 opakuje v dějinách hnutí třetího anděla. Tito tři svědkové předobrazují čtyřleté obléhání v dějinách sto čtyřiceti čtyř tisíc. Toto čtyřleté období je rovněž znázorněno obléháními Jeruzaléma v letech 66 a 70.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Počátek čtyřletého obléhání Cestiem v roce 66 a poté jeho završení Titem v roce 70 vytváří symbol alfy a symbol omegy pro období čtyř let. Totéž období je také znázorněno jako tři a půl roku, což se pak shoduje s třemi a půl prorockými roky, po které papežský Řím pošlapával svatyni.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Ale nádvoří, které jest vně chrámu, vynech a neměř je, neboť jest dáno pohanům; a svaté město budou pošlapávati čtyřicet a dva měsíce. A dám moc svým dvěma svědkům, a budou prorokovati tisíc dvě stě šedesát dní, oděni v žíněné roucho. Zjevení 11, 2.3.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padnou ostřím meče a budou odvedeni do zajetí mezi všechny národy; a Jeruzalém bude pošlapáván pohany, dokud se nenaplní časy pohanů. Lukáš 21,24.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Je nezbytné poznamenat, že na období představované symbolem alfa Cestia až po symbol omega Tita uplatňuji jak „inkluzivní“, tak „exkluzivní“ počítání. To ukazuje, že v rámci jedněch dějin jsou zastoupena dvě uplatnění času. Tímto biblickým principem jsme se již zabývali, když jsme před mnoha články zvažovali dobu mezi Ježíšovou návštěvou Cesareje Filipovy (Panias) a Jeho cestou na horu Proměnění. Dva bibličtí autoři zaznamenávají šest dní a jeden osm dní.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po šesti dnech vzal Ježíš s sebou Petra, Jakuba a Jana, jeho bratra, a vyvedl je o samotě na vysokou horu. Matouš 17,1.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po šesti dnech bere Ježíš s sebou Petra, Jakuba a Jana a vyvádí je samotné stranou na vysokou horu; i proměnil se před nimi. Marek 9,2.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A stalo se asi osm dní po těchto slovech, že vzal Petra a Jana a Jakuba a vystoupil na horu, aby se modlil. Lukáš 9,28.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Zničení Jeruzaléma má „bezprostřednější“ uplatnění ve dnech posledních a toto zničení představují dva svědkové, zpodobení Babylónem a Římem. Tito dva svědkové jsou navzájem ve shodě, avšak poskytují odlišné a podstatné prorocké charakteristiky, aby zesílili pravdu. Obléhání Římem (66 až 70) trvalo čtyři roky, což rovněž představuje tři a půl roku. Tři a půl roku souvisejí se pošlapáním svatyně a zástupu, vykonaným jak pohanstvím, tak papežstvím. Pošlapání papežstvím trvalo tři a půl symbolického roku, jak je předobrazeno doslovnými třemi a půl lety při obléhání Římem.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To čtyřleté obléhání je také spojeno se čtyřletými obdobími, jež souvisejí s prorockou linií, která označuje vyzdvižení islámu a poté vyzdvižení hnutí prvního i druhého a následně třetího anděla. Období od Cestia k Titovi se protíná s kolem papežského Říma a také s kolem islámu. Kolo Říma a tři a půl roku Cestia a Tita se protínají se třemi a půl symbolickými roky papežského Říma, čímž jsou označeny dva subjekty pohanského a papežského Říma. Kolo islámu je spojeno toutéž historií, chápanou jako čtyři roky, avšak právě tak jako u kola Říma v oné historii je islám spojen s druhou mocí podřízenou kolu islámu — totiž adventismem. Období tří a půl roku představuje Řím v obou jeho fázích a čtyřleté období představuje islám a adventismus. Pohanský a papežský Řím nelze prorocky oddělit a stejně tak nelze oddělit islám a adventismus.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To prorocky vyžaduje, abychom při zvažování obležení Babylóna v ilustraci osmnáctiměsíčního obležení rozpoznali dvě pojetí času. Dvě znázornění času v obležení přivedeném Římem prorocky vyžadují dvě znázornění času v obležení přivedeném Nebúkadnesarem. Také Nebúkadnesarovo osmnáctiměsíční obležení lze chápat jako symbol jednoho a půl roku. Osmnáct měsíců je jeden a půl roku a jeden a půl lze vyjádřit jako 1,5 roku. Nebúkadnesarovo obležení bylo zároveň osmnáct měsíců i jeden celek pět desetin (1,5) roku.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Osmnáct měsíců označuje moc, která měla pošlapat Jeruzalém, a 1,5 roku označuje islám. Prorocké kolo počítání, které určuje osmnáct měsíců, určuje Babylón, a druhé prorocké kolo počítání určuje islám. Dosud jsme nepředložili vysvětlení, jak docházíme k použití období 1,5 roku ve spojitosti s islámem, avšak je třeba poznamenat, že dvě počítání času ve zkáze přinesené Římem souvisejí s prorockým kolem Říma (jak pohanského, tak papežského), zatímco druhé počítání souvisí s prorockým kolem islámu. Tyto charakteristiky se nacházejí jak v alfa, tak v omega zničeních Jeruzaléma.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Čtyřleté obležení Jeruzaléma za Cestia a Tita představuje ukončení prorocké linie, která započala osmatřicetiletým obdobím a skončila čtyřletým obléháním symbolizujícím vyvýšení islámu, a závěrečné čtyřleté období v téže linii představuje vyzdvižení praporu sto čtyřiceti čtyř tisíc.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V příštím článku budeme v těchto věcech pokračovat.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Skryté dějiny čtyřicátého verše – číslo dvacet čtyři</dc:title>
  <dc:subject>Ezechiel číslo pět</dc:subject>
  <dc:creator>Jeff Pippenger</dc:creator>
  <cp:keywords/>
  <dc:description>Generated by ArticleDigger from hidden_history\24_hidden_history.json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