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Η Κρυμμένη Ιστορία του Στίχου Σαράντα - Αριθμός Τριάντα Δύο</w:t>
      </w:r>
    </w:p>
    <w:p>
      <w:pPr>
        <w:pStyle w:val="ArticleSubtitle"/>
        <w:jc w:val="left"/>
      </w:pPr>
      <w:r>
        <w:rPr>
          <w:rFonts w:ascii="Arial" w:hAnsi="Arial" w:eastAsia="Arial" w:cs="Arial"/>
        </w:rPr>
        <w:t>Ιεζεκιήλ Αριθμός Δεκατρία</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Το προειδοποιητικό μήνυμα στο βιβλίο του Ιεζεκιήλ είναι το «σημείο της πολιορκίας». Όταν άρχισε η πολιορκία, η σύζυγος του Ιεζεκιήλ πέθανε, και δόθηκε εντολή στον Ιεζεκιήλ να μη θρηνήσει τον θάνατό της. Ο θάνατός της, συνοδευόμενος από την απουσία πένθους εκ μέρους του για τον θάνατό της, συμβόλιζε την πολιορκία και την επικείμενη καταστροφή της Ιερουσαλήμ. Οι πράξεις του και ο θάνατός της αποτελούν προειδοποιητικό σημείο, προτυπώνοντας ένα μελλοντικό προειδοποιητικό σημείο που εκτέθηκε από τον Ιησού ως το «βδέλυγμα της ερημώσεως».</w:t>
      </w:r>
    </w:p>
    <w:p>
      <w:pPr>
        <w:pStyle w:val="ArticleScripture"/>
        <w:jc w:val="left"/>
      </w:pPr>
      <w:r>
        <w:rPr>
          <w:rFonts w:ascii="Times New Roman" w:hAnsi="Times New Roman" w:eastAsia="Times New Roman" w:cs="Times New Roman"/>
        </w:rPr>
        <w:t>Όταν λοιπόν δείτε τὸ βδέλυγμα τῆς ἐρημώσεως, τὸ λεχθὲν διὰ Δανιὴλ τοῦ προφήτου, νὰ ἵσταται ἐν τῷ ἁγίῳ τόπῳ, (ὁ ἀναγινώσκων νοείτω). Κατὰ Ματθαῖον 24:15.</w:t>
      </w:r>
    </w:p>
    <w:p>
      <w:pPr>
        <w:pStyle w:val="ArticleBody"/>
        <w:jc w:val="left"/>
      </w:pPr>
      <w:r>
        <w:rPr>
          <w:rFonts w:ascii="Times New Roman" w:hAnsi="Times New Roman" w:eastAsia="Times New Roman" w:cs="Times New Roman"/>
        </w:rPr>
        <w:t>Όταν τα ρωμαϊκά λάβαρα τοποθετήθηκαν μέσα στον περίβολο του ναού, οι Χριστιανοί στην Ιερουσαλήμ έπρεπε να φύγουν από την πόλη. Οι δύο μάρτυρες του σημείου της καταστροφής της Ιερουσαλήμ τονίζουν τη σοβαρότητα του να αναγνωρισθεί εκ των προτέρων το «σημείο» πριν από την πολιορκία, και η έμπνευση προσδιορίζει περαιτέρω ότι αυτοί οι δύο μάρτυρες βρίσκουν την «πιο άμεση εφαρμογή» τους στις έσχατες ημέρες. Μιλώντας για την προειδοποίηση του Χριστού σχετικά με την καταστροφή της Ιερουσαλήμ σε συνάφεια με το ότι ο Ιεζεκιήλ και ο Ιωάννης βρίσκονταν σε όραση του ναού, η Αδελφή White έγραψε:</w:t>
      </w:r>
    </w:p>
    <w:p>
      <w:pPr>
        <w:pStyle w:val="ArticleScripture"/>
        <w:jc w:val="left"/>
      </w:pPr>
      <w:r>
        <w:rPr>
          <w:rFonts w:ascii="Times New Roman" w:hAnsi="Times New Roman" w:eastAsia="Times New Roman" w:cs="Times New Roman"/>
        </w:rPr>
        <w:t>«Ενώ αυτές οι προφητείες έλαβαν μερική εκπλήρωση κατά την καταστροφή της Ιερουσαλήμ, έχουν αμεσότερη εφαρμογή στις έσχατες ημέρες.</w:t>
      </w:r>
    </w:p>
    <w:p>
      <w:pPr>
        <w:pStyle w:val="ArticleScripture"/>
        <w:jc w:val="left"/>
      </w:pPr>
      <w:r>
        <w:rPr>
          <w:rFonts w:ascii="Times New Roman" w:hAnsi="Times New Roman" w:eastAsia="Times New Roman" w:cs="Times New Roman"/>
        </w:rPr>
        <w:t>«Στεκόμαστε στο κατώφλι μεγάλων και σοβαρών γεγονότων. Η προφητεία εκπληρώνεται ταχέως. Ο Κύριος είναι προ των θυρών. Σύντομα πρόκειται να ανοιχθεί ενώπιόν μας μια περίοδος συντριπτικού ενδιαφέροντος για όλους τους ζωντανούς. Οι αντιπαραθέσεις του παρελθόντος πρόκειται να αναζωπυρωθούν· νέες αντιπαραθέσεις θα ανακύψουν. Οι σκηνές που πρόκειται να εκτυλιχθούν στον κόσμο μας δεν έχουν ακόμη καν ονειρευτεί.» Testimonies, τόμος 5, σ. 753.</w:t>
      </w:r>
    </w:p>
    <w:p>
      <w:pPr>
        <w:pStyle w:val="ArticleBody"/>
        <w:jc w:val="left"/>
      </w:pPr>
      <w:r>
        <w:rPr>
          <w:rFonts w:ascii="Times New Roman" w:hAnsi="Times New Roman" w:eastAsia="Times New Roman" w:cs="Times New Roman"/>
        </w:rPr>
        <w:t>Στο τέταρτο κεφάλαιο, δόθηκε εντολή στον Ιεζεκιήλ να αναπαραστήσει μια παραβολή που έδινε έμφαση στο «σημείο της πολιορκίας». Ο Ιεζεκιήλ αναπαρέστησε μια παραβολή πέντε φορές στο βιβλίο του, την οποία οι αδελφοί του αρνήθηκαν να διακρίνουν. Ο Ιεζεκιήλ μίλησε πέντε φορές προς τους αδελφούς του, και εκείνοι αρνήθηκαν να ακούσουν. Οι παραβολικές του αναπαραστάσεις και τα μηνύματά του απεικονίζουν μια πενταπλή τάξη μωρών παρθένων, οι οποίες αρνούνται να δεχθούν την αύξηση της «γνώσεως» που συνδέεται με τις παραβολές και τα λόγια του. Εκείνα τα λόγια και οι παραβολές συνδέονταν άμεσα με την καταστροφή της Ιερουσαλήμ, η οποία έχει «πιο άμεση εφαρμογή στις έσχατες ημέρες».</w:t>
      </w:r>
    </w:p>
    <w:p>
      <w:pPr>
        <w:pStyle w:val="ArticleScripture"/>
        <w:jc w:val="left"/>
      </w:pPr>
      <w:r>
        <w:rPr>
          <w:rFonts w:ascii="Times New Roman" w:hAnsi="Times New Roman" w:eastAsia="Times New Roman" w:cs="Times New Roman"/>
        </w:rPr>
        <w:t>Καὶ σύ, υἱὲ ἀνθρώπου, λάβε σεαυτῷ μίαν πλίνθον, καὶ θέσ᾽ αὐτὴν ἔμπροσθέν σου, καὶ σχεδίασον ἐπ᾽ αὐτῆς τὴν πόλιν, αὐτήν, τὴν Ἱερουσαλήμ· καὶ πολιορκησον αὐτήν, καὶ οἰκοδόμησον ἐναντίον αὐτῆς προτείχισμα, καὶ ἐπίχωσον ἐναντίον αὐτῆς χαράκωμα· στήσον καὶ στρατόπεδον ἐναντίον αὐτῆς, καὶ παράταξον κριοὺς κύκλῳ ἐναντίον αὐτῆς. Καὶ σὺ, λάβε σεαυτῷ τηγάνιον σιδηροῦν, καὶ θὲς αὐτὸ εἰς τοῖχον σιδηροῦν ἀνὰ μέσον σοῦ καὶ ἀνὰ μέσον τῆς πόλεως· καὶ στήρισον τὸ πρόσωπόν σου ἐπ᾽ αὐτήν, καὶ ἔσται ἐν πολιορκίᾳ, καὶ σὺ πολιορκήσεις αὐτήν. Τοῦτο ἔσται σημεῖον τῷ οἴκῳ Ἰσραήλ.</w:t>
      </w:r>
    </w:p>
    <w:p>
      <w:pPr>
        <w:pStyle w:val="ArticleScripture"/>
        <w:jc w:val="left"/>
      </w:pPr>
      <w:r>
        <w:rPr>
          <w:rFonts w:ascii="Times New Roman" w:hAnsi="Times New Roman" w:eastAsia="Times New Roman" w:cs="Times New Roman"/>
        </w:rPr>
        <w:t>Και συ, πλαγίασε επί την αριστεράν σου πλευράν και επίθες επ’ αυτήν την ανομίαν του οίκου του Ισραήλ· κατά τον αριθμόν των ημερών καθ’ ας θέλεις πλαγιάζει επ’ αυτής, θέλεις βαστάζει την ανομίαν αυτών. Διότι εγώ επέθεσα επί σε τα έτη της ανομίας αυτών, κατά τον αριθμόν των ημερών, τριακοσίας ενενήκοντα ημέρας· ούτω θέλεις βαστάζει την ανομίαν του οίκου του Ισραήλ. Και όταν συμπληρώσεις αυτάς, πάλιν πλαγίασε επί την δεξιάν σου πλευράν, και θέλεις βαστάζει την ανομίαν του οίκου του Ιούδα τεσσαράκοντα ημέρας· εκάστην ημέραν δι’ έν έτος σε διώρισα. Διά τούτο θέλεις στρέψει το πρόσωπόν σου προς την πολιορκίαν της Ιερουσαλήμ, και ο βραχίων σου θέλει είσθαι αποκεκαλυμμένος, και θέλεις προφητεύσει εναντίον αυτής. Και ιδού, εγώ θέλω επιθέσει επί σε δεσμά, και δεν θέλεις στρέψει σεαυτόν από της μιάς πλευράς επί την άλλην, εωσού συμπληρώσεις τας ημέρας της πολιορκίας σου. Ιεζεκιήλ 4:1–8.</w:t>
      </w:r>
    </w:p>
    <w:p>
      <w:pPr>
        <w:pStyle w:val="ArticleHeading"/>
        <w:jc w:val="left"/>
      </w:pPr>
      <w:r>
        <w:rPr>
          <w:rFonts w:ascii="Arial" w:hAnsi="Arial" w:eastAsia="Arial" w:cs="Arial"/>
        </w:rPr>
        <w:t>Σημείο</w:t>
      </w:r>
    </w:p>
    <w:p>
      <w:pPr>
        <w:pStyle w:val="ArticleBody"/>
        <w:jc w:val="left"/>
      </w:pPr>
      <w:r>
        <w:rPr>
          <w:rFonts w:ascii="Times New Roman" w:hAnsi="Times New Roman" w:eastAsia="Times New Roman" w:cs="Times New Roman"/>
        </w:rPr>
        <w:t>Η λέξη «σημείο» απαντάται εννέα φορές στο βιβλίο του Ιεζεκιήλ. Στο τέταρτο κεφάλαιο, η πολιορκία της Ιερουσαλήμ είναι το «σημείο» προς τον οίκο του Ισραήλ. Στο δωδέκατο κεφάλαιο, ο Ιεζεκιήλ είναι και πάλι «σημείο», προσδιορίζοντας την πολιορκία και την καταστροφή της Ιερουσαλήμ.</w:t>
      </w:r>
    </w:p>
    <w:p>
      <w:pPr>
        <w:pStyle w:val="ArticleScripture"/>
        <w:jc w:val="left"/>
      </w:pPr>
      <w:r>
        <w:rPr>
          <w:rFonts w:ascii="Times New Roman" w:hAnsi="Times New Roman" w:eastAsia="Times New Roman" w:cs="Times New Roman"/>
        </w:rPr>
        <w:t>Υἱὲ ἀνθρώπου, κατοικεῖς ἐν μέσῳ οἴκου ἀποστάτου, οἵτινες ἔχουσιν ὀφθαλμοὺς διὰ νὰ βλέπωσι, καὶ δὲν βλέπουσιν· ἔχουσιν ὦτα διὰ νὰ ἀκούωσι, καὶ δὲν ἀκούουσιν· διότι εἶναι οἶκος ἀποστάτης. Διὰ τοῦτο, σύ, υἱὲ ἀνθρώπου, ἑτοίμασον διὰ σεαυτόν σκεύη μεταναστεύσεως, καὶ μετανάστευσον ἡμέραν ἐνώπιον αὐτῶν· καὶ θέλεις μεταναστεύσει ἀπὸ τοῦ τόπου σου εἰς ἄλλον τόπον ἐνώπιον αὐτῶν· ἴσως συλλογισθῶσι, καίτοι εἶναι οἶκος ἀποστάτης. Καὶ θέλεις ἐκφέρει τὰ σκεύη σου ἡμέραν ἐνώπιον αὐτῶν, ὡς σκεύη μεταναστεύσεως· καὶ θέλεις ἐξέλθει ἑσπέρας ἐνώπιον αὐτῶν, καθὼς ἐξέρχονται οἱ πορευόμενοι εἰς αἰχμαλωσίαν. Ἐνώπιον αὐτῶν θέλεις διανοίξει διὰ τείχους, καὶ δι’ αὐτοῦ θέλεις ἐκφέρει αὐτά. Ἐνώπιον αὐτῶν θέλεις βαστάσει αὐτὰ ἐπὶ τῶν ὤμων σου, καὶ θέλεις ἐκφέρει αὐτὰ ἐν τῷ λυκαυγεῖ· θέλεις καλύψει τὸ πρόσωπόν σου, ὥστε νὰ μὴ βλέπῃς τὴν γῆν· διότι σὲ ἔθεσα διὰ σημεῖον εἰς τὸν οἶκον Ἰσραήλ. Ἰεζεκιὴλ 12:2–6.</w:t>
      </w:r>
    </w:p>
    <w:p>
      <w:pPr>
        <w:pStyle w:val="ArticleBody"/>
        <w:jc w:val="left"/>
      </w:pPr>
      <w:r>
        <w:rPr>
          <w:rFonts w:ascii="Times New Roman" w:hAnsi="Times New Roman" w:eastAsia="Times New Roman" w:cs="Times New Roman"/>
        </w:rPr>
        <w:t>Όταν ο αποστατημένος οίκος είδε την παραβολή που αποδόθηκε με πράξη, δεν γνώριζε τι εσήμαινε· γι’ αυτό ζήτησαν από τον Ιεζεκιήλ να την εξηγήσει.</w:t>
      </w:r>
    </w:p>
    <w:p>
      <w:pPr>
        <w:pStyle w:val="ArticleScripture"/>
        <w:jc w:val="left"/>
      </w:pPr>
      <w:r>
        <w:rPr>
          <w:rFonts w:ascii="Times New Roman" w:hAnsi="Times New Roman" w:eastAsia="Times New Roman" w:cs="Times New Roman"/>
        </w:rPr>
        <w:t>Υἱὲ ἀνθρώπου, δεν σου είπε ο οίκος Ισραήλ, ο οίκος ο αποστάτης, Τι πράττεις; Είπε προς αυτούς, Ούτω λέγει Κύριος ο Θεός· Το χρησμικόν τούτο αφορά τον άρχοντα εν Ιερουσαλήμ και πάντα τον οίκον Ισραήλ που είναι εν μέσω αυτών. Είπε, Εγώ είμαι το σημείον σας· καθώς έπραξα, ούτω θέλει γείνει εις αυτούς· θέλουσι μεταχθή και υπάγει εις αιχμαλωσίαν. Ιεζεκιήλ 12:9–11.</w:t>
      </w:r>
    </w:p>
    <w:p>
      <w:pPr>
        <w:pStyle w:val="ArticleBody"/>
        <w:jc w:val="left"/>
      </w:pPr>
      <w:r>
        <w:rPr>
          <w:rFonts w:ascii="Times New Roman" w:hAnsi="Times New Roman" w:eastAsia="Times New Roman" w:cs="Times New Roman"/>
        </w:rPr>
        <w:t>Η πολιορκία της Ιερουσαλήμ αποτελεί σημείο για τον λαό του Θεού κατά τις έσχατες ημέρες.</w:t>
      </w:r>
    </w:p>
    <w:p>
      <w:pPr>
        <w:pStyle w:val="ArticleScripture"/>
        <w:jc w:val="left"/>
      </w:pPr>
      <w:r>
        <w:rPr>
          <w:rFonts w:ascii="Times New Roman" w:hAnsi="Times New Roman" w:eastAsia="Times New Roman" w:cs="Times New Roman"/>
        </w:rPr>
        <w:t>«Καθένας από τους αρχαίους προφήτες μίλησε λιγότερο για τη δική τους εποχή παρά για τη δική μας, ώστε η προφητεία τους να ισχύει για εμάς. “Ταύτα δε πάντα συνέβαινον εις εκείνους ως παραδείγματα· και εγράφησαν προς νουθεσίαν ημών, εις τους οποίους τα τέλη των αιώνων έφθασαν.” Α΄ Κορινθίους 10:11. “Εις τους οποίους απεκαλύφθη ότι ουχί δι’ εαυτούς, αλλά δι’ ημάς υπηρέτουν ταύτα, τα οποία τώρα ανηγγέλθησαν εις εσάς διά των κηρυξάντων το ευαγγέλιον εις εσάς εν Πνεύματι Αγίω αποσταλέντι απ’ ουρανού· εις τα οποία επιθυμούσιν άγγελοι να παρακύψωσι.” Α΄ Πέτρου 1:12....»</w:t>
      </w:r>
    </w:p>
    <w:p>
      <w:pPr>
        <w:pStyle w:val="ArticleScripture"/>
        <w:jc w:val="left"/>
      </w:pPr>
      <w:r>
        <w:rPr>
          <w:rFonts w:ascii="Times New Roman" w:hAnsi="Times New Roman" w:eastAsia="Times New Roman" w:cs="Times New Roman"/>
        </w:rPr>
        <w:t>«Η Αγία Γραφή έχει συγκεντρώσει και συνδέσει μαζί τους θησαυρούς της για αυτή την τελευταία γενεά. Όλα τα μεγάλα γεγονότα και οι επίσημες πράξεις της ιστορίας της Παλαιάς Διαθήκης έχουν επαναληφθεί, και επαναλαμβάνονται, στην εκκλησία κατά αυτές τις έσχατες ημέρες.» Selected Messages, βιβλίο 3, 338, 339.</w:t>
      </w:r>
    </w:p>
    <w:p>
      <w:pPr>
        <w:pStyle w:val="ArticleHeading"/>
        <w:jc w:val="left"/>
      </w:pPr>
      <w:r>
        <w:rPr>
          <w:rFonts w:ascii="Arial" w:hAnsi="Arial" w:eastAsia="Arial" w:cs="Arial"/>
        </w:rPr>
        <w:t>Αυτή η Ίδια Ημέρα</w:t>
      </w:r>
    </w:p>
    <w:p>
      <w:pPr>
        <w:pStyle w:val="ArticleBody"/>
        <w:jc w:val="left"/>
      </w:pPr>
      <w:r>
        <w:rPr>
          <w:rFonts w:ascii="Times New Roman" w:hAnsi="Times New Roman" w:eastAsia="Times New Roman" w:cs="Times New Roman"/>
        </w:rPr>
        <w:t>Ο Ιεζεκιήλ, στην παραστατική παραβολή της «πολιορκίας και καταστροφής της Ιερουσαλήμ», αποτελεί σημείο για τον λαό του Θεού κατά τις έσχατες ημέρες.</w:t>
      </w:r>
    </w:p>
    <w:p>
      <w:pPr>
        <w:pStyle w:val="ArticleScripture"/>
        <w:jc w:val="left"/>
      </w:pPr>
      <w:r>
        <w:rPr>
          <w:rFonts w:ascii="Times New Roman" w:hAnsi="Times New Roman" w:eastAsia="Times New Roman" w:cs="Times New Roman"/>
        </w:rPr>
        <w:t>Και πάλιν, κατά το ένατο έτος, κατά τον δέκατο μήνα, κατά τη δεκάτη ημέρα του μηνός, ήλθε προς εμέ ο λόγος του Κυρίου, λέγων· Υιέ ανθρώπου, γράψον εις σεαυτόν το όνομα της ημέρας, αυτής ταύτης της ημέρας· ο βασιλεύς της Βαβυλώνος εστράτευσε εναντίον της Ιερουσαλήμ αυτήν ταύτην την ημέραν.</w:t>
      </w:r>
    </w:p>
    <w:p>
      <w:pPr>
        <w:pStyle w:val="ArticleScripture"/>
        <w:jc w:val="left"/>
      </w:pPr>
      <w:r>
        <w:rPr>
          <w:rFonts w:ascii="Times New Roman" w:hAnsi="Times New Roman" w:eastAsia="Times New Roman" w:cs="Times New Roman"/>
        </w:rPr>
        <w:t>Και εκφώνησε παραβολή προς τον οίκον τον αποστάτην, και είπε προς αυτούς· Ούτω λέγει Κύριος ο Θεός· Στήσε λέβητα, στήσε αυτόν, και επίσης βάλε ύδωρ εις αυτόν· σύναξε τα τεμάχια αυτού εις αυτόν, παν αγαθόν τεμάχιον, τον μηρόν και τον ώμον· γέμισον αυτόν με εκλεκτά οστά. Λάβε το εκλεκτόν του ποιμνίου, και καύσον επίσης τα οστά υπό αυτόν, και κάμε να βράση καλώς, και ας εψηθούν τα οστά αυτού εντός αυτού. Διά τούτο ούτω λέγει Κύριος ο Θεός· Ουαί εις την πόλιν των αιμάτων, εις τον λέβητα του οποίου η σκωρία είναι εν αυτώ, και του οποίου η σκωρία δεν εξήλθεν εξ αυτού! εξάγαγε αυτόν τεμάχιον προς τεμάχιον· μηδείς κλήρος ας πέση επ’ αυτόν. Διότι το αίμα αυτής είναι εν μέσω αυτής· έθεσεν αυτό επί κορυφής βράχου· δεν εξέχεεν αυτό επί της γης, διά να σκεπασθή με χώμα· διά να αναβιβάση οργήν προς εκδίκησιν, έθεσα το αίμα αυτής επί κορυφής βράχου, ώστε να μη σκεπασθή.</w:t>
      </w:r>
    </w:p>
    <w:p>
      <w:pPr>
        <w:pStyle w:val="ArticleScripture"/>
        <w:jc w:val="left"/>
      </w:pPr>
      <w:r>
        <w:rPr>
          <w:rFonts w:ascii="Times New Roman" w:hAnsi="Times New Roman" w:eastAsia="Times New Roman" w:cs="Times New Roman"/>
        </w:rPr>
        <w:t>Διὰ τοῦτο, οὕτως λέγει Κύριος ὁ Θεός· Οὐαὶ εἰς τὴν πόλιν τῶν αἱμάτων! Καὶ ἐγὼ θέλω κάμει μέγαν τὸν σωρὸν διὰ τὴν φωτιάν. Σώρευσον ξύλα, ἄναψον τὴν φωτιάν, κατάφαγε τὴν σάρκα, καρύκευσέ την καλῶς, καὶ ἀς κατακαῶσι τὰ ὀστᾶ. Ἔπειτα στῆσον αὐτὴν κενὴν ἐπὶ τὰ ἄνθρακα αὐτῆς, διὰ νὰ θερμανθῇ ὁ χαλκὸς αὐτῆς καὶ νὰ πυρακτωθῇ, καὶ διὰ νὰ λιώσῃ μέσα εἰς αὐτὴν ἡ ἀκαθαρσία αὐτῆς, ὥστε νὰ καταναλωθῇ ἡ σκουριά αὐτῆς. Ἐκοπίασεν ἑαυτὴν μὲ ψεύδη, καὶ ἡ πολλὴ σκουριά αὐτῆς δὲν ἐξῆλθεν ἀπ’ αὐτῆς· ἡ σκουριά αὐτῆς θὰ μείνῃ εἰς τὴν φωτιάν. Μέσα εἰς τὴν ἀκαθαρσίαν σου εἶναι ἀσέλγεια· ἐπειδὴ ἐγώ σε ἐκαθάρισα, καὶ σὺ δὲν ἐκαθαρίσθης, δὲν θὰ καθαρισθῇς πλέον ἀπὸ τὴν ἀκαθαρσίαν σου, ἕως οὗ καταπαύσω τὸν θυμόν μου ἐπὶ σέ. Ἐγὼ, ὁ Κύριος, ἐλάλησα· τοῦτο θὰ γίνῃ, καὶ ἐγὼ θὰ τὸ πράξω· δὲν θὰ ὑποστρέψω, οὔτε θὰ φεισθῶ, οὔτε θὰ μεταμεληθῶ· κατὰ τὰς ὁδοὺς σου καὶ κατὰ τὰ ἔργα σου θὰ σε κρίνωσι, λέγει Κύριος ὁ Θεός.</w:t>
      </w:r>
    </w:p>
    <w:p>
      <w:pPr>
        <w:pStyle w:val="ArticleScripture"/>
        <w:jc w:val="left"/>
      </w:pPr>
      <w:r>
        <w:rPr>
          <w:rFonts w:ascii="Times New Roman" w:hAnsi="Times New Roman" w:eastAsia="Times New Roman" w:cs="Times New Roman"/>
        </w:rPr>
        <w:t>Καὶ ἐγένετο λόγος Κυρίου πρὸς ἐμέ, λέγων· Υἱὲ ἀνθρώπου, ἰδοὺ, ἀφαιρῶ ἀπὸ σοῦ τὴν ἐπιθυμίαν τῶν ὀφθαλμῶν σου ἐν πληγῇ· ἀλλὰ οὔτε πενθήσεις οὔτε κλαύσεις, οὔτε τὰ δάκρυά σου θὰ ῥεύσουν. Στέναζε ἐν σιωπῇ, πένθος διὰ νεκρὸν μὴ κάμῃς· δέσε τὸ κάλυμμα τῆς κεφαλῆς σου ἐπάνω σου, καὶ βάλε τὰ ὑποδήματά σου εἰς τοὺς πόδας σου, καὶ μὴ καλύψῃς τὰ χείλη σου, καὶ μὴ φάγῃς ἄρτον ἀνθρώπων. Καὶ ἐλάλησα πρὸς τὸν λαὸν τὸ πρωί· καὶ τὸ ἑσπέρας ἀπέθανεν ἡ γυνή μου· καὶ ἔπραξα τὸ πρωί καθὼς προσετάχθην. Καὶ εἶπεν ὁ λαὸς πρὸς ἐμέ· Δὲν θὰ μᾶς εἴπῃς τί σημαίνουν δι’ ἡμᾶς ταῦτα, ὅτι πράττεις οὕτως;</w:t>
      </w:r>
    </w:p>
    <w:p>
      <w:pPr>
        <w:pStyle w:val="ArticleScripture"/>
        <w:jc w:val="left"/>
      </w:pPr>
      <w:r>
        <w:rPr>
          <w:rFonts w:ascii="Times New Roman" w:hAnsi="Times New Roman" w:eastAsia="Times New Roman" w:cs="Times New Roman"/>
        </w:rPr>
        <w:t>Τότε τους αποκρίθηκα: Ο λόγος του Κυρίου ήλθε προς εμέ, λέγων· Λάλησε προς τον οίκο του Ισραήλ· Οὕτω λέγει Κύριος ο Θεός· Ιδού, εγώ θα βεβηλώσω το αγιαστήριό μου, το καύχημα της δυνάμεώς σας, τον πόθο των οφθαλμών σας και εκείνο που σπλαγχνίζεται η ψυχή σας· και οι υιοί σας και οι θυγατέρες σας, τους οποίους αφήσατε, θα πέσουν διά μαχαίρας. Και θα πράξετε καθώς εγώ έπραξα· δεν θα καλύψετε τα χείλη σας ούτε θα φάγετε τον άρτο των ανθρώπων. Και τα καλύμματά σας θα είναι επάνω στις κεφαλές σας, και τα υποδήματά σας στα πόδια σας· δεν θα πενθήσετε ούτε θα κλάψετε· αλλά θα σαπίζετε μέσα στις ανομίες σας και θα στενάζετε ο ένας προς τον άλλον. Έτσι ο Ιεζεκιήλ είναι για σας σημείο· κατά πάντα όσα αυτός έπραξε θα πράξετε· και όταν τούτο συμβεί, τότε θα γνωρίσετε ότι εγώ είμαι ο Κύριος ο Θεός. Ιεζεκιήλ 24:1–24.</w:t>
      </w:r>
    </w:p>
    <w:p>
      <w:pPr>
        <w:pStyle w:val="ArticleBody"/>
        <w:jc w:val="left"/>
      </w:pPr>
      <w:r>
        <w:rPr>
          <w:rFonts w:ascii="Times New Roman" w:hAnsi="Times New Roman" w:eastAsia="Times New Roman" w:cs="Times New Roman"/>
        </w:rPr>
        <w:t>Ο Ιεζεκιήλ είναι ένα σημείο που προσδιορίζει την αρχική πολιορκία και την τελική καταστροφή της Ιερουσαλήμ, και κατόπιν την αιχμαλωσία των μελών της Λαοδικείας Εκκλησίας των Αντβεντιστών της Εβδόμης Ημέρας.</w:t>
      </w:r>
    </w:p>
    <w:p>
      <w:pPr>
        <w:pStyle w:val="ArticleScripture"/>
        <w:jc w:val="left"/>
      </w:pPr>
      <w:r>
        <w:rPr>
          <w:rFonts w:ascii="Times New Roman" w:hAnsi="Times New Roman" w:eastAsia="Times New Roman" w:cs="Times New Roman"/>
        </w:rPr>
        <w:t>«Όταν ο Χριστός κοίταξε κάτω από την κορυφή του Όρους των Ελαιών, είδε αυτή την κατάσταση να επικρατεί σε κάθε εκκλησία. Οι προειδοποιήσεις απευθύνονται προς όλους όσοι ακολουθούν τα ίχνη του λαού της Ιερουσαλήμ, ο οποίος είχε τόσο μεγάλο φως. Αυτός ο λαός βρίσκεται ενώπιόν μας ως προειδοποίηση. Απορρίπτοντας τις προειδοποιήσεις του Θεού στις ημέρες μας, οι άνθρωποι επαναλαμβάνουν την αμαρτία της Ιερουσαλήμ. Ο Κύριος βλέπει εκείνο που ο ανθρώπινος παράγοντας δεν βλέπει και δεν θέλει να δει—την έκβαση όλων των ανθρώπινων επινοήσεων στο Battle Creek. Έχει κάνει ό,τι θα μπορούσε να κάνει ένας Θεός. Έχει αστράψει φως μπροστά στα μάτια του λαού, ώστε οι αμαρτίες τους να μη φθάσουν στο όριο όπου η μετάνοια δεν μπορεί πλέον να γίνει αισθητή. Αλλά, μέσω μιας μακράς πορείας απομάκρυνσης από δίκαιες και ορθές αρχές, οι άνθρωποι έχουν θέσει τον εαυτό τους σε θέση όπου το φως και η αλήθεια, η δικαιοσύνη και το έλεος, δεν διακρίνονται. Αυτή η πορεία έχει γίνει μέρος αυτής της ίδιας της φύσεώς τους.» Testimonies, τόμος 8, σ. 68.</w:t>
      </w:r>
    </w:p>
    <w:p>
      <w:pPr>
        <w:pStyle w:val="ArticleHeading"/>
        <w:jc w:val="left"/>
      </w:pPr>
      <w:r>
        <w:rPr>
          <w:rFonts w:ascii="Arial" w:hAnsi="Arial" w:eastAsia="Arial" w:cs="Arial"/>
        </w:rPr>
        <w:t>Δύο Μάρτυρες του Άλφα και του Ωμέγα</w:t>
      </w:r>
    </w:p>
    <w:p>
      <w:pPr>
        <w:pStyle w:val="ArticleBody"/>
        <w:jc w:val="left"/>
      </w:pPr>
      <w:r>
        <w:rPr>
          <w:rFonts w:ascii="Times New Roman" w:hAnsi="Times New Roman" w:eastAsia="Times New Roman" w:cs="Times New Roman"/>
        </w:rPr>
        <w:t>Ο Ιεζεκιήλ είχε καταστεί υπερφυσικά άλαλος, και του γνωστοποιήθηκε ότι, όταν θα έπεφτε η Ιερουσαλήμ, θα μπορούσε πάλι να μιλήσει, και τότε θα ήταν «σημείον». Η απουσία πένθους του Ιεζεκιήλ για τον θάνατο της συζύγου του σηματοδότησε το άλφα σημείον στην αρχή της πολιορκίας, και το άνοιγμα του στόματός του όταν έπεσε η Ιερουσαλήμ ήταν το ωμέγα σημείον. Η πολιορκία έως την καταστροφή επισημαίνεται με ένα σημείον στην αρχή και στο τέλος. Εντός της ίδιας απεικονίσεως, μία δεύτερη μαρτυρία περί ενός άλφα και ενός ωμέγα σημείου παριστάνεται ως ο θάνατος του «πόθου των οφθαλμών του Ιεζεκιήλ» ως το άλφα, και ο θάνατος του «πόθου των οφθαλμών» του λαού είναι το ωμέγα σημείον της περιόδου. Η περίοδος του ενάμισι έτους φέρει δύο μάρτυρες ενός άλφα και ενός ωμέγα. Ο θάνατος της συζύγου του Ιεζεκιήλ παρίστανε την αιχμαλωσία και την καταπάτηση του στρατεύματος, και ο ωμέγα θάνατος της Ιερουσαλήμ παρίστανε την καταπάτηση του αγιαστηρίου.</w:t>
      </w:r>
    </w:p>
    <w:p>
      <w:pPr>
        <w:pStyle w:val="ArticleScripture"/>
        <w:jc w:val="left"/>
      </w:pPr>
      <w:r>
        <w:rPr>
          <w:rFonts w:ascii="Times New Roman" w:hAnsi="Times New Roman" w:eastAsia="Times New Roman" w:cs="Times New Roman"/>
        </w:rPr>
        <w:t>Καθὼς ὁ Ἰεζεκιὴλ εἶναι εἰς ὑμᾶς σημεῖον, κατὰ πάντα ὅσα ἔπραξεν ἐκεῖνος θέλετε πράξει· καὶ ὅταν τοῦτο ἔλθῃ, τότε θέλετε γνωρίσει ὅτι ἐγὼ εἰμὶ Κύριος ὁ Θεός. Καὶ σύ, υἱὲ ἀνθρώπου, ἆρά γε δὲν θὰ εἶναι ἐν τῇ ἡμέρᾳ καθ’ ἣν ἀφαιρέσω ἀπ’ αὐτῶν τὴν ἰσχὺν αὐτῶν, τὴν χαρὰν τῆς δόξης αὐτῶν, τὸ ποθούμενον τῶν ὀφθαλμῶν αὐτῶν, καὶ ἐκεῖνο εἰς τὸ ὁποῖον προσκολλᾶται ἡ ψυχὴ αὐτῶν, τοὺς υἱοὺς αὐτῶν καὶ τὰς θυγατέρας αὐτῶν, ὅτι ἐν ἐκείνῃ τῇ ἡμέρᾳ ὁ διασωθεὶς θὰ ἔλθῃ πρὸς σέ, διὰ νὰ τὸ ἀκούσῃς με τὰ ὦτά σου; Ἐν ἐκείνῃ τῇ ἡμέρᾳ τὸ στόμα σου θὰ ἀνοιχθῇ πρὸς τὸν διασωθέντα, καὶ θὰ λαλήσῃς καὶ δὲν θὰ εἶσαι πλέον ἄλαλος· καὶ θὰ εἶσαι εἰς αὐτοὺς σημεῖον, καὶ θὰ γνωρίσουν ὅτι ἐγὼ εἰμὶ ὁ Κύριος. Ἰεζεκιήλ 24:24–27.</w:t>
      </w:r>
    </w:p>
    <w:p>
      <w:pPr>
        <w:pStyle w:val="ArticleHeading"/>
        <w:jc w:val="left"/>
      </w:pPr>
      <w:r>
        <w:rPr>
          <w:rFonts w:ascii="Arial" w:hAnsi="Arial" w:eastAsia="Arial" w:cs="Arial"/>
        </w:rPr>
        <w:t>Έξι Θάνατοι</w:t>
      </w:r>
    </w:p>
    <w:p>
      <w:pPr>
        <w:pStyle w:val="ArticleBody"/>
        <w:jc w:val="left"/>
      </w:pPr>
      <w:r>
        <w:rPr>
          <w:rFonts w:ascii="Times New Roman" w:hAnsi="Times New Roman" w:eastAsia="Times New Roman" w:cs="Times New Roman"/>
        </w:rPr>
        <w:t>Ο θάνατος της συζύγου του Ιεζεκιήλ σηματοδοτεί την έναρξη της πολιορκίας και τον θάνατο της Ιερουσαλήμ, η οποία προφητικώς είναι η νύμφη του Χριστού, και απεικονίζει τον επικείμενο νόμο της Κυριακής, ο οποίος προηγείται από μία περίοδο που παριστάνεται από την πολιορκία. Η περίοδος της πολιορκίας και η καταστροφή αποτελούν δύο διακεκριμένα, αν και αμέσως συνδεδεμένα, ορόσημα. Η πολιορκία είναι μία χρονική περίοδος, ενώ η καταστροφή είναι μία χρονική στιγμή. Η καταστροφή είναι ο νόμος της Κυριακής, του οποίου προηγείται η περίοδος του σχηματισμού της εικόνας του θηρίου. Η περίοδος της εικόνας του θηρίου ολοκληρώνεται με το χάραγμα του θηρίου. Όταν ο Ιησούς προσδιόρισε το σημείο της καταστροφής της Ιερουσαλήμ στο κατά Ματθαίον εικοστό τέταρτο κεφάλαιο, αναφέρθηκε επίσης στις ημέρες του Νώε.</w:t>
      </w:r>
    </w:p>
    <w:p>
      <w:pPr>
        <w:pStyle w:val="ArticleScripture"/>
        <w:jc w:val="left"/>
      </w:pPr>
      <w:r>
        <w:rPr>
          <w:rFonts w:ascii="Times New Roman" w:hAnsi="Times New Roman" w:eastAsia="Times New Roman" w:cs="Times New Roman"/>
        </w:rPr>
        <w:t>Αλλά καθώς ήσαν αι ημέραι του Νώε, ούτω θέλει είσθαι και η παρουσία του Υιού του ανθρώπου. Διότι καθώς κατά τας ημέρας τας προ του κατακλυσμού έτρωγον και έπινον, ενυμφεύοντο και ενυμφεύοντο, έως της ημέρας καθ’ ην ο Νώε εισήλθεν εις την κιβωτόν, και δεν ενόησαν έως ότου ήλθεν ο κατακλυσμός και παρέσυρεν άπαντας· ούτω θέλει είσθαι και η παρουσία του Υιού του ανθρώπου. Ματθαίος 24:37–39.</w:t>
      </w:r>
    </w:p>
    <w:p>
      <w:pPr>
        <w:pStyle w:val="ArticleBody"/>
        <w:jc w:val="left"/>
      </w:pPr>
      <w:r>
        <w:rPr>
          <w:rFonts w:ascii="Times New Roman" w:hAnsi="Times New Roman" w:eastAsia="Times New Roman" w:cs="Times New Roman"/>
        </w:rPr>
        <w:t>Κατά τις ημέρες του Νώε, η θύρα της δοκιμασίας έκλεισε, προτυπώνοντας έτσι τον προσεχώς επερχόμενο νόμο της Κυριακής, ο οποίος επίσης προτυπώνεται από το κλείσιμο της θύρας στις 22 Οκτωβρίου 1844. Η περίοδος από τη συνέλευση στρατοπέδευσης του Έξετερ, από 12–17 Αυγούστου 1844, αντιπροσωπεύει μια προφητική περίοδο που οδηγεί σε κλειστή θύρα.</w:t>
      </w:r>
    </w:p>
    <w:p>
      <w:pPr>
        <w:pStyle w:val="ArticleBody"/>
        <w:jc w:val="left"/>
      </w:pPr>
      <w:r>
        <w:rPr>
          <w:rFonts w:ascii="Times New Roman" w:hAnsi="Times New Roman" w:eastAsia="Times New Roman" w:cs="Times New Roman"/>
        </w:rPr>
        <w:t>Στις ημέρες του Νώε, ο Νώε αντιπροσώπευε τον τρίτο άγγελο, και ο τρίτος άγγελος έφθασε στην κλειστή θύρα της 22ας Οκτωβρίου 1844. Στις ημέρες του Νώε, οι οποίες, σύμφωνα με τον Ιησού, θα ήσαν όπως «η παρουσία του Υιού του ανθρώπου», οι τρεις άγγελοι της Αποκαλύψεως δεκατέσσερα οδηγούσαν στην κλειστή θύρα. Ο Γουίλλιαμ Μίλλερ αντιπροσώπευε το μήνυμα του πρώτου αγγέλου και προτυπωνόταν από τον Ενώχ στις ημέρες του Νώε. Ο Ιούδας ταυτοποιεί το μήνυμα του Ενώχ ως παράλληλο προς το μήνυμα του Μίλλερ.</w:t>
      </w:r>
    </w:p>
    <w:p>
      <w:pPr>
        <w:pStyle w:val="ArticleScripture"/>
        <w:jc w:val="left"/>
      </w:pPr>
      <w:r>
        <w:rPr>
          <w:rFonts w:ascii="Times New Roman" w:hAnsi="Times New Roman" w:eastAsia="Times New Roman" w:cs="Times New Roman"/>
        </w:rPr>
        <w:t>Και ο Ενώχ επίσης, ο έβδομος από τον Αδάμ, προφήτευσε γι’ αυτούς, λέγοντας: Ιδού, ο Κύριος έρχεται με μυριάδες των αγίων αυτού, για να εκτελέσει κρίση εναντίον όλων και να ελέγξει όλους τους ασεβείς ανάμεσά τους για όλα τα έργα της ασέβειάς τους, τα οποία διέπραξαν ασεβώς, και για όλα τα σκληρά λόγια που ασεβείς αμαρτωλοί έχουν λαλήσει εναντίον αυτού. Ιούδα 1:14, 15.</w:t>
      </w:r>
    </w:p>
    <w:p>
      <w:pPr>
        <w:pStyle w:val="ArticleBody"/>
        <w:jc w:val="left"/>
      </w:pPr>
      <w:r>
        <w:rPr>
          <w:rFonts w:ascii="Times New Roman" w:hAnsi="Times New Roman" w:eastAsia="Times New Roman" w:cs="Times New Roman"/>
        </w:rPr>
        <w:t>Το μήνυμα του πρώτου αγγέλου του Μίλλερ ανήγγειλε την «κρίση», όπως αυτή προτυπωνόταν στο μήνυμα του Ενώχ. Η αρχή του Ενώχ επισημαίνεται ως του «εβδόμου από τον Αδάμ». Το μήνυμα του Μίλλερ άρχισε και τελείωσε με την έλευση των «επτά καιρών» εναντίον του βόρειου βασιλείου, και σαράντα έξι έτη αργότερα ο τρίτος άγγελος ήλθε στις 22 Οκτωβρίου 1844, όταν εκπληρώθηκαν οι «επτά καιροί» εναντίον του νότιου βασιλείου. Τόσο ο Ενώχ όσο και ο Μίλλερ, οι οποίοι ήσαν αγγελιοφόροι της ώρας της κρίσεως, άρχισαν με την αναγνώριση του αριθμού επτά. Η περίοδος που άρχισε με τον Ενώχ, τον έβδομο, έληξε με επτά ημέρες, κατά τις οποίες τα ζώα εισήλθαν στην κιβωτό, έως ότου η θύρα έκλεισε υπερφυσικώς. Ο Ιησούς πάντοτε εικονογραφεί το τέλος με την αρχή.</w:t>
      </w:r>
    </w:p>
    <w:p>
      <w:pPr>
        <w:pStyle w:val="ArticleBody"/>
        <w:jc w:val="left"/>
      </w:pPr>
      <w:r>
        <w:rPr>
          <w:rFonts w:ascii="Times New Roman" w:hAnsi="Times New Roman" w:eastAsia="Times New Roman" w:cs="Times New Roman"/>
        </w:rPr>
        <w:t>Ο Ενώχ εγέννησε τον Μαθουσάλα, ο οποίος με τη σειρά του εγέννησε τον Λάμεχ. Ο Λάμεχ και ο Μαθουσάλας αντιπροσωπεύουν το μήνυμα του δευτέρου αγγέλου και επίσης το μήνυμα της μεσονύκτιας κραυγής. Η μεσονύκτια κραυγή προχώρησε έως τη θύρα την κεκλεισμένη, και έτσι αντιπροσωπεύεται από τον Μαθουσάλα, ο οποίος πέθανε το έτος του κατακλυσμού. Ο Λάμεχ αντιπροσώπευε το μήνυμα του δευτέρου αγγέλου, και ο Λάμεχ πέθανε πέντε έτη πριν από τον κατακλυσμό. Τα πέντε έτη από τον θάνατο του Λάμεχ έως τον θάνατο του Μαθουσάλα, όταν η θύρα εκλείσθη, προτυπώνουν τον θάνατο της νύμφης του Ιεζεκιήλ, σηματοδοτώντας την αρχή της περιόδου που οδήγησε στον θάνατο της νύμφης του Χριστού, η οποία αντιπροσωπεύεται από τον Μαθουσάλα.</w:t>
      </w:r>
    </w:p>
    <w:p>
      <w:pPr>
        <w:pStyle w:val="ArticleBody"/>
        <w:jc w:val="left"/>
      </w:pPr>
      <w:r>
        <w:rPr>
          <w:rFonts w:ascii="Times New Roman" w:hAnsi="Times New Roman" w:eastAsia="Times New Roman" w:cs="Times New Roman"/>
        </w:rPr>
        <w:t>Ὁ Ἐνὼχ προετύπωνε τὸν πρῶτον ἄγγελον, ὃς ἔφθασε ἐν 1798· ὁ Λάμεχ προετύπωνε τὸν δεύτερον ἄγγελον, ὃς ἔφθασε τὴν 19ην Ἀπριλίου 1844, καὶ ὁ Μαθουσάλας προετύπωνε τὴν μεσονύκτιον κραυγήν ἀπὸ τοῦ Ἐξέτερ μέχρι τῆς κεκλεισμένης θύρας τῆς 22ας Ὀκτωβρίου 1844, ἥτις προετυπώθη διὰ τοῦ Νῶε. Τὰ πέντε ἔτη ἀπὸ τοῦ θανάτου τοῦ Λάμεχ μέχρι τοῦ θανάτου τοῦ Μαθουσάλα προετύπωναν τὸ ἔτος καὶ τὸ ἥμισυ ἀπὸ τοῦ 587 π.Χ. μέχρι τοῦ 586 π.Χ. Ταῦτα τὰ πέντε ἔτη ἀπὸ τοῦ Λάμεχ μέχρι τοῦ Μαθουσάλα προτυποῦν πέντε ἔτη ἀπὸ τοῦ 1448 μέχρι τοῦ 1453.</w:t>
      </w:r>
    </w:p>
    <w:p>
      <w:pPr>
        <w:pStyle w:val="ArticleBody"/>
        <w:jc w:val="left"/>
      </w:pPr>
      <w:r>
        <w:rPr>
          <w:rFonts w:ascii="Times New Roman" w:hAnsi="Times New Roman" w:eastAsia="Times New Roman" w:cs="Times New Roman"/>
        </w:rPr>
        <w:t>Στις 31 Οκτωβρίου 1448, ο Ιωάννης Παλαιολόγος πέθανε και ο αδελφός του, ο Κωνσταντίνος ο ενδέκατος (ο τελευταίος Κωνσταντίνος), ζήτησε άδεια από την ισλαμική τουρκική δύναμη για να ανέλθει στον θρόνο της ανατολικής Ρώμης. Η υποταγή του, στις 27 Ιουλίου 1299, εκπλήρωσε τα δεύτερα εκατόν πενήντα έτη της Αποκαλύψεως 9, όπως εκτίθενται στο εδάφιο 10. Πέντε έτη μετά τον θάνατο του Ιωάννη Παλαιολόγου, ο αδελφός του Κωνσταντίνος ο ενδέκατος πέθανε επάνω στα τείχη της Κωνσταντινουπόλεως, καθώς ο Μωάμεθ Β΄ κατέκτησε τη βυζαντινή αυτοκρατορία της ανατολικής Ρώμης. Το Mehmed είναι η τουρκική παράγωγη μορφή του Mohammed, ώστε ο θάνατος του πρώτου Mohammed το 632, ο οποίος άρχισε την πρώτη προφητεία των εκατόν πενήντα ετών της Αποκαλύψεως 9 (η οποία βρίσκεται στο εδάφιο 5), και ο οποίος κατέληξε με τον θάνατο του τελευταίου Κωνσταντίνου από τα χέρια του «Mohammed του δευτέρου» οκτακόσια είκοσι ένα έτη αργότερα. Πέντε έτη πριν από τον θάνατό του, ο Mohammed είχε προείπει την πτώση της Ρώμης, και αυτή εκπληρώθηκε από τον Τούρκο ονομαζόμενο Mohammed τον δεύτερο.</w:t>
      </w:r>
    </w:p>
    <w:p>
      <w:pPr>
        <w:pStyle w:val="ArticleBody"/>
        <w:jc w:val="left"/>
      </w:pPr>
      <w:r>
        <w:rPr>
          <w:rFonts w:ascii="Times New Roman" w:hAnsi="Times New Roman" w:eastAsia="Times New Roman" w:cs="Times New Roman"/>
        </w:rPr>
        <w:t>Ο Κωνσταντίνος ο τελευταίος, ο ενδέκατος, πέθανε στη μάχη της Κωνσταντινουπόλεως, προσδιορίζοντας έτσι πέντε έτη από τον θάνατο του αδελφού του Ιωάννη έως τον δικό του θάνατο. Τα πέντε αυτά έτη προτυπώθηκαν από τα πέντε έτη από τον θάνατο του Λάμεχ, του υιού, έως τον θάνατο του Μαθουσάλα, του πατρός, πέντε έτη αργότερα, όταν έκλεισε η θύρα της κιβωτού. Έτσι, ο θάνατος της νύμφης του Ιεζεκιήλ προτυπώθηκε από τον θάνατο του Λάμεχ, και από κοινού παρέχουν μαρτυρία για τον θάνατο του Ιωάννη Παλαιολόγου το 1448. Ο επακόλουθος θάνατος του Μαθουσάλα αντιστοιχεί προς τον θάνατο της νύμφης του Χριστού και την καταστροφή της Ιερουσαλήμ το 586 π.Χ., και από κοινού αντιστοιχούν προς τον θάνατο του Κωνσταντίνου του ενδεκάτου.</w:t>
      </w:r>
    </w:p>
    <w:p>
      <w:pPr>
        <w:pStyle w:val="ArticleBody"/>
        <w:jc w:val="left"/>
      </w:pPr>
      <w:r>
        <w:rPr>
          <w:rFonts w:ascii="Times New Roman" w:hAnsi="Times New Roman" w:eastAsia="Times New Roman" w:cs="Times New Roman"/>
        </w:rPr>
        <w:t>Οι τρεις μάρτυρες μιας προφητικής περιόδου που αρχίζει και τελειώνει με έναν θάνατο, απεικονίζουν την περίοδο του σχηματισμού της εικόνας του θηρίου, η οποία καταλήγει στο χάραγμα του θηρίου, και ευθυγραμμίζεται με τη διακήρυξη της κραυγής του μεσονυκτίου στη Μιλλεριτική ιστορία και με τον σχηματισμό της εικόνας του θηρίου που καταλήγει στο χάραγμα του θηρίου στη δική μας παρούσα ιστορία. Όταν το χάραγμα του θηρίου εκπληρωθεί με τον επικείμενο νόμο της Κυριακής, τότε η προφητική «ομιλία» φθάνει σε συμφωνία με το ότι ο Ιεζεκιήλ ήταν σε θέση να «ομιλεί» με δική του βούληση όταν η Ιερουσαλήμ καταστράφηκε.</w:t>
      </w:r>
    </w:p>
    <w:p>
      <w:pPr>
        <w:pStyle w:val="ArticleHeading"/>
        <w:jc w:val="left"/>
      </w:pPr>
      <w:r>
        <w:rPr>
          <w:rFonts w:ascii="Arial" w:hAnsi="Arial" w:eastAsia="Arial" w:cs="Arial"/>
        </w:rPr>
        <w:t>Ομιλία</w:t>
      </w:r>
    </w:p>
    <w:p>
      <w:pPr>
        <w:pStyle w:val="ArticleBody"/>
        <w:jc w:val="left"/>
      </w:pPr>
      <w:r>
        <w:rPr>
          <w:rFonts w:ascii="Times New Roman" w:hAnsi="Times New Roman" w:eastAsia="Times New Roman" w:cs="Times New Roman"/>
        </w:rPr>
        <w:t>Κατά τον νόμο της Κυριακής, ο οποίος προτυπώνεται από την καταστροφή της Ιερουσαλήμ, η προφητική ομιλία των Ηνωμένων Πολιτειών επισημαίνεται καθώς ο ψευδοπροφήτης μιλά ως δράκων.</w:t>
      </w:r>
    </w:p>
    <w:p>
      <w:pPr>
        <w:pStyle w:val="ArticleScripture"/>
        <w:jc w:val="left"/>
      </w:pPr>
      <w:r>
        <w:rPr>
          <w:rFonts w:ascii="Times New Roman" w:hAnsi="Times New Roman" w:eastAsia="Times New Roman" w:cs="Times New Roman"/>
        </w:rPr>
        <w:t>Και είδα άλλο θηρίο να ανεβαίνει από τη γη· και είχε δύο κέρατα όμοια με αρνίου, και ελάλει ως δράκων. Αποκάλυψη 13:11.</w:t>
      </w:r>
    </w:p>
    <w:p>
      <w:pPr>
        <w:pStyle w:val="ArticleBody"/>
        <w:jc w:val="left"/>
      </w:pPr>
      <w:r>
        <w:rPr>
          <w:rFonts w:ascii="Times New Roman" w:hAnsi="Times New Roman" w:eastAsia="Times New Roman" w:cs="Times New Roman"/>
        </w:rPr>
        <w:t>Κατά τον κυριακάτικο νόμο, ο Βαλαάμ κτυπά την όνον του τρίτη φορά, και τότε η όνος λαλεί.</w:t>
      </w:r>
    </w:p>
    <w:p>
      <w:pPr>
        <w:pStyle w:val="ArticleScripture"/>
        <w:jc w:val="left"/>
      </w:pPr>
      <w:r>
        <w:rPr>
          <w:rFonts w:ascii="Times New Roman" w:hAnsi="Times New Roman" w:eastAsia="Times New Roman" w:cs="Times New Roman"/>
        </w:rPr>
        <w:t>Και ο Κύριος άνοιξε το στόμα της όνου, και είπε προς τον Βαλαάμ: Τι σου έκαμα, ώστε με επάταξες αυτές τις τρεις φορές; Και ο Βαλαάμ είπε προς την όνον: Επειδή με ενέπαιξες· είθε να είχα μάχαιρα στην χείρα μου, διότι τώρα θα σε εφόνευα. Και η όνος είπε προς τον Βαλαάμ: Δεν είμαι εγώ η όνος σου, επάνω στην οποία ιππεύεις αφότου με απέκτησες έως την ημέρα αυτή; συνήθισα ποτέ να πράττω έτσι προς εσένα; Και εκείνος είπε: Όχι. Αριθμοί 22:28–30.</w:t>
      </w:r>
    </w:p>
    <w:p>
      <w:pPr>
        <w:pStyle w:val="ArticleBody"/>
        <w:jc w:val="left"/>
      </w:pPr>
      <w:r>
        <w:rPr>
          <w:rFonts w:ascii="Times New Roman" w:hAnsi="Times New Roman" w:eastAsia="Times New Roman" w:cs="Times New Roman"/>
        </w:rPr>
        <w:t>Ο ψευδοπροφήτης μιλά κατά τον νόμο της Κυριακής, και το Ισλάμ επίσης μιλά κατά τον νόμο της Κυριακής. Αμφότεροι είναι προφητικώς ψευδοπροφήτες. Κατά τον νόμο της Κυριακής, το «όραμα» του Αββακούμ, που εβράδυνε, μιλά.</w:t>
      </w:r>
    </w:p>
    <w:p>
      <w:pPr>
        <w:pStyle w:val="ArticleScripture"/>
        <w:jc w:val="left"/>
      </w:pPr>
      <w:r>
        <w:rPr>
          <w:rFonts w:ascii="Times New Roman" w:hAnsi="Times New Roman" w:eastAsia="Times New Roman" w:cs="Times New Roman"/>
        </w:rPr>
        <w:t>Διότι η όρασις είναι ακόμη διά καιρόν ωρισμένον, αλλά εις το τέλος θέλει λαλήσει και δεν θέλει ψευσθή· και αν βραδύνη, πρόσμενε αυτήν· διότι βεβαίως θέλει ελθεί, δεν θέλει βραδύνει. Αββακούμ 2:3.</w:t>
      </w:r>
    </w:p>
    <w:p>
      <w:pPr>
        <w:pStyle w:val="ArticleBody"/>
        <w:jc w:val="left"/>
      </w:pPr>
      <w:r>
        <w:rPr>
          <w:rFonts w:ascii="Times New Roman" w:hAnsi="Times New Roman" w:eastAsia="Times New Roman" w:cs="Times New Roman"/>
        </w:rPr>
        <w:t>Ο Αββακούμ είναι ο αληθινός προφήτης που ομιλεί σε αντίθεση προς τους ψευδοπροφήτες. Το «όραμα» του Αββακούμ ομιλεί διά του στόματος του προηγουμένως άλαλου Ιεζεκιήλ, του οποίου το στόμα τότε ανοίγεται. Η υπόσχεση να είναι το στόμα του Θεού δόθηκε στον Ιερεμία.</w:t>
      </w:r>
    </w:p>
    <w:p>
      <w:pPr>
        <w:pStyle w:val="ArticleScripture"/>
        <w:jc w:val="left"/>
      </w:pPr>
      <w:r>
        <w:rPr>
          <w:rFonts w:ascii="Times New Roman" w:hAnsi="Times New Roman" w:eastAsia="Times New Roman" w:cs="Times New Roman"/>
        </w:rPr>
        <w:t>Διὰ τί ὁ πόνος μου εἶναι διαρκής, καὶ ἡ πληγή μου ἀνίατος, ἥτις ἀρνεῖται νὰ ἰαθῇ; Μήπως θὰ γίνῃς ἐντελῶς εἰς ἐμὲ ὡς ψεύστης, ὡς ὕδατα ποὺ ἐκλείπουν; Διὰ τοῦτο, οὕτως λέγει ὁ Κύριος, Ἐὰν ἐπιστρέψῃς, τότε θὰ σὲ ἐπαναφέρω, καὶ θὰ σταθῇς ἐνώπιόν μου· καὶ ἐὰν ἀποχωρίσῃς τὸ τίμιον ἀπὸ τοῦ εὐτελοῦς, θὰ εἶσαι ὡς τὸ στόμα μου· αὐτοὶ θὰ ἐπιστρέψουν πρὸς σέ· σὺ ὅμως μὴ ἐπιστρέψῃς πρὸς αὐτούς. Ἰερεμίας 15:18, 19.</w:t>
      </w:r>
    </w:p>
    <w:p>
      <w:pPr>
        <w:pStyle w:val="ArticleBody"/>
        <w:jc w:val="left"/>
      </w:pPr>
      <w:r>
        <w:rPr>
          <w:rFonts w:ascii="Times New Roman" w:hAnsi="Times New Roman" w:eastAsia="Times New Roman" w:cs="Times New Roman"/>
        </w:rPr>
        <w:t>Κατά τον κυριακάτικο νόμο, οι εννέα μήνες αφωνίας του Ζαχαρία έλαβαν τέλος όταν μίλησε και επιβεβαίωσε ότι το όνομα του υιού του έπρεπε να είναι Ιωάννης. Ο Ζαχαρίας αντιπροσώπευε την ηγεσία που απιστεί στον λόγο του τρίτου αγγέλου, και ο Ιωάννης αντιπροσώπευε το κίνημα του Ηλία, την εκκλησία που θα εισήγαγε τη Δευτέρα Παρουσία του Χριστού.</w:t>
      </w:r>
    </w:p>
    <w:p>
      <w:pPr>
        <w:pStyle w:val="ArticleScripture"/>
        <w:jc w:val="left"/>
      </w:pPr>
      <w:r>
        <w:rPr>
          <w:rFonts w:ascii="Times New Roman" w:hAnsi="Times New Roman" w:eastAsia="Times New Roman" w:cs="Times New Roman"/>
        </w:rPr>
        <w:t>Και ο Ζαχαρίας είπε προς τον άγγελο· Πώς θέλω γνωρίσει τούτο; διότι εγώ είμαι γέρων, και η γυνή μου είναι προβεβηκυία εις την ηλικίαν αυτής. Και αποκριθείς ο άγγελος είπε προς αυτόν· Εγώ είμαι ο Γαβριήλ, ο παριστάμενος ενώπιον του Θεού· και απεστάλην να λαλήσω προς σε και να σε ευαγγελίσω ταύτα. Και ιδού, θέλεις είσθαι σιωπών και μη δυνάμενος να λαλήσεις, έως της ημέρας καθ’ ην θέλουσι γείνει ταύτα, επειδή δεν επίστευσας εις τους λόγους μου, οίτινες θέλουσι πληρωθή εις τον καιρόν αυτών.</w:t>
      </w:r>
    </w:p>
    <w:p>
      <w:pPr>
        <w:pStyle w:val="ArticleScripture"/>
        <w:jc w:val="left"/>
      </w:pPr>
      <w:r>
        <w:rPr>
          <w:rFonts w:ascii="Times New Roman" w:hAnsi="Times New Roman" w:eastAsia="Times New Roman" w:cs="Times New Roman"/>
        </w:rPr>
        <w:t>Και ο λαός ανέμενε τον Ζαχαρία, και εθαύμαζε ότι εβράδυνε τόσο πολύ μέσα στον ναό. Και όταν εξήλθε, δεν ηδύνατο να μιλήσει προς αυτούς· και ενόησαν ότι είχε δει οπτασία μέσα στον ναό· διότι τους έκανε νεύματα και παρέμενε άλαλος. Λουκάς 1:18–22.</w:t>
      </w:r>
    </w:p>
    <w:p>
      <w:pPr>
        <w:pStyle w:val="ArticleBody"/>
        <w:jc w:val="left"/>
      </w:pPr>
      <w:r>
        <w:rPr>
          <w:rFonts w:ascii="Times New Roman" w:hAnsi="Times New Roman" w:eastAsia="Times New Roman" w:cs="Times New Roman"/>
        </w:rPr>
        <w:t>Ο Ζαχαρίας ανήκε στην όγδοη τάξη των ιερέων.</w:t>
      </w:r>
    </w:p>
    <w:p>
      <w:pPr>
        <w:pStyle w:val="ArticleScripture"/>
        <w:jc w:val="left"/>
      </w:pPr>
      <w:r>
        <w:rPr>
          <w:rFonts w:ascii="Times New Roman" w:hAnsi="Times New Roman" w:eastAsia="Times New Roman" w:cs="Times New Roman"/>
        </w:rPr>
        <w:t>Κατά τις ημέρες του Ηρώδη, βασιλέως της Ιουδαίας, υπήρχε κάποιος ιερεύς ονόματι Ζαχαρίας, από την εφημερία του Αβιά· και η σύζυγός του ήταν από τις θυγατέρες του Ααρών, και το όνομά της ήταν Ελισάβετ. Και ήσαν αμφότεροι δίκαιοι ενώπιον του Θεού, περιπατούντες άμεμπτοι σε όλες τις εντολές και τα διατάγματα του Κυρίου. Και δεν είχαν τέκνο, διότι η Ελισάβετ ήταν στείρα, και αμφότεροι ήσαν ήδη προχωρημένοι στην ηλικία. Και συνέβη, ενώ αυτός ασκούσε την ιερατική διακονία ενώπιον του Θεού κατά τη σειρά της εφημερίας του, σύμφωνα με το έθος της ιερατικής υπηρεσίας, να λάχει σε αυτόν να θυμιάσει όταν εισήλθε στον ναό του Κυρίου. Και όλο το πλήθος του λαού προσευχόταν έξω κατά την ώρα του θυμιάματος. Λουκάς 1:5–10.</w:t>
      </w:r>
    </w:p>
    <w:p>
      <w:pPr>
        <w:pStyle w:val="ArticleBody"/>
        <w:jc w:val="left"/>
      </w:pPr>
      <w:r>
        <w:rPr>
          <w:rFonts w:ascii="Times New Roman" w:hAnsi="Times New Roman" w:eastAsia="Times New Roman" w:cs="Times New Roman"/>
        </w:rPr>
        <w:t>Όλοι οι προφήτες αντιπροσωπεύουν τις έσχατες ημέρες, και ο Ζαχαρίας εισήλθε στον ναό, όπως και ο Ιεζεκιήλ. Ανήκε στην όγδοη τάξη των ιερέων, πράγμα που σημειώνει σύμβολο των οκτώ ψυχών στην κιβωτό του Νώε, οι οποίες πέρασαν από τον παλαιό στον νέο κόσμο. Τόσο αυτός όσο και η σύζυγός του ήσαν άμεμπτοι, αλλά ο Ζαχαρίας θα αμφέβαλλε για τα λόγια του Γαβριήλ. Το Μιλλεριτικό κίνημα άρχισε ως Φιλαδελφείς (άμεμπτοι), αλλά μεταβλήθηκε σε Λαοδικείς το 1856. Στις έσχατες ημέρες, το μήνυμα του αγγέλου είναι το μήνυμα του τρίτου αγγέλου, και το μήνυμα του Γαβριήλ προς τον Ζαχαρία αντιπροσωπεύει το μήνυμα του τρίτου αγγέλου και επίσης το μήνυμα του Ηλία, όπως αυτό αντιπροσωπεύεται από τον Ιωάννη τον Βαπτιστή.</w:t>
      </w:r>
    </w:p>
    <w:p>
      <w:pPr>
        <w:pStyle w:val="ArticleScripture"/>
        <w:jc w:val="left"/>
      </w:pPr>
      <w:r>
        <w:rPr>
          <w:rFonts w:ascii="Times New Roman" w:hAnsi="Times New Roman" w:eastAsia="Times New Roman" w:cs="Times New Roman"/>
        </w:rPr>
        <w:t>Και εφάνη εις αυτόν άγγελος Κυρίου, ιστάμενος εκ δεξιών του θυσιαστηρίου του θυμιάματος. Και όταν ο Ζαχαρίας τον είδε, εταράχθη, και φόβος επέπεσεν επ’ αυτόν. Αλλ’ ο άγγελος είπε προς αυτόν, Μη φοβού, Ζαχαρία· διότι η δέησίς σου εισηκούσθη· και η γυνή σου Ελισάβετ θέλει γεννήσει εις σε υιόν, και θέλεις καλέσει το όνομα αυτού Ιωάννην. Και θέλεις έχει χαράν και αγαλλίασιν, και πολλοί θέλουσι χαρεί διά την γέννησιν αυτού. Διότι θέλει είσθαι μέγας ενώπιον του Κυρίου, και οίνον και σίκερα δεν θέλει πίει, και θέλει πλησθή Πνεύματος Αγίου έτι εκ κοιλίας της μητρός αυτού. Και πολλούς των υιών Ισραήλ θέλει επιστρέψει προς Κύριον τον Θεόν αυτών. Και αυτός θέλει προπορευθή προ προσώπου αυτού εν πνεύματι και δυνάμει Ηλίου, διά να επιστρέψει τας καρδίας των πατέρων προς τα τέκνα, και τους απειθείς εις φρόνησιν δικαίων· διά να ετοιμάσει εις τον Κύριον λαόν προδιατεθειμένον. Και είπε ο Ζαχαρίας προς τον άγγελον, Πώς θέλω γνωρίσει τούτο; διότι εγώ είμαι γέρων, και η γυνή μου προβεβηκυία εις την ηλικίαν αυτής. Και αποκριθείς ο άγγελος είπε προς αυτόν, Εγώ είμαι ο Γαβριήλ, ο παριστάμενος ενώπιον του Θεού, και απεστάλην διά να λαλήσω προς σε και να σε ευαγγελίσω ταύτα. Λουκάς 1:11–19.</w:t>
      </w:r>
    </w:p>
    <w:p>
      <w:pPr>
        <w:pStyle w:val="ArticleBody"/>
        <w:jc w:val="left"/>
      </w:pPr>
      <w:r>
        <w:rPr>
          <w:rFonts w:ascii="Times New Roman" w:hAnsi="Times New Roman" w:eastAsia="Times New Roman" w:cs="Times New Roman"/>
        </w:rPr>
        <w:t>Ο Ζαχαρίας αμφέβαλε ότι το μήνυμα του ερχόμενου Ηλία θα εκπληρωνόταν.</w:t>
      </w:r>
    </w:p>
    <w:p>
      <w:pPr>
        <w:pStyle w:val="ArticleScripture"/>
        <w:jc w:val="left"/>
      </w:pPr>
      <w:r>
        <w:rPr>
          <w:rFonts w:ascii="Times New Roman" w:hAnsi="Times New Roman" w:eastAsia="Times New Roman" w:cs="Times New Roman"/>
        </w:rPr>
        <w:t>Ιδού, εγώ αποστέλλω προς εσάς Ηλίαν τον προφήτην προτού έλθη η ημέρα του Κυρίου, η μεγάλη και φοβερά· και αυτός θέλει επιστρέψει την καρδίαν των πατέρων προς τα τέκνα και την καρδίαν των τέκνων προς τους πατέρας αυτών, μήποτε έλθω και πατάξω την γην με κατάραν. Μαλαχίας 4:5, 6.</w:t>
      </w:r>
    </w:p>
    <w:p>
      <w:pPr>
        <w:pStyle w:val="ArticleBody"/>
        <w:jc w:val="left"/>
      </w:pPr>
      <w:r>
        <w:rPr>
          <w:rFonts w:ascii="Times New Roman" w:hAnsi="Times New Roman" w:eastAsia="Times New Roman" w:cs="Times New Roman"/>
        </w:rPr>
        <w:t>Η αδελφή White, στο πλαίσιο του σφραγίσματος του Ιεζεκιήλ στο ένατο κεφάλαιο, προσδιορίζει γιατί η ηγεσία της Λαοδικειακής Εκκλησίας των Αντβεντιστών της Εβδόμης Ημέρας προτυπώθηκε από την απιστία του Ζαχαρία.</w:t>
      </w:r>
    </w:p>
    <w:p>
      <w:pPr>
        <w:pStyle w:val="ArticleScripture"/>
        <w:jc w:val="left"/>
      </w:pPr>
      <w:r>
        <w:rPr>
          <w:rFonts w:ascii="Times New Roman" w:hAnsi="Times New Roman" w:eastAsia="Times New Roman" w:cs="Times New Roman"/>
        </w:rPr>
        <w:t>«Η τάξη εκείνη που δεν αισθάνεται θλίψη για τη δική της πνευματική παρακμή, ούτε πενθεί για τις αμαρτίες των άλλων, θα αφεθεί χωρίς τη σφραγίδα του Θεού. Ο Κύριος δίνει εντολή στους αγγελιαφόρους Του, στους άνδρες που κρατούν στα χέρια τους όπλα εξολόθρευσης: “Πηγαίνετε πίσω του μέσα από την πόλη, και πατάξτε· ας μη φεισθεί ο οφθαλμός σας, ούτε να σπλαχνισθείτε· θανατώσατε ολοκληρωτικά γέροντες και νέους, παρθένους και μικρά παιδιά και γυναίκες· αλλά μη πλησιάσετε κανέναν άνθρωπο επάνω στον οποίο είναι το σημείο· και αρχίστε από το αγιαστήριό Μου. Τότε άρχισαν από τους πρεσβυτέρους που ήσαν μπροστά στον οίκο.”»</w:t>
      </w:r>
    </w:p>
    <w:p>
      <w:pPr>
        <w:pStyle w:val="ArticleScripture"/>
        <w:jc w:val="left"/>
      </w:pPr>
      <w:r>
        <w:rPr>
          <w:rFonts w:ascii="Times New Roman" w:hAnsi="Times New Roman" w:eastAsia="Times New Roman" w:cs="Times New Roman"/>
        </w:rPr>
        <w:t>«Εδώ βλέπουμε ότι η εκκλησία—το αγιαστήριο του Κυρίου—ήταν η πρώτη που αισθάνθηκε το πλήγμα της οργής του Θεού. Οι πρεσβύτεροι, εκείνοι στους οποίους ο Θεός είχε δώσει μεγάλο φως και οι οποίοι είχαν σταθεί ως φύλακες των πνευματικών συμφερόντων του λαού, είχαν προδώσει την εμπιστοσύνη που τους είχε ανατεθεί. Είχαν υιοθετήσει τη θέση ότι δεν χρειάζεται να αναμένουμε θαύματα και τη φανερή εκδήλωση της δύναμης του Θεού όπως στις προηγούμενες ημέρες. Οι καιροί έχουν αλλάξει. Αυτά τα λόγια ενισχύουν την απιστία τους, και λέγουν: Ο Κύριος δεν θα πράξει καλό, ούτε θα πράξει κακό. Είναι υπερβολικά ελεήμων ώστε να επισκεφθεί τον λαό Του με κρίση. Έτσι, “Ειρήνη και ασφάλεια” είναι η κραυγή ανδρών που ποτέ πλέον δεν θα υψώσουν τη φωνή τους σαν σάλπιγγα, για να δείξουν στον λαό του Θεού τις παραβάσεις τους και στον οίκο του Ιακώβ τις αμαρτίες τους. Αυτοί οι άλαλοι κύνες, που δεν ήθελαν να γαυγίσουν, είναι εκείνοι που αισθάνονται τη δίκαιη εκδίκηση ενός προσβεβλημένου Θεού. Άνδρες, νεάνιδες και μικρά παιδιά, όλοι αποθνήσκουν μαζί». Testimonies, τόμος 5, σ. 211.</w:t>
      </w:r>
    </w:p>
    <w:p>
      <w:pPr>
        <w:pStyle w:val="ArticleBody"/>
        <w:jc w:val="left"/>
      </w:pPr>
      <w:r>
        <w:rPr>
          <w:rFonts w:ascii="Times New Roman" w:hAnsi="Times New Roman" w:eastAsia="Times New Roman" w:cs="Times New Roman"/>
        </w:rPr>
        <w:t>Ο Ζαχαρίας αμφέβαλε για το μήνυμα του τρίτου αγγέλου, το οποίο είναι το μήνυμα του Ηλία που επαναλαμβάνει την ιστορία του Ιωάννη του Βαπτιστή καθώς και την ιστορία του Γουλιέλμου Μίλλερ.</w:t>
      </w:r>
    </w:p>
    <w:p>
      <w:pPr>
        <w:pStyle w:val="ArticleHeading"/>
        <w:jc w:val="left"/>
      </w:pPr>
      <w:r>
        <w:rPr>
          <w:rFonts w:ascii="Arial" w:hAnsi="Arial" w:eastAsia="Arial" w:cs="Arial"/>
        </w:rPr>
        <w:t>Πέντε Μήνες</w:t>
      </w:r>
    </w:p>
    <w:p>
      <w:pPr>
        <w:pStyle w:val="ArticleBody"/>
        <w:jc w:val="left"/>
      </w:pPr>
      <w:r>
        <w:rPr>
          <w:rFonts w:ascii="Times New Roman" w:hAnsi="Times New Roman" w:eastAsia="Times New Roman" w:cs="Times New Roman"/>
        </w:rPr>
        <w:t>Η Ελισάβετ έκρυβε την εγκυμοσύνη της επί πέντε μήνες.</w:t>
      </w:r>
    </w:p>
    <w:p>
      <w:pPr>
        <w:pStyle w:val="ArticleScripture"/>
        <w:jc w:val="left"/>
      </w:pPr>
      <w:r>
        <w:rPr>
          <w:rFonts w:ascii="Times New Roman" w:hAnsi="Times New Roman" w:eastAsia="Times New Roman" w:cs="Times New Roman"/>
        </w:rPr>
        <w:t>Και μετά τας ημέρας εκείνας συνέλαβεν η Ελισάβετ, η γυνή αυτού, και έκρυπτεν εαυτήν επί πέντε μήνας, λέγουσα· Ούτω με εμεταχειρίσθη ο Κύριος εν ταις ημέραις καθ’ ας επέβλεψεν επ’ εμέ, διά να αφαιρέση το όνειδός μου μεταξύ των ανθρώπων. Και εν τω έκτω μηνί απεστάλη ο άγγελος Γαβριήλ από του Θεού εις πόλιν της Γαλιλαίας, ονομαζομένην Ναζαρέτ. Λουκάς 1:24–26.</w:t>
      </w:r>
    </w:p>
    <w:p>
      <w:pPr>
        <w:pStyle w:val="ArticleBody"/>
        <w:jc w:val="left"/>
      </w:pPr>
      <w:r>
        <w:rPr>
          <w:rFonts w:ascii="Times New Roman" w:hAnsi="Times New Roman" w:eastAsia="Times New Roman" w:cs="Times New Roman"/>
        </w:rPr>
        <w:t>Ο Ζαχαρίας ανήκε στην όγδοη τάξη των ιερέων, γεγονός που αντιστοιχεί με την περιτομή του υιού του Ιωάννη κατά την όγδοη ημέρα, όταν ο Ζαχαρίας θα μιλούσε πάλι. Αυτός και ο υιός του Ιωάννης αντιπροσωπεύουν τις οκτώ ψυχές που ήσαν στην κιβωτό του Νώε, οι οποίες ήσαν κρυμμένες από τον θάνατο που έφεραν τα ύδατα του κατακλυσμού επί πέντε μήνες, ή εκατόν πενήντα ημέρες. Οι εκατόν πενήντα ημέρες της εγκυμοσύνης και των υδάτων του κατακλυσμού αντιστοιχούν στις δύο περιόδους των πέντε μηνών στην Αποκάλυψη 9.</w:t>
      </w:r>
    </w:p>
    <w:p>
      <w:pPr>
        <w:pStyle w:val="ArticleBody"/>
        <w:jc w:val="left"/>
      </w:pPr>
      <w:r>
        <w:rPr>
          <w:rFonts w:ascii="Times New Roman" w:hAnsi="Times New Roman" w:eastAsia="Times New Roman" w:cs="Times New Roman"/>
        </w:rPr>
        <w:t>Ο Ζαχαρίας και ο υιός του Ιωάννης επίσης αντιπροσωπεύουν το πότε η έβδομη εκκλησία της Λαοδικείας μεταβαίνει στην όγδοη εκκλησία της Φιλαδελφείας. Από τη διακονία του Ζαχαρία κατά την όγδοη εφημερία έως την περιτομή του υιού του Ιωάννη κατά την όγδοη ημέρα, απεικονίζεται μία προφητική περίοδος, με τον αριθμό οκτώ να προσδιορίζει την αρχή και το τέλος. Εντός αυτής της προφητικής περιόδου υπάρχει μία περίοδος πέντε μηνών, η οποία αντιπροσωπεύει μία περίοδο απόκρυψης.</w:t>
      </w:r>
    </w:p>
    <w:p>
      <w:pPr>
        <w:pStyle w:val="ArticleBody"/>
        <w:jc w:val="left"/>
      </w:pPr>
      <w:r>
        <w:rPr>
          <w:rFonts w:ascii="Times New Roman" w:hAnsi="Times New Roman" w:eastAsia="Times New Roman" w:cs="Times New Roman"/>
        </w:rPr>
        <w:t>Η «ομιλία» της προφητείας προσδιορίζει τον επικείμενο νόμο της Κυριακής· έτσι ο Ζαχαρίας ομιλεί κατά τον νόμο της Κυριακής, όταν ο υιός του σφραγίζεται, όπως παριστάνεται με την πράξη της περιτομής. Σε εκείνη την ιστορία, πριν από τον νόμο της Κυριακής, όταν ο Ζαχαρίας ομιλεί, στο τέλος πέντε μηνών, κατά τον έκτο μήνα η Μαρία επισκέπτεται την Ελισάβετ και το Άγιο Πνεύμα χρίζει την Ελισάβετ, η οποία, ως γυναίκα, αντιπροσωπεύει το χρίσμα της εκκλησίας του Θεού τέσσερις μήνες πριν από τον επικείμενο νόμο της Κυριακής.</w:t>
      </w:r>
    </w:p>
    <w:p>
      <w:pPr>
        <w:pStyle w:val="ArticleScripture"/>
        <w:jc w:val="left"/>
      </w:pPr>
      <w:r>
        <w:rPr>
          <w:rFonts w:ascii="Times New Roman" w:hAnsi="Times New Roman" w:eastAsia="Times New Roman" w:cs="Times New Roman"/>
        </w:rPr>
        <w:t>Καὶ ἀνασταθεῖσα ἡ Μαρία ἐν ταῖς ἡμέραις ἐκείναις, ἐπορεύθη μετὰ σπουδῆς εἰς τὴν ὀρεινὴν, εἰς πόλιν τοῦ Ἰούδα· καὶ εἰσῆλθεν εἰς τὸν οἶκον τοῦ Ζαχαρίου καὶ ἠσπάσατο τὴν Ἐλισάβετ. Καὶ ἐγένετο, ὡς ἤκουσεν ἡ Ἐλισάβετ τὸν ἀσπασμὸν τῆς Μαρίας, ἐσκίρτησεν τὸ βρέφος ἐν τῇ κοιλίᾳ αὐτῆς· καὶ ἐπλήσθη Πνεύματος Ἁγίου ἡ Ἐλισάβετ, καὶ ἀνεφώνησε φωνῇ μεγάλῃ καὶ εἶπεν· Εὐλογημένη σὺ ἐν γυναιξίν, καὶ εὐλογημένος ὁ καρπὸς τῆς κοιλίας σου. Καὶ πόθεν μοι τοῦτο, ἵνα ἔλθῃ ἡ μήτηρ τοῦ Κυρίου μου πρὸς ἐμέ; Ἰδοὺ γάρ, ὡς ἐγένετο ἡ φωνὴ τοῦ ἀσπασμοῦ σου εἰς τὰ ὦτά μου, ἐσκίρτησεν ἐν ἀγαλλιάσει τὸ βρέφος ἐν τῇ κοιλίᾳ μου. Καὶ μακαρία ἡ πιστεύσασα· διότι θὰ ἐκπληρωθοῦν ὅσα ἐλαλήθησαν πρὸς αὐτὴν ἀπὸ Κυρίου. Λουκᾶς 1:39–45.</w:t>
      </w:r>
    </w:p>
    <w:p>
      <w:pPr>
        <w:pStyle w:val="ArticleBody"/>
        <w:jc w:val="left"/>
      </w:pPr>
      <w:r>
        <w:rPr>
          <w:rFonts w:ascii="Times New Roman" w:hAnsi="Times New Roman" w:eastAsia="Times New Roman" w:cs="Times New Roman"/>
        </w:rPr>
        <w:t>Στο τέλος πέντε μηνών, η Ελισάβετ μίλησε προς τη Μαρία «μετά φωνῆς μεγάλης», επαινώντας την πίστη της Μαρίας στο μήνυμα του Γαβριήλ, το οποίο στις έσχατες ημέρες είναι το μήνυμα του τρίτου αγγέλου. Ο σύζυγος της Ελισάβετ, ο Ζαχαρίας, είχε απιστήσει, όχι όμως η Μαρία. Η Μαρία άκουσε το μήνυμα του Γαβριήλ πέντε μήνες μετά τον Ζαχαρία, ώστε η πίστη της στον τρίτο άγγελο επισημαίνεται ότι έρχεται αφού είχε αποκαλυφθεί το κρυμμένο μήνυμα των πέντε μηνών. Το κρυμμένο μήνυμα των πέντε μηνών στις έσχατες ημέρες είναι οι πρώτοι πέντε μήνες του κεφαλαίου εννέα της Αποκάλυψης, εδάφιο πέντε. Η Μαρία αντιπροσωπεύει την εκκλησία των εσχάτων ημερών, η οποία δέχεται το μήνυμα του τρίτου αγγέλου, το οποίο περιλαμβάνει ένα ιδιαίτερο αποσφράγισμα των πέντε μηνών αμέσως πριν από την έλευση της διακήρυξης του επικείμενου νόμου της Κυριακής, περίπου τέσσερις μήνες αργότερα.</w:t>
      </w:r>
    </w:p>
    <w:p>
      <w:pPr>
        <w:pStyle w:val="ArticleBody"/>
        <w:jc w:val="left"/>
      </w:pPr>
      <w:r>
        <w:rPr>
          <w:rFonts w:ascii="Times New Roman" w:hAnsi="Times New Roman" w:eastAsia="Times New Roman" w:cs="Times New Roman"/>
        </w:rPr>
        <w:t>Στα ορόσημα της επίσκεψης της Μαρίας, το κίνημα του πρώτου και του δευτέρου αγγέλου, το οποίο αντιπροσωπεύεται από τον Ζαχαρία και την Ελισάβετ, συνδέεται με το κίνημα του τρίτου αγγέλου, το οποίο αντιπροσωπεύεται από τη Μαρία και τον Ιωσήφ. Ο Ζαχαρίας αντιπροσωπεύει έναν αξιωματούχο μιας εκκλησίας που απίστησε στο μήνυμα του τρίτου αγγέλου, και ο Ιωσήφ ο ξυλουργός αντιπροσωπεύει ένα κίνημα που συμβολίζεται από αυτοσυντηρούμενο έργο. Ο Αντβεντισμός τελειώνει όπως άρχισε, και άρχισε ως κίνημα, όχι ως οργανωμένη εκκλησιαστική δομή. Το κίνημα των εκατόν σαράντα τεσσάρων χιλιάδων, που αντιπροσωπεύεται από τον Ιωσήφ, τη Μαρία και τον Χριστό, είναι άμεσοι συγγενείς του Μιλλεριτικού κινήματος, το οποίο αντιπροσωπεύεται από τον Ζαχαρία, την Ελισάβετ και τον Ιωάννη, και η απιστία του 1863 αντιπροσωπεύεται από τον Ζαχαρία. Το 1863 αντιπροσωπεύει την απιστία στα μηνύματα του πρώτου και του δευτέρου αγγέλου, και το κίνημα του τρίτου αγγέλου αντιπροσωπεύει την πίστη της Μαρίας.</w:t>
      </w:r>
    </w:p>
    <w:p>
      <w:pPr>
        <w:pStyle w:val="ArticleScripture"/>
        <w:jc w:val="left"/>
      </w:pPr>
      <w:r>
        <w:rPr>
          <w:rFonts w:ascii="Times New Roman" w:hAnsi="Times New Roman" w:eastAsia="Times New Roman" w:cs="Times New Roman"/>
        </w:rPr>
        <w:t>«Άγγελοι εστάλησαν για να βοηθήσουν τον ισχυρό άγγελο από τον ουρανό, και άκουσα φωνές που φαίνονταν να αντηχούν παντού: “Εξέλθετε εξ αυτής, ο λαός Μου, διά να μη γίνετε συμμέτοχοι των αμαρτιών αυτής και διά να μη λάβετε εκ των πληγών αυτής. Διότι αι αμαρτίαι αυτής έφθασαν έως του ουρανού, και ο Θεός ενθυμήθη τας ανομίας αυτής.” Το μήνυμα αυτό εφαίνετο να είναι προσθήκη εις το τρίτο μήνυμα, συνενούμενο με αυτό, καθώς η κραυγή του μεσονυκτίου συνενώθη με το μήνυμα του δευτέρου αγγέλου το 1844. Η δόξα του Θεού ανεπαύετο επί των υπομονετικών αγίων που ανέμεναν, και εκείνοι, άφοβοι, έδιδαν την τελευταία επίσημη προειδοποίηση, αναγγέλλοντας την πτώση της Βαβυλώνος και καλώντας τον λαό του Θεού να εξέλθει εξ αυτής, ώστε να διαφύγει το φοβερό αυτής τέλος.» Early Writings, 277.</w:t>
      </w:r>
    </w:p>
    <w:p>
      <w:pPr>
        <w:pStyle w:val="ArticleBody"/>
        <w:jc w:val="left"/>
      </w:pPr>
      <w:r>
        <w:rPr>
          <w:rFonts w:ascii="Times New Roman" w:hAnsi="Times New Roman" w:eastAsia="Times New Roman" w:cs="Times New Roman"/>
        </w:rPr>
        <w:t>Η συνένωση δύο μηνυμάτων παριστάνεται από την επίσκεψη της Μαρίας στην Ελισάβετ, και εκείνο το σημείο έφθασε όταν οι κρυμμένοι πέντε μήνες αποκαλύπτονται. Εκείνο το σημείο είναι όπου δύο προφητείες ενώνονται και διακηρύσσονται μαζί. Η μία διακηρύχθηκε από την Ελισάβετ και η άλλη από τη Μαρία. Η συνένωση δύο μηνυμάτων προσδιορίζει πότε η κραυγή του μεσονυκτίου ενώνεται με το μήνυμα του δευτέρου αγγέλου, και αυτό συνέβη στη Μιλλεριτική ιστορία, στη συνάθροιση του στρατοπέδου στο Exeter.</w:t>
      </w:r>
    </w:p>
    <w:p>
      <w:pPr>
        <w:pStyle w:val="ArticleBody"/>
        <w:jc w:val="left"/>
      </w:pPr>
      <w:r>
        <w:rPr>
          <w:rFonts w:ascii="Times New Roman" w:hAnsi="Times New Roman" w:eastAsia="Times New Roman" w:cs="Times New Roman"/>
        </w:rPr>
        <w:t>Αφού η Ελισάβετ και έπειτα η Μαρία έδωσαν τις διακηρύξεις τους, «Ἔμεινε δὲ ἡ Μαρία μετ’ αὐτῆς ὡσεὶ μῆνας τρεῖς, καὶ ὑπέστρεψεν εἰς τὸν οἶκον αὐτῆς.» Λουκάς 1:56. Η περίοδος των εξήντα έξι ημερών από το Έξετερ έως τις 22 Οκτωβρίου 1844 παριστάνεται από εκείνους τους τέσσερις μήνες, οι οποίοι ολοκληρώθηκαν κατά τον επικείμενο νόμο της Κυριακής, όταν ο Ζαχαρίας μίλησε. Οι τέσσερις μήνες αντιπροσωπεύουν την περίοδο της διακήρυξης του μηνύματος της κραυγής του μεσονυκτίου, η οποία έρχεται μετά το μήνυμα των πέντε κρυμμένων μηνών.</w:t>
      </w:r>
    </w:p>
    <w:p>
      <w:pPr>
        <w:pStyle w:val="ArticleBody"/>
        <w:jc w:val="left"/>
      </w:pPr>
      <w:r>
        <w:rPr>
          <w:rFonts w:ascii="Times New Roman" w:hAnsi="Times New Roman" w:eastAsia="Times New Roman" w:cs="Times New Roman"/>
        </w:rPr>
        <w:t>Τα δύο μηνύματα στην ιστορία των Μιλλεριτών ήταν του πρώτου και του δεύτερου αγγέλου, και το μήνυμα του πρώτου αγγέλου ενδυναμώθηκε από την εκπλήρωση μιας χρονικής προφητείας που άρχιζε με μια περίοδο πέντε μηνών, η οποία ήταν εν μέρει κρυμμένη μέχρι δέκα ημέρες πριν από την εκπλήρωσή της, στις 11 Αυγούστου 1840, όπως εκτέθηκε από τον Josiah Litch. Η ενδυνάμωση του μηνύματος του δεύτερου αγγέλου ήταν η διόρθωση της εσφαλμένης πρόβλεψης του 1843, η οποία έλαβε χώρα στη συνάθροιση στρατοπέδευσης του Exeter, όπως εκτέθηκε από τον Samuel Snow.</w:t>
      </w:r>
    </w:p>
    <w:p>
      <w:pPr>
        <w:pStyle w:val="ArticleBody"/>
        <w:jc w:val="left"/>
      </w:pPr>
      <w:r>
        <w:rPr>
          <w:rFonts w:ascii="Times New Roman" w:hAnsi="Times New Roman" w:eastAsia="Times New Roman" w:cs="Times New Roman"/>
        </w:rPr>
        <w:t>Η διακήρυξη του διττού μηνύματος της κραυγής του μεσονυκτίου παριστάνεται ως μια σύντομη περίοδος πριν κλείσει η θύρα, η οποία, στην ιστορία του Νώε, άνοιξε μια πεντάμηνη περίοδο που κατέληξε με την κιβωτό να αναπαύεται επί του όρους Αραράτ. Η περίοδος της διακήρυξης της κραυγής του μεσονυκτίου έρχεται μετά την αποσφράγιση των κεκρυμμένων πέντε μηνών, η οποία συνέβη δέκα ημέρες πριν από τις 11 Αυγούστου 1840, και επίσης ήλθε αφού ο Κύριος απέσυρε την χείρα Του από τους αριθμούς τους οποίους είχε καλύψει επάνω στον πίνακα του 1843. Οι δέκα ημέρες από 1 έως 11 Αυγούστου αντιστοιχούν προς τις εξήντα έξι ημέρες από το Exeter έως τις 22 Οκτωβρίου 1844, και η διττή μαρτυρία προσδιορίζει ότι η αποσφράγιση κεκρυμμένων πέντε μηνών, συνοδευόμενη από τη διόρθωση της εσφαλμένης διακήρυξης που προκάλεσε την πρώτη απογοήτευση, λαμβάνει χώρα όταν η Μαρία συναντά και ασπάζεται την Ελισάβετ στον έκτο μήνα.</w:t>
      </w:r>
    </w:p>
    <w:p>
      <w:pPr>
        <w:pStyle w:val="ArticleBody"/>
        <w:jc w:val="left"/>
      </w:pPr>
      <w:r>
        <w:rPr>
          <w:rFonts w:ascii="Times New Roman" w:hAnsi="Times New Roman" w:eastAsia="Times New Roman" w:cs="Times New Roman"/>
        </w:rPr>
        <w:t>Κατά τον νόμο της Κυριακής, οι Ηνωμένες Πολιτείες μιλούν ως δράκων, ο όνος του Ισλάμ μιλά, και το όραμα του Αββακούμ μιλά διά του στόματος του Ιερεμία, του Ζαχαρία και του Ιεζεκιήλ. Κατά τον νόμο της Κυριακής ο Ιεζεκιήλ είναι σημείο, εκπροσωπώντας έτσι το λάβαρο που υψώνεται κατά τον νόμο της Κυριακής. Δύο από τις εννέα αναφορές της λέξεως «σημείο» στον Ιεζεκιήλ προσδιορίζουν τα «σάββατα» ως το σημείο του αγιασμού, το οποίο αντιπροσωπεύει τον συνδυασμό της Θεότητας με την ανθρωπότητα.</w:t>
      </w:r>
    </w:p>
    <w:p>
      <w:pPr>
        <w:pStyle w:val="ArticleScripture"/>
        <w:jc w:val="left"/>
      </w:pPr>
      <w:r>
        <w:rPr>
          <w:rFonts w:ascii="Times New Roman" w:hAnsi="Times New Roman" w:eastAsia="Times New Roman" w:cs="Times New Roman"/>
        </w:rPr>
        <w:t>Ἀλλ᾽ ἐνήργησα ἕνεκεν τοῦ ὀνόματός μου, ἵνα μὴ βεβηλωθῇ ἐνώπιον τῶν ἐθνῶν, ἐν μέσῳ τῶν ὁποίων ἦσαν, ἐνώπιον τῶν ὁποίων ἐγνώρισα ἐμαυτὸν εἰς αὐτούς, ἐξάγων αὐτοὺς ἐκ γῆς Αἰγύπτου. Διὸ τοὺς ἐξήγαγον ἐκ γῆς Αἰγύπτου καὶ εἰσήγαγον αὐτοὺς εἰς τὴν ἔρημον. Καὶ ἔδωκα αὐτοῖς τὰ προστάγματά μου καὶ ἐδήλωσα αὐτοῖς τὰ κρίματά μου, τὰ ὁποῖα ἐὰν πράξῃ ἄνθρωπος, θέλει ζήσει δι’ αὐτῶν.</w:t>
      </w:r>
    </w:p>
    <w:p>
      <w:pPr>
        <w:pStyle w:val="ArticleScripture"/>
        <w:jc w:val="left"/>
      </w:pPr>
      <w:r>
        <w:rPr>
          <w:rFonts w:ascii="Times New Roman" w:hAnsi="Times New Roman" w:eastAsia="Times New Roman" w:cs="Times New Roman"/>
        </w:rPr>
        <w:t>Επιπλέον δε, τους έδωσα και τα σάββατά μου, για να είναι σημείο μεταξύ εμού και αυτών, ώστε να γνωρίζουν ότι εγώ είμαι ο Κύριος που τους αγιάζω. Αλλά ο οίκος του Ισραήλ αποστάτησε εναντίον μου στην έρημο· δεν περπάτησαν σύμφωνα με τα προστάγματά μου και καταφρόνησαν τις κρίσεις μου, τις οποίες, αν πράξει άνθρωπος, θα ζήσει δι’ αυτών· και τα σάββατά μου βεβήλωσαν πολύ. Τότε είπα ότι θα εκχύσω επάνω τους τον θυμό μου στην έρημο, για να τους εξολοθρεύσω. Αλλά ενήργησα χάριν του ονόματός μου, ώστε να μη βεβηλωθεί ενώπιον των εθνών, ενώπιον των οποίων τους εξήγαγα. Και ακόμη ύψωσα το χέρι μου προς αυτούς στην έρημο, ότι δεν θα τους έφερνα στη γη που τους είχα δώσει, την ρέουσα γάλα και μέλι, που είναι η δόξα όλων των γαιών· επειδή καταφρόνησαν τις κρίσεις μου και δεν περπάτησαν σύμφωνα με τα προστάγματά μου, αλλά βεβήλωσαν τα σάββατά μου· διότι η καρδιά τους πήγαινε πίσω από τα είδωλά τους. Πλην όμως ο οφθαλμός μου τους λυπήθηκε, ώστε να μη τους αφανίσω, και δεν έκαμα πλήρες τέλος αυτών στην έρημο. Αλλά είπα προς τα τέκνα τους στην έρημο· Μη περπατείτε κατά τα προστάγματα των πατέρων σας, ούτε να τηρείτε τις κρίσεις τους, ούτε να μιαίνεστε με τα είδωλά τους· εγώ είμαι ο Κύριος ο Θεός σας· περπατείτε σύμφωνα με τα προστάγματά μου και τις κρίσεις μου φυλάττετε και πράττετέ τες· και αγιάζετε τα σάββατά μου, και αυτά θα είναι σημείο μεταξύ εμού και υμών, ώστε να γνωρίζετε ότι εγώ είμαι ο Κύριος ο Θεός σας. Ιεζεκιήλ 20:9–20.</w:t>
      </w:r>
    </w:p>
    <w:p>
      <w:pPr>
        <w:pStyle w:val="ArticleBody"/>
        <w:jc w:val="left"/>
      </w:pPr>
      <w:r>
        <w:rPr>
          <w:rFonts w:ascii="Times New Roman" w:hAnsi="Times New Roman" w:eastAsia="Times New Roman" w:cs="Times New Roman"/>
        </w:rPr>
        <w:t>Ο Ιεζεκιήλ αντιπροσωπεύει το λάβαρο των εκατόν σαράντα τεσσάρων χιλιάδων, και το σημείο της Θεότητας ενωμένης με την ανθρωπότητα είναι τα «σάββατα» του Κυρίου. Ο Ιεζεκιήλ είναι το σημείο κατά την αρχή της πολιορκίας και είναι το σημείο κατά την καταστροφή της Ιερουσαλήμ, όταν υψώνεται ως λάβαρο. Κατά την αρχή της πολιορκίας, εκείνοι που αρνούνται να δουν και να ακούσουν, που βεβηλώνουν τα «σάββατά» Του, είναι επίσης σημείο.</w:t>
      </w:r>
    </w:p>
    <w:p>
      <w:pPr>
        <w:pStyle w:val="ArticleScripture"/>
        <w:jc w:val="left"/>
      </w:pPr>
      <w:r>
        <w:rPr>
          <w:rFonts w:ascii="Times New Roman" w:hAnsi="Times New Roman" w:eastAsia="Times New Roman" w:cs="Times New Roman"/>
        </w:rPr>
        <w:t>Κατόπιν ήλθαν προς εμέ κάποιοι από τους πρεσβυτέρους του Ισραήλ και εκάθισαν ενώπιόν μου. Και ήλθε προς εμέ ο λόγος του Κυρίου, λέγων: Υιέ ανθρώπου, οι άνθρωποι αυτοί έστησαν τα είδωλά τους μέσα στην καρδιά τους και έθεσαν το πρόσκομμα της ανομίας τους ενώπιον του προσώπου τους· να ερωτηθώ τάχα καθόλου από αυτούς; Διά τούτο, λάλησε προς αυτούς και ειπέ προς αυτούς· Ούτω λέγει Κύριος ο Θεός· Κάθε άνθρωπος από τον οίκο του Ισραήλ, ο οποίος στήνει τα είδωλά του μέσα στην καρδιά του και θέτει το πρόσκομμα της ανομίας του ενώπιον του προσώπου του, και έρχεται προς τον προφήτη, εγώ ο Κύριος θα αποκρίνομαι σε εκείνον που έρχεται σύμφωνα με το πλήθος των ειδώλων του· ώστε να συλλάβω τον οίκο του Ισραήλ μέσα στην ίδια τους την καρδιά, επειδή όλοι έχουν αποξενωθεί από εμένα εξαιτίας των ειδώλων τους.</w:t>
      </w:r>
    </w:p>
    <w:p>
      <w:pPr>
        <w:pStyle w:val="ArticleScripture"/>
        <w:jc w:val="left"/>
      </w:pPr>
      <w:r>
        <w:rPr>
          <w:rFonts w:ascii="Times New Roman" w:hAnsi="Times New Roman" w:eastAsia="Times New Roman" w:cs="Times New Roman"/>
        </w:rPr>
        <w:t>Διὰ τοῦτο εἰπὲ πρὸς τὸν οἶκον Ἰσραήλ· Οὕτως λέγει Κύριος ὁ Θεός· Μετανοήσατε καὶ ἀποστράφητε ἀπὸ τῶν εἰδώλων ὑμῶν, καὶ ἀποστρέψατε τὰ πρόσωπά σας ἀπὸ πάντων τῶν βδελυγμάτων ὑμῶν. Διότι πᾶς ἐκ τοῦ οἴκου Ἰσραήλ, ἢ ἐκ τοῦ ξένου τοῦ παροικοῦντος ἐν τῷ Ἰσραήλ, ὅστις ἀποχωρίζεται ἀπ’ ἐμοῦ, καὶ ἀναβιβάζει τὰ εἴδωλα αὐτοῦ εἰς τὴν καρδίαν αὐτοῦ, καὶ θέτει τὸ πρόσκομμα τῆς ἀνομίας αὐτοῦ ἔμπροσθεν τοῦ προσώπου αὐτοῦ, καὶ ἔρχεται πρὸς προφήτην διὰ νὰ ἐρωτήσῃ αὐτὸν περὶ ἐμοῦ, ἐγὼ, ὁ Κύριος, θέλω ἀποκριθῇ εἰς αὐτὸν δι’ ἐμαυτοῦ· καὶ θέλω στρέψει τὸ πρόσωπόν μου ἐναντίον τοῦ ἀνθρώπου ἐκείνου, καὶ θέλω καταστήσει αὐτὸν σημεῖον καὶ παροιμίαν, καὶ θέλω ἐξολοθρεύσει αὐτὸν ἐκ μέσου τοῦ λαοῦ μου· καὶ θέλετε γνωρίσει ὅτι ἐγώ εἰμι ὁ Κύριος. Καὶ ἐὰν ὁ προφήτης πλανηθῇ, ὅταν λαλήσῃ λόγον, ἐγὼ, ὁ Κύριος, ἐπλάνησα τὸν προφήτην ἐκεῖνον, καὶ θέλω ἐκτείνει τὴν χεῖρά μου ἐπ’ αὐτόν, καὶ θέλω ἀπολέσει αὐτὸν ἐκ μέσου τοῦ λαοῦ μου Ἰσραήλ. Καὶ θέλουσι βαστάσει τὴν τιμωρίαν τῆς ἀνομίας αὐτῶν· ἡ τιμωρία τοῦ προφήτου θέλει εἶσθαι καθὼς ἡ τιμωρία ἐκείνου ὅστις ζητεῖ παρ’ αὐτοῦ· ὥστε ὁ οἶκος Ἰσραὴλ νὰ μὴ πλανᾶται πλέον ἀπ’ ἐμοῦ, μηδὲ νὰ μολύνεται πλέον μὲ πάσας τὰς παραβάσεις αὐτῶν· ἀλλὰ νὰ εἶναι λαός μου, καὶ ἐγὼ νὰ εἶμαι Θεὸς αὐτῶν, λέγει Κύριος ὁ Θεός. Ἰεζεκιὴλ 14:1–11.</w:t>
      </w:r>
    </w:p>
    <w:p>
      <w:pPr>
        <w:pStyle w:val="ArticleBody"/>
        <w:jc w:val="left"/>
      </w:pPr>
      <w:r>
        <w:rPr>
          <w:rFonts w:ascii="Times New Roman" w:hAnsi="Times New Roman" w:eastAsia="Times New Roman" w:cs="Times New Roman"/>
        </w:rPr>
        <w:t>Στο Νάσβιλ, εκείνοι εντός της Λαοδικειακής Εκκλησίας των Αντβεντιστών της Εβδόμης Ημέρας οι οποίοι απίστησαν, όπως ο Ζαχαρίας· οι οποίοι «έλαβαν τη θέση ότι δεν χρειάζεται να αναμένουμε θαύματα και τη χαρακτηριστική εκδήλωση της δυνάμεως του Θεού όπως στις παλαιότερες ημέρες», όπως παριστάνεται από το 1840 έως το 1844, θα βρεθούν αντιμέτωποι με εκείνους εκτός του Αντβεντισμού ως προς το γιατί απέτυχαν να δώσουν προειδοποίηση. Αυτοί καθίστανται το «σημείο» του ψευδούς μηνύματος περί ειρήνης και ασφάλειας, το οποίο σηματοδοτεί τον διαχωρισμό των φρονίμων και των μωρών, όπως παριστάνεται από τις δύο αντίθετες σκηνές στη συνάθροιση κατασκηνώσεως του Έξετερ. Φέρουν «σημείο» ειδωλολατρίας και ανταρσίας, ενώ ο Ιεζεκιήλ φέρει το αληθινό προφητικό προειδοποιητικό μήνυμα. Στο τέλος της πολιορκίας, όταν η Ιερουσαλήμ καταστρέφεται, αντιπροσωπεύοντας τον νόμο της Κυριακής, το σημείο της ανταρσίας είναι το χάραγμα του θηρίου και το σημείο της υπακοής είναι η σφραγίδα του Θεού.</w:t>
      </w:r>
    </w:p>
    <w:p>
      <w:pPr>
        <w:pStyle w:val="ArticleBody"/>
        <w:jc w:val="left"/>
      </w:pPr>
      <w:r>
        <w:rPr>
          <w:rFonts w:ascii="Times New Roman" w:hAnsi="Times New Roman" w:eastAsia="Times New Roman" w:cs="Times New Roman"/>
        </w:rPr>
        <w:t>Για τον Αντβεντισμό, η δοκιμασία κλείνει πλήρως με τον νόμο της Κυριακής, και υπάρχει εκεί ένα σημείο των δικαίων και των ασεβών που σημειώνονται. Το κλείσιμο της δοκιμασίας κατά τον προσεχώς ερχόμενο νόμο της Κυριακής προτυπώνει το κλείσιμο της δοκιμασίας όταν ο Μιχαήλ εγείρεται, και εκεί το σημείο του θανάτου των πλήθων παριστάνεται από τον Γωγ και τον Μαγώγ.</w:t>
      </w:r>
    </w:p>
    <w:p>
      <w:pPr>
        <w:pStyle w:val="ArticleScripture"/>
        <w:jc w:val="left"/>
      </w:pPr>
      <w:r>
        <w:rPr>
          <w:rFonts w:ascii="Times New Roman" w:hAnsi="Times New Roman" w:eastAsia="Times New Roman" w:cs="Times New Roman"/>
        </w:rPr>
        <w:t>Και οι διαβάτες που θα διαβαίνουν μέσα από τη γη, όταν κάποιος δει οστό ανθρώπου, τότε θα στήσει κοντά του σημείο, έως ότου οι θάπτοντες το θάψουν στην κοιλάδα του Αμών-Γωγ. Και επίσης το όνομα της πόλεως θα είναι Αμωνά. Έτσι θα καθαρίσουν τη γη. Ιεζεκιήλ 39:15, 16.</w:t>
      </w:r>
    </w:p>
    <w:p>
      <w:pPr>
        <w:pStyle w:val="ArticleBody"/>
        <w:jc w:val="left"/>
      </w:pPr>
      <w:r>
        <w:rPr>
          <w:rFonts w:ascii="Times New Roman" w:hAnsi="Times New Roman" w:eastAsia="Times New Roman" w:cs="Times New Roman"/>
        </w:rPr>
        <w:t>Το σημείο της διαθήκης προσδιορίζεται στο τριακοστό έβδομο κεφάλαιο του Ιεζεκιήλ, όπου η κοιλάδα των νεκρών οστών επαναφέρεται στη ζωή και οι δύο ράβδοι ενώνονται. Τα οστά επαναφέρονται στη ζωή μέσω ενός μηνύματος του Ισλάμ, το οποίο παριστάνεται ως οι τέσσερις άνεμοι, τυπολογώντας έτσι την 11η Αυγούστου 1840. Οι δύο ράβδοι συνενώνονται σε μία, παριστάνοντας έτσι την ένωση του μηνύματος του δευτέρου αγγέλου με το μήνυμα της κραυγής του μεσονυκτίου. Τα οστά είναι η ενδυνάμωση του πρώτου αγγέλου και οι δύο ράβδοι είναι η ενδυνάμωση του δευτέρου αγγέλου. Έκτοτε ο λαός του Θεού είναι ο εκλεκτός λαός της διαθήκης Του των εσχάτων ημερών, παριστάνεται δε από τον Ιωάννη ως εκατόν σαράντα τέσσερις χιλιάδες.</w:t>
      </w:r>
    </w:p>
    <w:p>
      <w:pPr>
        <w:pStyle w:val="ArticleScripture"/>
        <w:jc w:val="left"/>
      </w:pPr>
      <w:r>
        <w:rPr>
          <w:rFonts w:ascii="Times New Roman" w:hAnsi="Times New Roman" w:eastAsia="Times New Roman" w:cs="Times New Roman"/>
        </w:rPr>
        <w:t>Καὶ ἐγὼ θέλω συνάψει μετ’ αὐτῶν διαθήκην εἰρήνης· διαθήκη αἰώνιος θέλει εἶσθαι μετ’ αὐτῶν· καὶ θέλω στηρίξει αὐτούς, καὶ πληθύνει αὐτούς, καὶ θέλω θέσει τὸ ἁγιαστήριόν μου ἐν μέσῳ αὐτῶν εἰς τὸν αἰῶνα. Καὶ ἡ σκηνή μου θέλει εἶσθαι μετ’ αὐτῶν· καὶ ἐγὼ θέλω εἶσθαι Θεὸς αὐτῶν, καὶ αὐτοὶ θέλουσιν εἶσθαι λαός μου. Καὶ τὰ ἔθνη θέλουσι γνωρίσει ὅτι ἐγώ εἰμι ὁ Κύριος ὁ ἁγιάζων τὸν Ἰσραήλ, ὅταν τὸ ἁγιαστήριόν μου ᾖ ἐν μέσῳ αὐτῶν εἰς τὸν αἰῶνα. Ἰεζεκιήλ 37:26–28.</w:t>
      </w:r>
    </w:p>
    <w:p>
      <w:pPr>
        <w:pStyle w:val="ArticleBody"/>
        <w:jc w:val="left"/>
      </w:pPr>
      <w:r>
        <w:rPr>
          <w:rFonts w:ascii="Times New Roman" w:hAnsi="Times New Roman" w:eastAsia="Times New Roman" w:cs="Times New Roman"/>
        </w:rPr>
        <w:t>Ο συνδυασμός της θεότητας και της ανθρωπότητας παριστάνεται με ποικίλους τρόπους μέσα στον Λόγο του Θεού, και μία απεικόνιση είναι όταν η «ακρόπολη της ψυχής», η οποία βρίσκεται μέσα στην ανώτερη φύση του ανθρώπου, προσαρτάται στην ακρόπολη του αγιαστηρίου του Θεού. Όταν ο ουράνιος θρόνος, ο οποίος αντιπροσωπεύει την ακρόπολη του Θεού, ενώνεται με την ακρόπολη της ανώτερης φύσεως του ανθρώπου, ο λαός του Θεού «αγιάζεται» και Εκείνος κατοικεί «εν τω μέσω αυτών εις τον αιώνα».</w:t>
      </w:r>
    </w:p>
    <w:p>
      <w:pPr>
        <w:pStyle w:val="ArticleBody"/>
        <w:jc w:val="left"/>
      </w:pPr>
      <w:r>
        <w:rPr>
          <w:rFonts w:ascii="Times New Roman" w:hAnsi="Times New Roman" w:eastAsia="Times New Roman" w:cs="Times New Roman"/>
        </w:rPr>
        <w:t>Μετὰ τὸ τριακοστὸν ἕβδομον κεφάλαιον, ὁ Ἰεζεκιὴλ παραθέτει τὰ κεφάλαια τριακοστὸν ὄγδοον καὶ τριακοστὸν ἔνατον, ὅπου πραγματεύεται τὸν Γωγ καὶ τὸν Μαγώγ ὡς σύμβολα τῆς συνομοσπονδίας τῆς ἀνθρωπότητος, ἥτις εἶναι ἔξωθεν τοῦ ἐκλεκτοῦ λαοῦ τῆς διαθήκης τοῦ Θεοῦ. Ἐν τῷ τεσσαρακοστῷ κεφαλαίῳ, ὁ λαὸς τῆς διαθήκης τοῦ τριακοστοῦ ἑβδόμου κεφαλαίου παριστᾶται ὡς ναὸς ὁ ὁποῖος πληροῖ ὅλην τὴν γῆν. Τὰ κεφάλαια τριακοστὸν ὄγδοον ἕως τεσσαρακοστὸν ἀντιπροσωπεύουν τὴν ἔγερσιν τοῦ λαοῦ τῆς διαθήκης τοῦ Θεοῦ ἐν ταῖς ἐσχάταις ἡμέραις, ὡς τοῦτο παρίσταται διὰ τῶν ἀριθμῶν 38 καὶ 40.</w:t>
      </w:r>
    </w:p>
    <w:p>
      <w:pPr>
        <w:pStyle w:val="ArticleBody"/>
        <w:jc w:val="left"/>
      </w:pPr>
      <w:r>
        <w:rPr>
          <w:rFonts w:ascii="Times New Roman" w:hAnsi="Times New Roman" w:eastAsia="Times New Roman" w:cs="Times New Roman"/>
        </w:rPr>
        <w:t>Θα συνεχίσουμε αυτά τα ζητήματα στο επόμενο άρθρο.</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Η Κρυμμένη Ιστορία του Στίχου Σαράντα - Αριθμός Τριάντα Δύο</dc:title>
  <dc:subject>Ιεζεκιήλ Αριθμός Δεκατρία</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