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satakaksikymmentäkuusi</w:t>
      </w:r>
    </w:p>
    <w:p>
      <w:pPr>
        <w:pStyle w:val="ArticleSubtitle"/>
        <w:jc w:val="left"/>
      </w:pPr>
      <w:r>
        <w:rPr>
          <w:rFonts w:ascii="Arial" w:hAnsi="Arial" w:eastAsia="Arial" w:cs="Arial"/>
        </w:rPr>
        <w:t>Profeetallisen kertomuksen paljastaminen: tutkimus Danielin kirjan yhdestoista luvusta ja nykyajan tapahtumista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Danielin kirjan yhdestoista luvun neljäskymmenes jae sovittaa maan pedon protestanttisen sarven historian yhteen maan pedon republikaanisen sarven kanssa. Molemmat sarvet alkavat vuonna 1798, ja niiden todistus jatkuu Yhdysvalloissa pian tulevaan sunnuntailakiin asti. Kummallekin sarvelle annettiin jumalallinen kaksiosainen asiakirja, jonka tuli koetella kumpaakin sarvea. King James -raamatun (Vanhan ja Uuden testamentin) tuli koetella maan pedon uskonnollista sarvea, ja Itsenäisyysjulistuksen sekä Yhdysvaltain perustuslain tuli koetella maan pedon poliittista sarvea. Neljäskymmenes jae on maan pedon historiaa, ja sen historiallinen todistus alkaa vuonna 1776, ja vuoteen 1798 mennessä se alkaa täyttää tehtäväänsä Raamatun profetian kuudentena valtakuntana.</w:t>
      </w:r>
    </w:p>
    <w:p>
      <w:pPr>
        <w:pStyle w:val="ArticleBody"/>
        <w:jc w:val="left"/>
      </w:pPr>
      <w:r>
        <w:rPr>
          <w:rFonts w:ascii="Times New Roman" w:hAnsi="Times New Roman" w:eastAsia="Times New Roman" w:cs="Times New Roman"/>
        </w:rPr>
        <w:t>Jeesus havainnollistaa aina lopun alun avulla, ja Yhdysvaltojen loppu on esitetty sen alkuvaiheen historiassa. Yhdysvaltojen päättymisen ajanjakso on esitetty Danielin kirjan yhdentoista luvun toisessa jakeessa, jossa tuodaan esiin kuusi presidenttiä Ronald Reaganista alkaen. Reagan on ensimmäinen presidentti maan pedon profeetallisen historian viimeisessä ajanjaksossa. Tuo ajanjakso alkoi lopun aikana vuonna 1989. Mutta toinen jae käsittelee ainoastaan Reagania, ensimmäistä Bushia, Clintonia, toista Bushia, Obamaa ja Trumpia. Muita linjoja tarvitaan täydentämään historiaa, joka ulottuu pian tulevaan sunnuntailakiin saakka. Vuodesta 1989 pian tulevaan sunnuntailakiin on Danielin kirjan yhdentoista luvun toisessa jakeessa oleva erityinen linja.</w:t>
      </w:r>
    </w:p>
    <w:p>
      <w:pPr>
        <w:pStyle w:val="ArticleBody"/>
        <w:jc w:val="left"/>
      </w:pPr>
      <w:r>
        <w:rPr>
          <w:rFonts w:ascii="Times New Roman" w:hAnsi="Times New Roman" w:eastAsia="Times New Roman" w:cs="Times New Roman"/>
        </w:rPr>
        <w:t>Vuosi 1798 merkitsee alkua, ja sunnuntailaki merkitsee loppua maan pedon profeetallisessa historiassa Raamatun profetian kuudentena valtakuntana; ja vuosi 1798 merkitsee sen alkua. Ne kaksisataakaksikymmentä vuotta, jotka alkoivat vuonna 1776, muodostavat toisen maan pedon profeetallisen linjan, joka osoittaa ajanjakson, joka alkaa vuonna 1776 ja päättyy vuonna 1996, jolloin vuonna 1989 sinetöimättömästä tiedosta saatu sanoma virallistettiin. Tuo kaksisataakaksikymmentävuotinen ajanjakso osoittaa Amerikan tulevaisuuden, jolloin alussa vuonna 1776 julkistettu riippumattomuus eurooppalaisten kuninkaiden valtiotaidosta ja katolilaisuuden kirkkovallasta poistetaan pian tulevan sunnuntailain yhteydessä. Vuosien 1776 ja 1989 välinen ajanjakso on erityinen linja maan pedon profeetallisessa historiassa.</w:t>
      </w:r>
    </w:p>
    <w:p>
      <w:pPr>
        <w:pStyle w:val="ArticleBody"/>
        <w:jc w:val="left"/>
      </w:pPr>
      <w:r>
        <w:rPr>
          <w:rFonts w:ascii="Times New Roman" w:hAnsi="Times New Roman" w:eastAsia="Times New Roman" w:cs="Times New Roman"/>
        </w:rPr>
        <w:t>Kolmekymmentä vuotta 508:sta vuoteen 538 edustaa profeetallista ajanjaksoa ennen kuin paavius vuonna 538 vahvistettiin raamatullisen profetian viidentenä valtakuntana. Yhdysvallat muodostaa pedon kuvan täydellisesti pian tulevan sunnuntailain yhteydessä. Kolmenkymmenen vuoden valmistava ajanjakso ennen paaviuden vahvistamista vuonna 538 on osa paavillisen pedon kuvan muodostumista. Oli myös valmistava ajanjakso, joka johti vuoteen 1798, jolloin maapeto nousi valtaistuimelle raamatullisen profetian kuudentena valtakuntana. Ajanjakso vuodesta 1776 vuoteen 1798 vastaa ajanjaksoa 508:sta 538:aan.</w:t>
      </w:r>
    </w:p>
    <w:p>
      <w:pPr>
        <w:pStyle w:val="ArticleBody"/>
        <w:jc w:val="left"/>
      </w:pPr>
      <w:r>
        <w:rPr>
          <w:rFonts w:ascii="Times New Roman" w:hAnsi="Times New Roman" w:eastAsia="Times New Roman" w:cs="Times New Roman"/>
        </w:rPr>
        <w:t>Jeesus havainnollistaa jonkin asian päättymisen sen alulla, joten se profeetallinen ajanjakso, jota kuvaa historian vaihe vuodesta 1776 vuoteen 1798 ja josta profeetallinen ajanjakso 508–538 todistaa, antaa kaksi todistajaa. Nuo kaksi ajanjaksoa antavat kaksi todistajaa siitä tosiasiasta, että on olemassa erityinen profeetallinen ajanjakso, joka edeltää raamatullisen profetian valtakunnan valtaistuimelle asettamista. Yhdessä ne vahvistavat, että ajanjakso lopun ajasta vuonna 1989 sunnuntailakiin saakka on yhdenmukainen niiden kahden ajanjakson kanssa, jotka edelsivät vuosia 538 ja 1798.</w:t>
      </w:r>
    </w:p>
    <w:p>
      <w:pPr>
        <w:pStyle w:val="ArticleBody"/>
        <w:jc w:val="left"/>
      </w:pPr>
      <w:r>
        <w:rPr>
          <w:rFonts w:ascii="Times New Roman" w:hAnsi="Times New Roman" w:eastAsia="Times New Roman" w:cs="Times New Roman"/>
        </w:rPr>
        <w:t>Profetaallinen historia lopun ajasta vuonna 1989 aina Danielin yhdentoista luvun neljännenkymmenennenensimmäisen jakeen sunnuntailakiin saakka on esikuvallisesti ilmennyt kolmenkymmenen vuoden ajanjaksossa vuodesta 508 vuoteen 538, ja sitä on myös esikuvallisesti kuvannut kahdenkymmenenkahden vuoden ajanjakso vuodesta 1776 vuoteen 1798.</w:t>
      </w:r>
    </w:p>
    <w:p>
      <w:pPr>
        <w:pStyle w:val="ArticleBody"/>
        <w:jc w:val="left"/>
      </w:pPr>
      <w:r>
        <w:rPr>
          <w:rFonts w:ascii="Times New Roman" w:hAnsi="Times New Roman" w:eastAsia="Times New Roman" w:cs="Times New Roman"/>
        </w:rPr>
        <w:t>Danielin yhdestoista luvun toinen jae osoittaa, että kun Trump, tämän profeetallisen ajanjakson kaikista presidenteistä rikkain, saapuu, hän ”kiihoittaa”, mikä tarkoittaa ”herättää”, koko maailman näkemään globalistien aikeet, sillä nämä pyrkivät tuolloin järjestämään maailman rakenteen uudelleen kaksitasoiseksi järjestelmäksi, jossa eliitit hallitsevat työläisdroonejaan. Niin sanotun ”suuren nollauksen” ensisijainen tavoite on poistaa keskiluokka, jotta eliitit, joita historiassa ovat edustaneet sellaiset historialliset henkilöt kuin Marie Antoinette, eristettäisiin ja suojattaisiin niiltä vähäisiltä ihmisiltä, jotka tuottivat hänen hienostuneet leipänsä.</w:t>
      </w:r>
    </w:p>
    <w:p>
      <w:pPr>
        <w:pStyle w:val="ArticleBody"/>
        <w:jc w:val="left"/>
      </w:pPr>
      <w:r>
        <w:rPr>
          <w:rFonts w:ascii="Times New Roman" w:hAnsi="Times New Roman" w:eastAsia="Times New Roman" w:cs="Times New Roman"/>
        </w:rPr>
        <w:t>Globalistin uskonto on new age -spiritualismi, ja heidän wokeisminsa sekä monimuotoisuuden, yhdenvertaisuuden ja osallisuuden filosofiat yhdessä turmeltuneen kriittisen rotuteorian ideologian kanssa, väärännimisen ilmaston lämpenemisen tieteen saattelemana, sekä heidän salaiset ponnistuksensa kansanmurhaiseen väestönhallintaan tulivat selvästi ilmeisiksi, kun Trump astui historian näyttämölle ”kiihottamaan” koko valtakunnan Kreikkaa vastaan.</w:t>
      </w:r>
    </w:p>
    <w:p>
      <w:pPr>
        <w:pStyle w:val="ArticleBody"/>
        <w:jc w:val="left"/>
      </w:pPr>
      <w:r>
        <w:rPr>
          <w:rFonts w:ascii="Times New Roman" w:hAnsi="Times New Roman" w:eastAsia="Times New Roman" w:cs="Times New Roman"/>
        </w:rPr>
        <w:t>Trumpin nousu vuonna 2016 merkitsee väärän herätyksen (stir up) saapumista, saatanan suunnittelemaa väärennöstä, jonka tarkoituksena on ennalta murentaa Matteuksen kahdenkymmenennenviidennen luvun neitsyiden herätys. Globalistit, olkootpa he maailman näyttämöllä tai Yhdysvaltojen sisällä, esitetään profeetallisesti lohikäärmeenä. He ovat ne kymmenen kuningasta, maailman pankkiirit, globaalit miljardöörikauppiaat, vapaamuurarit ja muut salaiset yhteisöt.</w:t>
      </w:r>
    </w:p>
    <w:p>
      <w:pPr>
        <w:pStyle w:val="ArticleBody"/>
        <w:jc w:val="left"/>
      </w:pPr>
      <w:r>
        <w:rPr>
          <w:rFonts w:ascii="Times New Roman" w:hAnsi="Times New Roman" w:eastAsia="Times New Roman" w:cs="Times New Roman"/>
        </w:rPr>
        <w:t>Globalistiset lohikäärmevallat ovat niitä, jotka ovat erikoistuneet lakisodankäyntiin, sillä Saatana esitetään usein Jumalan Sanan oikeudellisissa perusteluissa. Kun Jumala ennalta varoitti uskollisiaan vainosta, joka aina seuraa niitä, jotka elävät jumalisesti, Hän lupasi, että heidät vietäisiin maan tuomioistuimiin antamaan todistuksensa. Saatana on turmeltuneiden tuomarien, turmeltuneiden oikeusministerien, joita nykyisin on runsaasti trumpismin kuohuttamassa maassa, vertauskuva, ja nuo turmeltuneet tuomioistuimet ja asianajajat tukevat aina järjestöjä, jotka edistävät ja synnyttävät vallankumousta ja anarkiaa, joka on kautta historian ollut Saatanan keskeinen vertauskuva.</w:t>
      </w:r>
    </w:p>
    <w:p>
      <w:pPr>
        <w:pStyle w:val="ArticleBody"/>
        <w:jc w:val="left"/>
      </w:pPr>
      <w:r>
        <w:rPr>
          <w:rFonts w:ascii="Times New Roman" w:hAnsi="Times New Roman" w:eastAsia="Times New Roman" w:cs="Times New Roman"/>
        </w:rPr>
        <w:t>Neuvostoliitto oli lohikäärmeen profeetallinen symboli, sillä muun muassa faraon ateismi on lohikäärmeen ensisijainen tuntomerkki. Neljännenkymmenennen jakeen etelän kuningas on heprean sanan ”negev” kuningas; sana tarkoittaa Egyptiä ja on jakeessa käännetty sanaksi ”etelä”. Farao on raamatullinen vertauskuva Ranskan ateismille, joka oli etelän kuningas ”lopun aikana” vuonna 1798, ja myös Neuvostoliitolle ”lopun aikana” vuonna 1989. Molemmat olivat lohikäärmevaltoja, ja molemmat polveutuivat pakanallisen Rooman lohikäärmevaltakunnasta.</w:t>
      </w:r>
    </w:p>
    <w:p>
      <w:pPr>
        <w:pStyle w:val="ArticleBody"/>
        <w:jc w:val="left"/>
      </w:pPr>
      <w:r>
        <w:rPr>
          <w:rFonts w:ascii="Times New Roman" w:hAnsi="Times New Roman" w:eastAsia="Times New Roman" w:cs="Times New Roman"/>
        </w:rPr>
        <w:t>Yhdysvallat on viimeisinä päivinä luopuneen protestantismin vertauskuva, ja paavius manipuloi taistelua luopuneen protestantismin ja Neuvostoliiton lohikäärmeen välillä voittaakseen ensimmäisen niistä kolmesta esteestä, jotka se kukistaa palatessaan maan valtaistuimelle. Seuraava este on luopunut protestantismi itse, jonka se valloittaa pian tulevan sunnuntailain yhteydessä.</w:t>
      </w:r>
    </w:p>
    <w:p>
      <w:pPr>
        <w:pStyle w:val="ArticleBody"/>
        <w:jc w:val="left"/>
      </w:pPr>
      <w:r>
        <w:rPr>
          <w:rFonts w:ascii="Times New Roman" w:hAnsi="Times New Roman" w:eastAsia="Times New Roman" w:cs="Times New Roman"/>
        </w:rPr>
        <w:t>Presidentti Trumpin voima ja vaikutusvalta käynnistivät heräämisen globalismin vaaroihin, mikä on kärjistynyt maailmanlaajuiseksi taisteluksi lohikäärmeen ja luopuneen protestantismin välillä. Paavius käyttää samaa kahden vallan välistä taistelua, lohikäärmeen ja luopuneen protestantismin, luodakseen olosuhteet toisen maantieteellisen esteen kukistamiseksi aivan samoin kuin se kukisti ensimmäisen maantieteellisen esteen. Siinä on se logiikka, kuinka nopeasti Yhdistyneiden kansakuntien seitsemäs valtakunta (joka on lohikäärmeen valta) niin nopeasti luovuttaa valtakuntansa pedolle pian tulevan sunnuntailain yhteydessä. Se tekee niin, koska se on ollut voitettu vihollinen vuodesta 1989 lähtien.</w:t>
      </w:r>
    </w:p>
    <w:p>
      <w:pPr>
        <w:pStyle w:val="ArticleBody"/>
        <w:jc w:val="left"/>
      </w:pPr>
      <w:r>
        <w:rPr>
          <w:rFonts w:ascii="Times New Roman" w:hAnsi="Times New Roman" w:eastAsia="Times New Roman" w:cs="Times New Roman"/>
        </w:rPr>
        <w:t>Se on yhdellä tasolla sama taistelu, jota paavius käytti kukistaakseen Neuvostoliiton lohikäärmeen vuonna 1989, mutta nykyinen edistyksellisen wokismin taistelu luopioprotestantismin MAGA-ismia vastaan on tarkoitettu kukistamaan luopioprotestantismi, ei lohikäärmettä. Sota käynnistettiin olennaisesti vuonna 2016, ja sitten vuonna 2020 lohikäärme, joka Raamatussa on valheen isä, varasti vaalit ja siten poliittisesti ”surmasi” Trumpin ja republikaanisen MAGA-liikkeen. Ilmestyskirjan yhdestoista luku kertoo, että pedon syvyydestä nouseva peto, joka on ateismin peto, surmasi ne kaksi todistajaa, ja heidät jätettiin kadulle, kunnes he jälleen virkosivat eloon. William Millerin säännöt osoittavat, että profeetallisilla symboleilla on useampi kuin yksi sovellus.</w:t>
      </w:r>
    </w:p>
    <w:p>
      <w:pPr>
        <w:pStyle w:val="ArticleBody"/>
        <w:jc w:val="left"/>
      </w:pPr>
      <w:r>
        <w:rPr>
          <w:rFonts w:ascii="Times New Roman" w:hAnsi="Times New Roman" w:eastAsia="Times New Roman" w:cs="Times New Roman"/>
        </w:rPr>
        <w:t>Koska nyt tarkastelemme lohikäärmeen ja luopioprotestantismin välistä taistelua, joka vie maasta nousevan pedon päätökseensä, nuo kaksi todistajaa ovat maasta nousevan pedon kaksi sarvea. Republikaaninen sarvi surmattiin vuonna 2020 sen raamatullisen vallan toimesta, jonka isä on valheen isä. Olemme tässä nykyisessä historiassa aivan tuon taistelun ytimessä. Danielin yhdestoista luvun jakeessa neljäkymmentäyksi pian tuleva sunnuntailaki pannaan täytäntöön, ja innoituksen mukaan juuri luopioprotestantismi toteuttaa tuon saatanallisen työn.</w:t>
      </w:r>
    </w:p>
    <w:p>
      <w:pPr>
        <w:pStyle w:val="ArticleScripture"/>
        <w:jc w:val="left"/>
      </w:pPr>
      <w:r>
        <w:rPr>
          <w:rFonts w:ascii="Times New Roman" w:hAnsi="Times New Roman" w:eastAsia="Times New Roman" w:cs="Times New Roman"/>
        </w:rPr>
        <w:t>”Yhdysvaltain protestantit ovat etunenässä ojentamassa kätensä kuilun yli tarttuakseen spiritualismin käteen; he kurottautuvat syvyyden yli lyödäkseen kättä Rooman vallan kanssa; ja tämän kolminkertaisen liiton vaikutuksesta tämä maa seuraa Rooman askeleita polkiessaan omantunnon oikeuksia.” Suuri taistelu, 588.</w:t>
      </w:r>
    </w:p>
    <w:p>
      <w:pPr>
        <w:pStyle w:val="ArticleBody"/>
        <w:jc w:val="left"/>
      </w:pPr>
      <w:r>
        <w:rPr>
          <w:rFonts w:ascii="Times New Roman" w:hAnsi="Times New Roman" w:eastAsia="Times New Roman" w:cs="Times New Roman"/>
        </w:rPr>
        <w:t>Ihmistapahtumien monimutkainen vuorovaikutus kuvataan siinä taistelussa, joka alkoi vuonna 2016. Jotta tuossa taistelussa vaikuttavia voimia voidaan arvioida oikein, on tärkeää ymmärtää selvästi, mitä kukin niistä kolmesta vallasta, jotka johtavat maailman Harmagedoniin, edustaa, sillä kullakin niistä on omat erityiset profeetalliset tuntomerkkinsä. Ilmestyskirja säilyttää aina järjestyksen, jossa lohikäärme on ensimmäinen, sitä seuraa peto, ja tätä puolestaan väärä profeetta; sen vuoksi alamme ensin tunnistaa lohikäärmeen, sitten pedon ja lopuksi luopioprotestantismin väärän profeetan profeetallisia ominaispiirteitä.</w:t>
      </w:r>
    </w:p>
    <w:p>
      <w:pPr>
        <w:pStyle w:val="ArticleBody"/>
        <w:jc w:val="left"/>
      </w:pPr>
      <w:r>
        <w:rPr>
          <w:rFonts w:ascii="Times New Roman" w:hAnsi="Times New Roman" w:eastAsia="Times New Roman" w:cs="Times New Roman"/>
        </w:rPr>
        <w:t>Edistykselliset demokraatit eivät ole Yhdysvaltojen luopuneita protestantteja; he ovat globalismin ja lohikäärmeen profeetallisia edustajia. Ennen pian tulevaa sunnuntailakia republikaanisen puolueen täytyy palata valtaan täyttääkseen profeetallisen kertomuksen. Farao, lohikäärmevallan vertauskuva, sekä pakanallisen Rooman lohikäärmevalta Kristuksen aikana tarjoavat kaksi todistajaa siitä, että viimeisinä päivinä lohikäärmevalta on se valta, joka edistää imeväisten surmaamista, kuten tapahtui Mooseksen aikana ja Kristuksen aikana.</w:t>
      </w:r>
    </w:p>
    <w:p>
      <w:pPr>
        <w:pStyle w:val="ArticleBody"/>
        <w:jc w:val="left"/>
      </w:pPr>
      <w:r>
        <w:rPr>
          <w:rFonts w:ascii="Times New Roman" w:hAnsi="Times New Roman" w:eastAsia="Times New Roman" w:cs="Times New Roman"/>
        </w:rPr>
        <w:t>Viimeiset päivät ovat sadan neljänkymmenenneljän tuhannen päiviä, niiden, jotka laulavat sekä Mooseksen että Karitsan laulua; ja sekä Mooseksen että Karitsan historiassa lohikäärmeen valta pyrki surmauttamaan pienet lapset. Näin he tekivät, sillä Saatana tiesi, että Herra oli aikeissa nostaa esiin vapauttajan Mooseksen ja Lunastajan Kristuksen. Viimeisinä päivinä lohikäärme astuu alas suurella vihalla, sillä hän tietää, että hänen aikansa on lyhyt, ja juuri lohikäärmeen valta edistää imeväisten murhaamista yrittäessään tuhota ne, jotka ovat ehdokkaita olemaan sadan neljänkymmenenneljän tuhannen joukossa. Edistykselliset, globalistiset, sosialistiset demokraatit EIVÄT ole niitä, jotka ovat ”etummaisia” varmistamassa sitä kolminkertaista liittoa, joka toteutuu pian tulevan sunnuntailain yhteydessä, sillä demokraatit ovat lohikäärmeen valta, eivät väärä profeetta.</w:t>
      </w:r>
    </w:p>
    <w:p>
      <w:pPr>
        <w:pStyle w:val="ArticleScripture"/>
        <w:jc w:val="left"/>
      </w:pPr>
      <w:r>
        <w:rPr>
          <w:rFonts w:ascii="Times New Roman" w:hAnsi="Times New Roman" w:eastAsia="Times New Roman" w:cs="Times New Roman"/>
        </w:rPr>
        <w:t>”Säädöksellä, joka panee täytäntöön paavinvallan laitoksen vastoin Jumalan lakia, meidän kansakuntamme irrottautuu täydellisesti vanhurskaudesta. Kun protestanttisuus ojentaa kätensä kuilun yli tarttuakseen Rooman vallan käteen, kun se kurottuu syvyyden yli lyödäkseen kättä spiritismin kanssa, kun tämän kolminkertaisen liiton vaikutuksesta maamme hylkää jokaisen perustuslakinsa periaatteen protestanttisena ja tasavaltalaisena hallituksena ja ryhtyy toimiin paavillisten valheiden ja eksytysten levittämiseksi, silloin voimme tietää, että on tullut aika Saatanan ihmeelliselle toiminnalle ja että loppu on lähellä.” Testimonies, osa 5, 451.</w:t>
      </w:r>
    </w:p>
    <w:p>
      <w:pPr>
        <w:pStyle w:val="ArticleBody"/>
        <w:jc w:val="left"/>
      </w:pPr>
      <w:r>
        <w:rPr>
          <w:rFonts w:ascii="Times New Roman" w:hAnsi="Times New Roman" w:eastAsia="Times New Roman" w:cs="Times New Roman"/>
        </w:rPr>
        <w:t>Jumalan Sana osoittaa täsmällisesti kunkin niistä kolmesta vallasta profeetalliset tuntomerkit, jotka johtavat maailman Harmagedoniin. Lohikäärmevalta edistää lakeja, jotka rohkaisevat vauvojen surmaamiseen aikana, jolloin Jumala aikoo nostaa esiin kansan, jota ovat esikuvallisesti edustaneet Mooses ja Kristus. Liberaalidemokraatit ovat lohikäärmevalta siinä Yhdysvaltojen sisäisessä kamppailussa, joka edeltää ja esikuvallistaa saman kamppailun maailman näyttämöllä pian tulevan Yhdysvaltojen sunnuntailain jälkeen. Lohikäärme on valheen isä, ja liberaalit progressiiviset globalistit ovat kuuluisia valehtelemisestaan.</w:t>
      </w:r>
    </w:p>
    <w:p>
      <w:pPr>
        <w:pStyle w:val="ArticleScripture"/>
        <w:jc w:val="left"/>
      </w:pPr>
      <w:r>
        <w:rPr>
          <w:rFonts w:ascii="Times New Roman" w:hAnsi="Times New Roman" w:eastAsia="Times New Roman" w:cs="Times New Roman"/>
        </w:rPr>
        <w:t>Miksi ette ymmärrä minun puhettani? Siksi, ettette voi kuulla minun sanaani. Te olette isästä perkeleestä, ja isänne himoja te tahdotte noudattaa. Hän on ollut murhaaja alusta asti eikä pysynyt totuudessa, koska hänessä ei ole totuutta. Kun hän puhuu valhetta, hän puhuu omaansa; sillä hän on valehtelija ja sen isä. Joh. 8:43, 44.</w:t>
      </w:r>
    </w:p>
    <w:p>
      <w:pPr>
        <w:pStyle w:val="ArticleBody"/>
        <w:jc w:val="left"/>
      </w:pPr>
      <w:r>
        <w:rPr>
          <w:rFonts w:ascii="Times New Roman" w:hAnsi="Times New Roman" w:eastAsia="Times New Roman" w:cs="Times New Roman"/>
        </w:rPr>
        <w:t>Perkele, joka on Saatana ja lohikäärme, oli murhaaja (abortin toimeenpanija) ja valhettelija alusta alkaen. Kun saivartelevat juutalaiset väittelivät Pilatuksen kanssa, he julistivat rohkeasti, ettei heillä ollut kuningasta muuta kuin keisari, ja keisari on pakanallisen Rooman symboli, joka on lohikäärmeen valta.</w:t>
      </w:r>
    </w:p>
    <w:p>
      <w:pPr>
        <w:pStyle w:val="ArticleScripture"/>
        <w:jc w:val="left"/>
      </w:pPr>
      <w:r>
        <w:rPr>
          <w:rFonts w:ascii="Times New Roman" w:hAnsi="Times New Roman" w:eastAsia="Times New Roman" w:cs="Times New Roman"/>
        </w:rPr>
        <w:t>”Näin ollen lohikäärme, vaikka ensisijaisesti edustaakin Saatanaa, on toissijaisessa merkityksessä pakanallisen Rooman vertauskuva.” Suuri taistelu, 439.</w:t>
      </w:r>
    </w:p>
    <w:p>
      <w:pPr>
        <w:pStyle w:val="ArticleBody"/>
        <w:jc w:val="left"/>
      </w:pPr>
      <w:r>
        <w:rPr>
          <w:rFonts w:ascii="Times New Roman" w:hAnsi="Times New Roman" w:eastAsia="Times New Roman" w:cs="Times New Roman"/>
        </w:rPr>
        <w:t>Jotkut ihmettelevät, miksi nykyajan juutalaiset ovat liberaaleja globalisteja, vaikka globalistit kantavat sellaista vihaa nykyajan juutalaisia kohtaan. Syy on siinä, että he valitsivat pakanallisen Rooman kuninkaan ainoaksi kuninkaakseen. Niin älykkäitä kuin monet heprealaisesta rodusta ovatkin, heidän muinainen valintansa hylätä Messias kuninkaanaan on sulkenut heidät lohikäärmeen laumaan.</w:t>
      </w:r>
    </w:p>
    <w:p>
      <w:pPr>
        <w:pStyle w:val="ArticleScripture"/>
        <w:jc w:val="left"/>
      </w:pPr>
      <w:r>
        <w:rPr>
          <w:rFonts w:ascii="Times New Roman" w:hAnsi="Times New Roman" w:eastAsia="Times New Roman" w:cs="Times New Roman"/>
        </w:rPr>
        <w:t>Mutta he huusivat: Pois hänet, pois hänet, ristiinnaulitse hänet. Pilatus sanoi heille: Onko minun ristiinnaulittava teidän Kuninkaanne? Ylipapit vastasivat: Ei meillä ole kuningasta, vaan keisari. Joh. 19:15.</w:t>
      </w:r>
    </w:p>
    <w:p>
      <w:pPr>
        <w:pStyle w:val="ArticleBody"/>
        <w:jc w:val="left"/>
      </w:pPr>
      <w:r>
        <w:rPr>
          <w:rFonts w:ascii="Times New Roman" w:hAnsi="Times New Roman" w:eastAsia="Times New Roman" w:cs="Times New Roman"/>
        </w:rPr>
        <w:t>Euroopan kuninkaat toteuttivat vainon paavikunnan puolesta, ja Ilmestyskirjan seitsemännentoista luvun kymmenen kuningasta ovat ne, jotka käyvät sotaa Karitsaa vastaan, ja he tekevät sen murhaamalla hänen seuraajiaan.</w:t>
      </w:r>
    </w:p>
    <w:p>
      <w:pPr>
        <w:pStyle w:val="ArticleScripture"/>
        <w:jc w:val="left"/>
      </w:pPr>
      <w:r>
        <w:rPr>
          <w:rFonts w:ascii="Times New Roman" w:hAnsi="Times New Roman" w:eastAsia="Times New Roman" w:cs="Times New Roman"/>
        </w:rPr>
        <w:t>Nämä sotivat Karitsaa vastaan, mutta Karitsa voittaa heidät, sillä hän on herrain Herra ja kuningasten Kuningas; ja ne, jotka ovat hänen kanssaan, ovat kutsutut ja valitut ja uskolliset. Ilmestys 17:14.</w:t>
      </w:r>
    </w:p>
    <w:p>
      <w:pPr>
        <w:pStyle w:val="ArticleBody"/>
        <w:jc w:val="left"/>
      </w:pPr>
      <w:r>
        <w:rPr>
          <w:rFonts w:ascii="Times New Roman" w:hAnsi="Times New Roman" w:eastAsia="Times New Roman" w:cs="Times New Roman"/>
        </w:rPr>
        <w:t>Lohikäärmevallan profeetalliset tuntomerkit osoittavat, että juuri he panevat toimeen imeväisten sekä viimeisten päivien kristittyjen suoranaisen murhaamisen, kuten risti ja Colosseum pakanallisen Rooman historiassa kuvaavat. Pimeän keskiajan aikana juuri lohikäärmekuninkaat käyttivät inkvisitiota toteuttaakseen verikylvyt paavilliselle Roomalle. He ovat niitä, jotka murhaavat vauvoja, ja he ovat vertaansa vailla olevia valehtelijoita. Adolf Hitler on nykyajan joukkosurhaajan ja valehtelijan symboli. Hitler oli sosiaalidemokraatti.</w:t>
      </w:r>
    </w:p>
    <w:p>
      <w:pPr>
        <w:pStyle w:val="ArticleBody"/>
        <w:jc w:val="left"/>
      </w:pPr>
      <w:r>
        <w:rPr>
          <w:rFonts w:ascii="Times New Roman" w:hAnsi="Times New Roman" w:eastAsia="Times New Roman" w:cs="Times New Roman"/>
        </w:rPr>
        <w:t>Edistykselliset liberaalit seuraavat Adolph Hitlerin jalanjälkiä; Hitler oli kansallissosialistisen Saksan työväenpuolueen johtaja, puolueen, joka tunnetaan yleisesti natsipuolueena. Hänen johdollaan natsipuolue toteutti totalitaarisen hallinnon ja oli vastuussa lukuisista julmuuksista, mukaan lukien holokausti. Hitlerin puolue yhdistetään usein äärinationalismiin, rasismiin, antisemitismiin ja autoritarismiin. Joseph Goebbels, joka oli natsi-Saksan propagandaministeri toisen maailmansodan aikana, totesi: ”Jos kerrot riittävän suuren valheen ja toistat sitä jatkuvasti, ihmiset alkavat lopulta uskoa siihen.”</w:t>
      </w:r>
    </w:p>
    <w:p>
      <w:pPr>
        <w:pStyle w:val="ArticleBody"/>
        <w:jc w:val="left"/>
      </w:pPr>
      <w:r>
        <w:rPr>
          <w:rFonts w:ascii="Times New Roman" w:hAnsi="Times New Roman" w:eastAsia="Times New Roman" w:cs="Times New Roman"/>
        </w:rPr>
        <w:t>Eräs nykyään edistyksellisten liberaalien demokraattien levittämä yleinen valhe on se, että nykyaikana Hitlerin ajan natseja vastasi tyypillisesti Republikaanipuolueen konservatiivinen oikeisto. Heidän väärä historiallinen kertomuksensa tunnistaa aivan oikein Hitlerin puolueen oman aikansa äärioikeistolaiseksi puolueeksi, mutta he jättävät aina pois sen totuuden, että Hitler oli äärioikealla vain suhteessa kommunisteihin, jotka olivat hänen vasemmistolaisia vihollisiaan hänen poliittisten kamppailujensa alkuvaiheissa. Republikaanit ovat Yhdysvaltojen poliittisessa kirjossa aivan varmasti demokraatteja oikeammalla, mutta jokainen muu Hitlerin natsi-Saksaa luonnehtiva piirre edustaa Demokraattisen puolueen profeetallisia ominaisuuksia.</w:t>
      </w:r>
    </w:p>
    <w:p>
      <w:pPr>
        <w:pStyle w:val="ArticleBody"/>
        <w:jc w:val="left"/>
      </w:pPr>
      <w:r>
        <w:rPr>
          <w:rFonts w:ascii="Times New Roman" w:hAnsi="Times New Roman" w:eastAsia="Times New Roman" w:cs="Times New Roman"/>
        </w:rPr>
        <w:t>Raamattu osoittaa, että te tunnette heidät heidän hedelmistään, ette poliittisen kirjon oikean tai vasemman puolen liukuvan asteikon perusteella. Hitlerin historian ultranationalismi ei määritä MAGA-liikkeen isänmaallisuutta. Hitlerin ultranationalismille oli ominaista hänen samaistumisensa herrarotuun, ja se ilmentää globalistien pyrkimyksiä perustaa Yhdysvaltoihin ja koko maailmaan kaksitasoinen luokkajärjestelmä. Globalistit tietenkin näkevät itsensä tuon järjestelmän ylimmällä tasolla, kuten Hitlerin herrarotu edusti.</w:t>
      </w:r>
    </w:p>
    <w:p>
      <w:pPr>
        <w:pStyle w:val="ArticleBody"/>
        <w:jc w:val="left"/>
      </w:pPr>
      <w:r>
        <w:rPr>
          <w:rFonts w:ascii="Times New Roman" w:hAnsi="Times New Roman" w:eastAsia="Times New Roman" w:cs="Times New Roman"/>
        </w:rPr>
        <w:t>Valhettelun, projisoinnin ja syyttelyn taito on lohikäärmeen ominaispiirre, ja tämän menetelmän klassinen esimerkki on syyttää jotakuta toista niistä teoista tai kannoista, joita itse todellisuudessa ylläpidät ja toteutat. Tämä on jokapäiväinen ilmiö Amerikassa ja nykymaailmassa, ja se on paholaisen tunnusmerkki, sillä hän on ”veljien syyttäjä”.</w:t>
      </w:r>
    </w:p>
    <w:p>
      <w:pPr>
        <w:pStyle w:val="ArticleScripture"/>
        <w:jc w:val="left"/>
      </w:pPr>
      <w:r>
        <w:rPr>
          <w:rFonts w:ascii="Times New Roman" w:hAnsi="Times New Roman" w:eastAsia="Times New Roman" w:cs="Times New Roman"/>
        </w:rPr>
        <w:t>Ja suuri lohikäärme syöstiin ulos, se vanha käärme, jota kutsutaan Perkeleeksi ja Saatanaksi, joka eksyttää koko maanpiirin: hänet syöstiin maahan, ja hänen enkelinsä syöstiin ulos hänen kanssaan. Ja minä kuulin suuren äänen sanovan taivaassa: Nyt on tullut pelastus ja voima ja meidän Jumalamme valtakunta ja hänen Kristuksensa valta, sillä meidän veljiemme syyttäjä on syösty alas, hän, joka syytti heitä meidän Jumalamme edessä päivät ja yöt. Ilmestys 12:9, 10.</w:t>
      </w:r>
    </w:p>
    <w:p>
      <w:pPr>
        <w:pStyle w:val="ArticleBody"/>
        <w:jc w:val="left"/>
      </w:pPr>
      <w:r>
        <w:rPr>
          <w:rFonts w:ascii="Times New Roman" w:hAnsi="Times New Roman" w:eastAsia="Times New Roman" w:cs="Times New Roman"/>
        </w:rPr>
        <w:t>Hitlerin Saksa, joka on meidän aikamme edistyksellisten globalistien profeetallinen rinnakkaisilmiö, omasi määrätietoisen propagandakoneiston, samoin kuin tämän päivän edistykselliset liberaalit; ja juuri siellä toistetaan nykyään niitä suuria valheita, jotka natsi-Saksan propagandaministeri Joseph Goebbels tunnisti, tietokoneistettujen algoritmien matemaattisella tarkkuudella maapallon eri viestintäkanavien kautta. (CNN, MSNBC, BBC, NPR, Google, Facebook ja niin edelleen).</w:t>
      </w:r>
    </w:p>
    <w:p>
      <w:pPr>
        <w:pStyle w:val="ArticleBody"/>
        <w:jc w:val="left"/>
      </w:pPr>
      <w:r>
        <w:rPr>
          <w:rFonts w:ascii="Times New Roman" w:hAnsi="Times New Roman" w:eastAsia="Times New Roman" w:cs="Times New Roman"/>
        </w:rPr>
        <w:t>Valtiopäivätalon palo oli merkittävä tapahtuma Saksan historiassa toiseen maailmansotaan johtaneina vuosina. Se tarjoaa klassisen kuvauksen niistä valheista, joita edistykselliset liberaalit globalistit toteuttavat pyrkimyksessään saada aikaan yhden maailman hallitus. Se tapahtui helmikuun 27. päivän yönä vuonna 1933, jolloin Berliinissä sijaitseva valtiopäivätalorakennus, jossa toimi Saksan parlamentti (rinnakkainen Yhdysvaltain capitol-rakennuksille 6. tammikuuta 2020), sytytettiin tuleen.</w:t>
      </w:r>
    </w:p>
    <w:p>
      <w:pPr>
        <w:pStyle w:val="ArticleBody"/>
        <w:jc w:val="left"/>
      </w:pPr>
      <w:r>
        <w:rPr>
          <w:rFonts w:ascii="Times New Roman" w:hAnsi="Times New Roman" w:eastAsia="Times New Roman" w:cs="Times New Roman"/>
        </w:rPr>
        <w:t>Tulipalo katsottiin tuhopolton aiheuttamaksi, ja se tarjosi tekosyyn natsihallitukselle Adolf Hitlerin ja Hermann Göringin johdolla ajaa läpi valtiopäivätalon paloa koskevan asetuksen. Tämä Saksan presidentin Paul von Hindenburgin allekirjoittama asetus keskeytti kansalaisvapaudet ja mahdollisti poliittisten vastustajien pidättämisen ja vangitsemisen. Se merkitsi huomattavaa askelta natsien vallan lujittamisessa ja demokraattisten instituutioiden rapauttamisessa Saksassa.</w:t>
      </w:r>
    </w:p>
    <w:p>
      <w:pPr>
        <w:pStyle w:val="ArticleBody"/>
        <w:jc w:val="left"/>
      </w:pPr>
      <w:r>
        <w:rPr>
          <w:rFonts w:ascii="Times New Roman" w:hAnsi="Times New Roman" w:eastAsia="Times New Roman" w:cs="Times New Roman"/>
        </w:rPr>
        <w:t>Tuo tuli, jonka useimmat rehelliset historioitsijat myöntävät Hitlerin väen sytyttämäksi, esikuvasi tammikuun 6. päivän 2020 tapahtumia sekä niitä seurannutta niiden perustuslaillisten oikeuksien hävittämistä, jotka kuuluivat niille, jotka eivät tehneet mitään sellaista, mikä ei olisi ollut täysin sallittua perustuslaista löytyvien periaatteiden mukaan, varsinkin verrattaessa siihen anarkiaan ja hävitykseen, jonka Black Life Matters- ja Antifa-liikkeet aiheuttivat, liikkeet, joita edistykselliset liberaalit ylistävät ja tukevat. Tammikuun 6. päivä on lohikäärmeen hedelmä, ja sitä esikuvallistivat Hitlerin Saksan natsit.</w:t>
      </w:r>
    </w:p>
    <w:p>
      <w:pPr>
        <w:pStyle w:val="ArticleBody"/>
        <w:jc w:val="left"/>
      </w:pPr>
      <w:r>
        <w:rPr>
          <w:rFonts w:ascii="Times New Roman" w:hAnsi="Times New Roman" w:eastAsia="Times New Roman" w:cs="Times New Roman"/>
        </w:rPr>
        <w:t>Yhdysvaltojen sosialistiset demokraatit toistuvasti esittävät Trumpin Hitlerin symbolina, sillä heidän toimintaperiaatteensa on se, että jos kerrotte kyllin suuren valheen ja toistatte sitä lakkaamatta median propagandakoneistonne kautta, Marie Antoinetten maaorjat alkavat lopulta uskoa sen.</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Liittykää yhteen, te kansat, ja teidät murskataan; kuulkaa, kaikki te kaukaiset maat: varustautukaa, ja teidät murskataan; varustautukaa, ja teidät murskataan. Pitäkää neuvoa yhdessä, ja se raukeaa tyhjiin; puhukaa sana, eikä se pysy: sillä Jumala on meidän kanssamme. Sillä näin Herra puhui minulle väkevällä kädellä ja opetti minua, etten vaeltaisi tämän kansan tietä, sanoen: Älkää sanoko: Salaliitto, kaikesta siitä, mistä tämä kansa sanoo: Salaliitto; älkääkä pelätkö sitä, mitä he pelkäävät, älkääkä kauhistuko. Herra Sebaot, hänet pitäkää pyhänä; hän olkoon teidän pelkonne, hän olkoon teidän kauhistuksenne. Ja hän on oleva pyhäkkö; mutta kompastuskivi ja loukkauskallio molemmille Israelin huoneille, ansa ja paula Jerusalemin asukkaille. Ja monet heidän joukostansa kompastuvat, kaatuvat ja murskautuvat, joutuvat paulaan ja tulevat vangituiksi. Sido todistus kokoon, sinetöi laki minun opetuslasteni keskuuteen. Jesaja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satakaksikymmentäkuusi</dc:title>
  <dc:subject>Profeetallisen kertomuksen paljastaminen: tutkimus Danielin kirjan yhdestoista luvusta ja nykyajan tapahtumista</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