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satakaksikymmentäseitsemän</w:t>
      </w:r>
    </w:p>
    <w:p>
      <w:pPr>
        <w:pStyle w:val="ArticleSubtitle"/>
        <w:jc w:val="left"/>
      </w:pPr>
      <w:r>
        <w:rPr>
          <w:rFonts w:ascii="Arial" w:hAnsi="Arial" w:eastAsia="Arial" w:cs="Arial"/>
        </w:rPr>
        <w:t>Pahan valaliiton profeetallisten tunnusmerkkien paljastaminen: Näkemyksiä Jesajasta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Lohikäärmeen profeetallinen ominaispiirre on liittoutuminen, kuten Jesaja osoittaa.</w:t>
      </w:r>
    </w:p>
    <w:p>
      <w:pPr>
        <w:pStyle w:val="ArticleScripture"/>
        <w:jc w:val="left"/>
      </w:pPr>
      <w:r>
        <w:rPr>
          <w:rFonts w:ascii="Times New Roman" w:hAnsi="Times New Roman" w:eastAsia="Times New Roman" w:cs="Times New Roman"/>
        </w:rPr>
        <w:t>Liittykää yhteen, te kansat, ja teidät murskataan; kuulkaa, kaikki te kaukaisten maiden asukkaat: vyöttäytykää, ja teidät murskataan; vyöttäytykää, ja teidät murskataan. Pitäkää neuvoa keskenänne, ja se raukeaa tyhjiin; puhukaa sana, eikä se pysy voimassa, sillä Jumala on meidän kanssamme. Sillä näin Herra puhui minulle väkevällä kädellä ja varoitti minua vaeltamasta tämän kansan tietä sanoen: Älkää sanoko: ”Salaliitto”, kaikesta siitä, mistä tämä kansa sanoo: ”Salaliitto”; älkääkä pelätkö sitä, mitä he pelkäävät, älkääkä vavisko. Herra Sebaot, hänet pitäkää pyhänä; hän olkoon teidän pelkonne, hän olkoon teidän kauhonne. Ja hän on oleva pyhäkkö; mutta myös loukkauskivi ja kompastuksen kallio kummallekin Israelin huoneelle, ansa ja paula Jerusalemin asukkaille. Monet heidän joukossaan kompastuvat ja kaatuvat ja murskautuvat, joutuvat paulaan ja tulevat pyydystetyiksi. Sido todistus kokoon, sinetöi laki opetuslasteni keskuudessa. Jesaja 8:9–16.</w:t>
      </w:r>
    </w:p>
    <w:p>
      <w:pPr>
        <w:pStyle w:val="ArticleBody"/>
        <w:jc w:val="left"/>
      </w:pPr>
      <w:r>
        <w:rPr>
          <w:rFonts w:ascii="Times New Roman" w:hAnsi="Times New Roman" w:eastAsia="Times New Roman" w:cs="Times New Roman"/>
        </w:rPr>
        <w:t>Viimeisinä päivinä, niiden sadan neljänkymmenenneljän tuhannen sinetöimisen aikana, jolloin Jesaja sanoo: ”Sido todistus kokoon, sinetöi laki minun opetuslasteni keskuudessa”, maapallolla on olemassa ”paha liittoutuma”. On tärkeää ymmärtää, että Yhdysvaltojen historia, joka johtaa sunnuntailakiin, on esikuva samoista tapahtumista maailmanlaajuisella tasolla.</w:t>
      </w:r>
    </w:p>
    <w:p>
      <w:pPr>
        <w:pStyle w:val="ArticleScripture"/>
        <w:jc w:val="left"/>
      </w:pPr>
      <w:r>
        <w:rPr>
          <w:rFonts w:ascii="Times New Roman" w:hAnsi="Times New Roman" w:eastAsia="Times New Roman" w:cs="Times New Roman"/>
        </w:rPr>
        <w:t>”Vieraat kansat seuraavat Yhdysvaltojen esimerkkiä. Vaikka se kulkee edellä, sama kriisi kohtaa kuitenkin kansaamme kaikkialla maailmassa.” Testimonies, volume 6, 395.</w:t>
      </w:r>
    </w:p>
    <w:p>
      <w:pPr>
        <w:pStyle w:val="ArticleBody"/>
        <w:jc w:val="left"/>
      </w:pPr>
      <w:r>
        <w:rPr>
          <w:rFonts w:ascii="Times New Roman" w:hAnsi="Times New Roman" w:eastAsia="Times New Roman" w:cs="Times New Roman"/>
        </w:rPr>
        <w:t>Sisark White määrittelee huolellisesti, keitä ”paha salaliitto” tarkoittaa, ja se edustaa nykyisten globalistien edistyksellistä liberalismia. Tehdessään näin hän toistuvasti lainaa Jesajan edeltäviä jakeita, joissa tunnistetaan paha salaliitto sinetöimisen aikana, jolloin sata neljäkymmentäneljätuhatta sinetöidään.</w:t>
      </w:r>
    </w:p>
    <w:p>
      <w:pPr>
        <w:pStyle w:val="ArticleScripture"/>
        <w:jc w:val="left"/>
      </w:pP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ਯਸ਼ਾਇਆ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ਯਸ਼ਾਇਆ</w:t>
      </w:r>
      <w:r>
        <w:rPr>
          <w:rFonts w:ascii="Times New Roman" w:hAnsi="Times New Roman" w:eastAsia="Times New Roman" w:cs="Times New Roman"/>
        </w:rPr>
        <w:t xml:space="preserve"> 8:9–13 </w:t>
      </w:r>
      <w:r>
        <w:rPr>
          <w:rFonts w:ascii="Nirmala UI" w:hAnsi="Nirmala UI" w:eastAsia="Nirmala UI" w:cs="Nirmala UI"/>
        </w:rPr>
        <w:t>ਉਧਰਿਤ।</w:t>
      </w:r>
    </w:p>
    <w:p>
      <w:pPr>
        <w:pStyle w:val="ArticleScripture"/>
        <w:jc w:val="left"/>
      </w:pPr>
      <w:r>
        <w:rPr>
          <w:rFonts w:ascii="Times New Roman" w:hAnsi="Times New Roman" w:eastAsia="Times New Roman" w:cs="Times New Roman"/>
        </w:rPr>
        <w:t>”On niitä, jotka kyseenalaistavat, onko kristittyjen oikein kuulua vapaamuurareihin ja muihin salaseuroihin. Ajatkoot kaikki sellaiset juuri lainattuja raamatunkohtia. Jos ylipäätään olemme kristittyjä, meidän on oltava kristittyjä kaikkialla, ja meidän on otettava huomioon ja noudatettava sitä neuvoa, joka on annettu tehdäksemme meistä kristittyjä Jumalan sanan mittapuun mukaan.” Evangelism, 617, 618.</w:t>
      </w:r>
    </w:p>
    <w:p>
      <w:pPr>
        <w:pStyle w:val="ArticleBody"/>
        <w:jc w:val="left"/>
      </w:pPr>
      <w:r>
        <w:rPr>
          <w:rFonts w:ascii="Times New Roman" w:hAnsi="Times New Roman" w:eastAsia="Times New Roman" w:cs="Times New Roman"/>
        </w:rPr>
        <w:t>Viimeisten päivien paha liittouma liittyy vapaamuurareihin ja muihin salaseuroihin. Sen uskonto on spiritualismi, ja se muodostuu maailman pankkiireista ja maan miljardöörikauppiaista, jotka ”keskittävät maailman varallisuuden ja vallan” ja jotka edistävät sellaisia liikkeitä kuin Antifa ja Black Lives Matter lietsoakseen ”levottomuuden, mellakan ja verenvuodatuksen henkeä” ”maailmanlaajuisessa mittakaavassa” pyrkien synnyttämään uudelleen ”Ranskan vallankumouksen” anarkian.</w:t>
      </w:r>
    </w:p>
    <w:p>
      <w:pPr>
        <w:pStyle w:val="ArticleScripture"/>
        <w:jc w:val="left"/>
      </w:pPr>
      <w:r>
        <w:rPr>
          <w:rFonts w:ascii="Times New Roman" w:hAnsi="Times New Roman" w:eastAsia="Times New Roman" w:cs="Times New Roman"/>
        </w:rPr>
        <w:t>”Spiritismi väittää, että ihmiset ovat lankeamattomia puolijumalia; että ”jokainen mieli tuomitsee itse itsensä”; että ”todellinen tieto asettaa ihmiset kaiken lain yläpuolelle”; että ”kaikki tehdyt synnit ovat viattomia”; sillä ”mikä tahansa on, on oikein”, eikä ”Jumala tuomitse”. Alhaisimmatkin ihmisolennot se esittää olevan taivaassa ja siellä suuresti korotettuina. Näin se julistaa kaikille ihmisille: ”Ei ole väliä, mitä teet; elä niin kuin haluat, taivas on kotisi.” Näin johdetaan lukemattomia uskomaan, että halu on korkein laki, että hillittömyys on vapautta ja että ihminen on vastuussa ainoastaan itselleen.</w:t>
      </w:r>
    </w:p>
    <w:p>
      <w:pPr>
        <w:pStyle w:val="ArticleScripture"/>
        <w:jc w:val="left"/>
      </w:pPr>
      <w:r>
        <w:rPr>
          <w:rFonts w:ascii="Times New Roman" w:hAnsi="Times New Roman" w:eastAsia="Times New Roman" w:cs="Times New Roman"/>
        </w:rPr>
        <w:t>”Kun tällaista opetusta annetaan jo aivan elämän alkuvaiheessa, jolloin vietti on voimakkaimmillaan ja itsehillinnän ja puhtauden vaatimus on kaikkein kiireellisin, missä ovat hyveen turvatekijät? mikä estää maailmaa tulemasta toiseksi Sodomaksi? Samalla anarkia pyrkii pyyhkäisemään pois kaiken lain, ei ainoastaan jumalallisen vaan myös inhimillisen. Varallisuuden ja vallan keskittäminen; laajat yhteenliittymät harvojen rikastuttamiseksi monien kustannuksella; köyhempien luokkien yhteenliittymät omien etujensa ja vaatimustensa puolustamiseksi; levottomuuden, mellakan ja verenvuodatuksen henki; niiden samojen oppien maailmanlaajuinen leviäminen, jotka johtivat Ranskan vallankumoukseen — kaikki nämä ovat omiaan saattamaan koko maailman samanlaiseen taisteluun kuin se, joka järisytti Ranskaa.” Education, 227, 228.</w:t>
      </w:r>
    </w:p>
    <w:p>
      <w:pPr>
        <w:pStyle w:val="ArticleBody"/>
        <w:jc w:val="left"/>
      </w:pPr>
      <w:r>
        <w:rPr>
          <w:rFonts w:ascii="Times New Roman" w:hAnsi="Times New Roman" w:eastAsia="Times New Roman" w:cs="Times New Roman"/>
        </w:rPr>
        <w:t>Jokaisen ajattelevan ihmisen tulisi kysyä itseltään, mitä tapahtuu sellaisissa kokouksissa kuin hiljattain Davosissa pidetty, jossa miehet esittävät suunnitelmiaan maapalloa varten ottamatta lainkaan huomioon muuta maapallon väestöä. Mitä salaisuuksia siellä käsiteltiin? Davos on tietenkin vain yksi useista salaisista suljetuista kokouksista, joissa maailman miljardöörit, pankkiirit, turmeltuneet poliitikot ja moraalisesti kieroutuneet miehet laativat yleviä suunnitelmiaan maapalloa varten.</w:t>
      </w:r>
    </w:p>
    <w:p>
      <w:pPr>
        <w:pStyle w:val="ArticleScripture"/>
        <w:jc w:val="left"/>
      </w:pPr>
      <w:r>
        <w:rPr>
          <w:rFonts w:ascii="Times New Roman" w:hAnsi="Times New Roman" w:eastAsia="Times New Roman" w:cs="Times New Roman"/>
        </w:rPr>
        <w:t>Näinä viimeisinä päivinä nousee esiin outoja harhakäsityksiä ja ihmistekoisia teorioita, joiden Jumala julistaa murskautuvan kappaleiksi. Ahneuden henki on johtanut ihmisiä tavoittelemaan maailmallista etua, ja ylellisyydellä ja näyttävyydellä he ovat yrittäneet kätkeä pahat tekonsa, joita he ovat tehneet päästäkseen päämääräänsä. Korkeita luottamustehtäviä hoitavat miehet ovat ilmaisseet tämän laittoman voitonhalun; he ovat harjoittaneet kiristystä ja ryöstöä ja tyydyttäneet sydäntensä pahoja himoja, kunnes kaupunkimme ovat turmeltuneet heidän jumalattomuutensa kautta. Jumala on ilmoittanut paljastavansa nämä petoksen ja ryöstön teot niiden oman vaikutuksen kautta. Joissakin tapauksissa Jumalan tuomiot ovat jo langenneet raskaasti näiden kaupunkien päälle.</w:t>
      </w:r>
    </w:p>
    <w:p>
      <w:pPr>
        <w:pStyle w:val="ArticleScripture"/>
        <w:jc w:val="left"/>
      </w:pPr>
      <w:r>
        <w:rPr>
          <w:rFonts w:ascii="Times New Roman" w:hAnsi="Times New Roman" w:eastAsia="Times New Roman" w:cs="Times New Roman"/>
        </w:rPr>
        <w:t>“Jesaja 8:8–12 siteerattu.” Review and Herald, 18. heinäkuuta 1907.</w:t>
      </w:r>
    </w:p>
    <w:p>
      <w:pPr>
        <w:pStyle w:val="ArticleBody"/>
        <w:jc w:val="left"/>
      </w:pPr>
      <w:r>
        <w:rPr>
          <w:rFonts w:ascii="Times New Roman" w:hAnsi="Times New Roman" w:eastAsia="Times New Roman" w:cs="Times New Roman"/>
        </w:rPr>
        <w:t>Kaupungit ovat turmeltuneet, niin kuin edellisessä jaksossa ennustettiin, ja tämän turmeluksen aiheuttaa Jesajan kahdeksannen luvun paha salaliitto. Ne ovat turmeltuneet ”miesten, jotka ovat korkeissa luottamustehtävissä”, kautta, jotka ”ovat paljastaneet” ”laittoman voitonhalunsa”. Turmeltuneet kaupungit ovat helposti nähtävissä osavaltioissa, joiden oikeusministerit on valittu George Sorosin kaltaisten kommunistien rahoilla. Tämä on nähtävissä silloin, kun vakiintuneita lakeja jätetään panematta täytäntöön Washington, DC:n turmeltuneiden poliitikkojen toimesta. Se on nähtävissä myös laeissa, joita sovelletaan yksinomaan niihin, jotka ovat poliittisen kentän toisella puolella, kuten Nancy Pelosin ja Adam Schiffin kaltaisten henkilöiden esimerkki osoittaa.</w:t>
      </w:r>
    </w:p>
    <w:p>
      <w:pPr>
        <w:pStyle w:val="ArticleScripture"/>
        <w:jc w:val="left"/>
      </w:pPr>
      <w:r>
        <w:rPr>
          <w:rFonts w:ascii="Times New Roman" w:hAnsi="Times New Roman" w:eastAsia="Times New Roman" w:cs="Times New Roman"/>
        </w:rPr>
        <w:t>Rikkoen ja valehdellen Herraa vastaan ja luopuen pois meidän Jumalastamme, puhuen sortoa ja kapinaa, sydämessä siittäen ja lausuen valheen sanoja. Ja oikeus on työnnetty taakse, ja vanhurskaus seisoo kaukana; sillä totuus on kaatunut kadulle, eikä oikeamielisyys voi astua sisään. Niin, totuus puuttuu; ja se, joka karttaa pahaa, joutuu saaliiksi; ja Herra näki sen, ja se oli hänelle vastenmielistä, ettei oikeutta ollut. Jesaja 59:13–15.</w:t>
      </w:r>
    </w:p>
    <w:p>
      <w:pPr>
        <w:pStyle w:val="ArticleBody"/>
        <w:jc w:val="left"/>
      </w:pPr>
      <w:r>
        <w:rPr>
          <w:rFonts w:ascii="Times New Roman" w:hAnsi="Times New Roman" w:eastAsia="Times New Roman" w:cs="Times New Roman"/>
        </w:rPr>
        <w:t>Edellisessä Review and Herald -julkaisusta otetussa katkelmassa korkeita luottamustehtäviä hoitavat miehet yksilöivät turmeltuneet poliitikot, joiden Wall Street -salkut ylittävät aina parhaat mahdolliset tuotot, koska he ovat lainsäädäntötyöllään laillistaneet itselleen “sisäpiirikaupan” eivätkä kenellekään muulle. Tarkastelkaa Martha Stewartin historiaa. Katkelmassa kaupungit ovat turmeltuneet pahuutensa kautta, ja tämä käy erityisen ilmeiseksi niiden kaupunkien ja osavaltioiden kohdalla, joita hallitsevat globalistiset demokraatit.</w:t>
      </w:r>
    </w:p>
    <w:p>
      <w:pPr>
        <w:pStyle w:val="ArticleBody"/>
        <w:jc w:val="left"/>
      </w:pPr>
      <w:r>
        <w:rPr>
          <w:rFonts w:ascii="Times New Roman" w:hAnsi="Times New Roman" w:eastAsia="Times New Roman" w:cs="Times New Roman"/>
        </w:rPr>
        <w:t>Pahan liittouman viimeisinä päivinä muodostavat lohikäärme, peto ja väärä profeetta, ja pedolla sekä väärällä profeetalla on omat pahat profeetalliset tunnuspiirteensä, mutta ne ominaispiirteet, jotka ilmenevät niin selvästi liberaalissa globalismissa, ovat lohikäärmeen piirteitä.</w:t>
      </w:r>
    </w:p>
    <w:p>
      <w:pPr>
        <w:pStyle w:val="ArticleScripture"/>
        <w:jc w:val="left"/>
      </w:pPr>
      <w:r>
        <w:rPr>
          <w:rFonts w:ascii="Times New Roman" w:hAnsi="Times New Roman" w:eastAsia="Times New Roman" w:cs="Times New Roman"/>
        </w:rPr>
        <w:t>”Ilmestys 17:13–14 siteerattuna. ’Näillä on yksi mieli.’ Tulee olemaan yleismaailmallinen yhdysside, yksi suuri sopusointu, saatanan joukkojen liitto. ’Ja antavat voimansa ja valtansa pedolle.’ Näin ilmenee sama mielivaltainen, sortava valta uskonnonvapautta vastaan, vapautta palvoa Jumalaa omantunnon vaatimusten mukaisesti, kuin mikä ilmeni paavinvallassa, kun se menneinä aikoina vainosi niitä, jotka uskalsivat kieltäytyä mukautumasta roomalaisuuden uskonnollisiin riitteihin ja seremonioihin.</w:t>
      </w:r>
    </w:p>
    <w:p>
      <w:pPr>
        <w:pStyle w:val="ArticleScripture"/>
        <w:jc w:val="left"/>
      </w:pPr>
      <w:r>
        <w:rPr>
          <w:rFonts w:ascii="Times New Roman" w:hAnsi="Times New Roman" w:eastAsia="Times New Roman" w:cs="Times New Roman"/>
        </w:rPr>
        <w:t>”Viimeisinä päivinä käytävässä sodankäynnissä yhdistyvät Jumalan kansaa vastaan kaikki ne turmeltuneet vallat, jotka ovat luopuneet uskollisuudesta Jehovan laille. Tässä sodankäynnissä neljännen käskyn sapatti on oleva suuri kiistakysymys; sillä sapattikäskyssä suuri Lainantaja ilmaisee itsensä taivaan ja maan Luojaksi.” The Seventh-day Adventist Bible Commentary, 983.</w:t>
      </w:r>
    </w:p>
    <w:p>
      <w:pPr>
        <w:pStyle w:val="ArticleBody"/>
        <w:jc w:val="left"/>
      </w:pPr>
      <w:r>
        <w:rPr>
          <w:rFonts w:ascii="Times New Roman" w:hAnsi="Times New Roman" w:eastAsia="Times New Roman" w:cs="Times New Roman"/>
        </w:rPr>
        <w:t>Seuraavissa artikkeleissa tarkastelemme pedon ja luopuneen protestantismin profeetallisia tunnusmerkkejä. On tärkeää tunnistaa, mitä on ilmoitettu siitä, kumpi poliittinen puolue johtaa etujoukossa ja vetelee naruista sunnuntailainsäädännön toimeenpanossa. Tietenkin molemmat puolueet (demokraatit ja republikaanit) yhtyvät sunnuntailakikysymyksessä, niin kuin fariseukset ja saddukeukset ristillä, mutta ei ole mitään oikeutettua syytä väittää, että protestantin tai luopuneen protestantin nimitystä voitaisiin liittää demokraattiseen puolueeseen, sillä se on selvästi lohikäärmeen valta.</w:t>
      </w:r>
    </w:p>
    <w:p>
      <w:pPr>
        <w:pStyle w:val="ArticleBody"/>
        <w:jc w:val="left"/>
      </w:pPr>
      <w:r>
        <w:rPr>
          <w:rFonts w:ascii="Times New Roman" w:hAnsi="Times New Roman" w:eastAsia="Times New Roman" w:cs="Times New Roman"/>
        </w:rPr>
        <w:t>Sadan neljänkymmenenneljän tuhannen sinetöimisen historia on se historia, jossa Jesajan kahdeksannen luvun paha salaliitto tunnistetaan. Tuo historia alkoi 11. syyskuuta 2001, jolloin neljäs presidentti, toinen Bush, oli vallassa. Tuossa historiassa kuudes presidentti tulisi vuonna 2016, ja hän herättäisi (liikuttaisi) koko Kreikan valtakunnan, sillä hän herättäisi maailman näkemään taistelun lohikäärmeen vallan ja luopioprotestantismin välillä, joka toteuttaa työn pedon palauttamiseksi maan valtaistuimelle.</w:t>
      </w:r>
    </w:p>
    <w:p>
      <w:pPr>
        <w:pStyle w:val="ArticleBody"/>
        <w:jc w:val="left"/>
      </w:pPr>
      <w:r>
        <w:rPr>
          <w:rFonts w:ascii="Times New Roman" w:hAnsi="Times New Roman" w:eastAsia="Times New Roman" w:cs="Times New Roman"/>
        </w:rPr>
        <w:t>Sokea, järjetön viha Trumpia kohtaan tunnistetaan monien taholta eräänlaiseksi mielettömyydeksi, sillä se perustuu epärehellisyyteen ja epäjohdonmukaiseen logiikkaan. Maailma pyrkii määrittelemään tämän perusteettoman vihan Trumpia kohtaan, mutta todellisuudessa kyse ei ole globalistien suoraviivaisesta inhimillisestä mielettömyydestä, vaan profetian täyttymyksen yliluonnollisesta ilmentymästä sadan neljänkymmenenneljän tuhannen sinetöimisen historian aikana.</w:t>
      </w:r>
    </w:p>
    <w:p>
      <w:pPr>
        <w:pStyle w:val="ArticleScripture"/>
        <w:jc w:val="left"/>
      </w:pPr>
      <w:r>
        <w:rPr>
          <w:rFonts w:ascii="Times New Roman" w:hAnsi="Times New Roman" w:eastAsia="Times New Roman" w:cs="Times New Roman"/>
        </w:rPr>
        <w:t>Voi, kunpa Jumalan kansalla olisi tunto tuhansia kaupunkeja uhkaavasta lähestyvästä hävityksestä, kaupunkeja, jotka nyt ovat miltei epäjumalanpalvelukselle antautuneet! Mutta monet niistä, joiden tulisi julistaa totuutta, syyttävät ja tuomitsevat veljiään. Kun Jumalan käännyttävä voima tulee ihmismielten ylle, tapahtuu ratkaiseva muutos. Ihmisillä ei ole halua arvostella ja repiä hajalle. He eivät asetu sellaiseen asemaan, joka estää valoa loistamasta maailmalle. Heidän arvostelunsa, heidän syyttelynsä, lakkaa. Vihollisen voimat kokoontuvat taisteluun. Ankaria kamppailuja on edessämme. Liittykää yhteen, veljeni ja sisareni, liittykää yhteen. Sitoutukaa Kristukseen. ”Älkää sanoko: Salaliitto, kaikesta siitä, mistä tämä kansa sanoo: Salaliitto; älkääkä peljätkö sitä, mitä se pelkää, älkääkä vavisko. Herra Sebaot pitäkää pyhänä, hän olkoon teidän pelkonne, hän olkoon teidän kauhistuksenne. Ja hän on oleva pyhäkkö; mutta loukkauskivi ja kompastuksen kallio Israelin kummallekin huonekunnalle, ansa ja paula Jerusalemin asukkaille. Ja monet heidän joukossaan kompastuvat ja kaatuvat ja ruhjoutuvat, joutuvat paulaan ja tulevat vangituiksi.”</w:t>
      </w:r>
    </w:p>
    <w:p>
      <w:pPr>
        <w:pStyle w:val="ArticleScripture"/>
        <w:jc w:val="left"/>
      </w:pPr>
      <w:r>
        <w:rPr>
          <w:rFonts w:ascii="Times New Roman" w:hAnsi="Times New Roman" w:eastAsia="Times New Roman" w:cs="Times New Roman"/>
        </w:rPr>
        <w:t>”Maailma on näyttämö. Sen asukkaat, näyttelijät, valmistautuvat esittämään osansa viimeisessä suuressa näytelmässä. Jumala on kadotettu näkyvistä. Ihmiskunnan suurten joukkojen keskuudessa ei ole mitään ykseyttä, paitsi silloin kun ihmiset liittoutuvat toteuttaakseen itsekkäät tarkoitusperänsä. Jumala katsoo kaikkea. Hänen tarkoituksensa kapinallisten alamaisiensa suhteen täyttyvät. Maailmaa ei ole annettu ihmisten käsiin, vaikka Jumala sallii sekasorron ja epäjärjestyksen voimien hallita jonkin aikaa. Alhaalta oleva voima toimii saattaakseen toteutumaan näytelmän viimeiset suuret kohtaukset,—Saatanan tullessa Kristuksena ja vaikuttaessa kaikella vääryyden eksytyksellä niissä, jotka sitovat itsensä yhteen salaseuroissa. Ne, jotka antautuvat liittoutumisen himolle, toteuttavat vihollisen suunnitelmia. Syytä seuraa vaikutus.</w:t>
      </w:r>
    </w:p>
    <w:p>
      <w:pPr>
        <w:pStyle w:val="ArticleScripture"/>
        <w:jc w:val="left"/>
      </w:pPr>
      <w:r>
        <w:rPr>
          <w:rFonts w:ascii="Times New Roman" w:hAnsi="Times New Roman" w:eastAsia="Times New Roman" w:cs="Times New Roman"/>
        </w:rPr>
        <w:t>”Rikkomus on lähes saavuttanut rajansa. Hämmennys täyttää maailman, ja suuri kauhu on pian kohtaava ihmisiä. Loppu on aivan lähellä. Meidän, jotka tunnemme totuuden, tulisi valmistautua siihen, mikä pian on vyöryvä maailman ylle valtavana yllätyksenä.” Review and Herald, September 10, 1903.</w:t>
      </w:r>
    </w:p>
    <w:p>
      <w:pPr>
        <w:pStyle w:val="ArticleBody"/>
        <w:jc w:val="left"/>
      </w:pPr>
      <w:r>
        <w:rPr>
          <w:rFonts w:ascii="Times New Roman" w:hAnsi="Times New Roman" w:eastAsia="Times New Roman" w:cs="Times New Roman"/>
        </w:rPr>
        <w:t>Kolmannen voihuuton islam on aikeissa iskeä ”tuhansiin kaupunkeihin”, eikä laodikealaisella adventismilla ole mitään tajua siitä, että välitön hävitys on tapahtumaisillaan. Sinä ajanjaksona, jolloin Jesajan paha liittouma toteuttaa työtään, on olemassa saatanallinen ”voima alhaalta”, joka ”toimii saattaakseen toteutumaan draaman viimeiset suuret kohtaukset”, ja nämä asiat tulevat ”musertavana yllätyksenä”. Trumpia kohtaan harjoitettu mielettömyys on alhaalta tulevan voiman aiheuttamaa. Se on osa maan historian viimeisiä kohtauksia.</w:t>
      </w:r>
    </w:p>
    <w:p>
      <w:pPr>
        <w:pStyle w:val="ArticleBody"/>
        <w:jc w:val="left"/>
      </w:pPr>
      <w:r>
        <w:rPr>
          <w:rFonts w:ascii="Times New Roman" w:hAnsi="Times New Roman" w:eastAsia="Times New Roman" w:cs="Times New Roman"/>
        </w:rPr>
        <w:t>Tätä ei tule ymmärtää Trumpin tukemisena; se on yksinkertaisesti Jumalan sana, joka ei koskaan petä. Sadan neljänkymmenenneljän tuhannen sinetöimisen aikana Jumala vuodattaa voimansa korkeudesta, samalla kun Saatana käyttää voimaansa alhaalta.</w:t>
      </w:r>
    </w:p>
    <w:p>
      <w:pPr>
        <w:pStyle w:val="ArticleScripture"/>
        <w:jc w:val="left"/>
      </w:pPr>
      <w:r>
        <w:rPr>
          <w:rFonts w:ascii="Times New Roman" w:hAnsi="Times New Roman" w:eastAsia="Times New Roman" w:cs="Times New Roman"/>
        </w:rPr>
        <w:t>”Jos tahdomme omata kolmannen enkelin sanoman hengen ja voiman, meidän on esitettävä laki ja evankeliumi yhdessä, sillä ne kulkevat käsi kädessä. Samalla kun alhaalta tuleva voima yllyttää tottelemattomuuden lapsia tekemään Jumalan lain tyhjäksi ja polkemaan jalkoihinsa sitä totuutta, että Kristus on meidän vanhurskautemme, ylhäältä tuleva voima vaikuttaa uskollisten sydämissä korottaakseen lain ja nostaakseen Jeesuksen täydellisenä Vapahtajana esiin. Ellei jumalallista voimaa tuoda Jumalan kansan kokemukseen, väärät teoriat ja käsitykset ottavat mielet vangikseen, Kristus ja Hänen vanhurskautensa katoavat monien kokemuksesta, ja heidän uskonsa on oleva vailla voimaa ja elämää.” Gospel Workers, 161.</w:t>
      </w:r>
    </w:p>
    <w:p>
      <w:pPr>
        <w:pStyle w:val="ArticleBody"/>
        <w:jc w:val="left"/>
      </w:pPr>
      <w:r>
        <w:rPr>
          <w:rFonts w:ascii="Times New Roman" w:hAnsi="Times New Roman" w:eastAsia="Times New Roman" w:cs="Times New Roman"/>
        </w:rPr>
        <w:t>Ennen pian tulevaa sunnuntailakia ilmenevä Saatanan voiman ilmentymä, joka johtaa kohti sitä, on esikuva Saatanan vallan huippuhetkestä, joka toteutuu pian tulevan sunnuntailain aikana.</w:t>
      </w:r>
    </w:p>
    <w:p>
      <w:pPr>
        <w:pStyle w:val="ArticleScripture"/>
        <w:jc w:val="left"/>
      </w:pPr>
      <w:r>
        <w:rPr>
          <w:rFonts w:ascii="Times New Roman" w:hAnsi="Times New Roman" w:eastAsia="Times New Roman" w:cs="Times New Roman"/>
        </w:rPr>
        <w:t>”Asetuksella, joka panee täytäntöön paaviuden laitoksen vastoin Jumalan lakia, kansakuntamme irrottautuu täysin vanhurskaudesta. Kun protestanttisuus ojentaa kätensä kuilun yli tarttuakseen Rooman vallan käteen, kun se kurottautuu syvyyden yli lyödäkseen kättä spiritismin kanssa, kun tämän kolminkertaisen liiton vaikutuksesta maamme hylkää tasavallan ja protestanttisen hallitusmuotonsa perustuslain jokaisen periaatteen ja ryhtyy edistämään paavillisia valheita ja eksytyksiä, silloin saamme tietää, että on tullut aika saatanan ihmeelliselle toiminnalle ja että loppu on lähellä.” Testimonies, osa 5, 451.</w:t>
      </w:r>
    </w:p>
    <w:p>
      <w:pPr>
        <w:pStyle w:val="ArticleBody"/>
        <w:jc w:val="left"/>
      </w:pPr>
      <w:r>
        <w:rPr>
          <w:rFonts w:ascii="Times New Roman" w:hAnsi="Times New Roman" w:eastAsia="Times New Roman" w:cs="Times New Roman"/>
        </w:rPr>
        <w:t>Vaikutin, joka nyt tulee syvyydestä ja ilmentää toimintaansa lohikäärmeen globalistisissa edustajissa Yhdysvalloissa, toistuu maailman kansakunnissa sunnuntailain tultua voimaan. Jo nyt maailman kansakunnat osoittavat samaa yliluonnollista mielettömyyttä Trumpia kohtaan.</w:t>
      </w:r>
    </w:p>
    <w:p>
      <w:pPr>
        <w:pStyle w:val="ArticleScripture"/>
        <w:jc w:val="left"/>
      </w:pPr>
      <w:r>
        <w:rPr>
          <w:rFonts w:ascii="Times New Roman" w:hAnsi="Times New Roman" w:eastAsia="Times New Roman" w:cs="Times New Roman"/>
        </w:rPr>
        <w:t>”Vieraat kansakunnat seuraavat Yhdysvaltojen esimerkkiä. Vaikka se käy edellä, sama kriisi kohtaa kuitenkin meidän kansaamme kaikkialla maailmassa.” Testimonies, volume 6, 395.</w:t>
      </w:r>
    </w:p>
    <w:p>
      <w:pPr>
        <w:pStyle w:val="ArticleBody"/>
        <w:jc w:val="left"/>
      </w:pPr>
      <w:r>
        <w:rPr>
          <w:rFonts w:ascii="Times New Roman" w:hAnsi="Times New Roman" w:eastAsia="Times New Roman" w:cs="Times New Roman"/>
        </w:rPr>
        <w:t>Se, minkä Yhdysvaltain republikaanit määrittelevät hulluudeksi demokraattien taholla heidän epäloogisessa vastustuksessaan Trumpia kohtaan, on todellisuudessa saatanallisen voiman yliluonnollinen ilmentymä, joka täyttää Danielin kirjan yhdettätoista lukua, jaetta kaksi. Trumpin, joka on kuudes presidentti lopun ajan alkamisesta vuonna 1989 lähtien, oli määrä ”lietsottaa” (herättää) koko maailman sosialistiset globalistit. Häntä vastaan tunnettu viha on yliluonnollista, ja se on esikuva saatanallisen voiman ilmentymästä, joka saapuu vielä suuremmassa mitassa pian tulevan sunnuntailain myötä.</w:t>
      </w:r>
    </w:p>
    <w:p>
      <w:pPr>
        <w:pStyle w:val="ArticleBody"/>
        <w:jc w:val="left"/>
      </w:pPr>
      <w:r>
        <w:rPr>
          <w:rFonts w:ascii="Times New Roman" w:hAnsi="Times New Roman" w:eastAsia="Times New Roman" w:cs="Times New Roman"/>
        </w:rPr>
        <w:t>Alhaalta tulevan voiman ilmentyminen tapahtuu sisar Whiten viittauksen mukaan sen pahan liittoutuman aikana, josta Jesaja varoittaa kahdeksannessa luvussa, ja tuona aikana Jumalan kansan sinetöiminen on käynnissä.</w:t>
      </w:r>
    </w:p>
    <w:p>
      <w:pPr>
        <w:pStyle w:val="ArticleScripture"/>
        <w:jc w:val="left"/>
      </w:pPr>
      <w:r>
        <w:rPr>
          <w:rFonts w:ascii="Times New Roman" w:hAnsi="Times New Roman" w:eastAsia="Times New Roman" w:cs="Times New Roman"/>
        </w:rPr>
        <w:t>Sido todistus, sinetöi laki minun opetuslasteni keskuuteen. Jesaja 8:16.</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”Pelottavia, yliluonnollista laatua olevia näkyjä ilmaantuu pian taivaalla merkiksi ihmeitä tekevien riivaajien voimasta. Pahojen henkien henget lähtevät maan kuninkaiden luo ja koko maailmaan kietomaan heidät eksytykseen ja yllyttämään heitä yhtymään Saatanaan hänen viimeisessä taistelussaan taivaan hallitusta vastaan. Näiden välikappaleiden kautta sekä hallitsijat että alamaiset joutuvat yhtä lailla petetyiksi. Esiin nousee henkilöitä, jotka tekeytyvät itse Kristukseksi ja vaativat itselleen sen arvonimen ja palvonnan, jotka kuuluvat maailman Lunastajalle. He tekevät hämmästyttäviä parantamisihmeitä ja väittävät saaneensa taivaasta ilmestyksiä, jotka ovat ristiriidassa Raamatun todistuksen kanssa.”</w:t>
      </w:r>
    </w:p>
    <w:p>
      <w:pPr>
        <w:pStyle w:val="ArticleScripture"/>
        <w:jc w:val="left"/>
      </w:pPr>
      <w:r>
        <w:rPr>
          <w:rFonts w:ascii="Times New Roman" w:hAnsi="Times New Roman" w:eastAsia="Times New Roman" w:cs="Times New Roman"/>
        </w:rPr>
        <w:t>”Suurena huipennuksena tässä petoksen suuressa näytelmässä Saatana itse esiintyy Kristuksena. Seurakunta on jo kauan tunnustanut odottavansa Vapahtajan tulemusta toiveittensa täyttymyksenä. Nyt suuri pettäjä saa näyttämään siltä, että Kristus on tullut. Eri puolilla maata Saatana ilmestyy ihmisten keskuuteen majesteettisena, häikäisevän kirkkaana olentona, joka muistuttaa sitä kuvausta Jumalan Pojasta, jonka Johannes antaa Ilmestyskirjassa. Ilmestys 1:13–15. Häntä ympäröivä kirkkaus on verraton kaikkeen siihen nähden, mitä kuolevaisten silmät ovat tähän asti nähneet. Ilmaa halkoo riemunhuuto: ’Kristus on tullut! Kristus on tullut!’ Kansa heittäytyy maahan palvoen hänen edessään, samalla kun hän kohottaa kätensä ja lausuu heidän ylleen siunauksen, niin kuin Kristus siunasi opetuslapsiaan ollessaan maan päällä. Hänen äänensä on lempeä ja hillitty, mutta täynnä sointuvuutta. Hellässä, sääliväisessä puheessaan hän esittää joitakin niistä samoista armollisista, taivaallisista totuuksista, jotka Vapahtaja lausui; hän parantaa kansan sairaita ja väittää sitten omaksumassaan Kristuksen hahmossa muuttaneensa sapatin sunnuntaiksi sekä käskee kaikkia pitämään pyhänä sen päivän, jonka hän on siunannut. Hän julistaa, että ne, jotka edelleen pysyvät seitsemännen päivän pyhittämisessä, pilkkaavat hänen nimeään kieltäytymällä kuulemasta hänen enkeleitään, jotka on lähetetty heidän luokseen valon ja totuuden kanssa. Tämä on väkevä, miltei vastustamaton eksytys. Samoin kuin Simon Maguksen pettämät samarialaiset, kansanjoukot, pienimmästä suurimpaan, ottavat vaarin näistä noituuksista ja sanovat: Tämä on ’Jumalan suuri voima’. Apt. 8:10.”</w:t>
      </w:r>
    </w:p>
    <w:p>
      <w:pPr>
        <w:pStyle w:val="ArticleScripture"/>
        <w:jc w:val="left"/>
      </w:pPr>
      <w:r>
        <w:rPr>
          <w:rFonts w:ascii="Times New Roman" w:hAnsi="Times New Roman" w:eastAsia="Times New Roman" w:cs="Times New Roman"/>
        </w:rPr>
        <w:t>"Mutta Jumalan kansaa ei johdeta harhaan. Tämän väärän kristuksen opetukset eivät ole sopusoinnussa Raamatun kanssa. Hänen siunauksensa julistetaan pedon ja sen kuvan palvojien ylle, juuri sen ihmisryhmän, jonka päälle Raamattu julistaa Jumalan laimentamattoman vihan vuodatettavan." Suuri taistelu,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satakaksikymmentäseitsemän</dc:title>
  <dc:subject>Pahan valaliiton profeetallisten tunnusmerkkien paljastaminen: Näkemyksiä Jesajasta</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