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satakaksikymmentäyhdeksän</w:t>
      </w:r>
    </w:p>
    <w:p>
      <w:pPr>
        <w:pStyle w:val="ArticleSubtitle"/>
        <w:jc w:val="left"/>
      </w:pPr>
      <w:r>
        <w:rPr>
          <w:rFonts w:ascii="Arial" w:hAnsi="Arial" w:eastAsia="Arial" w:cs="Arial"/>
        </w:rPr>
        <w:t>Profetaallisen merkityksen paljastaminen: republikaaninen sarvi ja viimeiset liikkeet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Tarkastelemme Danielin kirjan yhdennentoista luvun neljättäkymmenettä jaetta ja käsittelemme sen profeetallista linjaa, joka liittyy tasavaltalaisuuden sarveen. Perustamme tämän sovellutuksen lopun aikaan, joka alkoi vuonna 1989. Tuo linja kuvaa historiaa vuodesta 1989 pian tulevaan sunnuntailakiin saakka, ja sitä esikuvaa profeetallinen ajanjakso vuosina 508–538, jolloin paavius ensin sai vallan ja pani täytäntöön sunnuntailain Orléansin kirkolliskokouksessa. Sitä esikuvaa myös ajanjakso Kristuksen syntymästä Hänen kasteeseensa.</w:t>
      </w:r>
    </w:p>
    <w:p>
      <w:pPr>
        <w:pStyle w:val="ArticleBody"/>
        <w:jc w:val="left"/>
      </w:pPr>
      <w:r>
        <w:rPr>
          <w:rFonts w:ascii="Times New Roman" w:hAnsi="Times New Roman" w:eastAsia="Times New Roman" w:cs="Times New Roman"/>
        </w:rPr>
        <w:t>Lisäämme noihin linjoihin myös profeetallisen historian linjan, joka löytyy Danielin kirjan yhdestoista luvun toisesta jakeesta. Siinä havaitsemme, että Yhdysvaltain kuudes presidentti vuoden 1989, lopun ajan, jälkeen on Donald Trump, joka jakeen mukaan ”kiihoittaa” (herättää) koko Kreikan valtakunnan (globalismin) vuoden 2016 vaaleissa.</w:t>
      </w:r>
    </w:p>
    <w:p>
      <w:pPr>
        <w:pStyle w:val="ArticleBody"/>
        <w:jc w:val="left"/>
      </w:pPr>
      <w:r>
        <w:rPr>
          <w:rFonts w:ascii="Times New Roman" w:hAnsi="Times New Roman" w:eastAsia="Times New Roman" w:cs="Times New Roman"/>
        </w:rPr>
        <w:t>Sitten aloimme tarkastella niitä profeetallisia ominaispiirteitä, jotka liittyvät kolmeen valtaan, jotka muodostavat lohikäärmeen, pedon ja väärän profeetan kolminkertaisen liiton ja jotka yhdessä ovat vuodesta 1989 lähtien johtamassa maailmaa koetusajan päättymiseen, suuren Jumalan päivän taisteluun, joka on Harmagedon. Tarkastelemme näitä profeetallisia ominaispiirteitä voidaksemme tunnistaa Ilmestyskirjan kolmannentoista luvun maasta nousevan pedon republikaanisen sarven poliittiset tunnusmerkit. Republikaanisuuden ja protestantismin kahta sarvea kuvattiin Meedo-Persian oinaan kahdella sarvella Danielin kahdeksannessa luvussa.</w:t>
      </w:r>
    </w:p>
    <w:p>
      <w:pPr>
        <w:pStyle w:val="ArticleScripture"/>
        <w:jc w:val="left"/>
      </w:pPr>
      <w:r>
        <w:rPr>
          <w:rFonts w:ascii="Times New Roman" w:hAnsi="Times New Roman" w:eastAsia="Times New Roman" w:cs="Times New Roman"/>
        </w:rPr>
        <w:t>Sitten minä nostin silmäni ja katsoin, ja katso, virran edessä seisoi oinas, jolla oli kaksi sarvea; ja ne molemmat sarvet olivat korkeat, mutta toinen oli toista korkeampi, ja korkeampi nousi viimeisenä. Daniel 8:3.</w:t>
      </w:r>
    </w:p>
    <w:p>
      <w:pPr>
        <w:pStyle w:val="ArticleBody"/>
        <w:jc w:val="left"/>
      </w:pPr>
      <w:r>
        <w:rPr>
          <w:rFonts w:ascii="Times New Roman" w:hAnsi="Times New Roman" w:eastAsia="Times New Roman" w:cs="Times New Roman"/>
        </w:rPr>
        <w:t>Meedo-Persia oli kaksinainen valta, samoin kuin Ranska Ranskan vallankumouksen aikana, ja samoin ovat Yhdysvallat. Yhdysvaltain kaksi sarvea ovat tasavaltalaisuus ja protestantismi, mutta kaksisarvinen maapeto muuttuu alkuvaiheensa karitsankaltaisesta pedosta lopulta pedoksi, joka puhuu lohikäärmeen tavoin. Sarven kaksi profeetallista linjaa kulkevat rinnakkain Danielin kirjan luvussa yksitoista, jakeessa neljäkymmentä, ja yhdessä tarkasteltuina ne molemmat alkavat lopun aikana vuonna 1798. Kun sarvia tutkitaan erikseen, protestantismin sarvi liittyy profeetallisesti lopun aikaan vuonna 1798, ja tasavaltalaisuuden sarvi liittyy lopun aikaan vuonna 1989.</w:t>
      </w:r>
    </w:p>
    <w:p>
      <w:pPr>
        <w:pStyle w:val="ArticleBody"/>
        <w:jc w:val="left"/>
      </w:pPr>
      <w:r>
        <w:rPr>
          <w:rFonts w:ascii="Times New Roman" w:hAnsi="Times New Roman" w:eastAsia="Times New Roman" w:cs="Times New Roman"/>
        </w:rPr>
        <w:t>Molemmilla sarvilla on kaksijakoinen luonne, kuten Kristuksen aikana vallinneessa sanhedrinissa, joka koostui saddukeuksista ja fariseuksista. Saddukeukset olivat liberaaleja ja fariseukset konservatiiveja, ja vaikka he olivat julkisia vihollisia, he yhtyivät ristillä Kristusta vastaan. Pian tulevan sunnuntailain aikana luopioprotestantismin ja luopiorepublikanismin molemmat sarvet muodostavat kirkon ja valtion välisen suhteen Kristuksen uskollisia seitsemännen päivän sapatinpitäjiä vastaan, mutta kun nämä kaksi sarvea etenevät maapedon historian kuluessa, kummankin sarven sisäinen kiista kuvataan saddukeusten liberalismina ja fariseusten konservatismina.</w:t>
      </w:r>
    </w:p>
    <w:p>
      <w:pPr>
        <w:pStyle w:val="ArticleBody"/>
        <w:jc w:val="left"/>
      </w:pPr>
      <w:r>
        <w:rPr>
          <w:rFonts w:ascii="Times New Roman" w:hAnsi="Times New Roman" w:eastAsia="Times New Roman" w:cs="Times New Roman"/>
        </w:rPr>
        <w:t>Tarkastelemme nyt republikaanisuuden sarvea, ja huomatkaamme nyt, että demokraattinen puolue jäljittää alkuperänsä aivan Yhdysvaltojen historian varhaisimpiin alkuvaiheisiin. Se muodostettiin vuonna 1828, mutta sen poliittiset juuret olivat Thomas Jeffersonissa ja James Madisonissa. Meedo-Persian kahden sarven todistuksen mukaan republikaaninen puolue perustettiin vuonna 1854 vastustamaan demokraattisen puolueen orjuutta kannattavaa kantaa. Se oli sen tähden Danielin kahdeksannen luvun ”korkeampi” sarvi, sillä se oli sarvi, joka nousi viimeisenä.</w:t>
      </w:r>
    </w:p>
    <w:p>
      <w:pPr>
        <w:pStyle w:val="ArticleBody"/>
        <w:jc w:val="left"/>
      </w:pPr>
      <w:r>
        <w:rPr>
          <w:rFonts w:ascii="Times New Roman" w:hAnsi="Times New Roman" w:eastAsia="Times New Roman" w:cs="Times New Roman"/>
        </w:rPr>
        <w:t>Tasavaltalaisen sarven kaksinaisesta luonteesta johtuen demokraattinen puolue nousi ensin ja republikaaninen puolue nousi viimeisenä. Kysymys, joka synnytti republikaanisen puolueen, oli sen orjuuden vastainen kanta vastakohtana demokraattisen puolueen orjuutta kannattavalle kannalle. Molempia sarvia yhdistävä teema on joko poliittinen tai hengellinen orjuus. Tästä syystä vuodesta 1863 tuli käännekohta kummallekin sarvelle. Vuonna 1863 republikaaninen sarvi julisti vapauden orjille, ja demokraattisen puolueen vastustus tätä vapautta kohtaan synnytti paitsi virallisen republikaanisen puolueen myös Yhdysvaltain sisällissodan. Vuonna 1776 Yhdysvallat puhui ja hylkäsi sekä eurooppalaisten kuninkaiden (Statecraft) että paavin (Churchcraft) orjuuden. Sitten vuonna 1789 Yhdysvallat puhui perustuslain astuessa voimaan. Maasta noussut peto oli tosiasiallisesti ”niellyt vedenpaisumuksen” paavillisen ja kuninkaallisen eurooppalaisen vainon.</w:t>
      </w:r>
    </w:p>
    <w:p>
      <w:pPr>
        <w:pStyle w:val="ArticleScripture"/>
        <w:jc w:val="left"/>
      </w:pPr>
      <w:r>
        <w:rPr>
          <w:rFonts w:ascii="Times New Roman" w:hAnsi="Times New Roman" w:eastAsia="Times New Roman" w:cs="Times New Roman"/>
        </w:rPr>
        <w:t>Ja käärme syöksi suustaan naisen jälkeen vettä kuin virran, saadakseen hänet virran vietäväksi. Mutta maa auttoi naista, ja maa avasi suunsa ja nieli virran, jonka lohikäärme oli syössyt suustaan. Ja lohikäärme vihastui naiseen ja lähti käymään sotaa hänen siemenensä jäljelle jääneiden kanssa, niiden, jotka pitävät Jumalan käskyt ja joilla on Jeesuksen Kristuksen todistus. Ilmestys 12:15–17.</w:t>
      </w:r>
    </w:p>
    <w:p>
      <w:pPr>
        <w:pStyle w:val="ArticleBody"/>
        <w:jc w:val="left"/>
      </w:pPr>
      <w:r>
        <w:rPr>
          <w:rFonts w:ascii="Times New Roman" w:hAnsi="Times New Roman" w:eastAsia="Times New Roman" w:cs="Times New Roman"/>
        </w:rPr>
        <w:t>Sitten, kun Yhdysvallat vuonna 1798 syntyi Raamatun profetian kuudentena valtakuntana, Yhdysvallat puhui jälleen, ja näin tehdessään se merkitsi muistiin sen, mitä Yhdysvallat on puhuva lopussa, sillä Jeesus havainnollistaa aina lopun alun kautta. Maan peto on pian tulevan sunnuntailain yhteydessä puhuva lohikäärmeen tavoin, ja tehdessään niin se lakkaa olemasta Raamatun profetian kuudes valtakunta. Se, mitä se puhui alkuvaiheessaan Raamatun profetian valtakuntana vuonna 1798, edustaa sitä, mitä se on jälleen puhuva silloin, kun se puhuu lohikäärmeen tavoin.</w:t>
      </w:r>
    </w:p>
    <w:p>
      <w:pPr>
        <w:pStyle w:val="ArticleBody"/>
        <w:jc w:val="left"/>
      </w:pPr>
      <w:r>
        <w:rPr>
          <w:rFonts w:ascii="Times New Roman" w:hAnsi="Times New Roman" w:eastAsia="Times New Roman" w:cs="Times New Roman"/>
        </w:rPr>
        <w:t>Vuoden 1798 maahanmuuttolakeja kutsutaan Alien and Sedition Acts -laeiksi, ja ne olivat Yhdysvaltain kongressin säätämä neljän lain kokonaisuus, jonka presidentti John Adams vahvisti laiksi vuonna 1798. Lait käsittelivät ensisijaisesti Yhdysvalloissa asuviin muukalaisiin (ulkomaalaisiin) liittyviä kysymyksiä, ja niillä oli huomattava vaikutus maahanmuuttoon tuona aikana. Nämä neljä lakia olivat seuraavat:</w:t>
      </w:r>
    </w:p>
    <w:p>
      <w:pPr>
        <w:pStyle w:val="ArticleBody"/>
        <w:jc w:val="left"/>
      </w:pPr>
      <w:r>
        <w:rPr>
          <w:rFonts w:ascii="Times New Roman" w:hAnsi="Times New Roman" w:eastAsia="Times New Roman" w:cs="Times New Roman"/>
        </w:rPr>
        <w:t>Vuoden 1798 kansalaistamislaki: Tämä laki pidensi maahanmuuttajien Yhdysvaltain kansalaisiksi tulemiseen vaaditun asumisajan viidestä vuodesta neljääntoista vuoteen. Se vaikeutti maahanmuuttajien mahdollisuuksia tulla kansalaisiksi ja osallistua poliittiseen prosessiin.</w:t>
      </w:r>
    </w:p>
    <w:p>
      <w:pPr>
        <w:pStyle w:val="ArticleBody"/>
        <w:jc w:val="left"/>
      </w:pPr>
      <w:r>
        <w:rPr>
          <w:rFonts w:ascii="Times New Roman" w:hAnsi="Times New Roman" w:eastAsia="Times New Roman" w:cs="Times New Roman"/>
        </w:rPr>
        <w:t>Ulkomaalaisia ystäviä koskeva laki: Tämä laki valtuutti presidentin karkottamaan rauhan aikana jokaisen ei-kansalaisen, jota pidettiin ”Yhdysvaltain rauhalle ja turvallisuudelle vaarallisena”. Se antoi presidentille huomattavan harkintavallan ulkomaalaisten karkottamisessa.</w:t>
      </w:r>
    </w:p>
    <w:p>
      <w:pPr>
        <w:pStyle w:val="ArticleBody"/>
        <w:jc w:val="left"/>
      </w:pPr>
      <w:r>
        <w:rPr>
          <w:rFonts w:ascii="Times New Roman" w:hAnsi="Times New Roman" w:eastAsia="Times New Roman" w:cs="Times New Roman"/>
        </w:rPr>
        <w:t>Ulkomaalaisia vihollisia koskeva laki: Tämä laki antoi presidentille valtuuden ottaa kiinni, pidättää ja karkottaa sodan aikana jokaisen vihamielisen valtion miespuolisen kansalaisen. Se oli ensisijaisesti suunnattu vihollismaista tulevia mahdollisia vakoojia tai sabotoijia vastaan.</w:t>
      </w:r>
    </w:p>
    <w:p>
      <w:pPr>
        <w:pStyle w:val="ArticleBody"/>
        <w:jc w:val="left"/>
      </w:pPr>
      <w:r>
        <w:rPr>
          <w:rFonts w:ascii="Times New Roman" w:hAnsi="Times New Roman" w:eastAsia="Times New Roman" w:cs="Times New Roman"/>
        </w:rPr>
        <w:t>Kapinalakiang Sedition Act: Bagaman hindi ito tuwirang may kaugnayan sa imigrasyon, ginawa ng Sedition Act na isang krimen ang paglathala ng mga huwad, mapanirang-puri, o may masamang layuning pahayag laban sa pamahalaan ng U.S., sa Kongreso, o sa Pangulo, na may layuning siraan sila o ilagay sila sa kahihiyan. Ginamit ito upang supilin ang pampulitikang pagsalungat at pagpuna.</w:t>
      </w:r>
    </w:p>
    <w:p>
      <w:pPr>
        <w:pStyle w:val="ArticleBody"/>
        <w:jc w:val="left"/>
      </w:pPr>
      <w:r>
        <w:rPr>
          <w:rFonts w:ascii="Times New Roman" w:hAnsi="Times New Roman" w:eastAsia="Times New Roman" w:cs="Times New Roman"/>
        </w:rPr>
        <w:t>Muukalais- ja kapinalakien olemus Yhdysvaltojen historian alussa kuudentena valtakuntana vuonna 1798 osoittaa selvästi Donald Trumpin ja hänen MAGA-kannattajiensa tarkoitusperän. Tämä säädös oli ”ensimmäinen” puhuminen, ja kun maapeto puhuu lohikäärmeen tavoin ”viimeisessään”, lait tulevat olemaan hyvin samankaltaisia. Se, että nykyisen historian ympäristö heijastaa täydellisesti sitä logiikkaa, jonka perusteella nämä säädökset toistuvat, on Kristuksen tunnusmerkki Alfana ja Omeganа. Maapedon ”puhumisen” keskivaiheilla vuonna 1863 annettiin ensimmäisen republikaanipresidentin vapautusjulistus.</w:t>
      </w:r>
    </w:p>
    <w:p>
      <w:pPr>
        <w:pStyle w:val="ArticleBody"/>
        <w:jc w:val="left"/>
      </w:pPr>
      <w:r>
        <w:rPr>
          <w:rFonts w:ascii="Times New Roman" w:hAnsi="Times New Roman" w:eastAsia="Times New Roman" w:cs="Times New Roman"/>
        </w:rPr>
        <w:t>Emansipaatiojulistus merkitsi sisällissodan täsmällistä keskikohtaa, ja näin ollen heprean sanan ”totuus” määritelmä löytyy maan pedon puhumisen kolmesta tienviitasta. Heprean aakkoston ensimmäinen kirjain on sama kuin viimeinen kirjain, ja kolmastoista kirjain on kapinan symboli.</w:t>
      </w:r>
    </w:p>
    <w:p>
      <w:pPr>
        <w:pStyle w:val="ArticleBody"/>
        <w:jc w:val="left"/>
      </w:pPr>
      <w:r>
        <w:rPr>
          <w:rFonts w:ascii="Times New Roman" w:hAnsi="Times New Roman" w:eastAsia="Times New Roman" w:cs="Times New Roman"/>
        </w:rPr>
        <w:t>Tässä kohden on otettava huomioon, että vuosi 1863 ja siinä yksilöity kapina täyttyivät myös Laodikealaisessa adventistikirkossa, jota protestanttinen sarvi edusti, samanaikaisesti kun republikaaninen sarvi ilmensi poliittista kapinaa. Protestanttisen sarven kaksinainen luonne tuli näkyviin filadelfialaisen adventtiliikkeen siirtyessä laodikealaiseen adventtikirkkoon, ja republikaanisen sarven kaksinainen luonne tuli näkyviin siinä kiistassa, jossa demokraattisen puolueen orjuutta puoltava kanta synnytti orjuudenvastaisen republikaanipuolueen ja ensimmäisen republikaanisen presidentin.</w:t>
      </w:r>
    </w:p>
    <w:p>
      <w:pPr>
        <w:pStyle w:val="ArticleBody"/>
        <w:jc w:val="left"/>
      </w:pPr>
      <w:r>
        <w:rPr>
          <w:rFonts w:ascii="Times New Roman" w:hAnsi="Times New Roman" w:eastAsia="Times New Roman" w:cs="Times New Roman"/>
        </w:rPr>
        <w:t>Ensimmäinen republikaaninen presidentti sijoittuu kolmivaiheisen profeetallisen ”totuuden” tunnusmerkin keskelle. Hän on sen tähden ensimmäisen ajanjakson päätös ja toisen ajanjakson alku, aivan kuten risti oli Kristuksen henkilökohtaisen palvelutyön kolmen ja puolen vuoden päätös ja samalla myös Hänen opetuslastensa persoonassa tapahtuneen Hänen kolmen ja puolen vuoden palvelutyönsä alku. Hänen henkilökohtaisen palvelutyönsä alku oli Hänen kasteessaan, joka vertauskuvallisesti edusti Hänen kuolemaansa, ja tuo ajanjakso päättyi Hänen kuolemaansa. Hänen kuolemansa aloitti Hänen opetuslastensa palvelutyön, joka päättyi Hänen opetuslapsensa Stefanoksen kuolemaan.</w:t>
      </w:r>
    </w:p>
    <w:p>
      <w:pPr>
        <w:pStyle w:val="ArticleBody"/>
        <w:jc w:val="left"/>
      </w:pPr>
      <w:r>
        <w:rPr>
          <w:rFonts w:ascii="Times New Roman" w:hAnsi="Times New Roman" w:eastAsia="Times New Roman" w:cs="Times New Roman"/>
        </w:rPr>
        <w:t>Vuonna 1798 annettujen Alien and Sedition Acts -lakien ”puhuminen” oli sellaisen ajanjakson alku, joka päättyi Emancipation Proclamationin ”puhumiseen”. Emancipation Proclamation merkitsi toisen ajanjakson alkua, joka päättyy, kun Yhdysvallat ”puhuu” lohikäärmeen tavoin. Presidentti, joka ”puhui” vuonna 1863, oli ensimmäinen republikaanipresidentti; sen vuoksi myös viimeinen presidentti tulee olemaan republikaani.</w:t>
      </w:r>
    </w:p>
    <w:p>
      <w:pPr>
        <w:pStyle w:val="ArticleBody"/>
        <w:jc w:val="left"/>
      </w:pPr>
      <w:r>
        <w:rPr>
          <w:rFonts w:ascii="Times New Roman" w:hAnsi="Times New Roman" w:eastAsia="Times New Roman" w:cs="Times New Roman"/>
        </w:rPr>
        <w:t>Ilmestyskirjan neljäntoista luvun kolme enkeliä saavat aikaan kaksi liikettä. Ensimmäisen ja toisen enkelin sanomat esitti milleriläinen liike, joka kapinoi ja muodostui viralliseksi kirkoksi vuonna 1863. Jeesus havainnollistaa aina jonkin asian lopun sen alulla. Kolmannen enkelin liike, joka on myös Ilmestyskirjan kahdeksannentoista luvun väkevä enkeli, on viimeinen näistä kolmen enkelin kahdesta liikkeestä. Se, mikä alkoi vuonna 1798 todellisen protestanttisen sarven liikkeenä, muuttui kirkoksi vuoden 1863 kapinassa, ja kun maapetoon liittyvä historia päättyy pian tulevan sunnuntailain myötä, vuoden 1863 kapinallinen kirkko siirtyy takaisin epäviralliseksi liikkeeksi, sillä se, mikä alkoi liikkeenä, päättyy liikkeenä.</w:t>
      </w:r>
    </w:p>
    <w:p>
      <w:pPr>
        <w:pStyle w:val="ArticleBody"/>
        <w:jc w:val="left"/>
      </w:pPr>
      <w:r>
        <w:rPr>
          <w:rFonts w:ascii="Times New Roman" w:hAnsi="Times New Roman" w:eastAsia="Times New Roman" w:cs="Times New Roman"/>
        </w:rPr>
        <w:t>Protestanttisen sarven siirtymävaiheissa alussa ja lopussa liike muuttuu kirkoksi ja muuttuu sitten lopussa jälleen liikkeeksi. Ensimmäisessä siirtymäkohdassa, alussa, Filadelfia muuttui Laodikeaksi, ja lopun siirtymäkohdassa Laodikea muuttuu takaisin Filadelfiaksi.</w:t>
      </w:r>
    </w:p>
    <w:p>
      <w:pPr>
        <w:pStyle w:val="ArticleBody"/>
        <w:jc w:val="left"/>
      </w:pPr>
      <w:r>
        <w:rPr>
          <w:rFonts w:ascii="Times New Roman" w:hAnsi="Times New Roman" w:eastAsia="Times New Roman" w:cs="Times New Roman"/>
        </w:rPr>
        <w:t>Republikaanisen sarven osalta siirtymävaiheen käännekohta oli sisällissotaan johtanut historia, joka synnytti republikaanisen puolueen. Protestanttisen sarven osalta siirtymävaiheen käännekohta oli vuodet 1856–1863, mikä oli sama siirtymän historia kuin republikaanisella sarvella. Vuonna 1854 perustetun republikaanisen orjuudenvastaisen puolueen ensimmäinen kansallinen puoluekokous pidettiin vuonna 1856. Protestanttiselle sarvelle kapinan vertauskuva oli kirkon oikeudellinen järjestäytyminen. Republikaaniselle sarvelle orjuutta kannattava demokraattinen puolue on kapinan vertauskuva.</w:t>
      </w:r>
    </w:p>
    <w:p>
      <w:pPr>
        <w:pStyle w:val="ArticleBody"/>
        <w:jc w:val="left"/>
      </w:pPr>
      <w:r>
        <w:rPr>
          <w:rFonts w:ascii="Times New Roman" w:hAnsi="Times New Roman" w:eastAsia="Times New Roman" w:cs="Times New Roman"/>
        </w:rPr>
        <w:t>Kolmas enkeli palasi Kadesiin toisen kerran 11. syyskuuta 2001, ja siirtymä seurakunnasta liikkeeksi alkoi kymmenen neitsyen vertauksen profeetallisessa rakenteessa. Ensimmäinen pettymys tapahtui 18. heinäkuuta 2020 kymmenen neitsyen vertauksen lopullisessa ja täydellisessä täyttymyksessä, ja samana vuonna kuudes presidentti lopun ajan vuodesta 1989 lukien, presidentti, jonka tuli ”yllyttää” Kreikan valtakunta, sai poliittisesti ”kuolinhaavan”, samoin kuin ensimmäinen republikaanipresidentti sai kirjaimellisen kuolinhaavan.</w:t>
      </w:r>
    </w:p>
    <w:p>
      <w:pPr>
        <w:pStyle w:val="ArticleBody"/>
        <w:jc w:val="left"/>
      </w:pPr>
      <w:r>
        <w:rPr>
          <w:rFonts w:ascii="Times New Roman" w:hAnsi="Times New Roman" w:eastAsia="Times New Roman" w:cs="Times New Roman"/>
        </w:rPr>
        <w:t>Myöhäissateen mitattu vuodatus alkoi 11. syyskuuta 2001, ja se jatkuu pian tulevaan sunnuntailakiin saakka, jolloin myöhäissade sitten vuodatetaan ilman mittaa. Myöhäissade on voima ylhäältä, ja sisar White osoittaa toistuvasti, että aikana, jolloin voima laskeutuu ylhäältä, saatanallinen voima on nouseva alhaalta. Ilmestyskirjassa on kolme saatanallista valtaa, jotka nousevat saatanan syvyydestä. Islam nousi syvyydestä 11. syyskuuta 2001 sopusoinnussa sen savun kanssa, joka nousi ensimmäisen Voi-huudon syvyydestä yhdeksännessä luvussa.</w:t>
      </w:r>
    </w:p>
    <w:p>
      <w:pPr>
        <w:pStyle w:val="ArticleScripture"/>
        <w:jc w:val="left"/>
      </w:pPr>
      <w:r>
        <w:rPr>
          <w:rFonts w:ascii="Times New Roman" w:hAnsi="Times New Roman" w:eastAsia="Times New Roman" w:cs="Times New Roman"/>
        </w:rPr>
        <w:t>Ja viides enkeli puhalsi pasuunaan, ja minä näin tähden, joka oli pudonnut taivaasta maan päälle; ja sille annettiin syvyyden kaivon avain. Ja se avasi syvyyden kaivon; ja kaivosta nousi savu niin kuin suuren pätsin savu, ja aurinko ja ilma pimenivät kaivon savusta. Ja savusta tuli maan päälle heinäsirkkoja; ja niille annettiin valta, niin kuin maan skorpioneilla on valta. Ja niille sanottiin, etteivät ne saisi vahingoittaa maan ruohoa eivätkä mitään vihantaa eivätkä mitään puuta, vaan ainoastaan niitä ihmisiä, joilla ei ole Jumalan sinettiä otsassaan. Ilmestys 9:1–4.</w:t>
      </w:r>
    </w:p>
    <w:p>
      <w:pPr>
        <w:pStyle w:val="ArticleBody"/>
        <w:jc w:val="left"/>
      </w:pPr>
      <w:r>
        <w:rPr>
          <w:rFonts w:ascii="Times New Roman" w:hAnsi="Times New Roman" w:eastAsia="Times New Roman" w:cs="Times New Roman"/>
        </w:rPr>
        <w:t>Kun kolmannen voihuudon islam saapui 11. syyskuuta 2001, ensimmäisen voihuudon esikuvallisesti ennakoimana, se ei voinut vahingoittaa niitä, joilla oli Jumalan sinetti; näin osoitettiin sadan neljänkymmenenneljän tuhannen sinetöimisen alku. Sinetöimisen päätös on pian tulevan sunnuntailain yhteydessä Yhdysvalloissa, missä meripeto, joka oli saanut kuolinhaavan ja tullut unohdetuksi, nousee syvyydestä tullakseen kahdeksanneksi valtakunnaksi, joka on niistä seitsemästä.</w:t>
      </w:r>
    </w:p>
    <w:p>
      <w:pPr>
        <w:pStyle w:val="ArticleScripture"/>
        <w:jc w:val="left"/>
      </w:pPr>
      <w:r>
        <w:rPr>
          <w:rFonts w:ascii="Times New Roman" w:hAnsi="Times New Roman" w:eastAsia="Times New Roman" w:cs="Times New Roman"/>
        </w:rPr>
        <w:t>Peto, jonka näit, oli eikä enää ole, mutta on nouseva syvyydestä ja menevä kadotukseen; ja ne maan päällä asuvat ihmettelevät, joiden nimiä ei ole kirjoitettu elämän kirjaan maailman perustamisesta asti, kun he näkevät pedon, joka oli eikä enää ole, ja kuitenkin on. Ilmestys 17:8.</w:t>
      </w:r>
    </w:p>
    <w:p>
      <w:pPr>
        <w:pStyle w:val="ArticleBody"/>
        <w:jc w:val="left"/>
      </w:pPr>
      <w:r>
        <w:rPr>
          <w:rFonts w:ascii="Times New Roman" w:hAnsi="Times New Roman" w:eastAsia="Times New Roman" w:cs="Times New Roman"/>
        </w:rPr>
        <w:t>Niiden sadan neljänkymmenenneljän tuhannen sinetöimisen profeetallinen ajanjakso alkoi vallalla, joka nousi syvyydestä, ja se päättyy valtaan, joka nousee syvyydestä. Tämän historian keskivaiheilla myös ateismin peto, ”woke”-lohikäärmevalta, nousee syvyydestä surmatakseen ne kaksi todistajaa. Alfa ja Omega on asettanut allekirjoituksensa tämän historian päälle.</w:t>
      </w:r>
    </w:p>
    <w:p>
      <w:pPr>
        <w:pStyle w:val="ArticleScripture"/>
        <w:jc w:val="left"/>
      </w:pPr>
      <w:r>
        <w:rPr>
          <w:rFonts w:ascii="Times New Roman" w:hAnsi="Times New Roman" w:eastAsia="Times New Roman" w:cs="Times New Roman"/>
        </w:rPr>
        <w:t>Ja kun he ovat päättäneet todistuksensa, peto, joka nousee syvyydestä, käy sotaa heitä vastaan ja voittaa heidät ja tappaa heidät. Ja heidän ruumiinsa makaavat sen suuren kaupungin kadulla, jota hengellisessä merkityksessä kutsutaan Sodomaksi ja Egyptiksi, missä myös meidän Herramme ristiinnaulittiin. Ja ihmiset kansoista ja sukukunnista ja kielistä ja kansanheimoista katsovat heidän ruumiitaan kolme päivää ja puoli, eivätkä salli heidän ruumiitaan pantaviksi hautoihin. Ja maan päällä asuvat iloitsevat heistä ja riemuitsevat ja lähettävät lahjoja toisilleen, sillä nämä kaksi profeettaa vaivasivat maan päällä asuvia. Ja kolmen päivän ja puolen jälkeen heihin meni Jumalasta tuleva elämän Henki, ja he nousivat jaloilleen; ja suuri pelko valtasi ne, jotka näkivät heidät. Ilmestys 11:7–11.</w:t>
      </w:r>
    </w:p>
    <w:p>
      <w:pPr>
        <w:pStyle w:val="ArticleBody"/>
        <w:jc w:val="left"/>
      </w:pPr>
      <w:r>
        <w:rPr>
          <w:rFonts w:ascii="Times New Roman" w:hAnsi="Times New Roman" w:eastAsia="Times New Roman" w:cs="Times New Roman"/>
        </w:rPr>
        <w:t>Vuonna 2020 republikaaninen ja todellinen protestanttinen sarvi murhattiin. Toinen poliittisen ateismin lohikäärmevallan toimesta ja toinen hengellisen ateismin lohikäärmevallan toimesta. Ne olivat sitten kuolleina ajanjakson, jota kuvataan kolmena ja puolina päivänä, minkä jälkeen ne nousivat jaloilleen, ja suuri pelko valtasi ne, joita lohikäärmevalta edustaa. Se pelko, jota edistykselliset demokraatit parhaillaan ilmaisevat Donald Trumpin poliittisen mahdin uudelleen esiin nousemisen johdosta, on profetian täyttymys. Se ”pelko”, jota ilmaisevat ne, jotka ovat seuranneet Future for America -työmuotoa, edustaa toisenlaista pelkoa.</w:t>
      </w:r>
    </w:p>
    <w:p>
      <w:pPr>
        <w:pStyle w:val="ArticleBody"/>
        <w:jc w:val="left"/>
      </w:pPr>
      <w:r>
        <w:rPr>
          <w:rFonts w:ascii="Times New Roman" w:hAnsi="Times New Roman" w:eastAsia="Times New Roman" w:cs="Times New Roman"/>
        </w:rPr>
        <w:t>Niiden, joiden tulisi pelätä Future for America -sanomaa, ovat laodikealaiset adventistit, jotka kaikki kutsuttiin olemaan sadan neljänkymmenenneljän tuhannen joukossa. Mutta vahvistettuina laodikealaisina, eläen neljännessä sukupolvessa, joka on kyykäärmeiden ja avionrikkojien sukupolvi, heillä ei ole pelkoa. Pelko, jonka heidän tulee omaksua, on ikuinen evankeliumi, joka käskee ihmisiä: ”Pelätkää Jumalaa ja antakaa Hänelle kunnia, sillä Hänen tuomionsa hetki on tullut.”</w:t>
      </w:r>
    </w:p>
    <w:p>
      <w:pPr>
        <w:pStyle w:val="ArticleBody"/>
        <w:jc w:val="left"/>
      </w:pPr>
      <w:r>
        <w:rPr>
          <w:rFonts w:ascii="Times New Roman" w:hAnsi="Times New Roman" w:eastAsia="Times New Roman" w:cs="Times New Roman"/>
        </w:rPr>
        <w:t>Tuo hetki on suuren maanjäristyksen hetki, joka tapahtuu silloin, kun sadanneljänenkymmenenneljän tuhannen kaksi todistajaa korotetaan tunnusmerkiksi, juuri sillä hetkellä, kun Laodikean seurakunta oksennetaan ulos Herran suusta.</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”Ja kun he ovat päättäneet todistuksensa, peto, joka nousee syvyydestä, käy sotaa heitä vastaan, voittaa heidät ja tappaa heidät. Ja heidän ruumiinsa makaavat sen suuren kaupungin kadulla, jota hengellisessä merkityksessä kutsutaan Sodomaksi ja Egyptiksi, jossa myös meidän Herramme ristiinnaulittiin.” [Ilmestys 11:7, 8.]</w:t>
      </w:r>
    </w:p>
    <w:p>
      <w:pPr>
        <w:pStyle w:val="ArticleScripture"/>
        <w:jc w:val="left"/>
      </w:pPr>
      <w:r>
        <w:rPr>
          <w:rFonts w:ascii="Times New Roman" w:hAnsi="Times New Roman" w:eastAsia="Times New Roman" w:cs="Times New Roman"/>
        </w:rPr>
        <w:t>”Näiden tapahtumien tuli sattua lähelle sen ajanjakson loppua, jolloin todistajat profetoivat säkkivaatteissa. Paaviuden välityksellä Saatana oli pitkän aikaa hallinnut niitä valtoja, jotka käyttivät valtaa kirkossa ja valtiossa. Pelottavat seuraukset olivat erityisen ilmeisiä niissä maissa, jotka hylkäsivät uskonpuhdistuksen valon. Vallitsi moraalisen alennuksen ja turmeluksen tila, joka muistutti Sodoman tilaa juuri ennen sen hävitystä sekä sitä epäjumalanpalvelusta ja hengellistä pimeyttä, jotka vallitsivat Egyptissä Mooseksen päivinä.” Spirit of Prophecy, osa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satakaksikymmentäyhdeksän</dc:title>
  <dc:subject>Profetaallisen merkityksen paljastaminen: republikaaninen sarvi ja viimeiset liikkeet</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