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kolmekymmentäviisi</w:t>
      </w:r>
    </w:p>
    <w:p>
      <w:pPr>
        <w:pStyle w:val="ArticleSubtitle"/>
        <w:jc w:val="left"/>
      </w:pPr>
      <w:r>
        <w:rPr>
          <w:rFonts w:ascii="Arial" w:hAnsi="Arial" w:eastAsia="Arial" w:cs="Arial"/>
        </w:rPr>
        <w:t>1776:n, 1789:n ja 1798:n profeetalliset äänet: johdanto 144 000:n sinetöimiseen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Vuodet 1776, 1789 ja 1798 kuvaavat sadan neljänkymmenenneljän tuhannen sinetöimisen historiaa. Kullakin näistä ajankohdista maasta nouseva peto puhui. Ne kolme tienviittaa, joita maasta nousevan pedon kolme puhetta esikuvallisesti edustavat, kulkevat rinnakkain Kristuksen kolmen äänen kanssa 11. syyskuuta 2001, heinäkuussa 2023 ja pian tulevan sunnuntailain aikana.</w:t>
      </w:r>
    </w:p>
    <w:p>
      <w:pPr>
        <w:pStyle w:val="ArticleScripture"/>
        <w:jc w:val="left"/>
      </w:pPr>
      <w:r>
        <w:rPr>
          <w:rFonts w:ascii="Times New Roman" w:hAnsi="Times New Roman" w:eastAsia="Times New Roman" w:cs="Times New Roman"/>
        </w:rPr>
        <w:t>Minä olin Hengessä Herran päivänä ja kuulin takaani suuren äänen, ikään kuin pasuunan. Ilmestys 1:10.</w:t>
      </w:r>
    </w:p>
    <w:p>
      <w:pPr>
        <w:pStyle w:val="ArticleBody"/>
        <w:jc w:val="left"/>
      </w:pPr>
      <w:r>
        <w:rPr>
          <w:rFonts w:ascii="Times New Roman" w:hAnsi="Times New Roman" w:eastAsia="Times New Roman" w:cs="Times New Roman"/>
        </w:rPr>
        <w:t>Jokainen noista kolmesta äänekkäästä tienviitasta ilmaisee kolmannen voihuudon voimistuvaa ”soimista”, joka on myös seitsemäs varoitustrumpetti, ja trumpetti on ääni.</w:t>
      </w:r>
    </w:p>
    <w:p>
      <w:pPr>
        <w:pStyle w:val="ArticleScripture"/>
        <w:jc w:val="left"/>
      </w:pPr>
      <w:r>
        <w:rPr>
          <w:rFonts w:ascii="Times New Roman" w:hAnsi="Times New Roman" w:eastAsia="Times New Roman" w:cs="Times New Roman"/>
        </w:rPr>
        <w:t>Huuda kurkkusi täydeltä, älä säästä, korota äänesi niin kuin pasuuna, ja ilmoita minun kansalleni heidän rikkomuksensa ja Jaakobin huoneelle heidän syntinsä. Jesaja 58:1.</w:t>
      </w:r>
    </w:p>
    <w:p>
      <w:pPr>
        <w:pStyle w:val="ArticleBody"/>
        <w:jc w:val="left"/>
      </w:pPr>
      <w:r>
        <w:rPr>
          <w:rFonts w:ascii="Times New Roman" w:hAnsi="Times New Roman" w:eastAsia="Times New Roman" w:cs="Times New Roman"/>
        </w:rPr>
        <w:t>Ääni protestanttiselle torvelle 11. syyskuuta 2001 oli vartijain ääni, joka kutsui laodikealaista adventismia takaisin Jeremian muinaisille poluille, mutta pilkkaajain seurakunta kieltäytyi vaeltamasta niillä.</w:t>
      </w:r>
    </w:p>
    <w:p>
      <w:pPr>
        <w:pStyle w:val="ArticleScripture"/>
        <w:jc w:val="left"/>
      </w:pPr>
      <w:r>
        <w:rPr>
          <w:rFonts w:ascii="Times New Roman" w:hAnsi="Times New Roman" w:eastAsia="Times New Roman" w:cs="Times New Roman"/>
        </w:rPr>
        <w:t>Näin sanoo Herra: Seisokaa teillä ja katsokaa, ja kysykää ikiaikaisia polkuja, missä on hyvä tie, ja vaeltakaa sillä, niin te löydätte levon sieluillenne. Mutta he sanoivat: Emme vaella sillä. Minä asetin myös vartijat teidän ylitsenne, sanoen: Kuulkaa pasuunan ääntä. Mutta he sanoivat: Emme kuule. Jeremia 6:16, 17.</w:t>
      </w:r>
    </w:p>
    <w:p>
      <w:pPr>
        <w:pStyle w:val="ArticleBody"/>
        <w:jc w:val="left"/>
      </w:pPr>
      <w:r>
        <w:rPr>
          <w:rFonts w:ascii="Times New Roman" w:hAnsi="Times New Roman" w:eastAsia="Times New Roman" w:cs="Times New Roman"/>
        </w:rPr>
        <w:t>Heinäkuun 2023 ääni oli Future for America -työn ylösnousemus; se oli ollut vaiti ensimmäisestä pettymyksestä lähtien 18. heinäkuuta 2020. Kuten Johanneksen julistus pian tulevasta Messiaasta ja Justinianuksen julistus pian tulevasta antikristuksesta, Future for America osoitti, että Amerikan tulevaisuus oli pian muuttumassa ikuisesti lähestyvän sunnuntailain myötä sekä seitsemännen pasuunan soidessa tuolla waymarkilla. Erämaassa huutavan ääni oli heinäkuun 2023 ääni.</w:t>
      </w:r>
    </w:p>
    <w:p>
      <w:pPr>
        <w:pStyle w:val="ArticleBody"/>
        <w:jc w:val="left"/>
      </w:pPr>
      <w:r>
        <w:rPr>
          <w:rFonts w:ascii="Times New Roman" w:hAnsi="Times New Roman" w:eastAsia="Times New Roman" w:cs="Times New Roman"/>
        </w:rPr>
        <w:t>Ilmestyskirjan kahdeksannentoista luvun toinen ääni kajahtaa pian tulevan sunnuntailain yhteydessä, kun maan peto puhuu lohikäärmeen tavoin. Juuri siinä kohdassa ”aasia” lyödään kolmannen kerran, ja silloin ”aasi” puhuu. Aasia lyötiin pian syyskuun 11. päivän 2001 jälkeen, lokakuun 7. päivän 2023 jälkeen, ja sitten sitä lyödään jälleen pian tulevan sunnuntailain yhteydessä, jolloin se puhuu. Bileamin todistuksessa se poikkesi tieltä enkelin vuoksi, ja enkeli edustaa niitä neljää enkeliä, joita on käsketty pidättämään islamin neljää tuulta, mutta sunnuntailain aikana islamin aasi puhuu seitsemännen pasuunan äänellä, joka on myös kolmas voi.</w:t>
      </w:r>
    </w:p>
    <w:p>
      <w:pPr>
        <w:pStyle w:val="ArticleBody"/>
        <w:jc w:val="left"/>
      </w:pPr>
      <w:r>
        <w:rPr>
          <w:rFonts w:ascii="Times New Roman" w:hAnsi="Times New Roman" w:eastAsia="Times New Roman" w:cs="Times New Roman"/>
        </w:rPr>
        <w:t>Siellä puhuu Islamia koskeva näky, joka on viipynyt 18. heinäkuuta 2020 lähtien, sillä silloin se ei enää viivy. Sadan neljänkymmenenneljän tuhannen sinetöimisen aikana on monia ääniä, ja tuo ajanjakso edeltää Jumalan toimeenpanevaa tuomiota, joka alkaa pian tulevasta sunnuntailaista. Jumalan toimeenpanevaa tuomiota edustavat seitsemän enkeliä, joilla on seitsemän maljaa. Tuo ajanjakso alkaa Pyhän Hengen vuodattamisella, ja se merkitsee helluntain toistumista, jolloin Pyhä Henki vuodatettiin ja tuliset kielet todistivat tapahtumasta. Tuona ajankohtana vuodattamista ei enää mitata, sillä silloin Pyhä Henki vuodatetaan ilman määrää.</w:t>
      </w:r>
    </w:p>
    <w:p>
      <w:pPr>
        <w:pStyle w:val="ArticleScripture"/>
        <w:jc w:val="left"/>
      </w:pPr>
      <w:r>
        <w:rPr>
          <w:rFonts w:ascii="Times New Roman" w:hAnsi="Times New Roman" w:eastAsia="Times New Roman" w:cs="Times New Roman"/>
        </w:rPr>
        <w:t>”Enkeli, joka yhtyy kolmannen enkelin sanoman julistamiseen, on valaiseva koko maan kirkkaudellaan. Tässä ennustetaan maailmanlaajuista ja poikkeuksellisen voimallista työtä. Adventtiliike vuosina 1840–44 oli Jumalan voiman loistava ilmentymä; ensimmäisen enkelin sanoma vietiin jokaiseen maailman lähetystyöasemaan, ja joissakin maissa vallitsi suurin uskonnollinen kiinnostus, mitä missään maassa on nähty sitten kuudennentoista vuosisadan uskonpuhdistuksen; mutta nämä tulevat ylitetyiksi siinä väkevässä liikkeessä, joka tapahtuu kolmannen enkelin viimeisen varoituksen yhteydessä.</w:t>
      </w:r>
    </w:p>
    <w:p>
      <w:pPr>
        <w:pStyle w:val="ArticleScripture"/>
        <w:jc w:val="left"/>
      </w:pPr>
      <w:r>
        <w:rPr>
          <w:rFonts w:ascii="Times New Roman" w:hAnsi="Times New Roman" w:eastAsia="Times New Roman" w:cs="Times New Roman"/>
        </w:rPr>
        <w:t>”Työ on oleva samankaltainen kuin helluntaipäivänä. Niin kuin ’varhaissade’ annettiin Pyhän Hengen vuodattamisessa evankeliumin alkaessa, jotta kallisarvoinen siemen versoaisi, samoin ’myöhäissade’ annetaan sen päättyessä sadon kypsyttämiseksi.” Suuri taistelu, 611.</w:t>
      </w:r>
    </w:p>
    <w:p>
      <w:pPr>
        <w:pStyle w:val="ArticleBody"/>
        <w:jc w:val="left"/>
      </w:pPr>
      <w:r>
        <w:rPr>
          <w:rFonts w:ascii="Times New Roman" w:hAnsi="Times New Roman" w:eastAsia="Times New Roman" w:cs="Times New Roman"/>
        </w:rPr>
        <w:t>11. syyskuuta 2001 sadan neljänkymmenenneljän tuhannen sinetöiminen alkoi, ja Pyhä Henki vuodatettiin määrämitassa. Tämän vuodatuksen mittaaminen kuvattiin helluntain historiassa, alkaen Kristuksen ylösnousemuksesta, jolloin enkeli puhui ja sanoi: ”Jumalan Poika, tule esiin, Isä kutsuu sinua”, aivan niin kuin Jeesus kutsui Lasaruksen haudasta sanoilla: ”Lasarus, tule esiin.” Vuonna 2023 Kristus kutsui kahden todistajan kuolleita, kuivia luita ”tulemaan esiin”.</w:t>
      </w:r>
    </w:p>
    <w:p>
      <w:pPr>
        <w:pStyle w:val="ArticleBody"/>
        <w:jc w:val="left"/>
      </w:pPr>
      <w:r>
        <w:rPr>
          <w:rFonts w:ascii="Times New Roman" w:hAnsi="Times New Roman" w:eastAsia="Times New Roman" w:cs="Times New Roman"/>
        </w:rPr>
        <w:t>Kristuksen ylösnousemuksen jälkeen Hän nousi ensin Isänsä tykö, ja sitten Hän laskeutui, niin kuin Hän teki 11. syyskuuta 2001. Sen jälkeen Hän valaisi opetuslapsiaan asteittain, kuten kuvaa Hänen kohtaamisensa Marian kanssa, niiden opetuslasten kanssa, jotka Hän kohtasi ja joita Hän opetti Emmauksen tiellä, sekä myöhemmin ilmestymisensä muille opetuslapsille. Neljänkymmenen päivän ajan Hän opetti opetuslapsia ennen lopullista taivaaseenastumistaan; sitten, kymmenen päivän kuluttua, he olivat kaikki yksimielisinä yhdessä paikassa, ja Pyhä Henki vuodatettiin ilman mittaa.</w:t>
      </w:r>
    </w:p>
    <w:p>
      <w:pPr>
        <w:pStyle w:val="ArticleScripture"/>
        <w:jc w:val="left"/>
      </w:pPr>
      <w:r>
        <w:rPr>
          <w:rFonts w:ascii="Times New Roman" w:hAnsi="Times New Roman" w:eastAsia="Times New Roman" w:cs="Times New Roman"/>
        </w:rPr>
        <w:t>”Kun Jeesus kohtasi opetuslapsensa, Hän muistutti heitä niistä sanoista, jotka Hän oli puhunut heille ennen kuolemaansa: että kaiken sen tuli täyttyä, mikä oli kirjoitettu Hänestä Mooseksen laissa, profeetoissa ja psalmeissa. ”Silloin Hän avasi heidän ymmärryksensä käsittämään Kirjoitukset ja sanoi heille: Näin on kirjoitettu, ja näin Kristuksen piti kärsimän ja nouseman kuolleista kolmantena päivänä, ja että parannusta ja syntien anteeksiantamusta oli saarnattava Hänen nimessään kaikille kansoille, alkaen Jerusalemista. Ja te olette näiden todistajat.”” Alfa ja omega, 804.</w:t>
      </w:r>
    </w:p>
    <w:p>
      <w:pPr>
        <w:pStyle w:val="ArticleBody"/>
        <w:jc w:val="left"/>
      </w:pPr>
      <w:r>
        <w:rPr>
          <w:rFonts w:ascii="Times New Roman" w:hAnsi="Times New Roman" w:eastAsia="Times New Roman" w:cs="Times New Roman"/>
        </w:rPr>
        <w:t>Heinäkuussa 2023 Jeesuksen ääni herätti kaksi kuollutta todistajaa ja alkoi avata Hänen opetuslastensa ymmärrystä kaikesta siitä, mitä on kirjoitettu Mooseksen laissa (”seitsemän aikaa”), profeetoissa (Nebukadnessarin petoja koskeva patsaskuva) ja Psalmeissa (Mooseksen ja Karitsan kokemus). Hänen opetustyönsä alkoi Hänen ylösnousemuksessaan, ja se voimistui seuraavien neljänkymmenen päivän aikana. Se alkoi Hänen pyynnöllään saada syödä.</w:t>
      </w:r>
    </w:p>
    <w:p>
      <w:pPr>
        <w:pStyle w:val="ArticleScripture"/>
        <w:jc w:val="left"/>
      </w:pPr>
      <w:r>
        <w:rPr>
          <w:rFonts w:ascii="Times New Roman" w:hAnsi="Times New Roman" w:eastAsia="Times New Roman" w:cs="Times New Roman"/>
        </w:rPr>
        <w:t>Ja kun he ilonsa tähden eivät vielä uskoneet, vaan ihmettelivät, hän sanoi heille: Onko teillä täällä mitään syötävää? Niin he antoivat hänelle palan paistettua kalaa ja hiuken hunajakennosta. Ja hän otti sen ja söi heidän nähtensä. Ja hän sanoi heille: Nämä ovat ne sanat, jotka minä puhuin teille ollessani vielä teidän kanssanne, että kaiken sen piti käymän toteen, mikä minusta on kirjoitettu Mooseksen laissa ja profeetoissa ja psalmeissa. Luuk. 24:41–44.</w:t>
      </w:r>
    </w:p>
    <w:p>
      <w:pPr>
        <w:pStyle w:val="ArticleBody"/>
        <w:jc w:val="left"/>
      </w:pPr>
      <w:r>
        <w:rPr>
          <w:rFonts w:ascii="Times New Roman" w:hAnsi="Times New Roman" w:eastAsia="Times New Roman" w:cs="Times New Roman"/>
        </w:rPr>
        <w:t>Rukous oli ensisijainen tienviitta jatkuvassa historiassa, ja historia Kristuksen ylösnousemuksesta siihen asti, kun Hän nousi ylös neljäkymmentä päivää myöhemmin, jätti kymmenen päivää (kymmenen on koetus) helluntaihin, jolloin Pyhä Henki vuodatettaisiin ilman mittaa. Hänen ylösnousemuksensa, taivaaseennousemisensa ja sitä seuraava Hänen jälleen laskeutumisensa edustaa 11. syyskuuta 2001. Heinäkuu 2023 edustaa neljänkymmenen päivän päättymistä, ja heinäkuuta 2023 seuraavat kymmenen päivää johtavat pian tulevaan sunnuntailakiin. Tuona viimeisenä kymmenen päivän aikana ykseys ja rukous ovat tienviitta. Ykseyttä kuvasi Hesekielin ensimmäinen profetia luvussa kolmekymmentäseitsemän, joka toi luut, jänteet ja lihan yhteen. Hesekielin toinen profetia oli neljän tuulen henkäys, ja henkäys on rukouksen vertauskuva. Noiden viimeisten kymmenen päivän aikana sataneljäkymmentäneljätuhatta sinetöidään, kuten heitä on esikuvannut Lasarus.</w:t>
      </w:r>
    </w:p>
    <w:p>
      <w:pPr>
        <w:pStyle w:val="ArticleScripture"/>
        <w:jc w:val="left"/>
      </w:pPr>
      <w:r>
        <w:rPr>
          <w:rFonts w:ascii="Times New Roman" w:hAnsi="Times New Roman" w:eastAsia="Times New Roman" w:cs="Times New Roman"/>
        </w:rPr>
        <w:t>”Tämä oli syynä siihen, että Hän viivästytti lähtöään Betaniaan. Tämän kruunaavan ihmeen, Lasaruksen herättämisen, tuli painaa Jumalan sinetti Hänen työlleen ja Hänen vaatimukselleen jumaluudesta.” Alfa ja omega, 529.</w:t>
      </w:r>
    </w:p>
    <w:p>
      <w:pPr>
        <w:pStyle w:val="ArticleBody"/>
        <w:jc w:val="left"/>
      </w:pPr>
      <w:r>
        <w:rPr>
          <w:rFonts w:ascii="Times New Roman" w:hAnsi="Times New Roman" w:eastAsia="Times New Roman" w:cs="Times New Roman"/>
        </w:rPr>
        <w:t>Ei ainoastaan viisaat neitsyet saa sinettiä tämän kruunaavan ihmeen aikana, vaan myös tyhmät neitsyet sinetöidään asian väärälle puolelle.</w:t>
      </w:r>
    </w:p>
    <w:p>
      <w:pPr>
        <w:pStyle w:val="ArticleScripture"/>
        <w:jc w:val="left"/>
      </w:pPr>
      <w:r>
        <w:rPr>
          <w:rFonts w:ascii="Times New Roman" w:hAnsi="Times New Roman" w:eastAsia="Times New Roman" w:cs="Times New Roman"/>
        </w:rPr>
        <w:t>”Kristuksen kruunaava ihme — Lasaruksen herättäminen — oli sinetöinyt pappien päätöksen vapauttaa maailma Jeesuksesta ja Hänen ihmeellisistä teoistaan, jotka nopeasti hävittivät heidän vaikutusvaltansa kansaan.” Apostolien teot, 67.</w:t>
      </w:r>
    </w:p>
    <w:p>
      <w:pPr>
        <w:pStyle w:val="ArticleBody"/>
        <w:jc w:val="left"/>
      </w:pPr>
      <w:r>
        <w:rPr>
          <w:rFonts w:ascii="Times New Roman" w:hAnsi="Times New Roman" w:eastAsia="Times New Roman" w:cs="Times New Roman"/>
        </w:rPr>
        <w:t>Monet äänet sadan neljänkymmenenneljän tuhannen sinetöimisen historiassa aina pian tulevaan sunnuntailakiin asti ovat ”käsky käskyn päälle”, Jumalan profeetallisen sanan ääniä, ja nuo äänet kuuluvat siinä ajanjaksossa, jolloin ”jokaisen näyn toteutuminen” tapahtuu. Ne kuuluvat silloin, kun seitsemäs sinetti avataan.</w:t>
      </w:r>
    </w:p>
    <w:p>
      <w:pPr>
        <w:pStyle w:val="ArticleScripture"/>
        <w:jc w:val="left"/>
      </w:pPr>
      <w:r>
        <w:rPr>
          <w:rFonts w:ascii="Times New Roman" w:hAnsi="Times New Roman" w:eastAsia="Times New Roman" w:cs="Times New Roman"/>
        </w:rPr>
        <w:t>Ja kun hän avasi seitsemännen sinetin, tuli taivaassa äänettömyys noin puoleksi tunniksi. Ja minä näin ne seitsemän enkeliä, jotka seisoivat Jumalan edessä; ja heille annettiin seitsemän pasuunaa. Ja toinen enkeli tuli ja asettui alttarin ääreen, kädessään kultainen suitsutusastia; ja hänelle annettiin paljon suitsukkeita, että hän uhraisi ne kaikkien pyhien rukousten kanssa kultaisella alttarilla, joka oli valtaistuimen edessä. Ja suitsukkeiden savu, joka nousi pyhien rukousten kanssa, kohosi enkelin kädestä Jumalan eteen. Ja enkeli otti suitsutusastian, täytti sen alttarin tulella ja heitti sen maan päälle; ja kuului ääniä ja ukkosenjylinää ja salamoita ja tapahtui maanjäristys. Ilmestys 8:1–5.</w:t>
      </w:r>
    </w:p>
    <w:p>
      <w:pPr>
        <w:pStyle w:val="ArticleBody"/>
        <w:jc w:val="left"/>
      </w:pPr>
      <w:r>
        <w:rPr>
          <w:rFonts w:ascii="Times New Roman" w:hAnsi="Times New Roman" w:eastAsia="Times New Roman" w:cs="Times New Roman"/>
        </w:rPr>
        <w:t>Seitsemännen sinetin avaaminen synnytti hiljaisuuden, sillä tämä ajanjakso merkitsee armotalouden muutosta, ja pyhän armotalouden muutoksessa taivaassa vallitsee aina hiljaisuus, kuten ristillä nähtiin, kun enkelit lakkasivat laulamasta ja ylistämästä. Hiljaisuus taivaassa käy ilmi myös sovituspäivän vaatimuksista, ja 22. lokakuuta 1844 Habakuk KAKSI, jae KAKSIKYMMENTÄ käski kaiken maan vaieta.</w:t>
      </w:r>
    </w:p>
    <w:p>
      <w:pPr>
        <w:pStyle w:val="ArticleScripture"/>
        <w:jc w:val="left"/>
      </w:pPr>
      <w:r>
        <w:rPr>
          <w:rFonts w:ascii="Times New Roman" w:hAnsi="Times New Roman" w:eastAsia="Times New Roman" w:cs="Times New Roman"/>
        </w:rPr>
        <w:t>”Minulle on näytetty Jumalan suuri rakkaus ja alentuminen siinä, että Hän antoi Poikansa kuolemaan, jotta ihminen voisi löytää anteeksiannon ja elää. Minulle näytettiin Aadam ja Eeva, joilla oli etuoikeus katsella Eedenin puutarhan kauneutta ja ihanuutta ja joille sallittiin syödä kaikista puutarhan puista yhtä lukuun ottamatta. Mutta käärme kiusasi Eevaa, ja hän kiusasi miestään, ja he molemmat söivät kielletystä puusta. He rikkoivat Jumalan käskyn ja tulivat syntisiksi. Sanoma levisi kautta taivaan, ja jokainen harppu vaikeni. Enkelit murehtivat ja pelkäsivät, ettei Aadam ja Eeva jälleen ojentaisi kättään ja söisi elämän puusta ja tulisi kuolemattomiksi syntisiksi. Mutta Jumala sanoi ajavansa rikkojat pois puutarhasta ja varjelevansa kerubien ja liekehtivän miekan avulla tien elämän puulle, jotta ihminen ei voisi lähestyä sitä eikä syödä sen hedelmää, joka ylläpitää kuolemattomuutta.” Early Writings, 125.</w:t>
      </w:r>
    </w:p>
    <w:p>
      <w:pPr>
        <w:pStyle w:val="ArticleBody"/>
        <w:jc w:val="left"/>
      </w:pPr>
      <w:r>
        <w:rPr>
          <w:rFonts w:ascii="Times New Roman" w:hAnsi="Times New Roman" w:eastAsia="Times New Roman" w:cs="Times New Roman"/>
        </w:rPr>
        <w:t>Taivas vaikeni, kun ihmisistä tuli syntisiä, ja taivas vaikeni, kun Kristuksen veri vuodatettiin syntisten lunastamiseksi, ja taivas vaikeni, kun Kristuksen tuomiotyö alkoi poistamalla synnin Hänen kansastaan.</w:t>
      </w:r>
    </w:p>
    <w:p>
      <w:pPr>
        <w:pStyle w:val="ArticleScripture"/>
        <w:jc w:val="left"/>
      </w:pPr>
      <w:r>
        <w:rPr>
          <w:rFonts w:ascii="Times New Roman" w:hAnsi="Times New Roman" w:eastAsia="Times New Roman" w:cs="Times New Roman"/>
        </w:rPr>
        <w:t>"Kristuksen esirukous ihmisen puolesta ylhäisessä pyhäkössä on yhtä olennainen osa pelastussuunnitelmaa kuin oli Hänen kuolemansa ristillä. Kuolemansa kautta Hän aloitti sen työn, jonka saattaakseen päätökseen Hän ylösnousemuksensa jälkeen astui taivaaseen." Suuri taistelu, s. 489.</w:t>
      </w:r>
    </w:p>
    <w:p>
      <w:pPr>
        <w:pStyle w:val="ArticleBody"/>
        <w:jc w:val="left"/>
      </w:pPr>
      <w:r>
        <w:rPr>
          <w:rFonts w:ascii="Times New Roman" w:hAnsi="Times New Roman" w:eastAsia="Times New Roman" w:cs="Times New Roman"/>
        </w:rPr>
        <w:t>Tuomiotyö alkoi kolmannen enkelin saapuessa vuonna 1844, mutta Jumalan kansa valitsi kuolla erämaahan sen sijaan, että olisi tullut ikuisesti yhdeksi jumaluuden kanssa. Kolmas enkeli saapui jälleen 11. syyskuuta 2001, ja jälleen taivaassa oli hiljaisuus. Sitten Juudan heimon Leijona alkoi poistaa seitsemättä sinettiä, kun enkelit katselivat kolmannen enkelin saapumista viimeisen sukupolven historiaan.</w:t>
      </w:r>
    </w:p>
    <w:p>
      <w:pPr>
        <w:pStyle w:val="ArticleBody"/>
        <w:jc w:val="left"/>
      </w:pPr>
      <w:r>
        <w:rPr>
          <w:rFonts w:ascii="Times New Roman" w:hAnsi="Times New Roman" w:eastAsia="Times New Roman" w:cs="Times New Roman"/>
        </w:rPr>
        <w:t>Seitsemän tuomion enkeliä olivat siellä valmiina aloittamaan hävitystyönsä, mutta heille sanottiin silloin: ”Pidättäkää, pidättäkää, pidättäkää, pidättäkää”, samalla kun sata neljäkymmentäneljätuhatta sinetöitiin. Uskollisten kaksinkertaiset rukoukset lähetettiin taivaaseen, mistä esikuvana olivat ne kymmenen päivää, jotka edelsivät helluntaita ja alkoivat neljänkymmenen päivän jälkeen (erämaan vertauskuva), edustaen Ilmestyskirjan yhdennentoista luvun kolmea ja puolta päivää (erämaan vertauskuva). Tämän jälkeen kahta todistajaa kehotettiin erämaasta kuuluvalla äänellä, että heidän tuli täyttää Danielin kaksi rukousta. Danielin toisen luvun rukous, jossa Daniel ja ne kolme jaloa miestä rukoilivat valoa ymmärtääkseen Nebukadnessarin salaisen unen petojen kuvapatsaasta, sekä Danielin yhdeksännen luvun rukous, jossa Daniel rukoili yksin täyttäen 3. Mooseksen kirjan kahdennenkymmenennenkuudennen luvun rukouksen vaatimukset.</w:t>
      </w:r>
    </w:p>
    <w:p>
      <w:pPr>
        <w:pStyle w:val="ArticleBody"/>
        <w:jc w:val="left"/>
      </w:pPr>
      <w:r>
        <w:rPr>
          <w:rFonts w:ascii="Times New Roman" w:hAnsi="Times New Roman" w:eastAsia="Times New Roman" w:cs="Times New Roman"/>
        </w:rPr>
        <w:t>Danielin 2. luvun yhteisöllinen rukous oli valon saamiseksi koskien kätkettyä salaisuutta, joka oli kätkettynä profeetallisen historian ulkoiseen linjaan. Danielin 9. luvun yksityinen henkilökohtainen rukous oli armon saamiseksi koskien sisäistä tarvetta. Kun myöhäissateen tuli alkoi langeta vuonna 2001, oli monia ääniä, jotka olivat kuultavissa niille, jotka ymmärsivät rivin rivin päälle -menetelmän. Alttarilta maahan heitettävä tuli oli se sanoma, joka tuotti viisaitten ja tyhmien lopullisen erottamisen, ja kun tuo sanoma jatkoi kehittymistään noiden kymmenen vertauskuvallisen päivän aikana, sanoma tuli yhä selvemmäksi ja selvemmäksi.</w:t>
      </w:r>
    </w:p>
    <w:p>
      <w:pPr>
        <w:pStyle w:val="ArticleBody"/>
        <w:jc w:val="left"/>
      </w:pPr>
      <w:r>
        <w:rPr>
          <w:rFonts w:ascii="Times New Roman" w:hAnsi="Times New Roman" w:eastAsia="Times New Roman" w:cs="Times New Roman"/>
        </w:rPr>
        <w:t>Sanoma oli kolmannen voihuudon kärjistyvä kriisi, joka Hesekielin luvussa kolmekymmentäseitsemän oli ne kaksi profetiaa, jotka ensin saivat kaksi todistajaa tulemaan yhteen ja sitten saivat heidät nousemaan seisomaan väkevänä sotajoukkona. Sen jälkeen luvussa kolmekymmentäseitsemän heidät liitetään yhdeksi sauvaksi, ja tämä yhdeksi sauvaksi liittämisen edustama yhteys kuvaa jumaluuden yhdistymistä ihmisyyteen, mikä toteutuu sadan neljänkymmenenneljän tuhannen sinetöimisen viimeisissä vaiheissa.</w:t>
      </w:r>
    </w:p>
    <w:p>
      <w:pPr>
        <w:pStyle w:val="ArticleBody"/>
        <w:jc w:val="left"/>
      </w:pPr>
      <w:r>
        <w:rPr>
          <w:rFonts w:ascii="Times New Roman" w:hAnsi="Times New Roman" w:eastAsia="Times New Roman" w:cs="Times New Roman"/>
        </w:rPr>
        <w:t>Heinäkuussa 2023 rukoukset alkoivat nousta, ja ne olivat Danielin kirjan yhdeksännen luvun ja toisen luvun rukouksia. Silloin kuultiin ääniä ja myös ukkosenjylinää, ja silloin nähtiin myös salamoita. Salamat ja ukkonen liittyvät sateeseen sekä luonnollisessa maailmassa että profetiassa. Sade alkoi 11. syyskuuta 2001. Ensimmäinen viittaus salamoihin ja ukkosenjylinään osoittaa, että kyseessä on sanoma, joka on tarkoitettu synnyttämään jumalallista pelkoa.</w:t>
      </w:r>
    </w:p>
    <w:p>
      <w:pPr>
        <w:pStyle w:val="ArticleScripture"/>
        <w:jc w:val="left"/>
      </w:pPr>
      <w:r>
        <w:rPr>
          <w:rFonts w:ascii="Times New Roman" w:hAnsi="Times New Roman" w:eastAsia="Times New Roman" w:cs="Times New Roman"/>
        </w:rPr>
        <w:t>Ja tapahtui kolmantena päivänä aamulla, että vuorella oli ukkosenjylinää ja salamoita sekä paksu pilvi, ja pasuunan ääni oli ylen voimakas; niin että kaikki leirissä oleva kansa vapisi. 2. Moos. 19:16.</w:t>
      </w:r>
    </w:p>
    <w:p>
      <w:pPr>
        <w:pStyle w:val="ArticleBody"/>
        <w:jc w:val="left"/>
      </w:pPr>
      <w:r>
        <w:rPr>
          <w:rFonts w:ascii="Times New Roman" w:hAnsi="Times New Roman" w:eastAsia="Times New Roman" w:cs="Times New Roman"/>
        </w:rPr>
        <w:t>Salamoita ja ukkosenjylinää seurasi pasuunan ”ääni”. Niihin liittyy sade, ja ne kuvaavat profeetallisia askelia Jumalan kansan johdattamiseksi.</w:t>
      </w:r>
    </w:p>
    <w:p>
      <w:pPr>
        <w:pStyle w:val="ArticleScripture"/>
        <w:jc w:val="left"/>
      </w:pPr>
      <w:r>
        <w:rPr>
          <w:rFonts w:ascii="Times New Roman" w:hAnsi="Times New Roman" w:eastAsia="Times New Roman" w:cs="Times New Roman"/>
        </w:rPr>
        <w:t>Pilvet vuodattivat vettä, taivaat antoivat äänen; myös sinun nuolesi lensivät sinne tänne. Sinun ukkosesi ääni oli taivaassa; salamat valaisivat maanpiirin; maa vapisi ja järkkyi. Sinun tiesi kulki meren halki ja sinun polkusi suurten vetten poikki, eikä sinun askeliasi tunnettu. Sinä johdatit kansaasi niin kuin laumaa Mooseksen ja Aaronin kädellä. Psalmit 77:17–20.</w:t>
      </w:r>
    </w:p>
    <w:p>
      <w:pPr>
        <w:pStyle w:val="ArticleBody"/>
        <w:jc w:val="left"/>
      </w:pPr>
      <w:r>
        <w:rPr>
          <w:rFonts w:ascii="Nirmala UI" w:hAnsi="Nirmala UI" w:eastAsia="Nirmala UI" w:cs="Nirmala UI"/>
        </w:rPr>
        <w:t>बिजलियाँ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गरजन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पवन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भण्डार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Kun hän korottaa äänensä, taivaissa käy suurten vetten pauhu, ja hän nostattaa pilvet maan ääristä; hän tekee salamat sateen kanssa ja tuo tuulen varastoistaan. Jeremia 10:13.</w:t>
      </w:r>
    </w:p>
    <w:p>
      <w:pPr>
        <w:pStyle w:val="ArticleBody"/>
        <w:jc w:val="left"/>
      </w:pPr>
      <w:r>
        <w:rPr>
          <w:rFonts w:ascii="Times New Roman" w:hAnsi="Times New Roman" w:eastAsia="Times New Roman" w:cs="Times New Roman"/>
        </w:rPr>
        <w:t>Jumala antoi äänensä kuulua huutaessaan kuin leijona, ja vastauksena seitsemän ukkosenjylinää antoi äänensä kuulua, ja nuo seitsemän ukkosenjylinää edustavat Jumalan askeleita milleriläisen liikkeen historian aikana sekä myös kolmannen enkelin liikkeessä, joka tuli jälleen 11. syyskuuta 2001, kun Hän toi itätuulen esiin aarrekammioistaan.</w:t>
      </w:r>
    </w:p>
    <w:p>
      <w:pPr>
        <w:pStyle w:val="ArticleScripture"/>
        <w:jc w:val="left"/>
      </w:pPr>
      <w:r>
        <w:rPr>
          <w:rFonts w:ascii="Times New Roman" w:hAnsi="Times New Roman" w:eastAsia="Times New Roman" w:cs="Times New Roman"/>
        </w:rPr>
        <w:t>Hän nostattaa höyryt maan ääristä, hän tekee salamat sateen yhteyteen, hän tuo tuulen ulos varastoistansa. Hän löi Egyptin esikoiset, sekä ihmiset että karjan. Psalmit 135:7, 8.</w:t>
      </w:r>
    </w:p>
    <w:p>
      <w:pPr>
        <w:pStyle w:val="ArticleBody"/>
        <w:jc w:val="left"/>
      </w:pPr>
      <w:r>
        <w:rPr>
          <w:rFonts w:ascii="Times New Roman" w:hAnsi="Times New Roman" w:eastAsia="Times New Roman" w:cs="Times New Roman"/>
        </w:rPr>
        <w:t>Hän toi tuulen esiin aarteistoistaan, kun Egyptin esikoiset surmattiin, ja pääsiäinen oli ristin esikuva, mikä puolestaan oli kolmannen enkelin saapumisen esikuva vuonna 1844, mikä puolestaan oli kolmannen enkelin paluun esikuva itätuulen päivänä 11. syyskuuta 2001.</w:t>
      </w:r>
    </w:p>
    <w:p>
      <w:pPr>
        <w:pStyle w:val="ArticleBody"/>
        <w:jc w:val="left"/>
      </w:pPr>
      <w:r>
        <w:rPr>
          <w:rFonts w:ascii="Times New Roman" w:hAnsi="Times New Roman" w:eastAsia="Times New Roman" w:cs="Times New Roman"/>
        </w:rPr>
        <w:t>Kun sinetit poistetaan kirjasta, joka on sinetöity seitsemällä sinetillä, se merkitsee totuuden asteittaista kehitystä. Seitsemännen sinetin poistaminen merkitsee sadan neljänkymmenenneljän tuhannen sinetöimisen aikaa. Kun seitsemällä sinetillä sinetöity kirja mainitaan ensimmäisen kerran, siinä on salamoita, ukkosenjylinää ja ääniä, mutta ei maanjäristystä.</w:t>
      </w:r>
    </w:p>
    <w:p>
      <w:pPr>
        <w:pStyle w:val="ArticleScripture"/>
        <w:jc w:val="left"/>
      </w:pPr>
      <w:r>
        <w:rPr>
          <w:rFonts w:ascii="Times New Roman" w:hAnsi="Times New Roman" w:eastAsia="Times New Roman" w:cs="Times New Roman"/>
        </w:rPr>
        <w:t>Ja valtaistuimesta lähti salamoita ja jylinää ja ääniä; ja valtaistuimen edessä paloi seitsemän tulisoihtua, jotka ovat Jumalan seitsemän Henkeä. Ilmestys 4:5.</w:t>
      </w:r>
    </w:p>
    <w:p>
      <w:pPr>
        <w:pStyle w:val="ArticleBody"/>
        <w:jc w:val="left"/>
      </w:pPr>
      <w:r>
        <w:rPr>
          <w:rFonts w:ascii="Times New Roman" w:hAnsi="Times New Roman" w:eastAsia="Times New Roman" w:cs="Times New Roman"/>
        </w:rPr>
        <w:t>Äänten, salamoiden ja ukkosten ensimmäisessä maininnassa sade kuvataan Pyhänä Henkenä, joka on ne seitsemän tulisoihtua, mutta maanjäristystä ei ole. Vasta seitsemännen sinetin poistamisen yhteydessä tunnistetaan pian tulevan sunnuntailain maanjäristys. Ilmestyskirjan neljäs luku osoittaa Juudan heimon Leijonan toteuttaman totuuden avaamisen alun, ja kun sinetöimisen aika tunnistetaan, se osoittaa ajanjakson alun ja lopun.</w:t>
      </w:r>
    </w:p>
    <w:p>
      <w:pPr>
        <w:pStyle w:val="ArticleBody"/>
        <w:jc w:val="left"/>
      </w:pPr>
      <w:r>
        <w:rPr>
          <w:rFonts w:ascii="Times New Roman" w:hAnsi="Times New Roman" w:eastAsia="Times New Roman" w:cs="Times New Roman"/>
        </w:rPr>
        <w:t>Nykyisen ajanjakson alku oli se, kun enkeli laskeutui valaisemaan maan kirkkaudellaan 11. syyskuuta 2001; sitten Jesajan kuudennessa luvussa meille ilmoitetaan, että sanoma, jota edustavat ”äänet, salamat, ukkosenjylinät, tuuli ja sade” ja joka päättyy sunnuntailakiin, on julistettava kansalle, joka näkee mutta ei kykene tajuamaan salamien merkitystä, ja vaikka he kuulevat, he eivät kykene ymmärtämään ääniä ja ukkosenjylinöitä, ennen kuin suuri maanjäristys yllättää heidät. Sadan neljänkymmenenneljän tuhannen sinetöimisen ajanjakso on se ajanjakso, jolloin jokaisen näyn vaikutus täyttyy.</w:t>
      </w:r>
    </w:p>
    <w:p>
      <w:pPr>
        <w:pStyle w:val="ArticleBody"/>
        <w:jc w:val="left"/>
      </w:pPr>
      <w:r>
        <w:rPr>
          <w:rFonts w:ascii="Times New Roman" w:hAnsi="Times New Roman" w:eastAsia="Times New Roman" w:cs="Times New Roman"/>
        </w:rPr>
        <w:t>Tuo historia synnyttää ja tuo esiin kaksi palvojien luokkaa. Toinen luokka tunnistaa sateen ja ottaa sen sen tähden vastaan, sillä he voivat nähdä salamat ja kuulla äänet, ukkosen ja tuulen. Sinetöimisen ajanjakson lopussa suuren maanjäristyksen, pian tulevan sunnuntailain, myötä alkavat sitten Jumalan toimeenpanevat tuomiot.</w:t>
      </w:r>
    </w:p>
    <w:p>
      <w:pPr>
        <w:pStyle w:val="ArticleScripture"/>
        <w:jc w:val="left"/>
      </w:pPr>
      <w:r>
        <w:rPr>
          <w:rFonts w:ascii="Times New Roman" w:hAnsi="Times New Roman" w:eastAsia="Times New Roman" w:cs="Times New Roman"/>
        </w:rPr>
        <w:t>Ja Jumalan temppeli taivaassa avattiin, ja hänen temppelissään nähtiin hänen liittonsa arkki; ja tuli salamoita ja ääniä ja ukkosenjylinää ja maanjäristys ja suuria rakeita. Ilmestys 11:19.</w:t>
      </w:r>
    </w:p>
    <w:p>
      <w:pPr>
        <w:pStyle w:val="ArticleBody"/>
        <w:jc w:val="left"/>
      </w:pPr>
      <w:r>
        <w:rPr>
          <w:rFonts w:ascii="Times New Roman" w:hAnsi="Times New Roman" w:eastAsia="Times New Roman" w:cs="Times New Roman"/>
        </w:rPr>
        <w:t>Suuressa maanjäristyksessä ”salamat ja äänet ja ukkosenjylinät” sisältävät myös ”rakeet”. ”Rakeet” edustavat niitä tuomioita, joita seitsemän enkeliä alkavat vuodattaa, ne enkelit, jotka valmistautuivat siihen sinetöimisen ajan alussa, kun seitsemättä sinettiä avattiin, aivan samoin kuin he odottivat enkeliä kulkemaan Jerusalemin halki ja panemaan merkin niiden päälle, jotka huokasivat ja valittivat maassa tehtyjen kauhistusten tähden (ulkonainen), ja seurakunnassa tehtyjen (sisäinen).</w:t>
      </w:r>
    </w:p>
    <w:p>
      <w:pPr>
        <w:pStyle w:val="ArticleBody"/>
        <w:jc w:val="left"/>
      </w:pPr>
      <w:r>
        <w:rPr>
          <w:rFonts w:ascii="Times New Roman" w:hAnsi="Times New Roman" w:eastAsia="Times New Roman" w:cs="Times New Roman"/>
        </w:rPr>
        <w:t>“Rakeet” merkitsee Jumalan tuhoisien tuomioiden aikaa, joka on armon aikaa Jumalan toiselle laumalle, jota silloin kutsutaan ulos Babylonista, ja kun viimeinen suuriin joukkoihin kuuluva on liittynyt Jumalan laumaan, ihmisen koetusaika päättyy lopullisesti.</w:t>
      </w:r>
    </w:p>
    <w:p>
      <w:pPr>
        <w:pStyle w:val="ArticleScripture"/>
        <w:jc w:val="left"/>
      </w:pPr>
      <w:r>
        <w:rPr>
          <w:rFonts w:ascii="Times New Roman" w:hAnsi="Times New Roman" w:eastAsia="Times New Roman" w:cs="Times New Roman"/>
        </w:rPr>
        <w:t>Ja seitsemäs enkeli vuodatti maljansa ilmaan; ja taivaan temppelistä, valtaistuimen luota, kuului suuri ääni, joka sanoi: Se on tapahtunut. Ja tuli ääniä ja ukkosenjylinää ja salamoita; ja tuli suuri maanjäristys, niin ankara maanjäristys, ettei sellaista ole ollut siitä asti, kun ihmisiä on ollut maan päällä, niin valtava ja suuri. Ja se suuri kaupunki jakautui kolmeen osaan, ja kansojen kaupungit sortuivat; ja suuri Babylon tuli muistetuksi Jumalan edessä, niin että sille annettiin hänen vihansa kiivauden viinin malja. Ilmestys 16:17–19.</w:t>
      </w:r>
    </w:p>
    <w:p>
      <w:pPr>
        <w:pStyle w:val="ArticleBody"/>
        <w:jc w:val="left"/>
      </w:pPr>
      <w:r>
        <w:rPr>
          <w:rFonts w:ascii="Nirmala UI" w:hAnsi="Nirmala UI" w:eastAsia="Nirmala UI" w:cs="Nirmala UI"/>
        </w:rPr>
        <w:t>प्रिय</w:t>
      </w:r>
      <w:r>
        <w:rPr>
          <w:rFonts w:ascii="Times New Roman" w:hAnsi="Times New Roman" w:eastAsia="Times New Roman" w:cs="Times New Roman"/>
        </w:rPr>
        <w:t xml:space="preserve"> </w:t>
      </w:r>
      <w:r>
        <w:rPr>
          <w:rFonts w:ascii="Nirmala UI" w:hAnsi="Nirmala UI" w:eastAsia="Nirmala UI" w:cs="Nirmala UI"/>
        </w:rPr>
        <w:t>पाठक</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गर्जनों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बिजली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चमक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वायु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मूर्ख</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भीख</w:t>
      </w:r>
      <w:r>
        <w:rPr>
          <w:rFonts w:ascii="Times New Roman" w:hAnsi="Times New Roman" w:eastAsia="Times New Roman" w:cs="Times New Roman"/>
        </w:rPr>
        <w:t xml:space="preserve"> </w:t>
      </w:r>
      <w:r>
        <w:rPr>
          <w:rFonts w:ascii="Nirmala UI" w:hAnsi="Nirmala UI" w:eastAsia="Nirmala UI" w:cs="Nirmala UI"/>
        </w:rPr>
        <w:t>माँगती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आवाज़</w:t>
      </w:r>
      <w:r>
        <w:rPr>
          <w:rFonts w:ascii="Times New Roman" w:hAnsi="Times New Roman" w:eastAsia="Times New Roman" w:cs="Times New Roman"/>
        </w:rPr>
        <w:t xml:space="preserve"> </w:t>
      </w:r>
      <w:r>
        <w:rPr>
          <w:rFonts w:ascii="Nirmala UI" w:hAnsi="Nirmala UI" w:eastAsia="Nirmala UI" w:cs="Nirmala UI"/>
        </w:rPr>
        <w:t>सुनोगे।</w:t>
      </w:r>
    </w:p>
    <w:p>
      <w:pPr>
        <w:pStyle w:val="ArticleBody"/>
        <w:jc w:val="left"/>
      </w:pPr>
      <w:r>
        <w:rPr>
          <w:rFonts w:ascii="Times New Roman" w:hAnsi="Times New Roman" w:eastAsia="Times New Roman" w:cs="Times New Roman"/>
        </w:rPr>
        <w:t>Jatkamme tämän tutkielman käsittelyä seuraavassa artikkelissa.</w:t>
      </w:r>
    </w:p>
    <w:p>
      <w:pPr>
        <w:pStyle w:val="ArticleScripture"/>
        <w:jc w:val="left"/>
      </w:pPr>
      <w:r>
        <w:rPr>
          <w:rFonts w:ascii="Times New Roman" w:hAnsi="Times New Roman" w:eastAsia="Times New Roman" w:cs="Times New Roman"/>
        </w:rPr>
        <w:t>Me odotimme rauhaa, mutta hyvää ei tullut, ja paranemisen aikaa, mutta katso, kauhua! Hänen hevostensa korskunta kuului Danista; koko maa vapisi hänen väkeviensä hirnunnan äänestä; sillä he ovat tulleet ja syöneet maan ja kaiken, mitä siinä on, kaupungin ja ne, jotka siinä asuvat. Sillä katso, minä lähetän teidän keskuuteenne käärmeitä, kyykäärmeitä, joita ei voida lumota, ja ne pistävät teitä, sanoo Herra. Kun tahtoisin lohduttaa itseäni murheessani, sydämeni on minussa nääntynyt. Katso, minun kansani tyttären huudon ääni kuuluu niiden tähden, jotka asuvat kaukaisessa maassa: Eikö Herra ole Siionissa? eikö hänen kuninkaansa ole hänessä? Miksi he ovat vihoittaneet minut veistokuvillaan ja muukalaisten turhuuksilla? Elonaika on mennyt, kesä on päättynyt, emmekä me ole pelastuneet. Minun kansani tyttären haavan tähden minä olen haavoitettu; minä olen murheen murtama; hämmästys on vallannut minut. Eikö Gileadissa ole voidetta? eikö siellä ole lääkäriä? Miksi ei sitten minun kansani tyttären terveys ole palautunut? Jeremia 8:15–22.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kolmekymmentäviisi</dc:title>
  <dc:subject>1776:n, 1789:n ja 1798:n profeetalliset äänet: johdanto 144 000:n sinetöimiseen</dc:subject>
  <dc:creator>Jeff Pippenger</dc:creator>
  <cp:keywords/>
  <dc:description>Generated by ArticleDigger from daniel\135_daniel.json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