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kolmekymmentäyhdeksän</w:t>
      </w:r>
    </w:p>
    <w:p>
      <w:pPr>
        <w:pStyle w:val="ArticleSubtitle"/>
        <w:jc w:val="left"/>
      </w:pPr>
      <w:r>
        <w:rPr>
          <w:rFonts w:ascii="Arial" w:hAnsi="Arial" w:eastAsia="Arial" w:cs="Arial"/>
        </w:rPr>
        <w:t>Daniel 11:40:n profeetallinen yhdenmukaisuus nykyaikaisten poliittisten todellisuuksien kanssa: viimeisen presidentin mysteerin selvittäminen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Tarkastelemme Danielin kirjan yhdestoista luvun neljännenkymmenennen jakeen yhdenmukaisuutta saman luvun jakeiden yksi ja kaksi kanssa. Jakeessa yksi lopun aika yksilöidään vuodeksi 1989, ja myös jae neljäkymmentä osoittaa lopun ajan vuoteen 1989, jolloin Neuvostoliitto romahti, mitä kuvasi Berliinin muurin murtaminen 9. marraskuuta 1989.</w:t>
      </w:r>
    </w:p>
    <w:p>
      <w:pPr>
        <w:pStyle w:val="ArticleBody"/>
        <w:jc w:val="left"/>
      </w:pPr>
      <w:r>
        <w:rPr>
          <w:rFonts w:ascii="Times New Roman" w:hAnsi="Times New Roman" w:eastAsia="Times New Roman" w:cs="Times New Roman"/>
        </w:rPr>
        <w:t>Toinen jae yksilöi Yhdysvaltain kuudennen presidentin vuoden 1989 jälkeen kaikkien presidenttien rikkaimmaksi ja osoittaa siten Donald Trumpiin. Näin tehdessään se yksilöi, että Trump on ”yllyttävä” koko Kreikan, joka oli kolmannen jakeen Aleksanteri Suuren kreikkalainen valtakunta. Jakeiden kolme ja neljä kreikkalainen valtakunta on Danielin kirjan yhdestoista luvussa maailmanlaajuisen valtakunnan vertauskuva.</w:t>
      </w:r>
    </w:p>
    <w:p>
      <w:pPr>
        <w:pStyle w:val="ArticleBody"/>
        <w:jc w:val="left"/>
      </w:pPr>
      <w:r>
        <w:rPr>
          <w:rFonts w:ascii="Times New Roman" w:hAnsi="Times New Roman" w:eastAsia="Times New Roman" w:cs="Times New Roman"/>
        </w:rPr>
        <w:t>William Miller sepitti ilmauksen: ”historia ja profetia ovat yhtä”, ja Donald Trumpin historia tarjoaa kiistattoman todistuksen siitä, että hän ei ollut ainoastaan Yhdysvaltojen kahdeksasta viimeisimmästä presidentistä rikkain, vaan myös siitä, että Yhdysvaltojen globalistit ja koko maailman globalistit vihaavat Donald Trumpia vihalla, joka on niin epäloogista, että monet määrittelevät sen mielettömyydeksi.</w:t>
      </w:r>
    </w:p>
    <w:p>
      <w:pPr>
        <w:pStyle w:val="ArticleBody"/>
        <w:jc w:val="left"/>
      </w:pPr>
      <w:r>
        <w:rPr>
          <w:rFonts w:ascii="Times New Roman" w:hAnsi="Times New Roman" w:eastAsia="Times New Roman" w:cs="Times New Roman"/>
        </w:rPr>
        <w:t>Viimeisten kahdeksan presidentin ensimmäinen, vuodesta 1989 alkaen, oli monin tavoin selvä Trumpin esikuva ja vahvisti siten, että jakeen kaksi kuudes presidentti olisi lopulta kahdeksas ja viimeinen presidentti. Reagan, kahdeksan presidentin sarjan ensimmäisenä, olisi kahdeksannen ja viimeisen esikuva, sillä Jeesus havainnollistaa aina jonkin asian lopun sen alulla.</w:t>
      </w:r>
    </w:p>
    <w:p>
      <w:pPr>
        <w:pStyle w:val="ArticleBody"/>
        <w:jc w:val="left"/>
      </w:pPr>
      <w:r>
        <w:rPr>
          <w:rFonts w:ascii="Times New Roman" w:hAnsi="Times New Roman" w:eastAsia="Times New Roman" w:cs="Times New Roman"/>
        </w:rPr>
        <w:t>Ronald Reaganin todistus, hänen, joka oli presidenttinä lopun aikana vuonna 1989, edustaa profeetallisesti sitä presidenttiä, joka olisi kahdeksasta presidentistä viimeinen. Reaganin jälkeen olisi seitsemän presidenttiä, sillä Yhdysvallat lakkaa olemasta raamatullisen profetian kuudes valtakunta pian tulevan sunnuntailain yhteydessä, ja tätä sunnuntailakia edeltäen Yhdysvallat muodostaa pedon kuvan, ja tuo peto on kahdeksas, seitsemästä pedosta. Reagan oli ensimmäinen presidentti lopun aikana vuonna 1989, ja viimeinen olisi kahdeksas, joka on niistä seitsemästä.</w:t>
      </w:r>
    </w:p>
    <w:p>
      <w:pPr>
        <w:pStyle w:val="ArticleBody"/>
        <w:jc w:val="left"/>
      </w:pPr>
      <w:r>
        <w:rPr>
          <w:rFonts w:ascii="Times New Roman" w:hAnsi="Times New Roman" w:eastAsia="Times New Roman" w:cs="Times New Roman"/>
        </w:rPr>
        <w:t>Reagan sanoi 12. kesäkuuta 1987 puheessaan Brandenburgin portilla Berliinin muurin lähellä Länsi-Berliinissä, Saksassa, puhutellessaan Neuvostoliiton kommunistisen puolueen pääsihteeriä Mihail Gorbatšovia: ”Pääsihteeri Gorbatšov, jos tavoittelette rauhaa, jos tavoittelette vaurautta Neuvostoliitolle ja Itä-Euroopalle, jos tavoittelette vapauttamista: Tulkaa tänne tälle portille! Herra Gorbatšov, avatkaa tämä portti! Herra Gorbatšov, repikää tämä muuri maahan!” Ensimmäinen viimeisten kahdeksan presidentin tunnetuimmista lauseista merkitsi muurin murtamisen täyttymystä kaksi vuotta myöhemmin, 9. marraskuuta 1989.</w:t>
      </w:r>
    </w:p>
    <w:p>
      <w:pPr>
        <w:pStyle w:val="ArticleBody"/>
        <w:jc w:val="left"/>
      </w:pPr>
      <w:r>
        <w:rPr>
          <w:rFonts w:ascii="Times New Roman" w:hAnsi="Times New Roman" w:eastAsia="Times New Roman" w:cs="Times New Roman"/>
        </w:rPr>
        <w:t>Näin tehdessään Reaganin painotus muurin murtamiseen puhui kahdeksannelle presidentille, joka pyrkiessään kuudenneksi presidentiksi perusti kampanjansa lupaukseen ”rakentaa muuri”. Viimeisten kahdeksan presidentin ensimmäinen kutsui murtamaan muurin, ja Berliinin muuri murrettiin vuonna 1989, lopun aikana. Pian tulevan sunnuntailain myötä Kirkon ja Valtion välisen eron ”muuri” murretaan, kuten vuotta 1989 alkuna edustava tapahtuma osoittaa. Tämän ajanjakson keskivaiheilla kuudes presidentti, joka yllyttää globalisteja, yrittää rakentaa muurin, jota he eivät halua, ja kun hän jälleen on seitsemästä kahdeksas presidentti, toinenkin ”muuri” kaatuu.</w:t>
      </w:r>
    </w:p>
    <w:p>
      <w:pPr>
        <w:pStyle w:val="ArticleBody"/>
        <w:jc w:val="left"/>
      </w:pPr>
      <w:r>
        <w:rPr>
          <w:rFonts w:ascii="Times New Roman" w:hAnsi="Times New Roman" w:eastAsia="Times New Roman" w:cs="Times New Roman"/>
        </w:rPr>
        <w:t>Ensimmäistä kahdeksasta presidentistä luonnehtii sellaisen muurin kukistaminen, joka merkitsi lopun aikaa, kuten Danielin kirjan yhdestoista luku jae neljäkymmentä esittää, ja viimeistä kahdeksasta presidentistä luonnehtii sellaisen ”muurin” kukistaminen, joka merkitsee sadan neljänkymmenenneljän tuhannen sinetöimisajan päättymistä, kuten Danielin kirjan yhdestoista luku jae neljäkymmentäyksi esittää.</w:t>
      </w:r>
    </w:p>
    <w:p>
      <w:pPr>
        <w:pStyle w:val="ArticleBody"/>
        <w:jc w:val="left"/>
      </w:pPr>
      <w:r>
        <w:rPr>
          <w:rFonts w:ascii="Times New Roman" w:hAnsi="Times New Roman" w:eastAsia="Times New Roman" w:cs="Times New Roman"/>
        </w:rPr>
        <w:t>Presidentti Reagan oli entinen demokraatti, josta tuli republikaani, entinen mediajulkkis, mies, joka tunnettiin selkeästä puhetaidostaan, jolla oli syvällinen huumorintaju, taloudellinen konservatiivi, joka kampanjoi Washingtonin, DC:n, valtaeliittiä vastaan. Kuitenkin huolimatta Reaganin retoriikasta hänen ensimmäisessä kampanjassaan sitä valtaeliittiä (suota) vastaan, joka oli juurtunut kansakunnan pääkaupunkiin, hän päätyi nimittämään ministerintehtäviinsä suuremman prosenttiosuuden vahvistettuja globalistisia poliitikkoja kuin yksikään muu moderni presidentti siihen mennessä. Hän meni jopa niin pitkälle, että valitsi varapresidentikseen ensimmäisen George Bushin, miehen, jonka suvun juuret ulottuvat syvälle globalistiseen historiaan.</w:t>
      </w:r>
    </w:p>
    <w:p>
      <w:pPr>
        <w:pStyle w:val="ArticleBody"/>
        <w:jc w:val="left"/>
      </w:pPr>
      <w:r>
        <w:rPr>
          <w:rFonts w:ascii="Times New Roman" w:hAnsi="Times New Roman" w:eastAsia="Times New Roman" w:cs="Times New Roman"/>
        </w:rPr>
        <w:t>Trump kampanjoi sen vallanpitäjien verkoston puhdistamisen puolesta, jota hän kutsui ”suoksi”, mutta hänen läheisiksi työtovereikseen valitsemiensa miesten historia paljastaa hänen suurimman heikkoutensa. Lähes kaikki nuo miehet olivat sen ”suon” edustajia, jota Trump niin jyrkästi vastustaa. Trump oli Reaganin tavoin entinen demokraatti, josta tuli republikaani, entinen mediajulkkis, puhetaidostaan tunnettu mies, jolla oli syvällinen huumorintaju ja joka oli finanssipoliittisesti konservatiivinen.</w:t>
      </w:r>
    </w:p>
    <w:p>
      <w:pPr>
        <w:pStyle w:val="ArticleBody"/>
        <w:jc w:val="left"/>
      </w:pPr>
      <w:r>
        <w:rPr>
          <w:rFonts w:ascii="Times New Roman" w:hAnsi="Times New Roman" w:eastAsia="Times New Roman" w:cs="Times New Roman"/>
        </w:rPr>
        <w:t>Yhdysvaltain viimeinen presidentti on se presidentti, jonka aikana paavikunnan kuva (pedon kuva) muodostetaan Yhdysvalloissa. Vuodesta 1989 lukien kahdeksas ja viimeinen presidentti olisi sen vuoksi osallinen sotaan lohikäärmevaltaa vastaan; sillä juuri pitkässä, pitkittyneessä sodassa lohikäärmeen kanssa paavikunta ensin korotettiin valtaistuimelle lohikäärmevallan toimesta vuonna 538, sitten sama lohikäärmevalta syöksi sen vallasta vuonna 1798, ja jälleen se korotetaan valtaistuimelle sen lohikäärmevallan toimesta, jota edustavat ne kymmenen kuningasta, jotka suostuvat antamaan seitsemännen valtakuntansa paavikunnalle, ja jotka sen jälkeen syöksevät paavillisen pedon vallasta, kun he polttavat sen tulessa ja syövät sen lihan sen tullessa loppuunsa ilman ainoatakaan auttajaa.</w:t>
      </w:r>
    </w:p>
    <w:p>
      <w:pPr>
        <w:pStyle w:val="ArticleBody"/>
        <w:jc w:val="left"/>
      </w:pPr>
      <w:r>
        <w:rPr>
          <w:rFonts w:ascii="Times New Roman" w:hAnsi="Times New Roman" w:eastAsia="Times New Roman" w:cs="Times New Roman"/>
        </w:rPr>
        <w:t>Se presidentti, josta on tuleva kahdeksas ja joka on yksi niistä seitsemästä, on myös oleva se presidentti, joka osallistuu sotaan lohikäärmevaltaa vastaan. Tuo sota tunnistetaan silloin, kun kuudes ja rikkain presidentti nostattaa liikkeelle kaikki globalistiset lohikäärmevallat. Kahdeksasta viimeisestä presidentistä, vuodesta 1989 alkaen, kaksi on kuollut, jolloin jäljelle jää kuusi mahdollista presidenttiä, jotka voisivat olla osallisia sodassa lohikäärmevaltaa vastaan.</w:t>
      </w:r>
    </w:p>
    <w:p>
      <w:pPr>
        <w:pStyle w:val="ArticleBody"/>
        <w:jc w:val="left"/>
      </w:pPr>
      <w:r>
        <w:rPr>
          <w:rFonts w:ascii="Times New Roman" w:hAnsi="Times New Roman" w:eastAsia="Times New Roman" w:cs="Times New Roman"/>
        </w:rPr>
        <w:t>Noista kuudesta mahdollisuudesta neljä on avoimesti lohikäärmeen voiman ajamia globalisteja. Yksi noista kuudesta tunnustautuu isänsä tavoin republikaaniksi, mutta hän on republikaani vain nimellisesti, ja isänsä tavoin hän on globalistisen lohikäärmevallan edustaja. Noista kuudesta elossa olevasta presidentistä vain yksi ei selvästi ole globalisti, ja hän on se presidentti, joka nostattaa globalistit liikkeelle. Hän on ainoa kahdeksasta viimeisestä presidentistä, joka voisi täyttää paaviuden kuvan osatekijän siinä mielessä, että hän on osallisena sodankäynnissä lohikäärmevaltaa vastaan.</w:t>
      </w:r>
    </w:p>
    <w:p>
      <w:pPr>
        <w:pStyle w:val="ArticleBody"/>
        <w:jc w:val="left"/>
      </w:pPr>
      <w:r>
        <w:rPr>
          <w:rFonts w:ascii="Times New Roman" w:hAnsi="Times New Roman" w:eastAsia="Times New Roman" w:cs="Times New Roman"/>
        </w:rPr>
        <w:t>Ensimmäinen republikaaninen presidentti lainasi kuuluisasti Yhdysvaltain sisällissotaan liittyen erästä raamatunkohtaa, joka käsittelee juuri tätä tosiasiaa.</w:t>
      </w:r>
    </w:p>
    <w:p>
      <w:pPr>
        <w:pStyle w:val="ArticleScripture"/>
        <w:jc w:val="left"/>
      </w:pPr>
      <w:r>
        <w:rPr>
          <w:rFonts w:ascii="Times New Roman" w:hAnsi="Times New Roman" w:eastAsia="Times New Roman" w:cs="Times New Roman"/>
        </w:rPr>
        <w:t>Mutta Jeesus tiesi heidän ajatuksensa ja sanoi heille: Jokainen valtakunta, joka riitautuu itsensä kanssa, autioituu, eikä mikään kaupunki tai talo, joka riitautuu itsensä kanssa, pysy pystyssä. Ja jos saatana ajaa ulos saatanan, hän on riitaantunut itsensä kanssa; kuinka siis hänen valtakuntansa voi pysyä pystyssä? Ja jos minä Beelsebulin avulla ajan ulos riivaajia, kenen avulla teidän lapsenne ajavat niitä ulos? Sentähden he tulevat olemaan teidän tuomarinne. Mutta jos minä Jumalan Hengen kautta ajan ulos riivaajia, silloin Jumalan valtakunta on tullut teidän tykönne. Matteus 12:25–28.</w:t>
      </w:r>
    </w:p>
    <w:p>
      <w:pPr>
        <w:pStyle w:val="ArticleBody"/>
        <w:jc w:val="left"/>
      </w:pPr>
      <w:r>
        <w:rPr>
          <w:rFonts w:ascii="Times New Roman" w:hAnsi="Times New Roman" w:eastAsia="Times New Roman" w:cs="Times New Roman"/>
        </w:rPr>
        <w:t>Lohikäärmeen sota rikkainta presidenttiä vastaan, joka yllytti Kreikan valtakunnan, voi olla vain Donald Trumpin ja globalistien välinen, sillä kaikki muut viisi mahdollista elossa olevaa presidenttiä ovat amerikkalaisvastaisia globalisteja. Kun Lincoln lainasi edellisiä jakeita käsitelläkseen kansakunnan jakautumista kahteen leiriin, orjuuden kannattajiin ja orjuuden vastustajiin, hän puhutteli orjuutta kannattavia demokraatteja ja orjuuden vastaisia republikaaneja, ja tehdessään niin hän puhutteli viimeisten päivien sotaa globalististen demokraattien ja sen välillä, jonka viimeinen republikaanipresidentti saa aikaan MAGA-ismin liikkeellään, jota hän edustaa ja johtaa.</w:t>
      </w:r>
    </w:p>
    <w:p>
      <w:pPr>
        <w:pStyle w:val="ArticleBody"/>
        <w:jc w:val="left"/>
      </w:pPr>
      <w:r>
        <w:rPr>
          <w:rFonts w:ascii="Times New Roman" w:hAnsi="Times New Roman" w:eastAsia="Times New Roman" w:cs="Times New Roman"/>
        </w:rPr>
        <w:t>Ensimmäisenä republikaanisena presidenttinä Lincoln on esikuva viimeisestä republikaanisesta presidentistä. Viimeistä presidenttiä edustaa myös lopun ajan republikaaninen presidentti vuonna 1989. Nämä kaksi todistajaa osoittavat, että presidentti, josta ne ovat esikuvia, on republikaani. Lopun ajan republikaaninen presidentti vuonna 1989 ei ollut ainoastaan republikaani, vaan hän oli myös viimeisten kahdeksan presidentin ensimmäinen. Viimeinen presidentti on ollut esikuvallisesti edustettuna myös George Washingtonissa, ensimmäisessä presidentissä ja ensimmäisessä ylipäällikössä.</w:t>
      </w:r>
    </w:p>
    <w:p>
      <w:pPr>
        <w:pStyle w:val="ArticleBody"/>
        <w:jc w:val="left"/>
      </w:pPr>
      <w:r>
        <w:rPr>
          <w:rFonts w:ascii="Times New Roman" w:hAnsi="Times New Roman" w:eastAsia="Times New Roman" w:cs="Times New Roman"/>
        </w:rPr>
        <w:t>Washingtonia puolestaan oli esikuvannut ensimmäinen presidentti sillä ajanjaksolla, jota 1776 edusti, ja tuo ensimmäinen presidentti (Peyton Randolph) oli yksi niistä seitsemästä miehestä, jotka palvelivat kahdeksan ajanjakson aikana, joita seitsemän miestä edusti. Randolph oli kahdeksasta ensimmäinen, ja edusti sen vuoksi Reagania, joka oli kahdeksasta ensimmäinen, ja hän oli kahdeksas, joka oli niistä seitsemästä. Sen vuoksi Randolph edusti Washingtonia (ensimmäistä presidenttiä), Lincolnia (ensimmäistä republikaanipresidenttiä), Reagania (viimeisten kahdeksan ensimmäistä presidenttiä) sekä vuoden 1989 jälkeistä kahdeksatta presidenttiä, joka profeetallisen välttämättömyyden mukaan olisi oleva kahdeksas, joka oli niistä seitsemästä.</w:t>
      </w:r>
    </w:p>
    <w:p>
      <w:pPr>
        <w:pStyle w:val="ArticleBody"/>
        <w:jc w:val="left"/>
      </w:pPr>
      <w:r>
        <w:rPr>
          <w:rFonts w:ascii="Times New Roman" w:hAnsi="Times New Roman" w:eastAsia="Times New Roman" w:cs="Times New Roman"/>
        </w:rPr>
        <w:t>Washingtonia esikuvasi myös John Hancock, joka oli presidenttinä siinä historiassa, jota vuosi 1789 edustaa, ja joka oli Randolphin tavoin kahdeksas, seitsemästä oleva. Randolph oli esikuvannut Washingtonia; näin ollen, kun Hancock asettuu Randolphin rinnalle kahdeksantena, joka on seitsemästä, Hancock edustaa vuoden 1989 jälkeistä kahdeksatta presidenttiä, jonka profeetallisen välttämättömyyden mukaan tuli olla kahdeksas, joka oli seitsemästä.</w:t>
      </w:r>
    </w:p>
    <w:p>
      <w:pPr>
        <w:pStyle w:val="ArticleBody"/>
        <w:jc w:val="left"/>
      </w:pPr>
      <w:r>
        <w:rPr>
          <w:rFonts w:ascii="Times New Roman" w:hAnsi="Times New Roman" w:eastAsia="Times New Roman" w:cs="Times New Roman"/>
        </w:rPr>
        <w:t>Randolph, Hancock, Washington, Lincoln ja Reagan ovat kaikki viimeisen presidentin esikuvia. Kahden noista todistajista perusteella vahvistuu, että viimeinen presidentti tulee olemaan republikaani. Kaksi vahvistaa, että viimeinen presidentti tulee olemaan kahdeksas, se joka on niistä seitsemästä. Viisi elossa olevaa presidenttiä niistä kahdeksasta presidentistä, jotka tulivat vuoden 1989 lopun ajan jälkeen, osoittavat, että ainoastaan Trumpilla on se poliittinen ideologia, joka mahdollistaa hänen osallisuutensa sotaan lohikäärmevaltaa vastaan.</w:t>
      </w:r>
    </w:p>
    <w:p>
      <w:pPr>
        <w:pStyle w:val="ArticleBody"/>
        <w:jc w:val="left"/>
      </w:pPr>
      <w:r>
        <w:rPr>
          <w:rFonts w:ascii="Times New Roman" w:hAnsi="Times New Roman" w:eastAsia="Times New Roman" w:cs="Times New Roman"/>
        </w:rPr>
        <w:t>Lincolnia edelsi James Buchanan, demokraatti, jonka rehelliset historioitsijat tunnistavat tuon varhaisen Amerikan historian tehottomimmaksi presidentiksi ja jonka tehoton johtajuus olennaisesti synnytti Yhdysvaltain sisällissodan. Ennen kuin Lincoln oli vannonut virkavalansa, eteläiset osavaltiot olivat jo alkaneet erota unionista, ja vain kuukausi Lincolnin virkaanastujaisten jälkeen ammuttiin ensimmäiset laukaukset. Buchanan pani liikkeet käyntiin, jotka synnyttivät sodan, jonka Lincoln pakotettiin ratkaisemaan.</w:t>
      </w:r>
    </w:p>
    <w:p>
      <w:pPr>
        <w:pStyle w:val="ArticleBody"/>
        <w:jc w:val="left"/>
      </w:pPr>
      <w:r>
        <w:rPr>
          <w:rFonts w:ascii="Times New Roman" w:hAnsi="Times New Roman" w:eastAsia="Times New Roman" w:cs="Times New Roman"/>
        </w:rPr>
        <w:t>Reagania edelsi modernin ajan tehottomin presidentti. Carter, demokraatti, saatti Yhdysvallat häpeään kyvyttömyydellään puuttua asianmukaisesti radikaaliin islamiin, jonka keskus oli Iranissa.</w:t>
      </w:r>
    </w:p>
    <w:p>
      <w:pPr>
        <w:pStyle w:val="ArticleBody"/>
        <w:jc w:val="left"/>
      </w:pPr>
      <w:r>
        <w:rPr>
          <w:rFonts w:ascii="Times New Roman" w:hAnsi="Times New Roman" w:eastAsia="Times New Roman" w:cs="Times New Roman"/>
        </w:rPr>
        <w:t>Trumpia edelsi Obama, demokraatti, joka tarkoituksellisesti pani alulle ne kulttuuriset, poliittiset ja taloudelliset jakolinjat, jotka ovat sittemmin vain syventyneet. Hänen tehottoman johtajuutensa esikuvallisia ilmentymiä olivat sekä Buchanan että Carter, mutta siinä historian vaiheessa, jossa hän toimi johdossa, valtamedia oli jo alkanut ilmentää itseään rinnakkaisesti Adolf Hitlerin kansanvalistuksen ja propagandan valtakunnanministeriön kanssa. Obaman hyökkäykset Yhdysvaltain yhteiskunnallisia, poliittisia, taloudellisia ja uskonnollisia instituutioita vastaan peiteltiin niiden osalta, jotka päättivät olla näkemättä, ja hänen tehottomuutensa henkilönä, joka oli vannonut suojelevansa perustuslakia, salattiin huolellisesti. Obama saattoi Yhdysvallat häpeään kykenemättömyydellään käsitellä oikein Iranissa sijaitsevaa radikaalia islamia.</w:t>
      </w:r>
    </w:p>
    <w:p>
      <w:pPr>
        <w:pStyle w:val="ArticleBody"/>
        <w:jc w:val="left"/>
      </w:pPr>
      <w:r>
        <w:rPr>
          <w:rFonts w:ascii="Times New Roman" w:hAnsi="Times New Roman" w:eastAsia="Times New Roman" w:cs="Times New Roman"/>
        </w:rPr>
        <w:t>Kun Trump valitaan uudelleen vuonna 2024 kahdeksantena presidenttinä Reaganin vuodesta 1989 alkaneen kauden jälkeen, häntä on jälleen edeltänyt globalistinen, lohikäärmeen voimin toimiva demokraatti, joka on nyt ottanut kruunun historian tehottomimpana presidenttinä ja joka on toistuvasti saattanut Yhdysvallat häpeään pyrkimyksessään puuttua radikaaliin islamiin, jonka keskus sijaitsee Iranissa, vaikka moderni valtavirran media (Reichin kansanvalistuksen ja propagandan ministeriön ilmentämänä) jälleen kerran pyrkii hautaamaan tämän ilmeisen todellisuuden.</w:t>
      </w:r>
    </w:p>
    <w:p>
      <w:pPr>
        <w:pStyle w:val="ArticleBody"/>
        <w:jc w:val="left"/>
      </w:pPr>
      <w:r>
        <w:rPr>
          <w:rFonts w:ascii="Times New Roman" w:hAnsi="Times New Roman" w:eastAsia="Times New Roman" w:cs="Times New Roman"/>
        </w:rPr>
        <w:t>Kun Reagan astui virkaansa, demokraattisen presidentin ratkaisematta jättämä ratkaisematon kriisi radikaalin islamin kanssa, jonka keskus oli Iranissa, oli yhä selvittämättä. Reagan ryhtyi välittömästi toimiin kääntääkseen Yhdysvaltojen ja radikaalin islamin, Iranin edustamana, välisten jännitteiden suunnan. Kun Trump astui virkaansa, ratkaisematon kriisi radikaalin islamin kanssa, jälleen Iranissa, ei ainoastaan ollut jäänyt ratkaisematta, vaan demokraattinen presidentti oli myös rahoittanut sitä. Trump ryhtyi välittömästi toimiin kääntääkseen Yhdysvaltojen ja radikaalin islamin, Iranin edustamana, välisten jännitteiden suunnan. Nykyinen demokraattinen presidentti kumosi kaiken Trumpin saavuttaman edistyksen, ja Bidenin tehottoman johtajuuden vuoksi koko maailma vedetään nyt mukaan kolmanteen maailmansotaan.</w:t>
      </w:r>
    </w:p>
    <w:p>
      <w:pPr>
        <w:pStyle w:val="ArticleBody"/>
        <w:jc w:val="left"/>
      </w:pPr>
      <w:r>
        <w:rPr>
          <w:rFonts w:ascii="Times New Roman" w:hAnsi="Times New Roman" w:eastAsia="Times New Roman" w:cs="Times New Roman"/>
        </w:rPr>
        <w:t>Tämä täyttää paitsi sen islamiin liittyvän työn, jota Carterin tehottomuus ja Obaman islamin edistäminen edustivat, myös Buchananin työn sodan aloittamisessa, jonka republikaanisen presidentin oli ratkaistava.</w:t>
      </w:r>
    </w:p>
    <w:p>
      <w:pPr>
        <w:pStyle w:val="ArticleBody"/>
        <w:jc w:val="left"/>
      </w:pPr>
      <w:r>
        <w:rPr>
          <w:rFonts w:ascii="Times New Roman" w:hAnsi="Times New Roman" w:eastAsia="Times New Roman" w:cs="Times New Roman"/>
        </w:rPr>
        <w:t>Kuten ensimmäinen republikaanipresidentti, myös Trump surmattiin poliittisesti globalististen lohikäärmevaltojen toimesta vuoden 2020 vaaleissa. Kun hänen katsottiin makaavan kuolleena kadulla, maan pedon globalistit ja koko maailman globalistit alkoivat juhlia, niin kuin Ilmestyskirjan yhdestoista luku ennustaa.</w:t>
      </w:r>
    </w:p>
    <w:p>
      <w:pPr>
        <w:pStyle w:val="ArticleScripture"/>
        <w:jc w:val="left"/>
      </w:pPr>
      <w:r>
        <w:rPr>
          <w:rFonts w:ascii="Times New Roman" w:hAnsi="Times New Roman" w:eastAsia="Times New Roman" w:cs="Times New Roman"/>
        </w:rPr>
        <w:t>Ja kun he ovat saattaneet todistuksensa päätökseen, peto, joka nousee syvyydestä, käy sotaa heitä vastaan ja voittaa heidät ja tappaa heidät. Ja heidän ruumiinsa makaavat sen suuren kaupungin kadulla, jota hengellisesti kutsutaan Sodomaksi ja Egyptiksi, missä myös meidän Herramme ristiinnaulittiin. Ja kansoista ja sukukunnista ja kielistä ja kansanheimoista olevat katsovat heidän ruumiitaan kolme ja puoli päivää eivätkä salli heidän ruumiitaan panna hautaan. Ja ne, jotka maan päällä asuvat, iloitsevat heistä ja riemuitsevat ja lähettävät lahjoja toinen toiselleen, sillä nämä kaksi profeettaa vaivasivat niitä, jotka maan päällä asuvat. Ja kolmen ja puolen päivän kuluttua Jumalasta lähtenyt elämän Henki meni heihin, ja he nousivat jaloilleen; ja suuri pelko valtasi ne, jotka näkivät heidät. Ilmestys 11:7–11.</w:t>
      </w:r>
    </w:p>
    <w:p>
      <w:pPr>
        <w:pStyle w:val="ArticleBody"/>
        <w:jc w:val="left"/>
      </w:pPr>
      <w:r>
        <w:rPr>
          <w:rFonts w:ascii="Times New Roman" w:hAnsi="Times New Roman" w:eastAsia="Times New Roman" w:cs="Times New Roman"/>
        </w:rPr>
        <w:t>Olemme nyt saapuneet vuoteen 2024, jolloin Trump seisoo jaloillaan, ja lohikäärmemaailma, joka on riemuinnut ja pitänyt iloisia menoja 6. tammikuuta 2021 lähtien, joutuu nyt kohtaamaan ”suuren pelon”. Valtamedia (MSM) on paniikissa. Niiden omat puheenaiheet alkavat tuoda ilmi niiden huolen siitä, että, kuten vanha rock and roll -laulu sanoo, ”tuolla väsyneellä vanhalla miehellä, jonka he ovat valinneet kuninkaaksi”, ei ole kykyä pysyä riittävän lähellä Trumpin lukuja, jotta heidän äänestyskoneensa voisivat työntää Bidenin voiton puolelle. Valtamedia on nyt yhtä lailla propagandakoneisto kuin oli valtakunnan kansanvalistuksen ja propagandan ministeriö Hitlerin päivinä.</w:t>
      </w:r>
    </w:p>
    <w:p>
      <w:pPr>
        <w:pStyle w:val="ArticleBody"/>
        <w:jc w:val="left"/>
      </w:pPr>
      <w:r>
        <w:rPr>
          <w:rFonts w:ascii="Times New Roman" w:hAnsi="Times New Roman" w:eastAsia="Times New Roman" w:cs="Times New Roman"/>
        </w:rPr>
        <w:t>Tämä tosiasia on toistuvasti osoitettu tavalla, joka sulkee pois kaiken matemaattisen mahdollisuuden, että asia olisi toisin. Joka kerta, kun yhteiskuntaan laajemmin tuodaan uusi globalistinen puheenaihe, on yhä uudelleen dokumentoitu, että lohikäärmeen propagandakoneiston hallitsemat eri viestintälinjat tuottavat kuvatessaan tätä tapahtumaa tai tuota kysymystä täsmälleen saman sanamuodon, sanasta sanaan.</w:t>
      </w:r>
    </w:p>
    <w:p>
      <w:pPr>
        <w:pStyle w:val="ArticleBody"/>
        <w:jc w:val="left"/>
      </w:pPr>
      <w:r>
        <w:rPr>
          <w:rFonts w:ascii="Times New Roman" w:hAnsi="Times New Roman" w:eastAsia="Times New Roman" w:cs="Times New Roman"/>
        </w:rPr>
        <w:t>Jos joku teistä tuntee vanhan lastenleikin, jota kutsutaan nimellä ”rikkinäinen puhelin” tai joskus ”kiinalaiset kuiskaukset”, tiedätte, että kun ihmiset istuvat piirissä ja leikin edetessä ensimmäinen kuiskaa jotakin seuraavan korvaan ja sitten tuo kuiskaus toistetaan ympäri piiriä, alkuperäinen kuiskaus, joka kulkee piirin ympäri, muuttuu poikkeuksetta joksikin muuksi kuin mitä ensimmäinen kuiskaus alun perin tarkoitti. Kuitenkin valtamedia odottaa kannattajiensa uskovan, että jokainen toimittaja tässä maassa ja ympäri maailmaa jotenkin valitsee samat sanat ja sanonnat selittääkseen lohikäärmeen kannan johonkin aiheeseen tai tapahtumaan. Sadat niin sanotut toimittajat tarkastelivat samaa tapahtumaa eivätkä ainoastaan päätyneet samaan johtopäätökseen, vaan valitsivat täsmälleen samat sanat ja ilmaukset kuvaamaan tapahtumaa.</w:t>
      </w:r>
    </w:p>
    <w:p>
      <w:pPr>
        <w:pStyle w:val="ArticleBody"/>
        <w:jc w:val="left"/>
      </w:pPr>
      <w:r>
        <w:rPr>
          <w:rFonts w:ascii="Times New Roman" w:hAnsi="Times New Roman" w:eastAsia="Times New Roman" w:cs="Times New Roman"/>
        </w:rPr>
        <w:t>Se, mitä tällä hetkellä käsittelemme, ei ole hyökkäys globalistien propagandakoneistoa vastaan, vaan pelkästään sen profeetallisen ominaispiirteen tunnistamista hengellisessä sodassa, joka nyt käydään maapallolla. Kristuksen aikana juutalaiset lopulta julkisesti valitsivat keisarinsa kuninkaakseen hylätessään Messiaansa. Tuona kiistanalaisena aikana ylimmäinen pappi esitti saatanallisen ja virheelliseen päättelyyn perustuvan perustelun Kristuksen murhaamiselle, mutta samalla se oli myös paikkansapitävä.</w:t>
      </w:r>
    </w:p>
    <w:p>
      <w:pPr>
        <w:pStyle w:val="ArticleScripture"/>
        <w:jc w:val="left"/>
      </w:pPr>
      <w:r>
        <w:rPr>
          <w:rFonts w:ascii="Times New Roman" w:hAnsi="Times New Roman" w:eastAsia="Times New Roman" w:cs="Times New Roman"/>
        </w:rPr>
        <w:t>Ja yksi heistä, nimeltä Kaifas, joka oli sinä vuonna ylimmäisenä pappina, sanoi heille: Te ette tiedä mitään ettekä ajattele, että meille on hyödyllistä, että yksi ihminen kuolee kansan edestä eikä koko kansa huku. Mutta tätä hän ei sanonut itsestään; vaan koska hän oli sinä vuonna ylimmäinen pappi, hän ennusti, että Jeesus oli kuoleva sen kansan edestä; eikä ainoastaan sen kansan, vaan myös kootakseen yhdeksi hajallaan olevat Jumalan lapset. Joh. 11:49–52.</w:t>
      </w:r>
    </w:p>
    <w:p>
      <w:pPr>
        <w:pStyle w:val="ArticleBody"/>
        <w:jc w:val="left"/>
      </w:pPr>
      <w:r>
        <w:rPr>
          <w:rFonts w:ascii="Times New Roman" w:hAnsi="Times New Roman" w:eastAsia="Times New Roman" w:cs="Times New Roman"/>
        </w:rPr>
        <w:t>Kaifas sepitti logiikkaa hyökätäkseen Kristusta vastaan, ja tehdessään niin hän itse asiassa esitti paikkansapitävän ennustuksen. Hän ei uskonut, että Kristuksen tuli olla ihmiskunnan uhri; hän yksinkertaisesti tahtoi tappaa Hänet. Lohikäärmeen vallan valtamedia toteuttaa nyt jotakin samankaltaista Trumpin suhteen. He pyrkivät juurruttamaan väestöön pelkoa, että jos Trump valitaan uudelleen, hänestä tulee diktaattori, kuten Adolph Hitleristä. Demokraatit ovat orjuutta kannattava puolue, ja heissä ilmenevät natsipuolueen tunnusmerkit, mukaan lukien maailmanlaajuinen, ei vain saksalainen, propagandakoneisto, mutta he väittävät, että jos Trump valitaan, demokratia kumotaan ja Trumpista tulee Adolph Hitlerin kaltainen diktaattori.</w:t>
      </w:r>
    </w:p>
    <w:p>
      <w:pPr>
        <w:pStyle w:val="ArticleBody"/>
        <w:jc w:val="left"/>
      </w:pPr>
      <w:r>
        <w:rPr>
          <w:rFonts w:ascii="Times New Roman" w:hAnsi="Times New Roman" w:eastAsia="Times New Roman" w:cs="Times New Roman"/>
        </w:rPr>
        <w:t>Juuri tämän Jumalan Sana osoittaa Yhdysvaltain viimeisestä presidentistä, vaikka valtamedia, lohikäärmeen innoittaman Kaifaan tavoin, ei ymmärrä, että heidän puheenaiheensa ovat profeetallisia ja tulevat todella toteutumaan.</w:t>
      </w:r>
    </w:p>
    <w:p>
      <w:pPr>
        <w:pStyle w:val="ArticleScripture"/>
        <w:jc w:val="left"/>
      </w:pPr>
      <w:r>
        <w:rPr>
          <w:rFonts w:ascii="Times New Roman" w:hAnsi="Times New Roman" w:eastAsia="Times New Roman" w:cs="Times New Roman"/>
        </w:rPr>
        <w:t>”Maamme on vaarassa. Aika lähestyy, jolloin sen lainsäätäjät niin hylkäävät protestantismin periaatteet, että antavat tukensa roomalaiselle luopumukselle. Kansa, jonka hyväksi Jumala on niin ihmeellisesti toiminut vahvistaen sitä karistamaan niskoiltaan paavillisuuden kalvavan ikeen, tulee kansallisella teolla antamaan voimaa Rooman turmeltuneelle uskolle ja siten herättämään tyrannian, joka vain odottaa kosketusta puhjetakseen jälleen julmuuteen ja despotismiin. Nopein askelin me jo lähestymme tätä aikaa.” The Spirit of Prophecy, volume 4, 410.</w:t>
      </w:r>
    </w:p>
    <w:p>
      <w:pPr>
        <w:pStyle w:val="ArticleBody"/>
        <w:jc w:val="left"/>
      </w:pPr>
      <w:r>
        <w:rPr>
          <w:rFonts w:ascii="Times New Roman" w:hAnsi="Times New Roman" w:eastAsia="Times New Roman" w:cs="Times New Roman"/>
        </w:rPr>
        <w:t>Olen tietoinen siitä, että kun osoitan Yhdysvaltain demokraattien turmeltuneet ainekset, ne tunnustautuvat republikaanit, jotka ovat todellisuudessa globalisteja, sekä maailman edistykselliset globalistit, lukija saattaa päätyä uskomaan, että minulla olisi jonkinlaista poliittista myötämielisyyttä republikaanipuoluetta tai Donald Trumpia kohtaan. Tämä on kaukana asian todellisista tosiseikoista; viimeisestä presidentistä on tuleva diktaattori, aivan niin kuin valtamedia ennustaa, vaikka se ei tiedä siitä, mitä se tosiasiassa ennustaa, enempää kuin Kaifaskaan tiesi. Me ainoastaan tunnistamme ne profeetalliset dynamiikat, jotka liittyvät ”inhimillisten tapahtumien monisyiseen vuorovaikutukseen” ja joita Hesekielin pyörät pyörien sisällä edustavat.</w:t>
      </w:r>
    </w:p>
    <w:p>
      <w:pPr>
        <w:pStyle w:val="ArticleBody"/>
        <w:jc w:val="left"/>
      </w:pPr>
      <w:r>
        <w:rPr>
          <w:rFonts w:ascii="Times New Roman" w:hAnsi="Times New Roman" w:eastAsia="Times New Roman" w:cs="Times New Roman"/>
        </w:rPr>
        <w:t>Jatkamme tätä tutkielmaa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kolmekymmentäyhdeksän</dc:title>
  <dc:subject>Daniel 11:40:n profeetallinen yhdenmukaisuus nykyaikaisten poliittisten todellisuuksien kanssa: viimeisen presidentin mysteerin selvittäminen</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