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 neljäkymmentä</w:t>
      </w:r>
    </w:p>
    <w:p>
      <w:pPr>
        <w:pStyle w:val="ArticleSubtitle"/>
        <w:jc w:val="left"/>
      </w:pPr>
      <w:r>
        <w:rPr>
          <w:rFonts w:ascii="Arial" w:hAnsi="Arial" w:eastAsia="Arial" w:cs="Arial"/>
        </w:rPr>
        <w:t>Viimeinen lupaus: Elian tehtävän paljastaminen ennen Herran päivää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Vanhan testamentin viimeinen lupaus on, että ennen Herran suurta ja pelottavaa päivää Elia tulee.</w:t>
      </w:r>
    </w:p>
    <w:p>
      <w:pPr>
        <w:pStyle w:val="ArticleScripture"/>
        <w:jc w:val="left"/>
      </w:pPr>
      <w:r>
        <w:rPr>
          <w:rFonts w:ascii="Times New Roman" w:hAnsi="Times New Roman" w:eastAsia="Times New Roman" w:cs="Times New Roman"/>
        </w:rPr>
        <w:t>Muistakaa Mooseksen, palvelijani, laki, jonka minä Horebilla hänelle säädin koko Israelia varten, käskyineen ja oikeuksineen. Katso, minä lähetän teille profeetta Elian, ennen kuin tulee Herran suuri ja peljättävä päivä. Ja hän kääntää isien sydämet lasten puoleen ja lasten sydämet heidän isiensä puoleen, etten minä tulisi ja löisi maata kirouksella. Malakia 4:4–5.</w:t>
      </w:r>
    </w:p>
    <w:p>
      <w:pPr>
        <w:pStyle w:val="ArticleBody"/>
        <w:jc w:val="left"/>
      </w:pPr>
      <w:r>
        <w:rPr>
          <w:rFonts w:ascii="Times New Roman" w:hAnsi="Times New Roman" w:eastAsia="Times New Roman" w:cs="Times New Roman"/>
        </w:rPr>
        <w:t>Elia, joka tulee ennen ”Herran suurta ja peljättävää päivää”, on yksilöllinen sanansaattaja sekä myös se liike, joka liittyy sanomaan, jota sanansaattaja julistaa. Lähetetty Elia on siis ne sata neljäkymmentäneljä tuhatta, jotka eivät maista kuolemaa, niin kuin Henok ja Elia edustavat. He ovat ne, jotka korotetaan lipuksi pian tulevan sunnuntailain aikana.</w:t>
      </w:r>
    </w:p>
    <w:p>
      <w:pPr>
        <w:pStyle w:val="ArticleBody"/>
        <w:jc w:val="left"/>
      </w:pPr>
      <w:r>
        <w:rPr>
          <w:rFonts w:ascii="Times New Roman" w:hAnsi="Times New Roman" w:eastAsia="Times New Roman" w:cs="Times New Roman"/>
        </w:rPr>
        <w:t>Viimeisten päivien Eliaa edusti myös Johannes Kastaja, mutta Johannes ei edustanut niitä sataneljääkymmentäneljää tuhatta. Hän edusti niitä, jotka liittyvät liikkeeseen ja vastaanottavat viimeisten päivien sanansaattajan sanoman, ja jotka sitten paavikunta murhaa sunnuntailain kriisin hetkellä, kriisin, joka alkaa pian tulevan sunnuntailain myötä ja päättyy, kun Miikael nousee ja paavikunta tulee loppuunsa ilman auttajaa.</w:t>
      </w:r>
    </w:p>
    <w:p>
      <w:pPr>
        <w:pStyle w:val="ArticleBody"/>
        <w:jc w:val="left"/>
      </w:pPr>
      <w:r>
        <w:rPr>
          <w:rFonts w:ascii="Times New Roman" w:hAnsi="Times New Roman" w:eastAsia="Times New Roman" w:cs="Times New Roman"/>
        </w:rPr>
        <w:t>Elia esitetään Karmelinvuorella, ja Johannes esitetään Herodeksen juhlasalissa. Nuo kaksi historiallista todistajaa yksilöivät ne kaksi Jumalan viimeisten päivien kansan ryhmää, jotka esitetään Ilmestyskirjan seitsemännessä luvussa. Sataneljäkymmentäneljätuhatta ja suuri joukko vastaavat Karmelinvuorta ja Herodeksen syntymäpäiväjuhlaa. Nuo kaksi profeetallista linjaa tarjoavat luotettavan viitepisteen kahdeksannen pään, toisin sanoen sen seitsemästä päästä olevan pään, huolelliseen tunnistamiseen Ilmestyskirjan seitsemännessätoista luvussa, riittävän profeetallisen yksityiskohtaisesti, jotta kävisi selväksi, kuinka ja miksi viimeisestä presidentistä, joka on kahdeksas presidentti ja joka on yksi niistä seitsemästä, tulee Yhdysvaltojen suuri diktaattori raamatullisen profetian kuudennen valtakunnan viimeisissä liikkeissä.</w:t>
      </w:r>
    </w:p>
    <w:p>
      <w:pPr>
        <w:pStyle w:val="ArticleBody"/>
        <w:jc w:val="left"/>
      </w:pPr>
      <w:r>
        <w:rPr>
          <w:rFonts w:ascii="Times New Roman" w:hAnsi="Times New Roman" w:eastAsia="Times New Roman" w:cs="Times New Roman"/>
        </w:rPr>
        <w:t>Sunnuntailain kohdalla kolminkertainen liitto toteutuu.</w:t>
      </w:r>
    </w:p>
    <w:p>
      <w:pPr>
        <w:pStyle w:val="ArticleScripture"/>
        <w:jc w:val="left"/>
      </w:pPr>
      <w:r>
        <w:rPr>
          <w:rFonts w:ascii="Times New Roman" w:hAnsi="Times New Roman" w:eastAsia="Times New Roman" w:cs="Times New Roman"/>
        </w:rPr>
        <w:t>”Sillä säädöksellä, joka pakottaa voimaan paaviuden asetuksen Jumalan lain vastaisesti, kansakuntamme katkaisee täydellisesti yhteytensä vanhurskauteen. Kun protestantismi ojentaa kätensä kuilun yli tarttuakseen roomalaisen vallan käteen, kun se kurottautuu syvyyden yli lyödäkseen kättä spiritualismin kanssa, kun tämän kolminkertaisen liiton vaikutuksesta maamme hylkää jokaisen perustuslakinsa periaatteen protestanttisena ja tasavaltalaisena hallituksena ja ryhtyy toimenpiteisiin paavillisten valheiden ja harhojen levittämiseksi, silloin saamme tietää, että Saatanan ihmeellisen toiminnan aika on tullut ja että loppu on lähellä.” Testimonies, osa 5, 451.</w:t>
      </w:r>
    </w:p>
    <w:p>
      <w:pPr>
        <w:pStyle w:val="ArticleBody"/>
        <w:jc w:val="left"/>
      </w:pPr>
      <w:r>
        <w:rPr>
          <w:rFonts w:ascii="Times New Roman" w:hAnsi="Times New Roman" w:eastAsia="Times New Roman" w:cs="Times New Roman"/>
        </w:rPr>
        <w:t>Kuitenkin tässä kuvauksessa on järjestys, ja tuo järjestys on innoitetun sanan aihe. Se on tapahtuma, joka sattuu säädöksen hetkellä, mikä eräässä mielessä on yksittäinen tapahtuma, mutta todellisuudessa se on hyvin huolellinen tapahtumien järjestys. ”Säädöksen” hetkellä Yhdysvallat lakkaa olemasta Raamatun profetian kuudes valtakunta, mikä merkitsee, että juuri siinä seitsemäs valtakunta alkaa, mutta seitsemäs valtakunta suostuu antamaan valtakuntansa pedolle. Kun väärä profeetta voitetaan, lohikäärme ottaa asemansa ja antaa välittömästi puolet valtakunnastaan pedolle.</w:t>
      </w:r>
    </w:p>
    <w:p>
      <w:pPr>
        <w:pStyle w:val="ArticleBody"/>
        <w:jc w:val="left"/>
      </w:pPr>
      <w:r>
        <w:rPr>
          <w:rFonts w:ascii="Times New Roman" w:hAnsi="Times New Roman" w:eastAsia="Times New Roman" w:cs="Times New Roman"/>
        </w:rPr>
        <w:t>Karmelin vuorella oli neljäsataa viisikymmentä Baalin profeettaa sekä neljäsataa lehdon profeettaa, jotka olivat Samariassa syömässä Iisebelin pöydässä.</w:t>
      </w:r>
    </w:p>
    <w:p>
      <w:pPr>
        <w:pStyle w:val="ArticleScripture"/>
        <w:jc w:val="left"/>
      </w:pPr>
      <w:r>
        <w:rPr>
          <w:rFonts w:ascii="Times New Roman" w:hAnsi="Times New Roman" w:eastAsia="Times New Roman" w:cs="Times New Roman"/>
        </w:rPr>
        <w:t>Lähetä siis nyt sana ja kokoa minun luokseni koko Israel Karmelinvuorelle sekä Baalin profeetat, neljäsataa viisikymmentä, ja lehtojen profeetat, neljäsataa, jotka syövät Iisebelin pöydästä. 1. Kun. 18:19.</w:t>
      </w:r>
    </w:p>
    <w:p>
      <w:pPr>
        <w:pStyle w:val="ArticleBody"/>
        <w:jc w:val="left"/>
      </w:pPr>
      <w:r>
        <w:rPr>
          <w:rFonts w:ascii="Times New Roman" w:hAnsi="Times New Roman" w:eastAsia="Times New Roman" w:cs="Times New Roman"/>
        </w:rPr>
        <w:t>Elia tunnistaa Karmelinvuorella tapahtuneen yhteenoton kiistakysymykseksi, jossa ei ollut kyse ainoastaan siitä, kuka oli tosi Jumala, vaan myös siitä, kuka oli tosi profeetta.</w:t>
      </w:r>
    </w:p>
    <w:p>
      <w:pPr>
        <w:pStyle w:val="ArticleScripture"/>
        <w:jc w:val="left"/>
      </w:pPr>
      <w:r>
        <w:rPr>
          <w:rFonts w:ascii="Times New Roman" w:hAnsi="Times New Roman" w:eastAsia="Times New Roman" w:cs="Times New Roman"/>
        </w:rPr>
        <w:t>Silloin Elia sanoi kansalle: ”Minä, juuri minä yksin, olen jäänyt Herran profeetaksi, mutta Baalin profeettoja on neljäsataa viisikymmentä miestä.” 1. Kun. 18:22.</w:t>
      </w:r>
    </w:p>
    <w:p>
      <w:pPr>
        <w:pStyle w:val="ArticleBody"/>
        <w:jc w:val="left"/>
      </w:pPr>
      <w:r>
        <w:rPr>
          <w:rFonts w:ascii="Times New Roman" w:hAnsi="Times New Roman" w:eastAsia="Times New Roman" w:cs="Times New Roman"/>
        </w:rPr>
        <w:t>Kun Elian uhri kului taivaasta laskeutuneessa tulessa, hän surmasi sitten omin käsin ne neljäsataa viisikymmentä Baalin profeettaa.</w:t>
      </w:r>
    </w:p>
    <w:p>
      <w:pPr>
        <w:pStyle w:val="ArticleScripture"/>
        <w:jc w:val="left"/>
      </w:pPr>
      <w:r>
        <w:rPr>
          <w:rFonts w:ascii="Times New Roman" w:hAnsi="Times New Roman" w:eastAsia="Times New Roman" w:cs="Times New Roman"/>
        </w:rPr>
        <w:t>Ja Elia sanoi heille: Ottakaa Baalin profeetat kiinni; älköön yksikään heistä pääskö pakoon. Ja he ottivat heidät; ja Elia vei heidät alas Kiisonin purolle ja surmasi heidät siellä. 1. Kun. 18:40.</w:t>
      </w:r>
    </w:p>
    <w:p>
      <w:pPr>
        <w:pStyle w:val="ArticleBody"/>
        <w:jc w:val="left"/>
      </w:pPr>
      <w:r>
        <w:rPr>
          <w:rFonts w:ascii="Times New Roman" w:hAnsi="Times New Roman" w:eastAsia="Times New Roman" w:cs="Times New Roman"/>
        </w:rPr>
        <w:t>Baal oli väärä miehinen jumaluus, ja ne neljäsataa lehdon profeettaa, jotka yhä olivat Iisebelin luona ja söivät hänen pöydästään Samarian kaupungissa, olivat naispuolisen jumaluuden, Astarten, profeettoja. Naispuolinen jumaluus säilyi Elian surmattua Karmelin vuoren profeetat.</w:t>
      </w:r>
    </w:p>
    <w:p>
      <w:pPr>
        <w:pStyle w:val="ArticleScripture"/>
        <w:jc w:val="left"/>
      </w:pPr>
      <w:r>
        <w:rPr>
          <w:rFonts w:ascii="Times New Roman" w:hAnsi="Times New Roman" w:eastAsia="Times New Roman" w:cs="Times New Roman"/>
        </w:rPr>
        <w:t>Vuorella oleva kansa heittäytyy maahan kauhusta ja pelosta näkymättömän Jumalan edessä. He eivät voi katsella taivaasta lähetettyä kirkasta, kuluttavaa tulta. He pelkäävät, että heidät kulutetaan heidän luopumuksensa ja syntiensä tähden. He huutavat yhdellä äänellä, joka kaikuu yli vuoren ja kantautuu heidän alapuolellaan oleville tasangoille hirvittävän selvästi: ”Herra, hän on Jumala; Herra, hän on Jumala.” Israel havahtuu viimein eikä enää ole petetty. He näkevät syntinsä ja kuinka suuresti he ovat saattaneet Jumalan häväistyksi. Heidän vihansa syttyy Baalin profeettoja vastaan. Ahab ja Baalin papit näkivät kauhistuneina Jehovan voiman ihmeellisen ilmauksen. Jälleen kuullaan Elian ääni, joka kansalle lausuu säpsähdyttävät käskyn sanat: ”Ottakaa kiinni Baalin profeetat; älköön yksikään heistä pääskö pakoon.” Ja kansa oli valmis tottelemaan Elian sanaa. He vangitsivat väärät profeetat, jotka olivat eksyttäneet heidät, ja veivät heidät Kisonin puroon, ja siellä Elia surmasi omin käsin nämä epäjumalanpalvelijapapit.” Review and Herald, October 7, 1873.</w:t>
      </w:r>
    </w:p>
    <w:p>
      <w:pPr>
        <w:pStyle w:val="ArticleBody"/>
        <w:jc w:val="left"/>
      </w:pPr>
      <w:r>
        <w:rPr>
          <w:rFonts w:ascii="Times New Roman" w:hAnsi="Times New Roman" w:eastAsia="Times New Roman" w:cs="Times New Roman"/>
        </w:rPr>
        <w:t>Karmelinvuori on esikuva pian tulevasta sunnuntailaista Yhdysvalloissa. Silloin nostetaan sadan neljänkymmenenneljän tuhannen tunnuslippu (jota Elia esikuvallistaa). Siellä aidosti protestanttinen sarvi ilmenee selvästi vastakohtana väärennetylle protestanttiselle sarvelle, joka on Samariassa syömässä Iisebelin ruokaa. Siellä republikaaninen sarvi, josta Karmelinvuoreen johtavassa kehityksessä oli tullut sekä kirkon että valtion sarvi, tulee päätökseensä Raamatun profetian kuudentena valtakuntana. Jäljelle jäävät silloin Ahab ja hänen kymmenosainen kansakuntansa sekä Iisebel, joka on piileskellyt Samariassa aterioidessaan luopuneiden protestanttien kanssa. Kuudes valtakunta on päättynyt, ja silloin sade tulee ilman mittaa.</w:t>
      </w:r>
    </w:p>
    <w:p>
      <w:pPr>
        <w:pStyle w:val="ArticleBody"/>
        <w:jc w:val="left"/>
      </w:pPr>
      <w:r>
        <w:rPr>
          <w:rFonts w:ascii="Times New Roman" w:hAnsi="Times New Roman" w:eastAsia="Times New Roman" w:cs="Times New Roman"/>
        </w:rPr>
        <w:t>Herodeksen syntymäpäiväjuhlassa Elia, jota Johannes Kastaja edustaa, on roomalaisessa vankilassa odottamassa vapautusta tai kuolemaa. Baalin profeettoja ei ole toteuttamassa petoksen tanssia, on vain Salome, Iisebelin tytär. Herodes ja hänen kuninkaalliset ystävänsä ovat juopuneet Babylonin viinistä, sillä hänen syntymäpäivänsä edustaa myös sunnuntailakia, ja kaikki kansat alkoivat juoda Babylonin viiniä 11. syyskuuta 2001, hyvissä ajoin ennen pian tulevaa sunnuntailakia.</w:t>
      </w:r>
    </w:p>
    <w:p>
      <w:pPr>
        <w:pStyle w:val="ArticleScripture"/>
        <w:jc w:val="left"/>
      </w:pPr>
      <w:r>
        <w:rPr>
          <w:rFonts w:ascii="Times New Roman" w:hAnsi="Times New Roman" w:eastAsia="Times New Roman" w:cs="Times New Roman"/>
        </w:rPr>
        <w:t>Ja tämän jälkeen minä näin toisen enkelin tulevan alas taivaasta; hänellä oli suuri valta, ja maa valkeni hänen kirkkaudestaan. Ja hän huusi voimallisella äänellä sanoen: ”Kukistunut, kukistunut on Babylon, se suuri, ja siitä on tullut riivaajien asunto ja kaikkien saastaisten henkien tyyssija ja kaikkien saastaisten ja inhottavien lintujen häkki. Sillä kaikki kansat ovat juoneet hänen haureutensa vihan viiniä, ja maan kuninkaat ovat harjoittaneet haureutta hänen kanssaan, ja maan kauppiaat ovat rikastuneet hänen hekumansa runsaudesta.” Ilmestys 18:1–3.</w:t>
      </w:r>
    </w:p>
    <w:p>
      <w:pPr>
        <w:pStyle w:val="ArticleBody"/>
        <w:jc w:val="left"/>
      </w:pPr>
      <w:r>
        <w:rPr>
          <w:rFonts w:ascii="Times New Roman" w:hAnsi="Times New Roman" w:eastAsia="Times New Roman" w:cs="Times New Roman"/>
        </w:rPr>
        <w:t>Nämä kolme jaetta täyttyivät, kun New Yorkin suuret rakennukset, kaksoistornit, kaadettiin maahan Jumalan kosketuksesta.</w:t>
      </w:r>
    </w:p>
    <w:p>
      <w:pPr>
        <w:pStyle w:val="ArticleScripture"/>
        <w:jc w:val="left"/>
      </w:pPr>
      <w:r>
        <w:rPr>
          <w:rFonts w:ascii="Times New Roman" w:hAnsi="Times New Roman" w:eastAsia="Times New Roman" w:cs="Times New Roman"/>
        </w:rPr>
        <w:t>”Nytkö tulee tämä sana, että minä olen julistanut New Yorkin joutuvan hyökyaallon pyyhkäisemäksi pois? Tätä en ole koskaan sanonut. Olen sanonut katsellessani sinne kohoavia suuria rakennuksia, kerros kerrokselta: ’Miten kauheita näkyjä tapahtuukaan, kun Herra nousee järkyttämään maata perin pohjin! Silloin Ilmestyskirjan 18:1–3 sanat täyttyvät.’ Ilmestyskirjan koko kahdeksastoista luku on varoitus siitä, mikä on kohtaava maata. Mutta minulla ei ole mitään erityistä valoa siitä, mitä New Yorkia kohtaa, paitsi että tiedän, että jonakin päivänä siellä olevat suuret rakennukset syöstään maahan Jumalan voiman kääntämisen ja kumoamisen kautta. Minulle annetun valon perusteella tiedän, että maailmassa on hävitys. Yksi sana Herralta, yksi kosketus hänen mahtavasta voimastaan, ja nämä valtavat rakennelmat sortuvat. Tapahtuu sellaisia näkymiä, joiden kauhistavuutta emme voi kuvitella.” Review and Herald, 5. heinäkuuta 1906.</w:t>
      </w:r>
    </w:p>
    <w:p>
      <w:pPr>
        <w:pStyle w:val="ArticleBody"/>
        <w:jc w:val="left"/>
      </w:pPr>
      <w:r>
        <w:rPr>
          <w:rFonts w:ascii="Times New Roman" w:hAnsi="Times New Roman" w:eastAsia="Times New Roman" w:cs="Times New Roman"/>
        </w:rPr>
        <w:t>Pian tuleva sunnuntailaki on kuvattu Ilmestyskirjan kahdeksannentoista luvun toisena äänenä, ja se edustaa Ahabin Karmelinvuorta sekä Herodeksen syntymäpäiväjuhlaa. Herodias, joka on myös Iisebel, ei ole läsnä Herodeksen juopuneissa juhlissa, aivan kuten Iisebel oli poissa Karmelinvuorelta. Sunnuntailakiin saakka hänet on unohdettu maan pedon, Raamatun profetian kuudennen valtakunnan, hallituskauden seitsemänkymmenen vertauskuvallisen vuoden ajaksi. Kun Iisebel sai kuolettavan haavansa vuosina 1798 ja 1799, kuudes valtakunta (Yhdysvallat) alkoi kautensa Raamatun profetian kuudentena valtakuntana. Kun kuudes valtakunta päättyy, hän palaa ja alkaa sitten laulaa laulujaan sekä harjoittaa haureutta kaikkien maan kansakuntien kanssa.</w:t>
      </w:r>
    </w:p>
    <w:p>
      <w:pPr>
        <w:pStyle w:val="ArticleBody"/>
        <w:jc w:val="left"/>
      </w:pPr>
      <w:r>
        <w:rPr>
          <w:rFonts w:ascii="Times New Roman" w:hAnsi="Times New Roman" w:eastAsia="Times New Roman" w:cs="Times New Roman"/>
        </w:rPr>
        <w:t>Hänen haureutensa ja viininsä laulut pantiin profeetallisesti alulle 11. syyskuuta 2001, mutta se oli ainoastaan valmistautumisen ajanjakso, kuten olivat kuvanneet ne kolmekymmentä vuotta vuosien 508 ja 538 välillä, jolloin hän ensi kerran nousi valtaistuimelle. Sunnuntailakiin saakka, jolloin kuudes valtakunta surmataan Elian käsien kautta, hän on ollut kätkettynä Samariassa. Tuossa vaiheessa Johannes Kastajaa pidetään hänen vankilassaan odottamassa joko vapautusta tai kuolemaa.</w:t>
      </w:r>
    </w:p>
    <w:p>
      <w:pPr>
        <w:pStyle w:val="ArticleBody"/>
        <w:jc w:val="left"/>
      </w:pPr>
      <w:r>
        <w:rPr>
          <w:rFonts w:ascii="Times New Roman" w:hAnsi="Times New Roman" w:eastAsia="Times New Roman" w:cs="Times New Roman"/>
        </w:rPr>
        <w:t>Herodes ja hänen jalosukuiset ystävänsä olivat Babylonin viinistä juovuksissa, kun Salome, Herodiaan (Iisebelin) tytär, esitti äärimmäisen viettelevän tanssinsa, ja Herodes tuo ilmi himokkaat ja sukurutsaiset halunsa. Hän on täysin pauloihinsa kietoutunut tytärpuolensa seksuaalisista houkutuksista ja tarjoaa hänelle jopa puolta valtakunnastaan.</w:t>
      </w:r>
    </w:p>
    <w:p>
      <w:pPr>
        <w:pStyle w:val="ArticleScripture"/>
        <w:jc w:val="left"/>
      </w:pPr>
      <w:r>
        <w:rPr>
          <w:rFonts w:ascii="Times New Roman" w:hAnsi="Times New Roman" w:eastAsia="Times New Roman" w:cs="Times New Roman"/>
        </w:rPr>
        <w:t>Ja kun sopiva päivä tuli, Herodes syntymäpäivänään järjesti pidot ylimyksilleen, sotapäälliköilleen ja Galilean huomattavimmille miehille; ja kun mainitun Herodiaan tytär tuli sisään ja tanssi ja miellytti Herodesta ja hänen kanssaan aterioivia, kuningas sanoi neidolle: Ano minulta, mitä ikinä tahdot, niin minä annan sen sinulle. Ja hän vannoi hänelle: Mitä ikinä minulta anot, sen minä sinulle annan, aina puoleen valtakuntaani asti. Niin tämä meni ulos ja sanoi äidilleen: Mitä minä anoisin? Ja tämä sanoi: Johannes Kastajan pään. Ja hän tuli heti kiireesti sisään kuninkaan luo ja pyysi sanoen: Minä tahdon, että annat minulle viipymättä vadilla Johannes Kastajan pään. Niin kuningas tuli sangen murheelliseksi; mutta valansa tähden ja niiden tähden, jotka aterioivat hänen kanssaan, hän ei tahtonut kieltäytyä hänestä. Ja kuningas lähetti kohta pyövelin ja käski tuoda hänen päänsä; ja tämä meni ja mestasi hänet vankilassa, ja toi hänen päänsä vadilla ja antoi sen neidolle; ja neito antoi sen äidilleen. Mark. 6:21–28.</w:t>
      </w:r>
    </w:p>
    <w:p>
      <w:pPr>
        <w:pStyle w:val="ArticleBody"/>
        <w:jc w:val="left"/>
      </w:pPr>
      <w:r>
        <w:rPr>
          <w:rFonts w:ascii="Times New Roman" w:hAnsi="Times New Roman" w:eastAsia="Times New Roman" w:cs="Times New Roman"/>
        </w:rPr>
        <w:t>Ilmestyskirjan kahdeksannentoista luvun ensimmäinen ääni kuului 11. syyskuuta 2001, ja toinen ääni kuuluu pian tulevan sunnuntailain aikana. Johanneksen kuudennessa luvussa esitetyn historian mukaan vuoden 2001 ensimmäinen ääni oli Kristuksen ääni, joka ilmoitti opetuslapsilleen, että heidän täytyi syödä Hänen lihansa ja juoda Hänen verensä, sillä Hän oli taivaan todellinen leipä. Tuo ajanjakso alkoi Galileassa ja päättyi Hänen opetuslastensa puhdistamiseen niistä, jotka kääntyivät pois Hänen luotaan Johanneksen kuudennen luvun jakeessa kuusikymmentäkuusi. Tuo historia alkoi Galileassa ruokavaliokoetuksella ja päättyi pedon merkin toimeenpanoon, jota paavin nimen luku, KUUSI, KUUSI, KUUSI, esikuvallisesti kuvaa. Galilea merkitsee ”käännekohtaa”, ja 11. syyskuuta 2001 oli profeetallinen ”käännekohta” (Galilea), ja Herodeksen syntymäpäivä liittyi Galilean johtoon. Ilmestyskirjan kahdeksannentoista luvun alkava ääni ja Ilmestyskirjan kahdeksannentoista luvun päättävä ääni ovat molemmat Galilean edustamia, ja Galilea on käännekohta.</w:t>
      </w:r>
    </w:p>
    <w:p>
      <w:pPr>
        <w:pStyle w:val="ArticleScripture"/>
        <w:jc w:val="left"/>
      </w:pPr>
      <w:r>
        <w:rPr>
          <w:rFonts w:ascii="Times New Roman" w:hAnsi="Times New Roman" w:eastAsia="Times New Roman" w:cs="Times New Roman"/>
        </w:rPr>
        <w:t>Menneisyyden historiasta on opittava opetuksia; ja huomio kiinnitetään niihin, jotta kaikki ymmärtäisivät, että Jumala toimii nyt samoja linjoja pitkin kuin Hän on aina toiminut. Hänen kätensä nähdään Hänen työssään ja kansakuntien keskuudessa nyt aivan samalla tavoin kuin siitä asti, kun evankeliumi ensimmäisen kerran julistettiin Aadamille Eedenissä.</w:t>
      </w:r>
    </w:p>
    <w:p>
      <w:pPr>
        <w:pStyle w:val="ArticleScripture"/>
        <w:jc w:val="left"/>
      </w:pPr>
      <w:r>
        <w:rPr>
          <w:rFonts w:ascii="Times New Roman" w:hAnsi="Times New Roman" w:eastAsia="Times New Roman" w:cs="Times New Roman"/>
        </w:rPr>
        <w:t>”Kansojen ja seurakunnan historiassa on ajanjaksoja, jotka ovat käännekohtia. Jumalan kaitselmuksessa, kun nämä erilaiset kriisit koittavat, annetaan sitä aikaa varten tarkoitettu valo. Jos se otetaan vastaan, seuraa hengellinen edistys; jos se hylätään, seurauksena ovat hengellinen taantuminen ja haaksirikko. Herra on sanassaan avannut evankeliumin etenevän työn sellaisena kuin sitä on menneisyydessä viety eteenpäin ja kuin sitä tullaan viemään tulevaisuudessa aina lopulliseen taisteluun saakka, jolloin saatanalliset voimat tekevät viimeisen ihmeellisen liikkeensä.” Bible Echo, August 26, 1895.</w:t>
      </w:r>
    </w:p>
    <w:p>
      <w:pPr>
        <w:pStyle w:val="ArticleBody"/>
        <w:jc w:val="left"/>
      </w:pPr>
      <w:r>
        <w:rPr>
          <w:rFonts w:ascii="Times New Roman" w:hAnsi="Times New Roman" w:eastAsia="Times New Roman" w:cs="Times New Roman"/>
        </w:rPr>
        <w:t>Galilea vuonna 2001 sekä Galilea pian tulevan sunnuntailain aikaan osoittavat, milloin myöhäissateen valo vuodatetaan. Vuonna 2001 kyseessä oli mitattu vuodatus, mutta toisen äänen yhteydessä se vuodatetaan ilman mittaa, kuten sitä kuvaa valtava vuodatus sen jälkeen, kun Elia surmasi Baalin profeetat, mikä tapahtui Herodeksen syntymäpäiväjuhlassa. Herodeksen syntymäpäivä osoittaa Raamatun profetian seitsemännen valtakunnan syntymän, joka seuraa välittömästi sitä edeltävän valtakunnan kuolemaa. Yhdysvallat alkoi hallita vuonna 1798, viidennen valtakunnan kuollessa, ja Baalin profeettojen kuollessa seitsemännen valtakunnan syntymäpäivä on koittanut. Tätä seitsemättä valtakuntaa edustavat Ahabin pohjoisen kymmenkertainen valtakunta sekä Herodes, pakanallisen Rooman kymmenkertaisen pohjoisen valtakunnan edustaja.</w:t>
      </w:r>
    </w:p>
    <w:p>
      <w:pPr>
        <w:pStyle w:val="ArticleScripture"/>
        <w:jc w:val="left"/>
      </w:pPr>
      <w:r>
        <w:rPr>
          <w:rFonts w:ascii="Times New Roman" w:hAnsi="Times New Roman" w:eastAsia="Times New Roman" w:cs="Times New Roman"/>
        </w:rPr>
        <w:t>Ja ne kymmenen sarvea, jotka näit pedossa, vihaavat porttoa ja tekevät hänet autioksi ja alastomaksi, ja syövät hänen lihansa ja polttavat hänet tulessa. Sillä Jumala on pannut heidän sydämeensä tehdä hänen tahtonsa, yksimielisinä toimia ja antaa valtakuntansa pedolle, kunnes Jumalan sanat täyttyvät. Ja se nainen, jonka näit, on se suuri kaupunki, joka hallitsee maan kuninkaita. Ilmestys 17:16–18.</w:t>
      </w:r>
    </w:p>
    <w:p>
      <w:pPr>
        <w:pStyle w:val="ArticleBody"/>
        <w:jc w:val="left"/>
      </w:pPr>
      <w:r>
        <w:rPr>
          <w:rFonts w:ascii="Times New Roman" w:hAnsi="Times New Roman" w:eastAsia="Times New Roman" w:cs="Times New Roman"/>
        </w:rPr>
        <w:t>Herodes suostuu täyttämään valan, jonka hän antoi Salomelle, ja antamaan hänelle Johanneksen pään, ja hänen valansa kuvattiin ulottuvan aina puoleen hänen valtakunnastaan. Yhdistyneiden Kansakuntien kymmenen kuningasta, vaikka vihaavat porttoa, suostuvat antamaan seitsemännen valtakuntansa kahdeksannelle päälle, joka on niistä seitsemästä aikaisemmasta päästä. He suostuvat valtakuntaan, joka perustuu maailmanlaajuisen valtion yhdistämiseen hänen maailmanlaajuisen kirkkonsa kanssa. Mutta avioliitto on latinalainen avioliitto, ei englantilainen avioliitto, sillä heidän avioliittonsa kuvataan siten, että ”nainen” hallitsee ”kuningasten yli”. Latinalaisessa avioliitossa suku säilyttää naisen sukunimen, ei miehen, ja tämän kaksitahoisen avioliiton nimi on tärkeä osa profeetallista kertomusta.</w:t>
      </w:r>
    </w:p>
    <w:p>
      <w:pPr>
        <w:pStyle w:val="ArticleScripture"/>
        <w:jc w:val="left"/>
      </w:pPr>
      <w:r>
        <w:rPr>
          <w:rFonts w:ascii="Times New Roman" w:hAnsi="Times New Roman" w:eastAsia="Times New Roman" w:cs="Times New Roman"/>
        </w:rPr>
        <w:t>”Kuninkaat ja hallitsijat ja maaherrat ovat painaneet itseensä antikristuksen merkin, ja heidät esitetään lohikäärmeenä, joka lähtee käymään sotaa pyhiä vastaan — niitä vastaan, jotka pitävät Jumalan käskyt ja joilla on Jeesuksen usko.” Testimonies to Ministers, 38.</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Sana, jonka Aamoksen poika Jesaja näki Juudasta ja Jerusalemista. Ja tapahtuu viimeisinä päivinä, että Herran huoneen vuori vahvistetaan vuorten huipuksi, ja se kohoaa kukkuloita korkeammalle; ja kaikki kansat virtaavat sinne. Ja monet kansat lähtevät ja sanovat: Tulkaa, nouskaamme Herran vuorelle, Jaakobin Jumalan huoneeseen; ja hän opettaa meille teitänsä, ja me vaellamme hänen polkujansa. Sillä Siionista lähtee laki, ja Herran sana Jerusalemista.... Ja sinä päivänä seitsemän naista tarttuu yhteen mieheen sanoen: Me syömme omaa leipäämme ja puemme omat vaatteemme; anna meidän vain kantaa sinun nimeäsi, ota pois meidän häpeämme. Sinä päivänä on Herran vesa kaunistus ja kunnia, ja maan hedelmä erinomainen ja ihana niille Israelin pelastuneille, jotka ovat päässeet pakoon. Ja tapahtuu, että se, joka on jäljellä Siionissa, ja se, joka jää Jerusalemiin, kutsutaan pyhäksi, jokainen, joka on merkitty elävien joukkoon Jerusalemissa: kun Herra on pessyt pois Siionin tytärten saastan ja puhdistanut Jerusalemin verivelan sen keskeltä tuomion hengellä ja polttamisen hengellä. Jesaja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 neljäkymmentä</dc:title>
  <dc:subject>Viimeinen lupaus: Elian tehtävän paljastaminen ennen Herran päivää</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